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0AC7AB1" w14:textId="77777777" w:rsidR="00BD2397" w:rsidRPr="001F7E48" w:rsidRDefault="00B8640C">
      <w:pPr>
        <w:tabs>
          <w:tab w:val="left" w:pos="10024"/>
        </w:tabs>
        <w:autoSpaceDE w:val="0"/>
        <w:autoSpaceDN w:val="0"/>
        <w:spacing w:after="0" w:line="200" w:lineRule="exact"/>
        <w:ind w:left="1556"/>
        <w:rPr>
          <w:lang w:val="pt-PT"/>
        </w:rPr>
      </w:pPr>
      <w:r w:rsidRPr="001F7E48">
        <w:rPr>
          <w:rFonts w:ascii="Arial" w:eastAsia="Arial" w:hAnsi="Arial"/>
          <w:color w:val="000000"/>
          <w:sz w:val="17"/>
          <w:lang w:val="pt-PT"/>
        </w:rPr>
        <w:t xml:space="preserve">MONITORUL OFICIAL AL ROMÂNIEI, PARTEA I, Nr. 711 bis/26.VIII.2026 </w:t>
      </w:r>
      <w:r w:rsidRPr="001F7E48">
        <w:rPr>
          <w:lang w:val="pt-PT"/>
        </w:rPr>
        <w:tab/>
      </w:r>
      <w:r w:rsidRPr="001F7E48">
        <w:rPr>
          <w:rFonts w:ascii="Arial" w:eastAsia="Arial" w:hAnsi="Arial"/>
          <w:color w:val="000000"/>
          <w:sz w:val="17"/>
          <w:lang w:val="pt-PT"/>
        </w:rPr>
        <w:t>29</w:t>
      </w:r>
    </w:p>
    <w:p w14:paraId="03EBC447" w14:textId="77777777" w:rsidR="00BD2397" w:rsidRPr="001F7E48" w:rsidRDefault="00B8640C">
      <w:pPr>
        <w:autoSpaceDE w:val="0"/>
        <w:autoSpaceDN w:val="0"/>
        <w:spacing w:after="0" w:line="144" w:lineRule="exact"/>
        <w:ind w:left="186"/>
        <w:rPr>
          <w:lang w:val="pt-PT"/>
        </w:rPr>
      </w:pPr>
      <w:r w:rsidRPr="001F7E48">
        <w:rPr>
          <w:rFonts w:ascii="Calibri" w:eastAsia="Calibri" w:hAnsi="Calibri"/>
          <w:i/>
          <w:color w:val="595959"/>
          <w:w w:val="97"/>
          <w:sz w:val="13"/>
          <w:lang w:val="pt-PT"/>
        </w:rPr>
        <w:t>F_A_07 · versiunea 1.0</w:t>
      </w:r>
    </w:p>
    <w:p w14:paraId="06D58175" w14:textId="77777777" w:rsidR="00BD2397" w:rsidRPr="001F7E48" w:rsidRDefault="00B8640C">
      <w:pPr>
        <w:autoSpaceDE w:val="0"/>
        <w:autoSpaceDN w:val="0"/>
        <w:spacing w:after="0" w:line="234" w:lineRule="exact"/>
        <w:ind w:right="4350"/>
        <w:jc w:val="right"/>
        <w:rPr>
          <w:lang w:val="pt-PT"/>
        </w:rPr>
      </w:pPr>
      <w:r w:rsidRPr="001F7E48">
        <w:rPr>
          <w:rFonts w:ascii="TimesNewRomanPS" w:eastAsia="TimesNewRomanPS" w:hAnsi="TimesNewRomanPS"/>
          <w:i/>
          <w:color w:val="000000"/>
          <w:w w:val="101"/>
          <w:sz w:val="20"/>
          <w:lang w:val="pt-PT"/>
        </w:rPr>
        <w:t xml:space="preserve">ȘTAMPILA  MODEL </w:t>
      </w:r>
    </w:p>
    <w:p w14:paraId="47D418AE" w14:textId="77777777" w:rsidR="00BD2397" w:rsidRPr="001F7E48" w:rsidRDefault="00B8640C">
      <w:pPr>
        <w:autoSpaceDE w:val="0"/>
        <w:autoSpaceDN w:val="0"/>
        <w:spacing w:after="0" w:line="232" w:lineRule="exact"/>
        <w:ind w:right="3596"/>
        <w:jc w:val="right"/>
        <w:rPr>
          <w:lang w:val="pt-PT"/>
        </w:rPr>
      </w:pPr>
      <w:r w:rsidRPr="001F7E48">
        <w:rPr>
          <w:rFonts w:ascii="TimesNewRomanPS" w:eastAsia="TimesNewRomanPS" w:hAnsi="TimesNewRomanPS"/>
          <w:b/>
          <w:color w:val="000000"/>
          <w:w w:val="101"/>
          <w:sz w:val="20"/>
          <w:lang w:val="pt-PT"/>
        </w:rPr>
        <w:t xml:space="preserve"> “VIZAT SPRE NESCHIMBARE” </w:t>
      </w:r>
    </w:p>
    <w:p w14:paraId="2EC3A760" w14:textId="77777777" w:rsidR="00BD2397" w:rsidRPr="001F7E48" w:rsidRDefault="00BD2397">
      <w:pPr>
        <w:spacing w:after="0"/>
        <w:rPr>
          <w:lang w:val="pt-PT"/>
        </w:rPr>
        <w:sectPr w:rsidR="00BD2397" w:rsidRPr="001F7E48">
          <w:pgSz w:w="11900" w:h="16840"/>
          <w:pgMar w:top="126" w:right="546" w:bottom="236" w:left="1088" w:header="720" w:footer="720" w:gutter="0"/>
          <w:cols w:space="708"/>
          <w:docGrid w:linePitch="360"/>
        </w:sect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4366"/>
      </w:tblGrid>
      <w:tr w:rsidR="00BD2397" w14:paraId="4251AB17" w14:textId="77777777">
        <w:trPr>
          <w:trHeight w:hRule="exact" w:val="2900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F8D163" w14:textId="77777777" w:rsidR="00BD2397" w:rsidRDefault="00B8640C">
            <w:pPr>
              <w:autoSpaceDE w:val="0"/>
              <w:autoSpaceDN w:val="0"/>
              <w:spacing w:after="0" w:line="222" w:lineRule="exact"/>
              <w:ind w:left="1008" w:right="1008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CONSILIUL  JUDEȚEAN </w:t>
            </w:r>
            <w:r w:rsidR="00C44B4D"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MUREȘ</w:t>
            </w: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 </w:t>
            </w:r>
          </w:p>
          <w:tbl>
            <w:tblPr>
              <w:tblW w:w="0" w:type="auto"/>
              <w:tblInd w:w="343" w:type="dxa"/>
              <w:tblLayout w:type="fixed"/>
              <w:tblLook w:val="04A0" w:firstRow="1" w:lastRow="0" w:firstColumn="1" w:lastColumn="0" w:noHBand="0" w:noVBand="1"/>
            </w:tblPr>
            <w:tblGrid>
              <w:gridCol w:w="3668"/>
            </w:tblGrid>
            <w:tr w:rsidR="00BD2397" w14:paraId="15E96824" w14:textId="77777777">
              <w:trPr>
                <w:trHeight w:hRule="exact" w:val="1570"/>
              </w:trPr>
              <w:tc>
                <w:tcPr>
                  <w:tcW w:w="3668" w:type="dxa"/>
                  <w:tcBorders>
                    <w:top w:val="single" w:sz="4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3E858FB1" w14:textId="77777777" w:rsidR="00BD2397" w:rsidRPr="001F7E48" w:rsidRDefault="00B8640C">
                  <w:pPr>
                    <w:autoSpaceDE w:val="0"/>
                    <w:autoSpaceDN w:val="0"/>
                    <w:spacing w:after="0" w:line="194" w:lineRule="exact"/>
                    <w:jc w:val="center"/>
                    <w:rPr>
                      <w:lang w:val="pt-PT"/>
                    </w:rPr>
                  </w:pPr>
                  <w:r w:rsidRPr="001F7E48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pt-PT"/>
                    </w:rPr>
                    <w:t xml:space="preserve">VIZAT  SPRE  NESCHIMBARE </w:t>
                  </w:r>
                </w:p>
                <w:p w14:paraId="24E65324" w14:textId="77777777" w:rsidR="00BD2397" w:rsidRPr="001F7E48" w:rsidRDefault="00B8640C">
                  <w:pPr>
                    <w:tabs>
                      <w:tab w:val="left" w:pos="266"/>
                    </w:tabs>
                    <w:autoSpaceDE w:val="0"/>
                    <w:autoSpaceDN w:val="0"/>
                    <w:spacing w:before="266" w:after="0" w:line="224" w:lineRule="exact"/>
                    <w:ind w:left="102" w:right="144"/>
                    <w:rPr>
                      <w:lang w:val="pt-PT"/>
                    </w:rPr>
                  </w:pP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construire </w:t>
                  </w:r>
                  <w:r w:rsidRPr="001F7E48">
                    <w:rPr>
                      <w:lang w:val="pt-PT"/>
                    </w:rPr>
                    <w:br/>
                  </w: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Anexa la autorizația de ----------------- </w:t>
                  </w:r>
                </w:p>
                <w:p w14:paraId="33105DC0" w14:textId="77777777" w:rsidR="00BD2397" w:rsidRDefault="00B8640C">
                  <w:pPr>
                    <w:tabs>
                      <w:tab w:val="left" w:pos="402"/>
                    </w:tabs>
                    <w:autoSpaceDE w:val="0"/>
                    <w:autoSpaceDN w:val="0"/>
                    <w:spacing w:before="222" w:after="0" w:line="222" w:lineRule="exact"/>
                    <w:ind w:left="102" w:right="288"/>
                  </w:pPr>
                  <w:proofErr w:type="spellStart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>desființare</w:t>
                  </w:r>
                  <w:proofErr w:type="spellEnd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 </w:t>
                  </w:r>
                  <w:r>
                    <w:br/>
                  </w:r>
                  <w:r>
                    <w:tab/>
                  </w:r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Nr. ……….. din …………… 20…. </w:t>
                  </w:r>
                </w:p>
              </w:tc>
            </w:tr>
          </w:tbl>
          <w:p w14:paraId="364CFB4E" w14:textId="77777777" w:rsidR="00BD2397" w:rsidRDefault="00B8640C">
            <w:pPr>
              <w:autoSpaceDE w:val="0"/>
              <w:autoSpaceDN w:val="0"/>
              <w:spacing w:after="0" w:line="222" w:lineRule="exact"/>
              <w:ind w:left="1296" w:right="1296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Arhitect-șef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*, </w:t>
            </w:r>
            <w:r>
              <w:br/>
            </w: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……………………. </w:t>
            </w:r>
          </w:p>
        </w:tc>
      </w:tr>
    </w:tbl>
    <w:p w14:paraId="521D5D55" w14:textId="77777777" w:rsidR="00BD2397" w:rsidRDefault="00B8640C">
      <w:pPr>
        <w:autoSpaceDE w:val="0"/>
        <w:autoSpaceDN w:val="0"/>
        <w:spacing w:after="0" w:line="194" w:lineRule="exact"/>
        <w:ind w:left="280"/>
      </w:pP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Ștampila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model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pentru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Consiliul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județean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4366"/>
      </w:tblGrid>
      <w:tr w:rsidR="00BD2397" w14:paraId="76F09823" w14:textId="77777777">
        <w:trPr>
          <w:trHeight w:hRule="exact" w:val="2900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266C3" w14:textId="77777777" w:rsidR="00C44B4D" w:rsidRDefault="00B8640C">
            <w:pPr>
              <w:autoSpaceDE w:val="0"/>
              <w:autoSpaceDN w:val="0"/>
              <w:spacing w:after="0" w:line="224" w:lineRule="exact"/>
              <w:ind w:left="720" w:right="576"/>
              <w:jc w:val="center"/>
              <w:rPr>
                <w:rFonts w:ascii="ArialMT" w:eastAsia="ArialMT" w:hAnsi="ArialMT"/>
                <w:color w:val="000000"/>
                <w:w w:val="102"/>
                <w:sz w:val="16"/>
              </w:rPr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JUDEȚUL  </w:t>
            </w:r>
            <w:r w:rsidR="00C44B4D">
              <w:rPr>
                <w:rFonts w:ascii="ArialMT" w:eastAsia="ArialMT" w:hAnsi="ArialMT"/>
                <w:color w:val="000000"/>
                <w:w w:val="102"/>
                <w:sz w:val="16"/>
              </w:rPr>
              <w:t>MUREȘ</w:t>
            </w: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  <w:p w14:paraId="4A7D1B5C" w14:textId="77777777" w:rsidR="00BD2397" w:rsidRDefault="00B8640C">
            <w:pPr>
              <w:autoSpaceDE w:val="0"/>
              <w:autoSpaceDN w:val="0"/>
              <w:spacing w:after="0" w:line="224" w:lineRule="exact"/>
              <w:ind w:left="720" w:right="576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PRIMĂRIA  ORAȘULUI </w:t>
            </w:r>
          </w:p>
          <w:p w14:paraId="3C8F6E11" w14:textId="77777777" w:rsidR="00BD2397" w:rsidRDefault="00C44B4D">
            <w:pPr>
              <w:autoSpaceDE w:val="0"/>
              <w:autoSpaceDN w:val="0"/>
              <w:spacing w:after="0" w:line="194" w:lineRule="exact"/>
              <w:ind w:left="450"/>
            </w:pPr>
            <w:r>
              <w:rPr>
                <w:rFonts w:ascii="Arial" w:eastAsia="Arial" w:hAnsi="Arial"/>
                <w:b/>
                <w:color w:val="4F81BD"/>
                <w:w w:val="102"/>
                <w:sz w:val="16"/>
              </w:rPr>
              <w:t>--------</w:t>
            </w:r>
          </w:p>
          <w:tbl>
            <w:tblPr>
              <w:tblW w:w="0" w:type="auto"/>
              <w:tblInd w:w="343" w:type="dxa"/>
              <w:tblLayout w:type="fixed"/>
              <w:tblLook w:val="04A0" w:firstRow="1" w:lastRow="0" w:firstColumn="1" w:lastColumn="0" w:noHBand="0" w:noVBand="1"/>
            </w:tblPr>
            <w:tblGrid>
              <w:gridCol w:w="3668"/>
            </w:tblGrid>
            <w:tr w:rsidR="00BD2397" w14:paraId="071A6FBD" w14:textId="77777777">
              <w:trPr>
                <w:trHeight w:hRule="exact" w:val="1572"/>
              </w:trPr>
              <w:tc>
                <w:tcPr>
                  <w:tcW w:w="3668" w:type="dxa"/>
                  <w:tcBorders>
                    <w:top w:val="single" w:sz="4" w:space="0" w:color="000000"/>
                    <w:left w:val="single" w:sz="3" w:space="0" w:color="000000"/>
                    <w:bottom w:val="single" w:sz="4" w:space="0" w:color="000000"/>
                    <w:right w:val="single" w:sz="3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57E4D41" w14:textId="77777777" w:rsidR="00BD2397" w:rsidRPr="001F7E48" w:rsidRDefault="00B8640C">
                  <w:pPr>
                    <w:autoSpaceDE w:val="0"/>
                    <w:autoSpaceDN w:val="0"/>
                    <w:spacing w:after="0" w:line="196" w:lineRule="exact"/>
                    <w:jc w:val="center"/>
                    <w:rPr>
                      <w:lang w:val="pt-PT"/>
                    </w:rPr>
                  </w:pPr>
                  <w:r w:rsidRPr="001F7E48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pt-PT"/>
                    </w:rPr>
                    <w:t xml:space="preserve">VIZAT  SPRE  NESCHIMBARE </w:t>
                  </w:r>
                </w:p>
                <w:p w14:paraId="3966909A" w14:textId="77777777" w:rsidR="00BD2397" w:rsidRPr="001F7E48" w:rsidRDefault="00B8640C">
                  <w:pPr>
                    <w:tabs>
                      <w:tab w:val="left" w:pos="266"/>
                    </w:tabs>
                    <w:autoSpaceDE w:val="0"/>
                    <w:autoSpaceDN w:val="0"/>
                    <w:spacing w:before="268" w:after="0" w:line="222" w:lineRule="exact"/>
                    <w:ind w:left="102" w:right="144"/>
                    <w:rPr>
                      <w:lang w:val="pt-PT"/>
                    </w:rPr>
                  </w:pP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construire </w:t>
                  </w:r>
                  <w:r w:rsidRPr="001F7E48">
                    <w:rPr>
                      <w:lang w:val="pt-PT"/>
                    </w:rPr>
                    <w:br/>
                  </w: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Anexa la autorizația de ----------------- </w:t>
                  </w:r>
                </w:p>
                <w:p w14:paraId="2EC6438E" w14:textId="77777777" w:rsidR="00BD2397" w:rsidRDefault="00B8640C">
                  <w:pPr>
                    <w:tabs>
                      <w:tab w:val="left" w:pos="402"/>
                    </w:tabs>
                    <w:autoSpaceDE w:val="0"/>
                    <w:autoSpaceDN w:val="0"/>
                    <w:spacing w:before="220" w:after="0" w:line="222" w:lineRule="exact"/>
                    <w:ind w:left="102" w:right="288"/>
                  </w:pPr>
                  <w:proofErr w:type="spellStart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>desființare</w:t>
                  </w:r>
                  <w:proofErr w:type="spellEnd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 </w:t>
                  </w:r>
                  <w:r>
                    <w:br/>
                  </w:r>
                  <w:r>
                    <w:tab/>
                  </w:r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Nr. ……….. din …………… 20…. </w:t>
                  </w:r>
                </w:p>
              </w:tc>
            </w:tr>
          </w:tbl>
          <w:p w14:paraId="1C3D4E46" w14:textId="77777777" w:rsidR="00BD2397" w:rsidRDefault="00B8640C">
            <w:pPr>
              <w:autoSpaceDE w:val="0"/>
              <w:autoSpaceDN w:val="0"/>
              <w:spacing w:after="0" w:line="224" w:lineRule="exact"/>
              <w:ind w:left="1296" w:right="1296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Arhitect-șef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* , </w:t>
            </w:r>
            <w:r>
              <w:br/>
            </w: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……………………. </w:t>
            </w:r>
          </w:p>
        </w:tc>
      </w:tr>
    </w:tbl>
    <w:p w14:paraId="07096636" w14:textId="77777777" w:rsidR="00BD2397" w:rsidRPr="001F7E48" w:rsidRDefault="00B8640C">
      <w:pPr>
        <w:autoSpaceDE w:val="0"/>
        <w:autoSpaceDN w:val="0"/>
        <w:spacing w:after="0" w:line="196" w:lineRule="exact"/>
        <w:ind w:left="496"/>
        <w:rPr>
          <w:lang w:val="pt-PT"/>
        </w:rPr>
      </w:pPr>
      <w:r w:rsidRPr="001F7E48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Ștampila model pentru Primărie oraș </w:t>
      </w:r>
    </w:p>
    <w:p w14:paraId="0EA2E3E3" w14:textId="77777777" w:rsidR="00BD2397" w:rsidRPr="001F7E48" w:rsidRDefault="00B8640C">
      <w:pPr>
        <w:autoSpaceDE w:val="0"/>
        <w:autoSpaceDN w:val="0"/>
        <w:spacing w:after="0" w:line="96" w:lineRule="exact"/>
        <w:ind w:left="186"/>
        <w:rPr>
          <w:lang w:val="pt-PT"/>
        </w:rPr>
      </w:pPr>
      <w:r w:rsidRPr="001F7E48">
        <w:rPr>
          <w:rFonts w:ascii="ArialMT" w:eastAsia="ArialMT" w:hAnsi="ArialMT"/>
          <w:color w:val="000000"/>
          <w:w w:val="96"/>
          <w:sz w:val="9"/>
          <w:lang w:val="pt-PT"/>
        </w:rPr>
        <w:t xml:space="preserve">__________________________ </w:t>
      </w:r>
    </w:p>
    <w:p w14:paraId="1A0D2CC5" w14:textId="77777777" w:rsidR="00BD2397" w:rsidRPr="001F7E48" w:rsidRDefault="00BD2397">
      <w:pPr>
        <w:spacing w:after="0"/>
        <w:rPr>
          <w:lang w:val="pt-PT"/>
        </w:rPr>
        <w:sectPr w:rsidR="00BD2397" w:rsidRPr="001F7E48">
          <w:type w:val="continuous"/>
          <w:pgSz w:w="11900" w:h="16840"/>
          <w:pgMar w:top="126" w:right="546" w:bottom="236" w:left="1088" w:header="720" w:footer="720" w:gutter="0"/>
          <w:cols w:num="2" w:space="708" w:equalWidth="0">
            <w:col w:w="4894" w:space="0"/>
            <w:col w:w="5372" w:space="0"/>
          </w:cols>
          <w:docGrid w:linePitch="360"/>
        </w:sectPr>
      </w:pPr>
    </w:p>
    <w:tbl>
      <w:tblPr>
        <w:tblW w:w="0" w:type="auto"/>
        <w:tblInd w:w="525" w:type="dxa"/>
        <w:tblLayout w:type="fixed"/>
        <w:tblLook w:val="04A0" w:firstRow="1" w:lastRow="0" w:firstColumn="1" w:lastColumn="0" w:noHBand="0" w:noVBand="1"/>
      </w:tblPr>
      <w:tblGrid>
        <w:gridCol w:w="4216"/>
      </w:tblGrid>
      <w:tr w:rsidR="00BD2397" w14:paraId="0CA50E70" w14:textId="77777777">
        <w:trPr>
          <w:trHeight w:hRule="exact" w:val="2900"/>
        </w:trPr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67B48FA" w14:textId="77777777" w:rsidR="00C44B4D" w:rsidRDefault="00B8640C">
            <w:pPr>
              <w:autoSpaceDE w:val="0"/>
              <w:autoSpaceDN w:val="0"/>
              <w:spacing w:after="0" w:line="222" w:lineRule="exact"/>
              <w:ind w:left="576" w:right="576"/>
              <w:jc w:val="center"/>
              <w:rPr>
                <w:rFonts w:ascii="ArialMT" w:eastAsia="ArialMT" w:hAnsi="ArialMT"/>
                <w:color w:val="000000"/>
                <w:w w:val="102"/>
                <w:sz w:val="16"/>
              </w:rPr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JUDEȚUL  </w:t>
            </w:r>
            <w:r w:rsidR="00C44B4D">
              <w:rPr>
                <w:rFonts w:ascii="ArialMT" w:eastAsia="ArialMT" w:hAnsi="ArialMT"/>
                <w:color w:val="000000"/>
                <w:w w:val="102"/>
                <w:sz w:val="16"/>
              </w:rPr>
              <w:t>MUREȘ</w:t>
            </w: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  <w:p w14:paraId="42AB5644" w14:textId="77777777" w:rsidR="00BD2397" w:rsidRDefault="00B8640C">
            <w:pPr>
              <w:autoSpaceDE w:val="0"/>
              <w:autoSpaceDN w:val="0"/>
              <w:spacing w:after="0" w:line="222" w:lineRule="exact"/>
              <w:ind w:left="576" w:right="576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PRIMĂRIA  MUNICIPIULUI </w:t>
            </w:r>
          </w:p>
          <w:p w14:paraId="4219586D" w14:textId="77777777" w:rsidR="00BD2397" w:rsidRDefault="00C44B4D">
            <w:pPr>
              <w:autoSpaceDE w:val="0"/>
              <w:autoSpaceDN w:val="0"/>
              <w:spacing w:after="0" w:line="196" w:lineRule="exact"/>
              <w:ind w:left="448"/>
            </w:pPr>
            <w:r>
              <w:rPr>
                <w:rFonts w:ascii="Arial" w:eastAsia="Arial" w:hAnsi="Arial"/>
                <w:b/>
                <w:color w:val="4F81BD"/>
                <w:w w:val="102"/>
                <w:sz w:val="16"/>
              </w:rPr>
              <w:t>------</w:t>
            </w:r>
          </w:p>
          <w:tbl>
            <w:tblPr>
              <w:tblW w:w="0" w:type="auto"/>
              <w:tblInd w:w="343" w:type="dxa"/>
              <w:tblLayout w:type="fixed"/>
              <w:tblLook w:val="04A0" w:firstRow="1" w:lastRow="0" w:firstColumn="1" w:lastColumn="0" w:noHBand="0" w:noVBand="1"/>
            </w:tblPr>
            <w:tblGrid>
              <w:gridCol w:w="3492"/>
            </w:tblGrid>
            <w:tr w:rsidR="00BD2397" w14:paraId="1F3ACF68" w14:textId="77777777">
              <w:trPr>
                <w:trHeight w:hRule="exact" w:val="1570"/>
              </w:trPr>
              <w:tc>
                <w:tcPr>
                  <w:tcW w:w="3492" w:type="dxa"/>
                  <w:tcBorders>
                    <w:top w:val="single" w:sz="4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16232C0" w14:textId="77777777" w:rsidR="00BD2397" w:rsidRPr="001F7E48" w:rsidRDefault="00B8640C">
                  <w:pPr>
                    <w:autoSpaceDE w:val="0"/>
                    <w:autoSpaceDN w:val="0"/>
                    <w:spacing w:after="0" w:line="194" w:lineRule="exact"/>
                    <w:jc w:val="center"/>
                    <w:rPr>
                      <w:lang w:val="pt-PT"/>
                    </w:rPr>
                  </w:pPr>
                  <w:r w:rsidRPr="001F7E48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pt-PT"/>
                    </w:rPr>
                    <w:t xml:space="preserve">VIZAT  SPRE  NESCHIMBARE </w:t>
                  </w:r>
                </w:p>
                <w:p w14:paraId="0F41D1D6" w14:textId="77777777" w:rsidR="00BD2397" w:rsidRPr="001F7E48" w:rsidRDefault="00B8640C">
                  <w:pPr>
                    <w:tabs>
                      <w:tab w:val="left" w:pos="178"/>
                    </w:tabs>
                    <w:autoSpaceDE w:val="0"/>
                    <w:autoSpaceDN w:val="0"/>
                    <w:spacing w:before="266" w:after="0" w:line="224" w:lineRule="exact"/>
                    <w:ind w:left="100"/>
                    <w:rPr>
                      <w:lang w:val="pt-PT"/>
                    </w:rPr>
                  </w:pP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construire </w:t>
                  </w:r>
                  <w:r w:rsidRPr="001F7E48">
                    <w:rPr>
                      <w:lang w:val="pt-PT"/>
                    </w:rPr>
                    <w:br/>
                  </w: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Anexa la autorizația de ----------------- </w:t>
                  </w:r>
                </w:p>
                <w:p w14:paraId="6B1BA94D" w14:textId="77777777" w:rsidR="00BD2397" w:rsidRDefault="00B8640C">
                  <w:pPr>
                    <w:tabs>
                      <w:tab w:val="left" w:pos="314"/>
                    </w:tabs>
                    <w:autoSpaceDE w:val="0"/>
                    <w:autoSpaceDN w:val="0"/>
                    <w:spacing w:before="222" w:after="0" w:line="222" w:lineRule="exact"/>
                    <w:ind w:left="100" w:right="144"/>
                  </w:pPr>
                  <w:proofErr w:type="spellStart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>desființare</w:t>
                  </w:r>
                  <w:proofErr w:type="spellEnd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 </w:t>
                  </w:r>
                  <w:r>
                    <w:br/>
                  </w:r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Nr. ……….. din …………… 20…. </w:t>
                  </w:r>
                </w:p>
              </w:tc>
            </w:tr>
          </w:tbl>
          <w:p w14:paraId="2E3399EE" w14:textId="77777777" w:rsidR="00BD2397" w:rsidRDefault="00B8640C">
            <w:pPr>
              <w:autoSpaceDE w:val="0"/>
              <w:autoSpaceDN w:val="0"/>
              <w:spacing w:after="0" w:line="222" w:lineRule="exact"/>
              <w:ind w:left="1152" w:right="1152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Arhitect-șef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*, </w:t>
            </w:r>
            <w:r>
              <w:br/>
            </w: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……………………. </w:t>
            </w:r>
          </w:p>
        </w:tc>
      </w:tr>
    </w:tbl>
    <w:p w14:paraId="3327A366" w14:textId="77777777" w:rsidR="00BD2397" w:rsidRDefault="00B8640C">
      <w:pPr>
        <w:autoSpaceDE w:val="0"/>
        <w:autoSpaceDN w:val="0"/>
        <w:spacing w:after="0" w:line="194" w:lineRule="exact"/>
        <w:jc w:val="center"/>
      </w:pP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Ștampila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model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pentru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Primărie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municipiu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</w:p>
    <w:tbl>
      <w:tblPr>
        <w:tblW w:w="0" w:type="auto"/>
        <w:tblInd w:w="525" w:type="dxa"/>
        <w:tblLayout w:type="fixed"/>
        <w:tblLook w:val="04A0" w:firstRow="1" w:lastRow="0" w:firstColumn="1" w:lastColumn="0" w:noHBand="0" w:noVBand="1"/>
      </w:tblPr>
      <w:tblGrid>
        <w:gridCol w:w="4216"/>
      </w:tblGrid>
      <w:tr w:rsidR="00BD2397" w14:paraId="20015888" w14:textId="77777777">
        <w:trPr>
          <w:trHeight w:hRule="exact" w:val="2900"/>
        </w:trPr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2B44930" w14:textId="77777777" w:rsidR="00C44B4D" w:rsidRPr="00F05CB7" w:rsidRDefault="00B8640C">
            <w:pPr>
              <w:autoSpaceDE w:val="0"/>
              <w:autoSpaceDN w:val="0"/>
              <w:spacing w:after="0" w:line="224" w:lineRule="exact"/>
              <w:ind w:left="576" w:right="576"/>
              <w:jc w:val="center"/>
              <w:rPr>
                <w:rFonts w:ascii="ArialMT" w:eastAsia="ArialMT" w:hAnsi="ArialMT"/>
                <w:color w:val="000000"/>
                <w:w w:val="102"/>
                <w:sz w:val="16"/>
                <w:lang w:val="pt-BR"/>
              </w:rPr>
            </w:pPr>
            <w:r w:rsidRPr="00F05CB7">
              <w:rPr>
                <w:rFonts w:ascii="ArialMT" w:eastAsia="ArialMT" w:hAnsi="ArialMT"/>
                <w:color w:val="000000"/>
                <w:w w:val="102"/>
                <w:sz w:val="16"/>
                <w:lang w:val="pt-BR"/>
              </w:rPr>
              <w:t xml:space="preserve">JUDEȚUL  </w:t>
            </w:r>
            <w:r w:rsidR="00C44B4D" w:rsidRPr="00F05CB7">
              <w:rPr>
                <w:rFonts w:ascii="ArialMT" w:eastAsia="ArialMT" w:hAnsi="ArialMT"/>
                <w:color w:val="000000"/>
                <w:w w:val="102"/>
                <w:sz w:val="16"/>
                <w:lang w:val="pt-BR"/>
              </w:rPr>
              <w:t>MUREȘ</w:t>
            </w:r>
          </w:p>
          <w:p w14:paraId="296874B4" w14:textId="77777777" w:rsidR="00BD2397" w:rsidRPr="00F05CB7" w:rsidRDefault="00B8640C">
            <w:pPr>
              <w:autoSpaceDE w:val="0"/>
              <w:autoSpaceDN w:val="0"/>
              <w:spacing w:after="0" w:line="224" w:lineRule="exact"/>
              <w:ind w:left="576" w:right="576"/>
              <w:jc w:val="center"/>
              <w:rPr>
                <w:lang w:val="pt-BR"/>
              </w:rPr>
            </w:pPr>
            <w:r w:rsidRPr="00F05CB7">
              <w:rPr>
                <w:rFonts w:ascii="ArialMT" w:eastAsia="ArialMT" w:hAnsi="ArialMT"/>
                <w:color w:val="000000"/>
                <w:w w:val="102"/>
                <w:sz w:val="16"/>
                <w:lang w:val="pt-BR"/>
              </w:rPr>
              <w:t xml:space="preserve"> PRIMĂRIA  COMUNEI </w:t>
            </w:r>
          </w:p>
          <w:p w14:paraId="2751F50F" w14:textId="27B3CE8C" w:rsidR="00BD2397" w:rsidRPr="00F05CB7" w:rsidRDefault="00F05CB7">
            <w:pPr>
              <w:autoSpaceDE w:val="0"/>
              <w:autoSpaceDN w:val="0"/>
              <w:spacing w:after="0" w:line="194" w:lineRule="exact"/>
              <w:ind w:left="448"/>
              <w:rPr>
                <w:lang w:val="pt-BR"/>
              </w:rPr>
            </w:pPr>
            <w:r>
              <w:rPr>
                <w:rFonts w:ascii="Arial" w:eastAsia="Arial" w:hAnsi="Arial"/>
                <w:b/>
                <w:color w:val="4F81BD"/>
                <w:w w:val="102"/>
                <w:sz w:val="16"/>
                <w:lang w:val="pt-BR"/>
              </w:rPr>
              <w:t xml:space="preserve">                         </w:t>
            </w:r>
            <w:r w:rsidRPr="00F05CB7">
              <w:rPr>
                <w:rFonts w:ascii="Arial" w:eastAsia="Arial" w:hAnsi="Arial"/>
                <w:b/>
                <w:color w:val="4F81BD"/>
                <w:w w:val="102"/>
                <w:sz w:val="16"/>
                <w:lang w:val="pt-BR"/>
              </w:rPr>
              <w:t>Z</w:t>
            </w:r>
            <w:r>
              <w:rPr>
                <w:rFonts w:ascii="Arial" w:eastAsia="Arial" w:hAnsi="Arial"/>
                <w:b/>
                <w:color w:val="4F81BD"/>
                <w:w w:val="102"/>
                <w:sz w:val="16"/>
                <w:lang w:val="pt-BR"/>
              </w:rPr>
              <w:t xml:space="preserve">AU DE CÂMPIE </w:t>
            </w:r>
          </w:p>
          <w:tbl>
            <w:tblPr>
              <w:tblW w:w="0" w:type="auto"/>
              <w:tblInd w:w="343" w:type="dxa"/>
              <w:tblLayout w:type="fixed"/>
              <w:tblLook w:val="04A0" w:firstRow="1" w:lastRow="0" w:firstColumn="1" w:lastColumn="0" w:noHBand="0" w:noVBand="1"/>
            </w:tblPr>
            <w:tblGrid>
              <w:gridCol w:w="3492"/>
            </w:tblGrid>
            <w:tr w:rsidR="00BD2397" w14:paraId="015F7D2B" w14:textId="77777777">
              <w:trPr>
                <w:trHeight w:hRule="exact" w:val="1572"/>
              </w:trPr>
              <w:tc>
                <w:tcPr>
                  <w:tcW w:w="3492" w:type="dxa"/>
                  <w:tcBorders>
                    <w:top w:val="single" w:sz="4" w:space="0" w:color="000000"/>
                    <w:left w:val="single" w:sz="3" w:space="0" w:color="000000"/>
                    <w:bottom w:val="single" w:sz="4" w:space="0" w:color="000000"/>
                    <w:right w:val="single" w:sz="3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0E3307DC" w14:textId="77777777" w:rsidR="00BD2397" w:rsidRPr="001F7E48" w:rsidRDefault="00B8640C">
                  <w:pPr>
                    <w:autoSpaceDE w:val="0"/>
                    <w:autoSpaceDN w:val="0"/>
                    <w:spacing w:after="0" w:line="196" w:lineRule="exact"/>
                    <w:jc w:val="center"/>
                    <w:rPr>
                      <w:lang w:val="pt-PT"/>
                    </w:rPr>
                  </w:pPr>
                  <w:r w:rsidRPr="001F7E48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pt-PT"/>
                    </w:rPr>
                    <w:t xml:space="preserve">VIZAT  SPRE  NESCHIMBARE </w:t>
                  </w:r>
                </w:p>
                <w:p w14:paraId="56C13A5E" w14:textId="77777777" w:rsidR="00BD2397" w:rsidRPr="001F7E48" w:rsidRDefault="00B8640C">
                  <w:pPr>
                    <w:tabs>
                      <w:tab w:val="left" w:pos="178"/>
                    </w:tabs>
                    <w:autoSpaceDE w:val="0"/>
                    <w:autoSpaceDN w:val="0"/>
                    <w:spacing w:before="268" w:after="0" w:line="222" w:lineRule="exact"/>
                    <w:ind w:left="100"/>
                    <w:rPr>
                      <w:lang w:val="pt-PT"/>
                    </w:rPr>
                  </w:pP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construire </w:t>
                  </w:r>
                  <w:r w:rsidRPr="001F7E48">
                    <w:rPr>
                      <w:lang w:val="pt-PT"/>
                    </w:rPr>
                    <w:br/>
                  </w: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Anexa la autorizația de ----------------- </w:t>
                  </w:r>
                </w:p>
                <w:p w14:paraId="4DE911DF" w14:textId="77777777" w:rsidR="00BD2397" w:rsidRDefault="00B8640C">
                  <w:pPr>
                    <w:tabs>
                      <w:tab w:val="left" w:pos="314"/>
                    </w:tabs>
                    <w:autoSpaceDE w:val="0"/>
                    <w:autoSpaceDN w:val="0"/>
                    <w:spacing w:before="220" w:after="0" w:line="222" w:lineRule="exact"/>
                    <w:ind w:left="100" w:right="144"/>
                  </w:pPr>
                  <w:proofErr w:type="spellStart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>desființare</w:t>
                  </w:r>
                  <w:proofErr w:type="spellEnd"/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 </w:t>
                  </w:r>
                  <w:r>
                    <w:br/>
                  </w:r>
                  <w:r>
                    <w:rPr>
                      <w:rFonts w:ascii="ArialMT" w:eastAsia="ArialMT" w:hAnsi="ArialMT"/>
                      <w:color w:val="000000"/>
                      <w:w w:val="102"/>
                      <w:sz w:val="19"/>
                    </w:rPr>
                    <w:t xml:space="preserve">Nr. ……….. din …………… 20…. </w:t>
                  </w:r>
                </w:p>
              </w:tc>
            </w:tr>
          </w:tbl>
          <w:p w14:paraId="47519657" w14:textId="77777777" w:rsidR="00BD2397" w:rsidRDefault="00B8640C">
            <w:pPr>
              <w:autoSpaceDE w:val="0"/>
              <w:autoSpaceDN w:val="0"/>
              <w:spacing w:after="0" w:line="224" w:lineRule="exact"/>
              <w:ind w:left="1152" w:right="1152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Arhitect-șef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*, </w:t>
            </w:r>
            <w:r>
              <w:br/>
            </w: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……………………. </w:t>
            </w:r>
          </w:p>
        </w:tc>
      </w:tr>
    </w:tbl>
    <w:p w14:paraId="6EAE1EF0" w14:textId="77777777" w:rsidR="00BD2397" w:rsidRPr="001F7E48" w:rsidRDefault="00B8640C">
      <w:pPr>
        <w:autoSpaceDE w:val="0"/>
        <w:autoSpaceDN w:val="0"/>
        <w:spacing w:after="0" w:line="196" w:lineRule="exact"/>
        <w:jc w:val="center"/>
        <w:rPr>
          <w:lang w:val="pt-PT"/>
        </w:rPr>
      </w:pPr>
      <w:r w:rsidRPr="001F7E48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Ștampila model pentru Primărie comună </w:t>
      </w:r>
    </w:p>
    <w:p w14:paraId="28E5CC9C" w14:textId="77777777" w:rsidR="00BD2397" w:rsidRPr="001F7E48" w:rsidRDefault="00BD2397">
      <w:pPr>
        <w:spacing w:after="0"/>
        <w:rPr>
          <w:lang w:val="pt-PT"/>
        </w:rPr>
        <w:sectPr w:rsidR="00BD2397" w:rsidRPr="001F7E48">
          <w:type w:val="nextColumn"/>
          <w:pgSz w:w="11900" w:h="16840"/>
          <w:pgMar w:top="126" w:right="546" w:bottom="236" w:left="1088" w:header="720" w:footer="720" w:gutter="0"/>
          <w:cols w:num="2" w:space="708" w:equalWidth="0">
            <w:col w:w="4894" w:space="0"/>
            <w:col w:w="5372" w:space="0"/>
          </w:cols>
          <w:docGrid w:linePitch="360"/>
        </w:sectPr>
      </w:pPr>
    </w:p>
    <w:p w14:paraId="12E7340C" w14:textId="77777777" w:rsidR="00BD2397" w:rsidRPr="00912339" w:rsidRDefault="00B8640C">
      <w:pPr>
        <w:autoSpaceDE w:val="0"/>
        <w:autoSpaceDN w:val="0"/>
        <w:spacing w:after="0" w:line="154" w:lineRule="exact"/>
        <w:ind w:left="886"/>
        <w:rPr>
          <w:lang w:val="sv-SE"/>
        </w:rPr>
      </w:pPr>
      <w:r w:rsidRPr="00912339">
        <w:rPr>
          <w:rFonts w:ascii="ArialMT" w:eastAsia="ArialMT" w:hAnsi="ArialMT"/>
          <w:color w:val="000000"/>
          <w:w w:val="103"/>
          <w:sz w:val="13"/>
          <w:lang w:val="sv-SE"/>
        </w:rPr>
        <w:t xml:space="preserve">*) Se va semna de persoana cu responsabilitate în domeniul amenajării teritoriului și urbanismului. </w:t>
      </w:r>
    </w:p>
    <w:p w14:paraId="4AC46CC0" w14:textId="77777777" w:rsidR="00BD2397" w:rsidRPr="00912339" w:rsidRDefault="00B8640C">
      <w:pPr>
        <w:tabs>
          <w:tab w:val="left" w:pos="4314"/>
        </w:tabs>
        <w:autoSpaceDE w:val="0"/>
        <w:autoSpaceDN w:val="0"/>
        <w:spacing w:after="0" w:line="144" w:lineRule="exact"/>
        <w:ind w:left="186"/>
        <w:rPr>
          <w:lang w:val="sv-SE"/>
        </w:rPr>
      </w:pP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 xml:space="preserve">F_A_07 · versiunea 1.0 </w:t>
      </w:r>
      <w:r w:rsidRPr="00912339">
        <w:rPr>
          <w:lang w:val="sv-SE"/>
        </w:rPr>
        <w:tab/>
      </w: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>pagina 1 din 2</w:t>
      </w:r>
    </w:p>
    <w:p w14:paraId="6C8CEB06" w14:textId="77777777" w:rsidR="00BD2397" w:rsidRPr="00912339" w:rsidRDefault="00BD2397">
      <w:pPr>
        <w:spacing w:after="0"/>
        <w:rPr>
          <w:lang w:val="sv-SE"/>
        </w:rPr>
        <w:sectPr w:rsidR="00BD2397" w:rsidRPr="00912339">
          <w:type w:val="continuous"/>
          <w:pgSz w:w="11900" w:h="16840"/>
          <w:pgMar w:top="126" w:right="546" w:bottom="236" w:left="1088" w:header="720" w:footer="720" w:gutter="0"/>
          <w:cols w:space="708"/>
          <w:docGrid w:linePitch="360"/>
        </w:sectPr>
      </w:pPr>
    </w:p>
    <w:p w14:paraId="752126E2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13DDA6E9" w14:textId="77777777" w:rsidR="00BD2397" w:rsidRPr="00912339" w:rsidRDefault="00B8640C">
      <w:pPr>
        <w:tabs>
          <w:tab w:val="left" w:pos="2080"/>
        </w:tabs>
        <w:autoSpaceDE w:val="0"/>
        <w:autoSpaceDN w:val="0"/>
        <w:spacing w:after="0" w:line="200" w:lineRule="exact"/>
        <w:rPr>
          <w:lang w:val="sv-SE"/>
        </w:rPr>
      </w:pPr>
      <w:r w:rsidRPr="00912339">
        <w:rPr>
          <w:rFonts w:ascii="Arial" w:eastAsia="Arial" w:hAnsi="Arial"/>
          <w:color w:val="000000"/>
          <w:sz w:val="17"/>
          <w:lang w:val="sv-SE"/>
        </w:rPr>
        <w:t>30 MONITORUL OFICIAL AL ROMÂNIEI, PARTEA I, Nr. 711 bis/26.VIII.2026</w:t>
      </w:r>
    </w:p>
    <w:p w14:paraId="39590765" w14:textId="77777777" w:rsidR="00BD2397" w:rsidRPr="00912339" w:rsidRDefault="00B8640C">
      <w:pPr>
        <w:autoSpaceDE w:val="0"/>
        <w:autoSpaceDN w:val="0"/>
        <w:spacing w:after="0" w:line="234" w:lineRule="exact"/>
        <w:ind w:right="3686"/>
        <w:jc w:val="right"/>
        <w:rPr>
          <w:lang w:val="sv-SE"/>
        </w:rPr>
      </w:pPr>
      <w:r w:rsidRPr="00912339">
        <w:rPr>
          <w:rFonts w:ascii="TimesNewRomanPSMT" w:eastAsia="TimesNewRomanPSMT" w:hAnsi="TimesNewRomanPSMT"/>
          <w:color w:val="000000"/>
          <w:w w:val="101"/>
          <w:sz w:val="20"/>
          <w:lang w:val="sv-SE"/>
        </w:rPr>
        <w:t xml:space="preserve">ȘTAMPILA  MODEL </w:t>
      </w:r>
    </w:p>
    <w:p w14:paraId="277D83DC" w14:textId="77777777" w:rsidR="00BD2397" w:rsidRPr="00912339" w:rsidRDefault="00B8640C">
      <w:pPr>
        <w:autoSpaceDE w:val="0"/>
        <w:autoSpaceDN w:val="0"/>
        <w:spacing w:after="0" w:line="234" w:lineRule="exact"/>
        <w:ind w:right="2214"/>
        <w:jc w:val="right"/>
        <w:rPr>
          <w:lang w:val="sv-SE"/>
        </w:rPr>
      </w:pPr>
      <w:r w:rsidRPr="00912339">
        <w:rPr>
          <w:rFonts w:ascii="TimesNewRomanPS" w:eastAsia="TimesNewRomanPS" w:hAnsi="TimesNewRomanPS"/>
          <w:b/>
          <w:color w:val="000000"/>
          <w:w w:val="101"/>
          <w:sz w:val="20"/>
          <w:lang w:val="sv-SE"/>
        </w:rPr>
        <w:t xml:space="preserve"> “ANEXĂ LA CERTIFICATUL DE URBANISM” </w:t>
      </w:r>
    </w:p>
    <w:p w14:paraId="1538646B" w14:textId="77777777" w:rsidR="00BD2397" w:rsidRPr="00912339" w:rsidRDefault="00BD2397">
      <w:pPr>
        <w:spacing w:after="0"/>
        <w:rPr>
          <w:lang w:val="sv-SE"/>
        </w:rPr>
        <w:sectPr w:rsidR="00BD2397" w:rsidRPr="00912339">
          <w:pgSz w:w="11900" w:h="16840"/>
          <w:pgMar w:top="126" w:right="1152" w:bottom="236" w:left="564" w:header="720" w:footer="720" w:gutter="0"/>
          <w:cols w:space="708"/>
          <w:docGrid w:linePitch="360"/>
        </w:sectPr>
      </w:pPr>
    </w:p>
    <w:tbl>
      <w:tblPr>
        <w:tblW w:w="0" w:type="auto"/>
        <w:tblInd w:w="528" w:type="dxa"/>
        <w:tblLayout w:type="fixed"/>
        <w:tblLook w:val="04A0" w:firstRow="1" w:lastRow="0" w:firstColumn="1" w:lastColumn="0" w:noHBand="0" w:noVBand="1"/>
      </w:tblPr>
      <w:tblGrid>
        <w:gridCol w:w="4366"/>
      </w:tblGrid>
      <w:tr w:rsidR="00BD2397" w:rsidRPr="00912339" w14:paraId="62A81ECA" w14:textId="77777777">
        <w:trPr>
          <w:trHeight w:hRule="exact" w:val="2290"/>
        </w:trPr>
        <w:tc>
          <w:tcPr>
            <w:tcW w:w="43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11A04" w14:textId="77777777" w:rsidR="00C44B4D" w:rsidRDefault="00B8640C">
            <w:pPr>
              <w:autoSpaceDE w:val="0"/>
              <w:autoSpaceDN w:val="0"/>
              <w:spacing w:after="0" w:line="224" w:lineRule="exact"/>
              <w:ind w:left="1008" w:right="1008"/>
              <w:jc w:val="center"/>
              <w:rPr>
                <w:rFonts w:ascii="Arial" w:eastAsia="Arial" w:hAnsi="Arial"/>
                <w:b/>
                <w:color w:val="000000"/>
                <w:w w:val="102"/>
                <w:sz w:val="16"/>
                <w:lang w:val="sv-SE"/>
              </w:rPr>
            </w:pPr>
            <w:r w:rsidRPr="00912339">
              <w:rPr>
                <w:rFonts w:ascii="ArialMT" w:eastAsia="ArialMT" w:hAnsi="ArialMT"/>
                <w:color w:val="000000"/>
                <w:w w:val="102"/>
                <w:sz w:val="16"/>
                <w:lang w:val="sv-SE"/>
              </w:rPr>
              <w:t xml:space="preserve">CONSILIUL  JUDEȚEAN </w:t>
            </w:r>
          </w:p>
          <w:p w14:paraId="20FFC753" w14:textId="77777777" w:rsidR="00BD2397" w:rsidRPr="00912339" w:rsidRDefault="00C44B4D">
            <w:pPr>
              <w:autoSpaceDE w:val="0"/>
              <w:autoSpaceDN w:val="0"/>
              <w:spacing w:after="0" w:line="224" w:lineRule="exact"/>
              <w:ind w:left="1008" w:right="1008"/>
              <w:jc w:val="center"/>
              <w:rPr>
                <w:lang w:val="sv-SE"/>
              </w:rPr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  <w:lang w:val="sv-SE"/>
              </w:rPr>
              <w:t>MUREȘ</w:t>
            </w:r>
            <w:r w:rsidR="00B8640C" w:rsidRPr="00912339">
              <w:rPr>
                <w:rFonts w:ascii="Arial" w:eastAsia="Arial" w:hAnsi="Arial"/>
                <w:b/>
                <w:color w:val="000000"/>
                <w:w w:val="102"/>
                <w:sz w:val="16"/>
                <w:lang w:val="sv-SE"/>
              </w:rPr>
              <w:t xml:space="preserve"> </w:t>
            </w:r>
          </w:p>
          <w:tbl>
            <w:tblPr>
              <w:tblW w:w="0" w:type="auto"/>
              <w:tblInd w:w="343" w:type="dxa"/>
              <w:tblLayout w:type="fixed"/>
              <w:tblLook w:val="04A0" w:firstRow="1" w:lastRow="0" w:firstColumn="1" w:lastColumn="0" w:noHBand="0" w:noVBand="1"/>
            </w:tblPr>
            <w:tblGrid>
              <w:gridCol w:w="3668"/>
            </w:tblGrid>
            <w:tr w:rsidR="00BD2397" w:rsidRPr="00F05CB7" w14:paraId="020F2A56" w14:textId="77777777">
              <w:trPr>
                <w:trHeight w:hRule="exact" w:val="1152"/>
              </w:trPr>
              <w:tc>
                <w:tcPr>
                  <w:tcW w:w="3668" w:type="dxa"/>
                  <w:tcBorders>
                    <w:top w:val="single" w:sz="4" w:space="0" w:color="000000"/>
                    <w:left w:val="single" w:sz="3" w:space="0" w:color="000000"/>
                    <w:bottom w:val="single" w:sz="4" w:space="0" w:color="000000"/>
                    <w:right w:val="single" w:sz="3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0F8E73A7" w14:textId="77777777" w:rsidR="00BD2397" w:rsidRPr="00912339" w:rsidRDefault="00B8640C">
                  <w:pPr>
                    <w:autoSpaceDE w:val="0"/>
                    <w:autoSpaceDN w:val="0"/>
                    <w:spacing w:before="84" w:after="0" w:line="224" w:lineRule="exact"/>
                    <w:ind w:left="1440" w:right="1296"/>
                    <w:jc w:val="center"/>
                    <w:rPr>
                      <w:lang w:val="sv-SE"/>
                    </w:rPr>
                  </w:pPr>
                  <w:r w:rsidRPr="00912339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sv-SE"/>
                    </w:rPr>
                    <w:t xml:space="preserve">ANEXĂ </w:t>
                  </w:r>
                  <w:r w:rsidRPr="00912339">
                    <w:rPr>
                      <w:lang w:val="sv-SE"/>
                    </w:rPr>
                    <w:br/>
                  </w:r>
                  <w:r w:rsidRPr="00912339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sv-SE"/>
                    </w:rPr>
                    <w:t xml:space="preserve">LA </w:t>
                  </w:r>
                </w:p>
                <w:p w14:paraId="66F77F7E" w14:textId="77777777" w:rsidR="00BD2397" w:rsidRPr="00912339" w:rsidRDefault="00B8640C">
                  <w:pPr>
                    <w:autoSpaceDE w:val="0"/>
                    <w:autoSpaceDN w:val="0"/>
                    <w:spacing w:before="72" w:after="0" w:line="194" w:lineRule="exact"/>
                    <w:jc w:val="center"/>
                    <w:rPr>
                      <w:lang w:val="sv-SE"/>
                    </w:rPr>
                  </w:pPr>
                  <w:r w:rsidRPr="00912339">
                    <w:rPr>
                      <w:rFonts w:ascii="Arial" w:eastAsia="Arial" w:hAnsi="Arial"/>
                      <w:i/>
                      <w:color w:val="000000"/>
                      <w:w w:val="102"/>
                      <w:sz w:val="19"/>
                      <w:lang w:val="sv-SE"/>
                    </w:rPr>
                    <w:t xml:space="preserve">CERTIFICATUL DE URBANISM </w:t>
                  </w:r>
                </w:p>
                <w:p w14:paraId="3FE2FCF5" w14:textId="77777777" w:rsidR="00BD2397" w:rsidRPr="00912339" w:rsidRDefault="00B8640C">
                  <w:pPr>
                    <w:autoSpaceDE w:val="0"/>
                    <w:autoSpaceDN w:val="0"/>
                    <w:spacing w:before="152" w:after="0" w:line="194" w:lineRule="exact"/>
                    <w:jc w:val="center"/>
                    <w:rPr>
                      <w:lang w:val="sv-SE"/>
                    </w:rPr>
                  </w:pPr>
                  <w:r w:rsidRPr="00912339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sv-SE"/>
                    </w:rPr>
                    <w:t xml:space="preserve">Nr. ……….. din …………… 20…. </w:t>
                  </w:r>
                </w:p>
              </w:tc>
            </w:tr>
          </w:tbl>
          <w:p w14:paraId="1AD7C4DD" w14:textId="77777777" w:rsidR="00BD2397" w:rsidRPr="00912339" w:rsidRDefault="00B8640C">
            <w:pPr>
              <w:autoSpaceDE w:val="0"/>
              <w:autoSpaceDN w:val="0"/>
              <w:spacing w:after="0" w:line="224" w:lineRule="exact"/>
              <w:ind w:left="1296" w:right="1296"/>
              <w:jc w:val="center"/>
              <w:rPr>
                <w:lang w:val="sv-SE"/>
              </w:rPr>
            </w:pPr>
            <w:r w:rsidRPr="00912339">
              <w:rPr>
                <w:rFonts w:ascii="ArialMT" w:eastAsia="ArialMT" w:hAnsi="ArialMT"/>
                <w:color w:val="000000"/>
                <w:w w:val="102"/>
                <w:sz w:val="16"/>
                <w:lang w:val="sv-SE"/>
              </w:rPr>
              <w:t xml:space="preserve">Arhitect-șef *, </w:t>
            </w:r>
            <w:r w:rsidRPr="00912339">
              <w:rPr>
                <w:lang w:val="sv-SE"/>
              </w:rPr>
              <w:br/>
            </w:r>
            <w:r w:rsidRPr="00912339">
              <w:rPr>
                <w:rFonts w:ascii="ArialMT" w:eastAsia="ArialMT" w:hAnsi="ArialMT"/>
                <w:color w:val="000000"/>
                <w:w w:val="102"/>
                <w:sz w:val="16"/>
                <w:lang w:val="sv-SE"/>
              </w:rPr>
              <w:t xml:space="preserve">……………………. </w:t>
            </w:r>
          </w:p>
        </w:tc>
      </w:tr>
    </w:tbl>
    <w:p w14:paraId="66B20751" w14:textId="77777777" w:rsidR="00BD2397" w:rsidRPr="00912339" w:rsidRDefault="00B8640C">
      <w:pPr>
        <w:autoSpaceDE w:val="0"/>
        <w:autoSpaceDN w:val="0"/>
        <w:spacing w:after="0" w:line="196" w:lineRule="exact"/>
        <w:jc w:val="center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Ștampila model pentru Consiliul județean </w:t>
      </w:r>
    </w:p>
    <w:p w14:paraId="56CFA9C2" w14:textId="77777777" w:rsidR="00BD2397" w:rsidRPr="00912339" w:rsidRDefault="00B8640C">
      <w:pPr>
        <w:autoSpaceDE w:val="0"/>
        <w:autoSpaceDN w:val="0"/>
        <w:spacing w:after="0" w:line="202" w:lineRule="exact"/>
        <w:ind w:left="1152" w:right="1152"/>
        <w:jc w:val="center"/>
        <w:rPr>
          <w:lang w:val="sv-SE"/>
        </w:rPr>
      </w:pP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JUDEȚUL  BISTRIȚA - NĂSĂUD PRIMĂRIA  ORAȘULUI </w:t>
      </w:r>
      <w:r w:rsidRPr="00912339">
        <w:rPr>
          <w:lang w:val="sv-SE"/>
        </w:rPr>
        <w:br/>
      </w:r>
      <w:r w:rsidR="003D684B">
        <w:rPr>
          <w:rFonts w:ascii="Arial" w:eastAsia="Arial" w:hAnsi="Arial"/>
          <w:b/>
          <w:i/>
          <w:color w:val="000000"/>
          <w:w w:val="102"/>
          <w:sz w:val="16"/>
          <w:lang w:val="sv-SE"/>
        </w:rPr>
        <w:t>____________</w:t>
      </w:r>
    </w:p>
    <w:p w14:paraId="77B05090" w14:textId="77777777" w:rsidR="00BD2397" w:rsidRPr="001F7E48" w:rsidRDefault="00B8640C">
      <w:pPr>
        <w:autoSpaceDE w:val="0"/>
        <w:autoSpaceDN w:val="0"/>
        <w:spacing w:after="0" w:line="222" w:lineRule="exact"/>
        <w:ind w:left="2304" w:right="2304"/>
        <w:jc w:val="center"/>
        <w:rPr>
          <w:lang w:val="pt-PT"/>
        </w:rPr>
      </w:pPr>
      <w:r w:rsidRPr="001F7E48">
        <w:rPr>
          <w:rFonts w:ascii="Arial" w:eastAsia="Arial" w:hAnsi="Arial"/>
          <w:b/>
          <w:i/>
          <w:color w:val="000000"/>
          <w:w w:val="102"/>
          <w:sz w:val="16"/>
          <w:lang w:val="pt-PT"/>
        </w:rPr>
        <w:t xml:space="preserve">ANEXĂ </w:t>
      </w:r>
      <w:r w:rsidRPr="001F7E48">
        <w:rPr>
          <w:lang w:val="pt-PT"/>
        </w:rPr>
        <w:br/>
      </w:r>
      <w:r w:rsidRPr="001F7E48">
        <w:rPr>
          <w:rFonts w:ascii="Arial" w:eastAsia="Arial" w:hAnsi="Arial"/>
          <w:b/>
          <w:i/>
          <w:color w:val="000000"/>
          <w:w w:val="102"/>
          <w:sz w:val="16"/>
          <w:lang w:val="pt-PT"/>
        </w:rPr>
        <w:t xml:space="preserve">LA </w:t>
      </w:r>
    </w:p>
    <w:p w14:paraId="420FA364" w14:textId="77777777" w:rsidR="00BD2397" w:rsidRPr="001F7E48" w:rsidRDefault="00B8640C">
      <w:pPr>
        <w:autoSpaceDE w:val="0"/>
        <w:autoSpaceDN w:val="0"/>
        <w:spacing w:after="0" w:line="194" w:lineRule="exact"/>
        <w:jc w:val="center"/>
        <w:rPr>
          <w:lang w:val="pt-PT"/>
        </w:rPr>
      </w:pPr>
      <w:r w:rsidRPr="001F7E48">
        <w:rPr>
          <w:rFonts w:ascii="Arial" w:eastAsia="Arial" w:hAnsi="Arial"/>
          <w:i/>
          <w:color w:val="000000"/>
          <w:w w:val="102"/>
          <w:sz w:val="16"/>
          <w:lang w:val="pt-PT"/>
        </w:rPr>
        <w:t xml:space="preserve">CERTIFICATUL DE URBANISM </w:t>
      </w:r>
    </w:p>
    <w:p w14:paraId="6CFC0F90" w14:textId="77777777" w:rsidR="00BD2397" w:rsidRPr="001F7E48" w:rsidRDefault="00B8640C">
      <w:pPr>
        <w:autoSpaceDE w:val="0"/>
        <w:autoSpaceDN w:val="0"/>
        <w:spacing w:after="0" w:line="196" w:lineRule="exact"/>
        <w:jc w:val="center"/>
        <w:rPr>
          <w:lang w:val="pt-PT"/>
        </w:rPr>
      </w:pPr>
      <w:r w:rsidRPr="001F7E48">
        <w:rPr>
          <w:rFonts w:ascii="ArialMT" w:eastAsia="ArialMT" w:hAnsi="ArialMT"/>
          <w:color w:val="000000"/>
          <w:w w:val="102"/>
          <w:sz w:val="16"/>
          <w:lang w:val="pt-PT"/>
        </w:rPr>
        <w:t xml:space="preserve">Nr. ……….. din …………… 20…. </w:t>
      </w:r>
    </w:p>
    <w:p w14:paraId="1CEDF828" w14:textId="77777777" w:rsidR="00BD2397" w:rsidRPr="001F7E48" w:rsidRDefault="00B8640C">
      <w:pPr>
        <w:autoSpaceDE w:val="0"/>
        <w:autoSpaceDN w:val="0"/>
        <w:spacing w:after="0" w:line="224" w:lineRule="exact"/>
        <w:ind w:left="1872" w:right="1728"/>
        <w:jc w:val="center"/>
        <w:rPr>
          <w:lang w:val="pt-PT"/>
        </w:rPr>
      </w:pPr>
      <w:r w:rsidRPr="001F7E48">
        <w:rPr>
          <w:rFonts w:ascii="ArialMT" w:eastAsia="ArialMT" w:hAnsi="ArialMT"/>
          <w:color w:val="000000"/>
          <w:w w:val="102"/>
          <w:sz w:val="16"/>
          <w:lang w:val="pt-PT"/>
        </w:rPr>
        <w:t xml:space="preserve">Arhitect-șef *, </w:t>
      </w:r>
      <w:r w:rsidRPr="001F7E48">
        <w:rPr>
          <w:lang w:val="pt-PT"/>
        </w:rPr>
        <w:br/>
      </w:r>
      <w:r w:rsidRPr="001F7E48">
        <w:rPr>
          <w:rFonts w:ascii="ArialMT" w:eastAsia="ArialMT" w:hAnsi="ArialMT"/>
          <w:color w:val="000000"/>
          <w:w w:val="102"/>
          <w:sz w:val="16"/>
          <w:lang w:val="pt-PT"/>
        </w:rPr>
        <w:t xml:space="preserve">……………………. </w:t>
      </w:r>
    </w:p>
    <w:p w14:paraId="7055DF49" w14:textId="77777777" w:rsidR="00BD2397" w:rsidRPr="00912339" w:rsidRDefault="00B8640C">
      <w:pPr>
        <w:autoSpaceDE w:val="0"/>
        <w:autoSpaceDN w:val="0"/>
        <w:spacing w:after="0" w:line="194" w:lineRule="exact"/>
        <w:jc w:val="center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Ștampila model pentru Primărie oraș </w:t>
      </w:r>
    </w:p>
    <w:p w14:paraId="2963DBAC" w14:textId="77777777" w:rsidR="00BD2397" w:rsidRPr="00912339" w:rsidRDefault="00B8640C">
      <w:pPr>
        <w:autoSpaceDE w:val="0"/>
        <w:autoSpaceDN w:val="0"/>
        <w:spacing w:after="0" w:line="96" w:lineRule="exact"/>
        <w:ind w:left="710"/>
        <w:rPr>
          <w:lang w:val="sv-SE"/>
        </w:rPr>
      </w:pPr>
      <w:r w:rsidRPr="00912339">
        <w:rPr>
          <w:rFonts w:ascii="ArialMT" w:eastAsia="ArialMT" w:hAnsi="ArialMT"/>
          <w:color w:val="000000"/>
          <w:w w:val="96"/>
          <w:sz w:val="9"/>
          <w:lang w:val="sv-SE"/>
        </w:rPr>
        <w:t xml:space="preserve">___________________ </w:t>
      </w:r>
    </w:p>
    <w:p w14:paraId="76EF1B8A" w14:textId="77777777" w:rsidR="00BD2397" w:rsidRPr="00912339" w:rsidRDefault="00BD2397">
      <w:pPr>
        <w:spacing w:after="0"/>
        <w:rPr>
          <w:lang w:val="sv-SE"/>
        </w:rPr>
        <w:sectPr w:rsidR="00BD2397" w:rsidRPr="00912339">
          <w:type w:val="continuous"/>
          <w:pgSz w:w="11900" w:h="16840"/>
          <w:pgMar w:top="126" w:right="1152" w:bottom="236" w:left="564" w:header="720" w:footer="720" w:gutter="0"/>
          <w:cols w:num="2" w:space="708" w:equalWidth="0">
            <w:col w:w="5418" w:space="0"/>
            <w:col w:w="4765" w:space="0"/>
          </w:cols>
          <w:docGrid w:linePitch="360"/>
        </w:sectPr>
      </w:pPr>
    </w:p>
    <w:tbl>
      <w:tblPr>
        <w:tblW w:w="0" w:type="auto"/>
        <w:tblInd w:w="525" w:type="dxa"/>
        <w:tblLayout w:type="fixed"/>
        <w:tblLook w:val="04A0" w:firstRow="1" w:lastRow="0" w:firstColumn="1" w:lastColumn="0" w:noHBand="0" w:noVBand="1"/>
      </w:tblPr>
      <w:tblGrid>
        <w:gridCol w:w="4216"/>
      </w:tblGrid>
      <w:tr w:rsidR="00BD2397" w14:paraId="5C5D51E5" w14:textId="77777777">
        <w:trPr>
          <w:trHeight w:hRule="exact" w:val="2290"/>
        </w:trPr>
        <w:tc>
          <w:tcPr>
            <w:tcW w:w="42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E0076F7" w14:textId="77777777" w:rsidR="00C44B4D" w:rsidRDefault="00B8640C">
            <w:pPr>
              <w:autoSpaceDE w:val="0"/>
              <w:autoSpaceDN w:val="0"/>
              <w:spacing w:after="0" w:line="202" w:lineRule="exact"/>
              <w:ind w:left="576" w:right="576"/>
              <w:jc w:val="center"/>
              <w:rPr>
                <w:rFonts w:ascii="ArialMT" w:eastAsia="ArialMT" w:hAnsi="ArialMT"/>
                <w:color w:val="000000"/>
                <w:w w:val="102"/>
                <w:sz w:val="16"/>
                <w:lang w:val="sv-SE"/>
              </w:rPr>
            </w:pPr>
            <w:r w:rsidRPr="00912339">
              <w:rPr>
                <w:rFonts w:ascii="ArialMT" w:eastAsia="ArialMT" w:hAnsi="ArialMT"/>
                <w:color w:val="000000"/>
                <w:w w:val="102"/>
                <w:sz w:val="16"/>
                <w:lang w:val="sv-SE"/>
              </w:rPr>
              <w:t xml:space="preserve">JUDEȚUL  </w:t>
            </w:r>
            <w:r w:rsidR="00C44B4D">
              <w:rPr>
                <w:rFonts w:ascii="ArialMT" w:eastAsia="ArialMT" w:hAnsi="ArialMT"/>
                <w:color w:val="000000"/>
                <w:w w:val="102"/>
                <w:sz w:val="16"/>
                <w:lang w:val="sv-SE"/>
              </w:rPr>
              <w:t>MUREȘ</w:t>
            </w:r>
          </w:p>
          <w:p w14:paraId="02E0C910" w14:textId="77777777" w:rsidR="00BD2397" w:rsidRPr="00912339" w:rsidRDefault="00B8640C">
            <w:pPr>
              <w:autoSpaceDE w:val="0"/>
              <w:autoSpaceDN w:val="0"/>
              <w:spacing w:after="0" w:line="202" w:lineRule="exact"/>
              <w:ind w:left="576" w:right="576"/>
              <w:jc w:val="center"/>
              <w:rPr>
                <w:lang w:val="sv-SE"/>
              </w:rPr>
            </w:pPr>
            <w:r w:rsidRPr="00912339">
              <w:rPr>
                <w:rFonts w:ascii="ArialMT" w:eastAsia="ArialMT" w:hAnsi="ArialMT"/>
                <w:color w:val="000000"/>
                <w:w w:val="102"/>
                <w:sz w:val="16"/>
                <w:lang w:val="sv-SE"/>
              </w:rPr>
              <w:t xml:space="preserve"> PRIMĂRIA  MUNICIPIULUI </w:t>
            </w:r>
            <w:r w:rsidRPr="00912339">
              <w:rPr>
                <w:lang w:val="sv-SE"/>
              </w:rPr>
              <w:br/>
            </w:r>
            <w:r w:rsidR="00C44B4D">
              <w:rPr>
                <w:rFonts w:ascii="Arial" w:eastAsia="Arial" w:hAnsi="Arial"/>
                <w:b/>
                <w:i/>
                <w:color w:val="000000"/>
                <w:w w:val="102"/>
                <w:sz w:val="16"/>
                <w:lang w:val="sv-SE"/>
              </w:rPr>
              <w:t>___________</w:t>
            </w:r>
          </w:p>
          <w:tbl>
            <w:tblPr>
              <w:tblW w:w="0" w:type="auto"/>
              <w:tblInd w:w="343" w:type="dxa"/>
              <w:tblLayout w:type="fixed"/>
              <w:tblLook w:val="04A0" w:firstRow="1" w:lastRow="0" w:firstColumn="1" w:lastColumn="0" w:noHBand="0" w:noVBand="1"/>
            </w:tblPr>
            <w:tblGrid>
              <w:gridCol w:w="3492"/>
            </w:tblGrid>
            <w:tr w:rsidR="00BD2397" w:rsidRPr="00F05CB7" w14:paraId="7D0EB998" w14:textId="77777777">
              <w:trPr>
                <w:trHeight w:hRule="exact" w:val="1152"/>
              </w:trPr>
              <w:tc>
                <w:tcPr>
                  <w:tcW w:w="3492" w:type="dxa"/>
                  <w:tcBorders>
                    <w:top w:val="single" w:sz="4" w:space="0" w:color="000000"/>
                    <w:left w:val="single" w:sz="3" w:space="0" w:color="000000"/>
                    <w:bottom w:val="single" w:sz="4" w:space="0" w:color="000000"/>
                    <w:right w:val="single" w:sz="3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048E0A70" w14:textId="77777777" w:rsidR="00BD2397" w:rsidRPr="001F7E48" w:rsidRDefault="00B8640C">
                  <w:pPr>
                    <w:autoSpaceDE w:val="0"/>
                    <w:autoSpaceDN w:val="0"/>
                    <w:spacing w:before="84" w:after="0" w:line="224" w:lineRule="exact"/>
                    <w:ind w:left="1296" w:right="1296"/>
                    <w:jc w:val="center"/>
                    <w:rPr>
                      <w:lang w:val="pt-PT"/>
                    </w:rPr>
                  </w:pPr>
                  <w:r w:rsidRPr="001F7E48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pt-PT"/>
                    </w:rPr>
                    <w:t xml:space="preserve">ANEXĂ </w:t>
                  </w:r>
                  <w:r w:rsidRPr="001F7E48">
                    <w:rPr>
                      <w:lang w:val="pt-PT"/>
                    </w:rPr>
                    <w:br/>
                  </w:r>
                  <w:r w:rsidRPr="001F7E48">
                    <w:rPr>
                      <w:rFonts w:ascii="Arial" w:eastAsia="Arial" w:hAnsi="Arial"/>
                      <w:b/>
                      <w:i/>
                      <w:color w:val="000000"/>
                      <w:w w:val="102"/>
                      <w:sz w:val="19"/>
                      <w:lang w:val="pt-PT"/>
                    </w:rPr>
                    <w:t xml:space="preserve">LA </w:t>
                  </w:r>
                </w:p>
                <w:p w14:paraId="583310D4" w14:textId="77777777" w:rsidR="00BD2397" w:rsidRPr="001F7E48" w:rsidRDefault="00B8640C">
                  <w:pPr>
                    <w:autoSpaceDE w:val="0"/>
                    <w:autoSpaceDN w:val="0"/>
                    <w:spacing w:before="72" w:after="0" w:line="194" w:lineRule="exact"/>
                    <w:jc w:val="center"/>
                    <w:rPr>
                      <w:lang w:val="pt-PT"/>
                    </w:rPr>
                  </w:pPr>
                  <w:r w:rsidRPr="001F7E48">
                    <w:rPr>
                      <w:rFonts w:ascii="Arial" w:eastAsia="Arial" w:hAnsi="Arial"/>
                      <w:i/>
                      <w:color w:val="000000"/>
                      <w:w w:val="102"/>
                      <w:sz w:val="19"/>
                      <w:lang w:val="pt-PT"/>
                    </w:rPr>
                    <w:t xml:space="preserve">CERTIFICATUL DE URBANISM </w:t>
                  </w:r>
                </w:p>
                <w:p w14:paraId="3A1970F2" w14:textId="77777777" w:rsidR="00BD2397" w:rsidRPr="001F7E48" w:rsidRDefault="00B8640C">
                  <w:pPr>
                    <w:autoSpaceDE w:val="0"/>
                    <w:autoSpaceDN w:val="0"/>
                    <w:spacing w:before="152" w:after="0" w:line="194" w:lineRule="exact"/>
                    <w:jc w:val="center"/>
                    <w:rPr>
                      <w:lang w:val="pt-PT"/>
                    </w:rPr>
                  </w:pPr>
                  <w:r w:rsidRPr="001F7E48">
                    <w:rPr>
                      <w:rFonts w:ascii="ArialMT" w:eastAsia="ArialMT" w:hAnsi="ArialMT"/>
                      <w:color w:val="000000"/>
                      <w:w w:val="102"/>
                      <w:sz w:val="19"/>
                      <w:lang w:val="pt-PT"/>
                    </w:rPr>
                    <w:t xml:space="preserve">Nr. ……….. din …………… 20…. </w:t>
                  </w:r>
                </w:p>
              </w:tc>
            </w:tr>
          </w:tbl>
          <w:p w14:paraId="38F2F993" w14:textId="77777777" w:rsidR="00BD2397" w:rsidRDefault="00B8640C">
            <w:pPr>
              <w:autoSpaceDE w:val="0"/>
              <w:autoSpaceDN w:val="0"/>
              <w:spacing w:after="0" w:line="224" w:lineRule="exact"/>
              <w:ind w:left="1152" w:right="1152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Arhitect-șef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*, </w:t>
            </w:r>
            <w:r>
              <w:br/>
            </w: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……………………. </w:t>
            </w:r>
          </w:p>
        </w:tc>
      </w:tr>
    </w:tbl>
    <w:p w14:paraId="031BA1B3" w14:textId="77777777" w:rsidR="00BD2397" w:rsidRDefault="00B8640C">
      <w:pPr>
        <w:autoSpaceDE w:val="0"/>
        <w:autoSpaceDN w:val="0"/>
        <w:spacing w:after="0" w:line="196" w:lineRule="exact"/>
        <w:ind w:left="688"/>
      </w:pP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Ștampila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model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pentru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Primărie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municipiu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</w:p>
    <w:p w14:paraId="56170BE5" w14:textId="77777777" w:rsidR="003D684B" w:rsidRPr="00F05CB7" w:rsidRDefault="00B8640C">
      <w:pPr>
        <w:autoSpaceDE w:val="0"/>
        <w:autoSpaceDN w:val="0"/>
        <w:spacing w:after="0" w:line="202" w:lineRule="exact"/>
        <w:ind w:left="1152" w:right="576"/>
        <w:jc w:val="center"/>
        <w:rPr>
          <w:rFonts w:ascii="ArialMT" w:eastAsia="ArialMT" w:hAnsi="ArialMT"/>
          <w:color w:val="000000"/>
          <w:w w:val="102"/>
          <w:sz w:val="16"/>
          <w:lang w:val="pt-BR"/>
        </w:rPr>
      </w:pPr>
      <w:r w:rsidRPr="00F05CB7">
        <w:rPr>
          <w:rFonts w:ascii="ArialMT" w:eastAsia="ArialMT" w:hAnsi="ArialMT"/>
          <w:color w:val="000000"/>
          <w:w w:val="102"/>
          <w:sz w:val="16"/>
          <w:lang w:val="pt-BR"/>
        </w:rPr>
        <w:t xml:space="preserve">JUDEȚUL  </w:t>
      </w:r>
      <w:r w:rsidR="003D684B" w:rsidRPr="00F05CB7">
        <w:rPr>
          <w:rFonts w:ascii="ArialMT" w:eastAsia="ArialMT" w:hAnsi="ArialMT"/>
          <w:color w:val="000000"/>
          <w:w w:val="102"/>
          <w:sz w:val="16"/>
          <w:lang w:val="pt-BR"/>
        </w:rPr>
        <w:t>MUREȘ</w:t>
      </w:r>
    </w:p>
    <w:p w14:paraId="4D302F0D" w14:textId="4B105C03" w:rsidR="00BD2397" w:rsidRPr="00F05CB7" w:rsidRDefault="00B8640C">
      <w:pPr>
        <w:autoSpaceDE w:val="0"/>
        <w:autoSpaceDN w:val="0"/>
        <w:spacing w:after="0" w:line="202" w:lineRule="exact"/>
        <w:ind w:left="1152" w:right="576"/>
        <w:jc w:val="center"/>
        <w:rPr>
          <w:lang w:val="pt-BR"/>
        </w:rPr>
      </w:pPr>
      <w:r w:rsidRPr="00F05CB7">
        <w:rPr>
          <w:rFonts w:ascii="ArialMT" w:eastAsia="ArialMT" w:hAnsi="ArialMT"/>
          <w:color w:val="000000"/>
          <w:w w:val="102"/>
          <w:sz w:val="16"/>
          <w:lang w:val="pt-BR"/>
        </w:rPr>
        <w:t xml:space="preserve"> PRIMĂRIA  COMUNEI </w:t>
      </w:r>
      <w:r w:rsidRPr="00F05CB7">
        <w:rPr>
          <w:lang w:val="pt-BR"/>
        </w:rPr>
        <w:br/>
      </w:r>
      <w:r w:rsidR="00F05CB7">
        <w:rPr>
          <w:rFonts w:ascii="Arial" w:eastAsia="Arial" w:hAnsi="Arial"/>
          <w:b/>
          <w:i/>
          <w:color w:val="000000"/>
          <w:w w:val="102"/>
          <w:sz w:val="16"/>
          <w:lang w:val="pt-BR"/>
        </w:rPr>
        <w:t>ZAU DE CÂMPIE</w:t>
      </w:r>
    </w:p>
    <w:p w14:paraId="4C89F4EA" w14:textId="77777777" w:rsidR="00BD2397" w:rsidRPr="00F05CB7" w:rsidRDefault="00B8640C">
      <w:pPr>
        <w:autoSpaceDE w:val="0"/>
        <w:autoSpaceDN w:val="0"/>
        <w:spacing w:after="0" w:line="222" w:lineRule="exact"/>
        <w:ind w:left="2160" w:right="1728"/>
        <w:jc w:val="center"/>
        <w:rPr>
          <w:lang w:val="pt-BR"/>
        </w:rPr>
      </w:pPr>
      <w:r w:rsidRPr="00F05CB7">
        <w:rPr>
          <w:rFonts w:ascii="Arial" w:eastAsia="Arial" w:hAnsi="Arial"/>
          <w:b/>
          <w:i/>
          <w:color w:val="000000"/>
          <w:w w:val="102"/>
          <w:sz w:val="16"/>
          <w:lang w:val="pt-BR"/>
        </w:rPr>
        <w:t xml:space="preserve">ANEXĂ </w:t>
      </w:r>
      <w:r w:rsidRPr="00F05CB7">
        <w:rPr>
          <w:lang w:val="pt-BR"/>
        </w:rPr>
        <w:br/>
      </w:r>
      <w:r w:rsidRPr="00F05CB7">
        <w:rPr>
          <w:rFonts w:ascii="Arial" w:eastAsia="Arial" w:hAnsi="Arial"/>
          <w:b/>
          <w:i/>
          <w:color w:val="000000"/>
          <w:w w:val="102"/>
          <w:sz w:val="16"/>
          <w:lang w:val="pt-BR"/>
        </w:rPr>
        <w:t xml:space="preserve">LA </w:t>
      </w:r>
    </w:p>
    <w:p w14:paraId="6385A420" w14:textId="77777777" w:rsidR="00BD2397" w:rsidRPr="00F05CB7" w:rsidRDefault="00B8640C">
      <w:pPr>
        <w:autoSpaceDE w:val="0"/>
        <w:autoSpaceDN w:val="0"/>
        <w:spacing w:after="0" w:line="194" w:lineRule="exact"/>
        <w:ind w:right="696"/>
        <w:jc w:val="right"/>
        <w:rPr>
          <w:lang w:val="pt-BR"/>
        </w:rPr>
      </w:pPr>
      <w:r w:rsidRPr="00F05CB7">
        <w:rPr>
          <w:rFonts w:ascii="Arial" w:eastAsia="Arial" w:hAnsi="Arial"/>
          <w:i/>
          <w:color w:val="000000"/>
          <w:w w:val="102"/>
          <w:sz w:val="16"/>
          <w:lang w:val="pt-BR"/>
        </w:rPr>
        <w:t xml:space="preserve">CERTIFICATUL DE URBANISM </w:t>
      </w:r>
    </w:p>
    <w:p w14:paraId="18F647C7" w14:textId="77777777" w:rsidR="00BD2397" w:rsidRPr="00F05CB7" w:rsidRDefault="00B8640C">
      <w:pPr>
        <w:autoSpaceDE w:val="0"/>
        <w:autoSpaceDN w:val="0"/>
        <w:spacing w:after="0" w:line="196" w:lineRule="exact"/>
        <w:ind w:right="664"/>
        <w:jc w:val="right"/>
        <w:rPr>
          <w:lang w:val="pt-BR"/>
        </w:rPr>
      </w:pPr>
      <w:r w:rsidRPr="00F05CB7">
        <w:rPr>
          <w:rFonts w:ascii="ArialMT" w:eastAsia="ArialMT" w:hAnsi="ArialMT"/>
          <w:color w:val="000000"/>
          <w:w w:val="102"/>
          <w:sz w:val="16"/>
          <w:lang w:val="pt-BR"/>
        </w:rPr>
        <w:t xml:space="preserve">Nr. ……….. din …………… 20…. </w:t>
      </w:r>
    </w:p>
    <w:p w14:paraId="3B2C6334" w14:textId="77777777" w:rsidR="00BD2397" w:rsidRPr="00F05CB7" w:rsidRDefault="00B8640C">
      <w:pPr>
        <w:autoSpaceDE w:val="0"/>
        <w:autoSpaceDN w:val="0"/>
        <w:spacing w:after="0" w:line="224" w:lineRule="exact"/>
        <w:ind w:left="1728" w:right="1152"/>
        <w:jc w:val="center"/>
        <w:rPr>
          <w:lang w:val="pt-BR"/>
        </w:rPr>
      </w:pPr>
      <w:r w:rsidRPr="00F05CB7">
        <w:rPr>
          <w:rFonts w:ascii="ArialMT" w:eastAsia="ArialMT" w:hAnsi="ArialMT"/>
          <w:color w:val="000000"/>
          <w:w w:val="102"/>
          <w:sz w:val="16"/>
          <w:lang w:val="pt-BR"/>
        </w:rPr>
        <w:t xml:space="preserve">Arhitect-șef *, </w:t>
      </w:r>
      <w:r w:rsidRPr="00F05CB7">
        <w:rPr>
          <w:lang w:val="pt-BR"/>
        </w:rPr>
        <w:br/>
      </w:r>
      <w:r w:rsidRPr="00F05CB7">
        <w:rPr>
          <w:rFonts w:ascii="ArialMT" w:eastAsia="ArialMT" w:hAnsi="ArialMT"/>
          <w:color w:val="000000"/>
          <w:w w:val="102"/>
          <w:sz w:val="16"/>
          <w:lang w:val="pt-BR"/>
        </w:rPr>
        <w:t xml:space="preserve">……………………. </w:t>
      </w:r>
    </w:p>
    <w:p w14:paraId="30E6876D" w14:textId="77777777" w:rsidR="00BD2397" w:rsidRPr="00912339" w:rsidRDefault="00B8640C">
      <w:pPr>
        <w:autoSpaceDE w:val="0"/>
        <w:autoSpaceDN w:val="0"/>
        <w:spacing w:after="0" w:line="194" w:lineRule="exact"/>
        <w:ind w:left="774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Ștampila model pentru Primărie comună </w:t>
      </w:r>
    </w:p>
    <w:p w14:paraId="16E629A8" w14:textId="77777777" w:rsidR="00BD2397" w:rsidRPr="00912339" w:rsidRDefault="00BD2397">
      <w:pPr>
        <w:spacing w:after="0"/>
        <w:rPr>
          <w:lang w:val="sv-SE"/>
        </w:rPr>
        <w:sectPr w:rsidR="00BD2397" w:rsidRPr="00912339">
          <w:type w:val="nextColumn"/>
          <w:pgSz w:w="11900" w:h="16840"/>
          <w:pgMar w:top="126" w:right="1152" w:bottom="236" w:left="564" w:header="720" w:footer="720" w:gutter="0"/>
          <w:cols w:num="2" w:space="708" w:equalWidth="0">
            <w:col w:w="5418" w:space="0"/>
            <w:col w:w="4765" w:space="0"/>
          </w:cols>
          <w:docGrid w:linePitch="360"/>
        </w:sectPr>
      </w:pPr>
    </w:p>
    <w:p w14:paraId="16D8C955" w14:textId="77777777" w:rsidR="00BD2397" w:rsidRPr="00912339" w:rsidRDefault="00B8640C">
      <w:pPr>
        <w:autoSpaceDE w:val="0"/>
        <w:autoSpaceDN w:val="0"/>
        <w:spacing w:after="0" w:line="154" w:lineRule="exact"/>
        <w:ind w:left="1410"/>
        <w:rPr>
          <w:lang w:val="sv-SE"/>
        </w:rPr>
      </w:pPr>
      <w:r w:rsidRPr="00912339">
        <w:rPr>
          <w:rFonts w:ascii="ArialMT" w:eastAsia="ArialMT" w:hAnsi="ArialMT"/>
          <w:color w:val="000000"/>
          <w:w w:val="103"/>
          <w:sz w:val="13"/>
          <w:lang w:val="sv-SE"/>
        </w:rPr>
        <w:t xml:space="preserve">*) Se va semna de persoana cu responsabilitate în domeniul amenajării teritoriului și urbanismului. </w:t>
      </w:r>
    </w:p>
    <w:p w14:paraId="15B0774E" w14:textId="77777777" w:rsidR="00BD2397" w:rsidRPr="001F7E48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lang w:val="pt-PT"/>
        </w:rPr>
      </w:pPr>
      <w:r w:rsidRPr="001F7E48">
        <w:rPr>
          <w:rFonts w:ascii="TimesNewRomanPSMT" w:eastAsia="TimesNewRomanPSMT" w:hAnsi="TimesNewRomanPSMT"/>
          <w:color w:val="595959"/>
          <w:w w:val="97"/>
          <w:sz w:val="13"/>
          <w:lang w:val="pt-PT"/>
        </w:rPr>
        <w:t xml:space="preserve">F_A_07 · versiunea 1.0 </w:t>
      </w:r>
      <w:r w:rsidRPr="001F7E48">
        <w:rPr>
          <w:lang w:val="pt-PT"/>
        </w:rPr>
        <w:tab/>
      </w:r>
      <w:r w:rsidRPr="001F7E48">
        <w:rPr>
          <w:rFonts w:ascii="TimesNewRomanPSMT" w:eastAsia="TimesNewRomanPSMT" w:hAnsi="TimesNewRomanPSMT"/>
          <w:color w:val="595959"/>
          <w:w w:val="97"/>
          <w:sz w:val="13"/>
          <w:lang w:val="pt-PT"/>
        </w:rPr>
        <w:t>pagina 2 din 2</w:t>
      </w:r>
    </w:p>
    <w:p w14:paraId="042C543F" w14:textId="77777777" w:rsidR="00BD2397" w:rsidRDefault="00BD2397">
      <w:pPr>
        <w:spacing w:after="0"/>
        <w:rPr>
          <w:lang w:val="pt-PT"/>
        </w:rPr>
      </w:pPr>
    </w:p>
    <w:p w14:paraId="3EE282D8" w14:textId="77777777" w:rsidR="00862B97" w:rsidRDefault="00862B97">
      <w:pPr>
        <w:spacing w:after="0"/>
        <w:rPr>
          <w:lang w:val="pt-PT"/>
        </w:rPr>
      </w:pPr>
    </w:p>
    <w:p w14:paraId="4990E7E5" w14:textId="77777777" w:rsidR="00862B97" w:rsidRDefault="00862B97">
      <w:pPr>
        <w:spacing w:after="0"/>
        <w:rPr>
          <w:lang w:val="pt-PT"/>
        </w:rPr>
      </w:pPr>
    </w:p>
    <w:p w14:paraId="13898F92" w14:textId="77777777" w:rsidR="00862B97" w:rsidRDefault="00862B97">
      <w:pPr>
        <w:spacing w:after="0"/>
        <w:rPr>
          <w:lang w:val="pt-PT"/>
        </w:rPr>
      </w:pPr>
    </w:p>
    <w:p w14:paraId="305EF790" w14:textId="77777777" w:rsidR="00862B97" w:rsidRDefault="00862B97">
      <w:pPr>
        <w:spacing w:after="0"/>
        <w:rPr>
          <w:lang w:val="pt-PT"/>
        </w:rPr>
      </w:pPr>
    </w:p>
    <w:p w14:paraId="739FA5A8" w14:textId="77777777" w:rsidR="00862B97" w:rsidRDefault="00862B97">
      <w:pPr>
        <w:spacing w:after="0"/>
        <w:rPr>
          <w:lang w:val="pt-PT"/>
        </w:rPr>
      </w:pPr>
    </w:p>
    <w:p w14:paraId="5F1FBFC2" w14:textId="77777777" w:rsidR="00862B97" w:rsidRDefault="00862B97">
      <w:pPr>
        <w:spacing w:after="0"/>
        <w:rPr>
          <w:lang w:val="pt-PT"/>
        </w:rPr>
      </w:pPr>
    </w:p>
    <w:p w14:paraId="53F54077" w14:textId="77777777" w:rsidR="00862B97" w:rsidRDefault="00862B97">
      <w:pPr>
        <w:spacing w:after="0"/>
        <w:rPr>
          <w:lang w:val="pt-PT"/>
        </w:rPr>
      </w:pPr>
    </w:p>
    <w:p w14:paraId="42BB8C25" w14:textId="77777777" w:rsidR="00862B97" w:rsidRDefault="00862B97">
      <w:pPr>
        <w:spacing w:after="0"/>
        <w:rPr>
          <w:lang w:val="pt-PT"/>
        </w:rPr>
      </w:pPr>
    </w:p>
    <w:p w14:paraId="7CA06179" w14:textId="77777777" w:rsidR="00862B97" w:rsidRDefault="00862B97">
      <w:pPr>
        <w:spacing w:after="0"/>
        <w:rPr>
          <w:lang w:val="pt-PT"/>
        </w:rPr>
      </w:pPr>
    </w:p>
    <w:p w14:paraId="33FA8506" w14:textId="77777777" w:rsidR="00862B97" w:rsidRDefault="00862B97">
      <w:pPr>
        <w:spacing w:after="0"/>
        <w:rPr>
          <w:lang w:val="pt-PT"/>
        </w:rPr>
      </w:pPr>
    </w:p>
    <w:p w14:paraId="7644F772" w14:textId="77777777" w:rsidR="00862B97" w:rsidRDefault="00862B97">
      <w:pPr>
        <w:spacing w:after="0"/>
        <w:rPr>
          <w:lang w:val="pt-PT"/>
        </w:rPr>
      </w:pPr>
    </w:p>
    <w:p w14:paraId="7A160190" w14:textId="77777777" w:rsidR="00862B97" w:rsidRDefault="00862B97">
      <w:pPr>
        <w:spacing w:after="0"/>
        <w:rPr>
          <w:lang w:val="pt-PT"/>
        </w:rPr>
      </w:pPr>
    </w:p>
    <w:p w14:paraId="6DEEF1D6" w14:textId="77777777" w:rsidR="00862B97" w:rsidRDefault="00862B97">
      <w:pPr>
        <w:spacing w:after="0"/>
        <w:rPr>
          <w:lang w:val="pt-PT"/>
        </w:rPr>
      </w:pPr>
    </w:p>
    <w:p w14:paraId="33539397" w14:textId="77777777" w:rsidR="00862B97" w:rsidRDefault="00862B97">
      <w:pPr>
        <w:spacing w:after="0"/>
        <w:rPr>
          <w:lang w:val="pt-PT"/>
        </w:rPr>
      </w:pPr>
    </w:p>
    <w:p w14:paraId="65E80DE2" w14:textId="77777777" w:rsidR="00862B97" w:rsidRDefault="00862B97">
      <w:pPr>
        <w:spacing w:after="0"/>
        <w:rPr>
          <w:lang w:val="pt-PT"/>
        </w:rPr>
      </w:pPr>
    </w:p>
    <w:p w14:paraId="2DDDB25F" w14:textId="77777777" w:rsidR="00862B97" w:rsidRPr="001F7E48" w:rsidRDefault="00862B97">
      <w:pPr>
        <w:spacing w:after="0"/>
        <w:rPr>
          <w:lang w:val="pt-PT"/>
        </w:rPr>
        <w:sectPr w:rsidR="00862B97" w:rsidRPr="001F7E48">
          <w:type w:val="continuous"/>
          <w:pgSz w:w="11900" w:h="16840"/>
          <w:pgMar w:top="126" w:right="1152" w:bottom="236" w:left="564" w:header="720" w:footer="720" w:gutter="0"/>
          <w:cols w:space="708"/>
          <w:docGrid w:linePitch="360"/>
        </w:sectPr>
      </w:pPr>
    </w:p>
    <w:p w14:paraId="2D10A17B" w14:textId="77777777" w:rsidR="00BD2397" w:rsidRPr="001F7E48" w:rsidRDefault="00BD2397" w:rsidP="00862B97">
      <w:pPr>
        <w:autoSpaceDE w:val="0"/>
        <w:autoSpaceDN w:val="0"/>
        <w:spacing w:after="0" w:line="126" w:lineRule="exact"/>
        <w:rPr>
          <w:lang w:val="pt-PT"/>
        </w:rPr>
      </w:pPr>
    </w:p>
    <w:sectPr w:rsidR="00BD2397" w:rsidRPr="001F7E48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1F5194"/>
    <w:rsid w:val="001F7E48"/>
    <w:rsid w:val="0029639D"/>
    <w:rsid w:val="002A5EAB"/>
    <w:rsid w:val="00326F90"/>
    <w:rsid w:val="003C5479"/>
    <w:rsid w:val="003D684B"/>
    <w:rsid w:val="003F7FDF"/>
    <w:rsid w:val="004761A5"/>
    <w:rsid w:val="00616AC8"/>
    <w:rsid w:val="00646AD5"/>
    <w:rsid w:val="0068581A"/>
    <w:rsid w:val="00786EB1"/>
    <w:rsid w:val="00862B97"/>
    <w:rsid w:val="008D0C1E"/>
    <w:rsid w:val="00912339"/>
    <w:rsid w:val="00944F95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B0664"/>
    <w:rsid w:val="00CB26DE"/>
    <w:rsid w:val="00CE6227"/>
    <w:rsid w:val="00D70A05"/>
    <w:rsid w:val="00E5523C"/>
    <w:rsid w:val="00E84920"/>
    <w:rsid w:val="00F05CB7"/>
    <w:rsid w:val="00F17F6D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3</cp:revision>
  <dcterms:created xsi:type="dcterms:W3CDTF">2026-09-07T10:44:00Z</dcterms:created>
  <dcterms:modified xsi:type="dcterms:W3CDTF">2026-09-08T07:29:00Z</dcterms:modified>
</cp:coreProperties>
</file>