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1A14" w14:textId="77777777" w:rsidR="00BD2397" w:rsidRDefault="00BD2397">
      <w:pPr>
        <w:autoSpaceDE w:val="0"/>
        <w:autoSpaceDN w:val="0"/>
        <w:spacing w:after="0" w:line="126" w:lineRule="exact"/>
      </w:pPr>
    </w:p>
    <w:p w14:paraId="143A4C2C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4C5D59C1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19FADB4E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5CAE9067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63BC7A4B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10EEED62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7130DB22" w14:textId="77777777" w:rsidR="00BD2397" w:rsidRPr="001F5194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7E80B467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56FDE675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662C551F" w14:textId="77777777" w:rsidR="0087650C" w:rsidRPr="001F7E48" w:rsidRDefault="0087650C" w:rsidP="0087650C">
      <w:pPr>
        <w:autoSpaceDE w:val="0"/>
        <w:autoSpaceDN w:val="0"/>
        <w:spacing w:after="0" w:line="126" w:lineRule="exact"/>
        <w:rPr>
          <w:lang w:val="pt-PT"/>
        </w:rPr>
      </w:pPr>
    </w:p>
    <w:tbl>
      <w:tblPr>
        <w:tblW w:w="0" w:type="auto"/>
        <w:tblInd w:w="270" w:type="dxa"/>
        <w:tblLayout w:type="fixed"/>
        <w:tblLook w:val="04A0" w:firstRow="1" w:lastRow="0" w:firstColumn="1" w:lastColumn="0" w:noHBand="0" w:noVBand="1"/>
      </w:tblPr>
      <w:tblGrid>
        <w:gridCol w:w="866"/>
        <w:gridCol w:w="8180"/>
      </w:tblGrid>
      <w:tr w:rsidR="0087650C" w:rsidRPr="00690186" w14:paraId="6BDE4000" w14:textId="77777777" w:rsidTr="00605CDD">
        <w:trPr>
          <w:trHeight w:hRule="exact" w:val="260"/>
        </w:trPr>
        <w:tc>
          <w:tcPr>
            <w:tcW w:w="866" w:type="dxa"/>
            <w:tcMar>
              <w:left w:w="0" w:type="dxa"/>
              <w:right w:w="0" w:type="dxa"/>
            </w:tcMar>
          </w:tcPr>
          <w:p w14:paraId="4DCA79A7" w14:textId="77777777" w:rsidR="0087650C" w:rsidRDefault="0087650C" w:rsidP="00605CDD">
            <w:pPr>
              <w:autoSpaceDE w:val="0"/>
              <w:autoSpaceDN w:val="0"/>
              <w:spacing w:after="0" w:line="200" w:lineRule="exact"/>
            </w:pPr>
          </w:p>
        </w:tc>
        <w:tc>
          <w:tcPr>
            <w:tcW w:w="8180" w:type="dxa"/>
            <w:tcMar>
              <w:left w:w="0" w:type="dxa"/>
              <w:right w:w="0" w:type="dxa"/>
            </w:tcMar>
          </w:tcPr>
          <w:p w14:paraId="6BA9CB04" w14:textId="77777777" w:rsidR="0087650C" w:rsidRPr="001F7E48" w:rsidRDefault="0087650C" w:rsidP="00605CDD">
            <w:pPr>
              <w:autoSpaceDE w:val="0"/>
              <w:autoSpaceDN w:val="0"/>
              <w:spacing w:after="0" w:line="200" w:lineRule="exact"/>
              <w:ind w:left="944"/>
              <w:rPr>
                <w:lang w:val="pt-PT"/>
              </w:rPr>
            </w:pPr>
          </w:p>
        </w:tc>
      </w:tr>
    </w:tbl>
    <w:p w14:paraId="484A4167" w14:textId="77777777" w:rsidR="0087650C" w:rsidRPr="001F7E48" w:rsidRDefault="0087650C" w:rsidP="0087650C">
      <w:pPr>
        <w:autoSpaceDE w:val="0"/>
        <w:autoSpaceDN w:val="0"/>
        <w:spacing w:after="0" w:line="292" w:lineRule="exact"/>
        <w:rPr>
          <w:lang w:val="pt-PT"/>
        </w:rPr>
      </w:pPr>
      <w:r>
        <w:rPr>
          <w:rFonts w:ascii="Times New Roman" w:hAnsi="Times New Roman"/>
          <w:b/>
          <w:noProof/>
          <w:lang w:val="en-GB" w:eastAsia="en-GB"/>
        </w:rPr>
        <w:drawing>
          <wp:anchor distT="0" distB="0" distL="114300" distR="114300" simplePos="0" relativeHeight="251661312" behindDoc="0" locked="0" layoutInCell="1" allowOverlap="1" wp14:anchorId="682178B4" wp14:editId="67208BAC">
            <wp:simplePos x="0" y="0"/>
            <wp:positionH relativeFrom="column">
              <wp:posOffset>346710</wp:posOffset>
            </wp:positionH>
            <wp:positionV relativeFrom="paragraph">
              <wp:posOffset>149225</wp:posOffset>
            </wp:positionV>
            <wp:extent cx="719459" cy="1076321"/>
            <wp:effectExtent l="0" t="0" r="4441" b="0"/>
            <wp:wrapSquare wrapText="bothSides"/>
            <wp:docPr id="1128169557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9" cy="10763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TimesNewRomanPS" w:eastAsia="TimesNewRomanPS" w:hAnsi="TimesNewRomanPS"/>
          <w:b/>
          <w:i/>
          <w:noProof/>
          <w:color w:val="595959"/>
          <w:sz w:val="20"/>
          <w:u w:val="single" w:color="585958"/>
        </w:rPr>
        <w:drawing>
          <wp:anchor distT="0" distB="0" distL="114300" distR="114300" simplePos="0" relativeHeight="251659264" behindDoc="0" locked="0" layoutInCell="1" allowOverlap="1" wp14:anchorId="669B301B" wp14:editId="6A9167DA">
            <wp:simplePos x="0" y="0"/>
            <wp:positionH relativeFrom="column">
              <wp:posOffset>347345</wp:posOffset>
            </wp:positionH>
            <wp:positionV relativeFrom="paragraph">
              <wp:posOffset>180975</wp:posOffset>
            </wp:positionV>
            <wp:extent cx="516255" cy="762000"/>
            <wp:effectExtent l="0" t="0" r="0" b="0"/>
            <wp:wrapSquare wrapText="right"/>
            <wp:docPr id="62" name="Picture 62" descr="C:\Program Files\Indaco\Lege4\Cache\208h867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rogram Files\Indaco\Lege4\Cache\208h867b.tmp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BBDA91" w14:textId="77777777" w:rsidR="0087650C" w:rsidRPr="001F7E48" w:rsidRDefault="0087650C" w:rsidP="0087650C">
      <w:pPr>
        <w:tabs>
          <w:tab w:val="left" w:pos="7365"/>
          <w:tab w:val="left" w:pos="7635"/>
          <w:tab w:val="right" w:pos="7923"/>
        </w:tabs>
        <w:spacing w:after="0" w:line="240" w:lineRule="auto"/>
        <w:jc w:val="both"/>
        <w:rPr>
          <w:rFonts w:ascii="Arial Narrow" w:hAnsi="Arial Narrow"/>
          <w:b/>
          <w:sz w:val="16"/>
          <w:szCs w:val="16"/>
          <w:lang w:val="pt-PT"/>
        </w:rPr>
      </w:pPr>
      <w:r w:rsidRPr="001F7E48">
        <w:rPr>
          <w:rFonts w:ascii="Arial Narrow" w:hAnsi="Arial Narrow"/>
          <w:sz w:val="16"/>
          <w:szCs w:val="16"/>
          <w:lang w:val="pt-PT"/>
        </w:rPr>
        <w:t xml:space="preserve">Judeţul  MUREŞ                                                                                                    </w:t>
      </w:r>
      <w:r w:rsidRPr="001F7E48">
        <w:rPr>
          <w:rFonts w:ascii="Arial Narrow" w:hAnsi="Arial Narrow"/>
          <w:b/>
          <w:sz w:val="16"/>
          <w:szCs w:val="16"/>
          <w:lang w:val="pt-PT"/>
        </w:rPr>
        <w:t xml:space="preserve"> </w:t>
      </w:r>
      <w:r w:rsidRPr="001F7E48">
        <w:rPr>
          <w:rFonts w:ascii="Arial Narrow" w:hAnsi="Arial Narrow"/>
          <w:sz w:val="16"/>
          <w:szCs w:val="16"/>
          <w:lang w:val="pt-PT"/>
        </w:rPr>
        <w:t xml:space="preserve">   </w:t>
      </w:r>
      <w:r w:rsidRPr="001F7E48">
        <w:rPr>
          <w:rFonts w:ascii="Arial Narrow" w:hAnsi="Arial Narrow"/>
          <w:b/>
          <w:sz w:val="16"/>
          <w:szCs w:val="16"/>
          <w:lang w:val="pt-PT"/>
        </w:rPr>
        <w:t xml:space="preserve"> </w:t>
      </w:r>
      <w:r w:rsidRPr="001F7E48">
        <w:rPr>
          <w:rFonts w:ascii="Arial Narrow" w:hAnsi="Arial Narrow"/>
          <w:sz w:val="16"/>
          <w:szCs w:val="16"/>
          <w:lang w:val="pt-PT"/>
        </w:rPr>
        <w:t xml:space="preserve"> </w:t>
      </w:r>
      <w:r w:rsidRPr="001F7E48">
        <w:rPr>
          <w:rFonts w:ascii="Arial Narrow" w:hAnsi="Arial Narrow"/>
          <w:sz w:val="16"/>
          <w:szCs w:val="16"/>
          <w:lang w:val="pt-PT"/>
        </w:rPr>
        <w:tab/>
      </w:r>
    </w:p>
    <w:p w14:paraId="38BCD7D3" w14:textId="77777777" w:rsidR="0087650C" w:rsidRPr="001F7E48" w:rsidRDefault="0087650C" w:rsidP="0087650C">
      <w:pPr>
        <w:spacing w:after="0" w:line="240" w:lineRule="auto"/>
        <w:jc w:val="both"/>
        <w:rPr>
          <w:rFonts w:ascii="Arial Narrow" w:hAnsi="Arial Narrow"/>
          <w:b/>
          <w:bCs/>
          <w:color w:val="000000"/>
          <w:sz w:val="16"/>
          <w:szCs w:val="16"/>
          <w:lang w:val="pt-PT"/>
        </w:rPr>
      </w:pPr>
      <w:r w:rsidRPr="00B8640C">
        <w:rPr>
          <w:rFonts w:ascii="Arial Narrow" w:hAnsi="Arial Narrow"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4A138C" wp14:editId="1FDCDDA5">
                <wp:simplePos x="0" y="0"/>
                <wp:positionH relativeFrom="column">
                  <wp:posOffset>3457575</wp:posOffset>
                </wp:positionH>
                <wp:positionV relativeFrom="paragraph">
                  <wp:posOffset>34925</wp:posOffset>
                </wp:positionV>
                <wp:extent cx="361950" cy="134620"/>
                <wp:effectExtent l="0" t="0" r="0" b="1905"/>
                <wp:wrapNone/>
                <wp:docPr id="84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3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8FA7FD" w14:textId="77777777" w:rsidR="0087650C" w:rsidRPr="0027027D" w:rsidRDefault="0087650C" w:rsidP="0087650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4A138C" id="_x0000_t202" coordsize="21600,21600" o:spt="202" path="m,l,21600r21600,l21600,xe">
                <v:stroke joinstyle="miter"/>
                <v:path gradientshapeok="t" o:connecttype="rect"/>
              </v:shapetype>
              <v:shape id="Text Box 84" o:spid="_x0000_s1026" type="#_x0000_t202" style="position:absolute;left:0;text-align:left;margin-left:272.25pt;margin-top:2.75pt;width:28.5pt;height:1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" stroked="f">
                <v:textbox>
                  <w:txbxContent>
                    <w:p w14:paraId="148FA7FD" w14:textId="77777777" w:rsidR="0087650C" w:rsidRPr="0027027D" w:rsidRDefault="0087650C" w:rsidP="0087650C"/>
                  </w:txbxContent>
                </v:textbox>
              </v:shape>
            </w:pict>
          </mc:Fallback>
        </mc:AlternateContent>
      </w:r>
      <w:r w:rsidRPr="001F7E48">
        <w:rPr>
          <w:rFonts w:ascii="Arial Narrow" w:hAnsi="Arial Narrow"/>
          <w:bCs/>
          <w:color w:val="000000"/>
          <w:sz w:val="16"/>
          <w:szCs w:val="16"/>
          <w:lang w:val="pt-PT"/>
        </w:rPr>
        <w:t xml:space="preserve">Comuna </w:t>
      </w:r>
      <w:r>
        <w:rPr>
          <w:rFonts w:ascii="Arial Narrow" w:hAnsi="Arial Narrow"/>
          <w:bCs/>
          <w:color w:val="000000"/>
          <w:sz w:val="16"/>
          <w:szCs w:val="16"/>
          <w:lang w:val="pt-PT"/>
        </w:rPr>
        <w:t>Zau de Câmpie</w:t>
      </w:r>
      <w:r w:rsidRPr="001F7E48">
        <w:rPr>
          <w:rFonts w:ascii="Arial Narrow" w:hAnsi="Arial Narrow"/>
          <w:bCs/>
          <w:color w:val="000000"/>
          <w:sz w:val="16"/>
          <w:szCs w:val="16"/>
          <w:lang w:val="pt-PT"/>
        </w:rPr>
        <w:tab/>
      </w:r>
      <w:r w:rsidRPr="001F7E48">
        <w:rPr>
          <w:rFonts w:ascii="Arial Narrow" w:hAnsi="Arial Narrow"/>
          <w:bCs/>
          <w:color w:val="000000"/>
          <w:sz w:val="16"/>
          <w:szCs w:val="16"/>
          <w:lang w:val="pt-PT"/>
        </w:rPr>
        <w:tab/>
      </w:r>
      <w:r w:rsidRPr="001F7E48">
        <w:rPr>
          <w:rFonts w:ascii="Arial Narrow" w:hAnsi="Arial Narrow"/>
          <w:bCs/>
          <w:color w:val="000000"/>
          <w:sz w:val="16"/>
          <w:szCs w:val="16"/>
          <w:lang w:val="pt-PT"/>
        </w:rPr>
        <w:tab/>
      </w:r>
      <w:r w:rsidRPr="001F7E48">
        <w:rPr>
          <w:rFonts w:ascii="Arial Narrow" w:hAnsi="Arial Narrow"/>
          <w:bCs/>
          <w:color w:val="000000"/>
          <w:sz w:val="16"/>
          <w:szCs w:val="16"/>
          <w:lang w:val="pt-PT"/>
        </w:rPr>
        <w:tab/>
      </w:r>
      <w:r w:rsidRPr="001F7E48">
        <w:rPr>
          <w:rFonts w:ascii="Arial Narrow" w:hAnsi="Arial Narrow"/>
          <w:bCs/>
          <w:color w:val="000000"/>
          <w:sz w:val="16"/>
          <w:szCs w:val="16"/>
          <w:lang w:val="pt-PT"/>
        </w:rPr>
        <w:tab/>
      </w:r>
      <w:r w:rsidRPr="001F7E48">
        <w:rPr>
          <w:rFonts w:ascii="Arial Narrow" w:hAnsi="Arial Narrow"/>
          <w:bCs/>
          <w:color w:val="000000"/>
          <w:sz w:val="16"/>
          <w:szCs w:val="16"/>
          <w:lang w:val="pt-PT"/>
        </w:rPr>
        <w:tab/>
      </w:r>
    </w:p>
    <w:p w14:paraId="3FB089C0" w14:textId="77777777" w:rsidR="0087650C" w:rsidRPr="001F7E48" w:rsidRDefault="0087650C" w:rsidP="0087650C">
      <w:pPr>
        <w:spacing w:after="0" w:line="240" w:lineRule="auto"/>
        <w:jc w:val="both"/>
        <w:rPr>
          <w:rFonts w:ascii="Arial Narrow" w:hAnsi="Arial Narrow"/>
          <w:bCs/>
          <w:sz w:val="16"/>
          <w:szCs w:val="16"/>
          <w:lang w:val="pt-PT"/>
        </w:rPr>
      </w:pPr>
      <w:r w:rsidRPr="001F7E48">
        <w:rPr>
          <w:rFonts w:ascii="Arial Narrow" w:hAnsi="Arial Narrow"/>
          <w:bCs/>
          <w:sz w:val="16"/>
          <w:szCs w:val="16"/>
          <w:lang w:val="pt-PT"/>
        </w:rPr>
        <w:t>CIF</w:t>
      </w:r>
      <w:r>
        <w:rPr>
          <w:rFonts w:ascii="Arial Narrow" w:hAnsi="Arial Narrow"/>
          <w:bCs/>
          <w:sz w:val="16"/>
          <w:szCs w:val="16"/>
          <w:lang w:val="pt-PT"/>
        </w:rPr>
        <w:t>4375917</w:t>
      </w:r>
      <w:r w:rsidRPr="001F7E48">
        <w:rPr>
          <w:rFonts w:ascii="Arial Narrow" w:hAnsi="Arial Narrow"/>
          <w:bCs/>
          <w:sz w:val="16"/>
          <w:szCs w:val="16"/>
          <w:lang w:val="pt-PT"/>
        </w:rPr>
        <w:t xml:space="preserve">, </w:t>
      </w:r>
      <w:r>
        <w:rPr>
          <w:rFonts w:ascii="Arial Narrow" w:hAnsi="Arial Narrow"/>
          <w:bCs/>
          <w:sz w:val="16"/>
          <w:szCs w:val="16"/>
          <w:lang w:val="pt-PT"/>
        </w:rPr>
        <w:t>Zau de Câmpie, strada Republicii, nr.18</w:t>
      </w:r>
    </w:p>
    <w:p w14:paraId="72A16B41" w14:textId="77777777" w:rsidR="0087650C" w:rsidRPr="001F7E48" w:rsidRDefault="0087650C" w:rsidP="0087650C">
      <w:pPr>
        <w:spacing w:after="0" w:line="240" w:lineRule="auto"/>
        <w:jc w:val="both"/>
        <w:rPr>
          <w:rFonts w:ascii="Arial Narrow" w:hAnsi="Arial Narrow"/>
          <w:bCs/>
          <w:sz w:val="16"/>
          <w:szCs w:val="16"/>
          <w:lang w:val="pt-PT"/>
        </w:rPr>
      </w:pPr>
      <w:r w:rsidRPr="001F7E48">
        <w:rPr>
          <w:rFonts w:ascii="Arial Narrow" w:hAnsi="Arial Narrow"/>
          <w:bCs/>
          <w:sz w:val="16"/>
          <w:szCs w:val="16"/>
          <w:lang w:val="pt-PT"/>
        </w:rPr>
        <w:t xml:space="preserve">Telefon: 0265 </w:t>
      </w:r>
      <w:r>
        <w:rPr>
          <w:rFonts w:ascii="Arial Narrow" w:hAnsi="Arial Narrow"/>
          <w:bCs/>
          <w:sz w:val="16"/>
          <w:szCs w:val="16"/>
          <w:lang w:val="pt-PT"/>
        </w:rPr>
        <w:t>486112</w:t>
      </w:r>
    </w:p>
    <w:p w14:paraId="359C9B05" w14:textId="77777777" w:rsidR="0087650C" w:rsidRPr="001F7E48" w:rsidRDefault="0087650C" w:rsidP="0087650C">
      <w:pPr>
        <w:spacing w:after="0" w:line="240" w:lineRule="auto"/>
        <w:jc w:val="both"/>
        <w:rPr>
          <w:rFonts w:ascii="Arial Narrow" w:hAnsi="Arial Narrow"/>
          <w:bCs/>
          <w:sz w:val="16"/>
          <w:szCs w:val="16"/>
          <w:lang w:val="pt-PT"/>
        </w:rPr>
      </w:pPr>
      <w:r w:rsidRPr="001F7E48">
        <w:rPr>
          <w:rFonts w:ascii="Arial Narrow" w:hAnsi="Arial Narrow"/>
          <w:bCs/>
          <w:sz w:val="16"/>
          <w:szCs w:val="16"/>
          <w:lang w:val="pt-PT"/>
        </w:rPr>
        <w:t xml:space="preserve"> E-mail: </w:t>
      </w:r>
      <w:r>
        <w:rPr>
          <w:rFonts w:ascii="Arial Narrow" w:hAnsi="Arial Narrow"/>
          <w:bCs/>
          <w:sz w:val="16"/>
          <w:szCs w:val="16"/>
          <w:lang w:val="pt-PT"/>
        </w:rPr>
        <w:fldChar w:fldCharType="begin"/>
      </w:r>
      <w:r>
        <w:rPr>
          <w:rFonts w:ascii="Arial Narrow" w:hAnsi="Arial Narrow"/>
          <w:bCs/>
          <w:sz w:val="16"/>
          <w:szCs w:val="16"/>
          <w:lang w:val="pt-PT"/>
        </w:rPr>
        <w:instrText>HYPERLINK "mailto:</w:instrText>
      </w:r>
      <w:r w:rsidRPr="00690186">
        <w:rPr>
          <w:rFonts w:ascii="Arial Narrow" w:hAnsi="Arial Narrow"/>
          <w:bCs/>
          <w:sz w:val="16"/>
          <w:szCs w:val="16"/>
          <w:lang w:val="pt-PT"/>
        </w:rPr>
        <w:instrText>zaucimpiei@cjmures.ro</w:instrText>
      </w:r>
      <w:r>
        <w:rPr>
          <w:rFonts w:ascii="Arial Narrow" w:hAnsi="Arial Narrow"/>
          <w:bCs/>
          <w:sz w:val="16"/>
          <w:szCs w:val="16"/>
          <w:lang w:val="pt-PT"/>
        </w:rPr>
        <w:instrText>"</w:instrText>
      </w:r>
      <w:r>
        <w:rPr>
          <w:rFonts w:ascii="Arial Narrow" w:hAnsi="Arial Narrow"/>
          <w:bCs/>
          <w:sz w:val="16"/>
          <w:szCs w:val="16"/>
          <w:lang w:val="pt-PT"/>
        </w:rPr>
      </w:r>
      <w:r>
        <w:rPr>
          <w:rFonts w:ascii="Arial Narrow" w:hAnsi="Arial Narrow"/>
          <w:bCs/>
          <w:sz w:val="16"/>
          <w:szCs w:val="16"/>
          <w:lang w:val="pt-PT"/>
        </w:rPr>
        <w:fldChar w:fldCharType="separate"/>
      </w:r>
      <w:r w:rsidRPr="007213B4">
        <w:rPr>
          <w:rStyle w:val="Hyperlink"/>
          <w:rFonts w:ascii="Arial Narrow" w:hAnsi="Arial Narrow"/>
          <w:bCs/>
          <w:sz w:val="16"/>
          <w:szCs w:val="16"/>
          <w:lang w:val="pt-PT"/>
        </w:rPr>
        <w:t>zaucimpiei@cjmures.ro</w:t>
      </w:r>
      <w:r>
        <w:rPr>
          <w:rFonts w:ascii="Arial Narrow" w:hAnsi="Arial Narrow"/>
          <w:bCs/>
          <w:sz w:val="16"/>
          <w:szCs w:val="16"/>
          <w:lang w:val="pt-PT"/>
        </w:rPr>
        <w:fldChar w:fldCharType="end"/>
      </w:r>
    </w:p>
    <w:p w14:paraId="53F3D2C7" w14:textId="77777777" w:rsidR="0087650C" w:rsidRPr="001F7E48" w:rsidRDefault="0087650C" w:rsidP="0087650C">
      <w:pPr>
        <w:spacing w:after="0" w:line="240" w:lineRule="auto"/>
        <w:jc w:val="both"/>
        <w:rPr>
          <w:rFonts w:ascii="Arial Narrow" w:hAnsi="Arial Narrow"/>
          <w:bCs/>
          <w:sz w:val="16"/>
          <w:szCs w:val="16"/>
          <w:lang w:val="pt-PT"/>
        </w:rPr>
      </w:pPr>
      <w:r w:rsidRPr="001F7E48">
        <w:rPr>
          <w:rFonts w:ascii="Arial Narrow" w:hAnsi="Arial Narrow"/>
          <w:sz w:val="16"/>
          <w:szCs w:val="16"/>
          <w:lang w:val="pt-PT"/>
        </w:rPr>
        <w:t xml:space="preserve"> Număr de înregistrare.................data...............................  </w:t>
      </w:r>
    </w:p>
    <w:p w14:paraId="4BE9EC77" w14:textId="77777777" w:rsidR="0087650C" w:rsidRPr="001F7E48" w:rsidRDefault="0087650C" w:rsidP="0087650C">
      <w:pPr>
        <w:autoSpaceDE w:val="0"/>
        <w:autoSpaceDN w:val="0"/>
        <w:spacing w:after="0" w:line="292" w:lineRule="exact"/>
        <w:rPr>
          <w:lang w:val="pt-PT"/>
        </w:rPr>
      </w:pPr>
    </w:p>
    <w:p w14:paraId="7A643EC3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4E285234" w14:textId="77777777" w:rsidR="00786EB1" w:rsidRPr="007C389B" w:rsidRDefault="00786EB1">
      <w:pPr>
        <w:autoSpaceDE w:val="0"/>
        <w:autoSpaceDN w:val="0"/>
        <w:spacing w:after="0" w:line="292" w:lineRule="exact"/>
        <w:rPr>
          <w:lang w:val="pt-PT"/>
        </w:rPr>
      </w:pPr>
    </w:p>
    <w:p w14:paraId="7BE66FED" w14:textId="77777777" w:rsidR="00786EB1" w:rsidRPr="007C389B" w:rsidRDefault="00786EB1">
      <w:pPr>
        <w:autoSpaceDE w:val="0"/>
        <w:autoSpaceDN w:val="0"/>
        <w:spacing w:after="0" w:line="292" w:lineRule="exact"/>
        <w:rPr>
          <w:lang w:val="pt-PT"/>
        </w:rPr>
      </w:pPr>
    </w:p>
    <w:p w14:paraId="5260CB89" w14:textId="77777777" w:rsidR="00BD2397" w:rsidRPr="007C389B" w:rsidRDefault="00B8640C">
      <w:pPr>
        <w:autoSpaceDE w:val="0"/>
        <w:autoSpaceDN w:val="0"/>
        <w:spacing w:after="0" w:line="246" w:lineRule="exact"/>
        <w:ind w:left="3168" w:right="2304"/>
        <w:jc w:val="center"/>
        <w:rPr>
          <w:lang w:val="pt-PT"/>
        </w:rPr>
      </w:pPr>
      <w:r w:rsidRPr="007C389B">
        <w:rPr>
          <w:rFonts w:ascii="TimesNewRomanPS" w:eastAsia="TimesNewRomanPS" w:hAnsi="TimesNewRomanPS"/>
          <w:b/>
          <w:color w:val="000000"/>
          <w:sz w:val="23"/>
          <w:lang w:val="pt-PT"/>
        </w:rPr>
        <w:t xml:space="preserve">SOLICITARE </w:t>
      </w:r>
      <w:r w:rsidRPr="007C389B">
        <w:rPr>
          <w:lang w:val="pt-PT"/>
        </w:rPr>
        <w:br/>
      </w:r>
      <w:r w:rsidRPr="007C389B">
        <w:rPr>
          <w:rFonts w:ascii="TimesNewRomanPSMT" w:eastAsia="TimesNewRomanPSMT" w:hAnsi="TimesNewRomanPSMT"/>
          <w:color w:val="000000"/>
          <w:w w:val="102"/>
          <w:sz w:val="15"/>
          <w:lang w:val="pt-PT"/>
        </w:rPr>
        <w:t>de clarificări, completări sau documente privind notificarea</w:t>
      </w: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2338"/>
        <w:gridCol w:w="778"/>
        <w:gridCol w:w="1558"/>
        <w:gridCol w:w="4674"/>
      </w:tblGrid>
      <w:tr w:rsidR="00BD2397" w:rsidRPr="00F9681E" w14:paraId="051B403E" w14:textId="77777777">
        <w:trPr>
          <w:trHeight w:hRule="exact" w:val="210"/>
        </w:trPr>
        <w:tc>
          <w:tcPr>
            <w:tcW w:w="9348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66D2B19" w14:textId="77777777" w:rsidR="00BD2397" w:rsidRPr="00F9681E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7C389B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1.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REFERINȚE</w:t>
            </w:r>
          </w:p>
        </w:tc>
      </w:tr>
      <w:tr w:rsidR="00BD2397" w:rsidRPr="00F9681E" w14:paraId="324A57D5" w14:textId="77777777">
        <w:trPr>
          <w:trHeight w:hRule="exact" w:val="502"/>
        </w:trPr>
        <w:tc>
          <w:tcPr>
            <w:tcW w:w="233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17C3C0E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Notificarea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nr.</w:t>
            </w:r>
          </w:p>
        </w:tc>
        <w:tc>
          <w:tcPr>
            <w:tcW w:w="233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6189B0A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din 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90079B8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a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beneficiarului</w:t>
            </w:r>
            <w:proofErr w:type="spellEnd"/>
          </w:p>
        </w:tc>
      </w:tr>
      <w:tr w:rsidR="00BD2397" w:rsidRPr="00F9681E" w14:paraId="7C587468" w14:textId="77777777">
        <w:trPr>
          <w:trHeight w:hRule="exact" w:val="508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69184936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Proiect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nr. / cod</w:t>
            </w:r>
          </w:p>
        </w:tc>
        <w:tc>
          <w:tcPr>
            <w:tcW w:w="623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3BD9DB7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Imobilul</w:t>
            </w:r>
            <w:proofErr w:type="spellEnd"/>
          </w:p>
        </w:tc>
      </w:tr>
    </w:tbl>
    <w:p w14:paraId="6876AE71" w14:textId="77777777" w:rsidR="00BD2397" w:rsidRPr="00F9681E" w:rsidRDefault="00BD2397">
      <w:pPr>
        <w:autoSpaceDE w:val="0"/>
        <w:autoSpaceDN w:val="0"/>
        <w:spacing w:after="0" w:line="114" w:lineRule="exact"/>
        <w:rPr>
          <w:sz w:val="16"/>
          <w:szCs w:val="16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F9681E" w14:paraId="5B06CC71" w14:textId="77777777">
        <w:trPr>
          <w:trHeight w:hRule="exact" w:val="21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C0F1E36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2.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SOLICITAREA</w:t>
            </w:r>
          </w:p>
        </w:tc>
      </w:tr>
      <w:tr w:rsidR="00BD2397" w:rsidRPr="00F9681E" w14:paraId="12214AD0" w14:textId="77777777">
        <w:trPr>
          <w:trHeight w:hRule="exact" w:val="188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EDDE830" w14:textId="77777777" w:rsidR="00BD2397" w:rsidRPr="00F9681E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Clarificările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completările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documentele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solicitate</w:t>
            </w:r>
          </w:p>
        </w:tc>
      </w:tr>
      <w:tr w:rsidR="00BD2397" w:rsidRPr="00F9681E" w14:paraId="045E9CFB" w14:textId="77777777">
        <w:trPr>
          <w:trHeight w:hRule="exact" w:val="760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23FCB15" w14:textId="77777777" w:rsidR="00BD2397" w:rsidRPr="00F9681E" w:rsidRDefault="00BD2397">
            <w:pPr>
              <w:spacing w:after="0"/>
              <w:rPr>
                <w:sz w:val="16"/>
                <w:szCs w:val="16"/>
              </w:rPr>
            </w:pPr>
          </w:p>
        </w:tc>
      </w:tr>
      <w:tr w:rsidR="00BD2397" w:rsidRPr="00F9681E" w14:paraId="1D6BCBF8" w14:textId="77777777">
        <w:trPr>
          <w:trHeight w:hRule="exact" w:val="502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CB8ED13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Termenul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de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transmitere</w:t>
            </w:r>
            <w:proofErr w:type="spellEnd"/>
          </w:p>
        </w:tc>
      </w:tr>
      <w:tr w:rsidR="00BD2397" w:rsidRPr="0087650C" w14:paraId="087808BB" w14:textId="77777777">
        <w:trPr>
          <w:trHeight w:hRule="exact" w:val="17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B7CA94F" w14:textId="77777777" w:rsidR="00BD2397" w:rsidRPr="007C389B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  <w:lang w:val="pt-PT"/>
              </w:rPr>
            </w:pPr>
            <w:r w:rsidRPr="007C389B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  <w:lang w:val="pt-PT"/>
              </w:rPr>
              <w:t xml:space="preserve">Termenul de începere a lucrărilor curge de la data depunerii clarificărilor solicitate. </w:t>
            </w:r>
          </w:p>
        </w:tc>
      </w:tr>
    </w:tbl>
    <w:p w14:paraId="7FF396EA" w14:textId="77777777" w:rsidR="00BD2397" w:rsidRPr="007C389B" w:rsidRDefault="00BD2397">
      <w:pPr>
        <w:autoSpaceDE w:val="0"/>
        <w:autoSpaceDN w:val="0"/>
        <w:spacing w:after="0" w:line="116" w:lineRule="exact"/>
        <w:rPr>
          <w:sz w:val="16"/>
          <w:szCs w:val="16"/>
          <w:lang w:val="pt-PT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5452"/>
        <w:gridCol w:w="2340"/>
        <w:gridCol w:w="1556"/>
      </w:tblGrid>
      <w:tr w:rsidR="00BD2397" w:rsidRPr="00F9681E" w14:paraId="561DE4C5" w14:textId="77777777">
        <w:trPr>
          <w:trHeight w:hRule="exact" w:val="210"/>
        </w:trPr>
        <w:tc>
          <w:tcPr>
            <w:tcW w:w="9348" w:type="dxa"/>
            <w:gridSpan w:val="3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EF19CEC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7C389B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3.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SEMNĂTURA</w:t>
            </w:r>
          </w:p>
        </w:tc>
      </w:tr>
      <w:tr w:rsidR="00BD2397" w:rsidRPr="00F9681E" w14:paraId="6338B49D" w14:textId="77777777">
        <w:trPr>
          <w:trHeight w:hRule="exact" w:val="506"/>
        </w:trPr>
        <w:tc>
          <w:tcPr>
            <w:tcW w:w="5452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53DE4E01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Reprezentantul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autorității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—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numele</w:t>
            </w:r>
            <w:proofErr w:type="spellEnd"/>
          </w:p>
        </w:tc>
        <w:tc>
          <w:tcPr>
            <w:tcW w:w="2340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1263608C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Data</w:t>
            </w: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97B88B8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98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Semnatura</w:t>
            </w:r>
            <w:proofErr w:type="spellEnd"/>
          </w:p>
        </w:tc>
      </w:tr>
    </w:tbl>
    <w:p w14:paraId="1175C69A" w14:textId="65BC816D" w:rsidR="00BD2397" w:rsidRPr="00F9681E" w:rsidRDefault="00B8640C">
      <w:pPr>
        <w:tabs>
          <w:tab w:val="left" w:pos="4838"/>
        </w:tabs>
        <w:autoSpaceDE w:val="0"/>
        <w:autoSpaceDN w:val="0"/>
        <w:spacing w:after="0" w:line="144" w:lineRule="exact"/>
        <w:ind w:left="710"/>
        <w:rPr>
          <w:sz w:val="16"/>
          <w:szCs w:val="16"/>
          <w:lang w:val="sv-SE"/>
        </w:rPr>
      </w:pPr>
      <w:r w:rsidRPr="00F9681E">
        <w:rPr>
          <w:sz w:val="16"/>
          <w:szCs w:val="16"/>
          <w:lang w:val="sv-SE"/>
        </w:rPr>
        <w:tab/>
      </w:r>
      <w:r w:rsidRPr="00F9681E">
        <w:rPr>
          <w:rFonts w:ascii="TimesNewRomanPSMT" w:eastAsia="TimesNewRomanPSMT" w:hAnsi="TimesNewRomanPSMT"/>
          <w:color w:val="595959"/>
          <w:w w:val="97"/>
          <w:sz w:val="16"/>
          <w:szCs w:val="16"/>
          <w:lang w:val="sv-SE"/>
        </w:rPr>
        <w:t>pagina 1 din 1</w:t>
      </w:r>
    </w:p>
    <w:p w14:paraId="2919043C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sectPr w:rsidR="00BD2397" w:rsidRPr="00912339" w:rsidSect="00034616">
      <w:pgSz w:w="11900" w:h="16840"/>
      <w:pgMar w:top="126" w:right="1358" w:bottom="236" w:left="56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3172982">
    <w:abstractNumId w:val="8"/>
  </w:num>
  <w:num w:numId="2" w16cid:durableId="1360660507">
    <w:abstractNumId w:val="6"/>
  </w:num>
  <w:num w:numId="3" w16cid:durableId="1057627229">
    <w:abstractNumId w:val="5"/>
  </w:num>
  <w:num w:numId="4" w16cid:durableId="1421634418">
    <w:abstractNumId w:val="4"/>
  </w:num>
  <w:num w:numId="5" w16cid:durableId="1559976014">
    <w:abstractNumId w:val="7"/>
  </w:num>
  <w:num w:numId="6" w16cid:durableId="1544832806">
    <w:abstractNumId w:val="3"/>
  </w:num>
  <w:num w:numId="7" w16cid:durableId="2123571023">
    <w:abstractNumId w:val="2"/>
  </w:num>
  <w:num w:numId="8" w16cid:durableId="536048156">
    <w:abstractNumId w:val="1"/>
  </w:num>
  <w:num w:numId="9" w16cid:durableId="498809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864"/>
    <w:rsid w:val="00034616"/>
    <w:rsid w:val="000367DB"/>
    <w:rsid w:val="0006063C"/>
    <w:rsid w:val="000C1C98"/>
    <w:rsid w:val="000D51AB"/>
    <w:rsid w:val="0015074B"/>
    <w:rsid w:val="00184E29"/>
    <w:rsid w:val="00187A6E"/>
    <w:rsid w:val="001C63D4"/>
    <w:rsid w:val="001F5194"/>
    <w:rsid w:val="001F7E48"/>
    <w:rsid w:val="0029639D"/>
    <w:rsid w:val="002A5EAB"/>
    <w:rsid w:val="002B0E1B"/>
    <w:rsid w:val="00326F90"/>
    <w:rsid w:val="003C5479"/>
    <w:rsid w:val="003D684B"/>
    <w:rsid w:val="003F7FDF"/>
    <w:rsid w:val="004761A5"/>
    <w:rsid w:val="004A23F1"/>
    <w:rsid w:val="00616AC8"/>
    <w:rsid w:val="00624CB9"/>
    <w:rsid w:val="00646AD5"/>
    <w:rsid w:val="0068581A"/>
    <w:rsid w:val="006E158E"/>
    <w:rsid w:val="00786EB1"/>
    <w:rsid w:val="007C389B"/>
    <w:rsid w:val="00846091"/>
    <w:rsid w:val="0087650C"/>
    <w:rsid w:val="008D0C1E"/>
    <w:rsid w:val="00912339"/>
    <w:rsid w:val="00944F95"/>
    <w:rsid w:val="0097249C"/>
    <w:rsid w:val="009F0C11"/>
    <w:rsid w:val="00A1149B"/>
    <w:rsid w:val="00A531FA"/>
    <w:rsid w:val="00AA1D8D"/>
    <w:rsid w:val="00AB1449"/>
    <w:rsid w:val="00B40836"/>
    <w:rsid w:val="00B47730"/>
    <w:rsid w:val="00B84130"/>
    <w:rsid w:val="00B8640C"/>
    <w:rsid w:val="00BB3B32"/>
    <w:rsid w:val="00BD2397"/>
    <w:rsid w:val="00BE77F5"/>
    <w:rsid w:val="00C44B4D"/>
    <w:rsid w:val="00C53134"/>
    <w:rsid w:val="00CA3FBF"/>
    <w:rsid w:val="00CB0664"/>
    <w:rsid w:val="00CB26DE"/>
    <w:rsid w:val="00CE6227"/>
    <w:rsid w:val="00D70A05"/>
    <w:rsid w:val="00E5523C"/>
    <w:rsid w:val="00EE1EFB"/>
    <w:rsid w:val="00F9681E"/>
    <w:rsid w:val="00FC693F"/>
    <w:rsid w:val="00FE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C6E2C5"/>
  <w14:defaultImageDpi w14:val="300"/>
  <w15:docId w15:val="{DDBCC1E4-051A-44F9-A7E7-736B5DDC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B8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8640C"/>
    <w:rPr>
      <w:rFonts w:ascii="Tahoma" w:hAnsi="Tahoma" w:cs="Tahoma"/>
      <w:sz w:val="16"/>
      <w:szCs w:val="16"/>
    </w:rPr>
  </w:style>
  <w:style w:type="character" w:styleId="Hyperlink">
    <w:name w:val="Hyperlink"/>
    <w:rsid w:val="00B864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Program%20Files\Indaco\Lege4\Cache\208h867b.tmp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3CC230-C750-4D98-BAB0-623FAB7B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Secretariat</cp:lastModifiedBy>
  <cp:revision>3</cp:revision>
  <dcterms:created xsi:type="dcterms:W3CDTF">2026-09-07T11:18:00Z</dcterms:created>
  <dcterms:modified xsi:type="dcterms:W3CDTF">2026-09-08T08:01:00Z</dcterms:modified>
</cp:coreProperties>
</file>