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3BC7A4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0EEED62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130DB22" w14:textId="77777777" w:rsidR="00BD2397" w:rsidRPr="001F5194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E80B467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56FDE675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2919043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7FB93E01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1EBC9EC9" w14:textId="77777777" w:rsidR="00BD2397" w:rsidRDefault="00BD2397">
      <w:pPr>
        <w:autoSpaceDE w:val="0"/>
        <w:autoSpaceDN w:val="0"/>
        <w:spacing w:after="0" w:line="126" w:lineRule="exact"/>
      </w:pPr>
    </w:p>
    <w:p w14:paraId="452451F9" w14:textId="77777777" w:rsidR="00BD2397" w:rsidRPr="00015183" w:rsidRDefault="00B8640C">
      <w:pPr>
        <w:tabs>
          <w:tab w:val="left" w:pos="2080"/>
        </w:tabs>
        <w:autoSpaceDE w:val="0"/>
        <w:autoSpaceDN w:val="0"/>
        <w:spacing w:after="0" w:line="200" w:lineRule="exact"/>
        <w:rPr>
          <w:lang w:val="pt-PT"/>
        </w:rPr>
      </w:pPr>
      <w:r w:rsidRPr="00015183">
        <w:rPr>
          <w:rFonts w:ascii="Arial" w:eastAsia="Arial" w:hAnsi="Arial"/>
          <w:color w:val="000000"/>
          <w:sz w:val="17"/>
          <w:lang w:val="pt-PT"/>
        </w:rPr>
        <w:t>54 MONITORUL OFICIAL AL ROMÂNIEI, PARTEA I, Nr. 711 bis/26.VIII.2026</w:t>
      </w:r>
    </w:p>
    <w:p w14:paraId="1D6985D7" w14:textId="77777777" w:rsidR="00BD2397" w:rsidRPr="00F9681E" w:rsidRDefault="00B8640C">
      <w:pPr>
        <w:autoSpaceDE w:val="0"/>
        <w:autoSpaceDN w:val="0"/>
        <w:spacing w:after="0" w:line="144" w:lineRule="exact"/>
        <w:ind w:left="710"/>
        <w:rPr>
          <w:sz w:val="16"/>
          <w:szCs w:val="16"/>
        </w:rPr>
      </w:pP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t>F ̲</w:t>
      </w:r>
      <w:proofErr w:type="gramStart"/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t>̲  02</w:t>
      </w:r>
      <w:proofErr w:type="gramEnd"/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t xml:space="preserve"> · </w:t>
      </w:r>
      <w:proofErr w:type="spellStart"/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t>versiunea</w:t>
      </w:r>
      <w:proofErr w:type="spellEnd"/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t xml:space="preserve"> 1.0 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2338"/>
        <w:gridCol w:w="778"/>
        <w:gridCol w:w="840"/>
        <w:gridCol w:w="718"/>
        <w:gridCol w:w="778"/>
        <w:gridCol w:w="780"/>
        <w:gridCol w:w="780"/>
        <w:gridCol w:w="780"/>
        <w:gridCol w:w="1556"/>
      </w:tblGrid>
      <w:tr w:rsidR="00BD2397" w:rsidRPr="00015183" w14:paraId="620D1305" w14:textId="77777777">
        <w:trPr>
          <w:trHeight w:hRule="exact" w:val="280"/>
        </w:trPr>
        <w:tc>
          <w:tcPr>
            <w:tcW w:w="9348" w:type="dxa"/>
            <w:gridSpan w:val="9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4404E69" w14:textId="77777777" w:rsidR="00BD2397" w:rsidRPr="00015183" w:rsidRDefault="00B8640C">
            <w:pPr>
              <w:autoSpaceDE w:val="0"/>
              <w:autoSpaceDN w:val="0"/>
              <w:spacing w:after="0" w:line="234" w:lineRule="exact"/>
              <w:jc w:val="center"/>
              <w:rPr>
                <w:sz w:val="16"/>
                <w:szCs w:val="16"/>
                <w:lang w:val="pt-PT"/>
              </w:rPr>
            </w:pPr>
            <w:r w:rsidRPr="00015183">
              <w:rPr>
                <w:rFonts w:ascii="TimesNewRomanPS" w:eastAsia="TimesNewRomanPS" w:hAnsi="TimesNewRomanPS"/>
                <w:b/>
                <w:color w:val="000000"/>
                <w:w w:val="101"/>
                <w:sz w:val="16"/>
                <w:szCs w:val="16"/>
                <w:lang w:val="pt-PT"/>
              </w:rPr>
              <w:t xml:space="preserve">ȘANTIER ÎN LUCRU — PANOU DE IDENTIFICARE A INVESTIȚIEI / LUCRĂRILOR </w:t>
            </w:r>
          </w:p>
        </w:tc>
      </w:tr>
      <w:tr w:rsidR="00BD2397" w:rsidRPr="00015183" w14:paraId="468462C5" w14:textId="77777777">
        <w:trPr>
          <w:trHeight w:hRule="exact" w:val="210"/>
        </w:trPr>
        <w:tc>
          <w:tcPr>
            <w:tcW w:w="9348" w:type="dxa"/>
            <w:gridSpan w:val="9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A9F90D7" w14:textId="77777777" w:rsidR="00BD2397" w:rsidRPr="00015183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  <w:lang w:val="pt-PT"/>
              </w:rPr>
            </w:pPr>
            <w:r w:rsidRPr="00015183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1. </w:t>
            </w:r>
            <w:r w:rsidRPr="00015183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ACTUL DE REGLEMENTARE / AUTORIZARE SAU NOTIFICARE</w:t>
            </w:r>
          </w:p>
        </w:tc>
      </w:tr>
      <w:tr w:rsidR="00BD2397" w:rsidRPr="00015183" w14:paraId="5A05A78E" w14:textId="77777777">
        <w:trPr>
          <w:trHeight w:hRule="exact" w:val="422"/>
        </w:trPr>
        <w:tc>
          <w:tcPr>
            <w:tcW w:w="3956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FCDF129" w14:textId="77777777" w:rsidR="00BD2397" w:rsidRPr="00015183" w:rsidRDefault="00B8640C">
            <w:pPr>
              <w:autoSpaceDE w:val="0"/>
              <w:autoSpaceDN w:val="0"/>
              <w:spacing w:after="0" w:line="204" w:lineRule="exact"/>
              <w:ind w:left="140" w:right="144"/>
              <w:rPr>
                <w:sz w:val="16"/>
                <w:szCs w:val="16"/>
                <w:lang w:val="pt-PT"/>
              </w:rPr>
            </w:pPr>
            <w:r w:rsidRPr="00015183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015183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AUTORIZAȚIE DE CONSTRUIRE / DESFIINȚARE </w:t>
            </w:r>
            <w:r w:rsidRPr="00015183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015183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NOTIFICARE LUCRĂRI </w:t>
            </w:r>
          </w:p>
        </w:tc>
        <w:tc>
          <w:tcPr>
            <w:tcW w:w="5392" w:type="dxa"/>
            <w:gridSpan w:val="6"/>
            <w:vMerge w:val="restart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AA9AAAD" w14:textId="77777777" w:rsidR="00BD2397" w:rsidRPr="00015183" w:rsidRDefault="00B8640C">
            <w:pPr>
              <w:autoSpaceDE w:val="0"/>
              <w:autoSpaceDN w:val="0"/>
              <w:spacing w:after="0" w:line="178" w:lineRule="exact"/>
              <w:jc w:val="center"/>
              <w:rPr>
                <w:sz w:val="16"/>
                <w:szCs w:val="16"/>
                <w:lang w:val="pt-PT"/>
              </w:rPr>
            </w:pPr>
            <w:r w:rsidRPr="00015183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VEDERE DE ANSAMBLU A OBIECTIVULUI </w:t>
            </w:r>
            <w:r w:rsidRPr="00015183">
              <w:rPr>
                <w:sz w:val="16"/>
                <w:szCs w:val="16"/>
                <w:lang w:val="pt-PT"/>
              </w:rPr>
              <w:br/>
            </w:r>
            <w:r w:rsidRPr="00015183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>(fotografia machetei, perspectivă 3D sau fațada reprezentativă din proiectul tehnic simplificat / documentația tehnică)</w:t>
            </w:r>
          </w:p>
        </w:tc>
      </w:tr>
      <w:tr w:rsidR="00BD2397" w:rsidRPr="00015183" w14:paraId="1139E479" w14:textId="77777777">
        <w:trPr>
          <w:trHeight w:hRule="exact" w:val="512"/>
        </w:trPr>
        <w:tc>
          <w:tcPr>
            <w:tcW w:w="3956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5F9E467" w14:textId="77777777" w:rsidR="00BD2397" w:rsidRPr="00015183" w:rsidRDefault="00B8640C">
            <w:pPr>
              <w:autoSpaceDE w:val="0"/>
              <w:autoSpaceDN w:val="0"/>
              <w:spacing w:after="0" w:line="166" w:lineRule="exact"/>
              <w:ind w:left="100" w:right="1872"/>
              <w:rPr>
                <w:sz w:val="16"/>
                <w:szCs w:val="16"/>
                <w:lang w:val="pt-PT"/>
              </w:rPr>
            </w:pPr>
            <w:r w:rsidRPr="00015183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Număr și dată de înregistrare </w:t>
            </w:r>
            <w:r w:rsidRPr="00015183">
              <w:rPr>
                <w:sz w:val="16"/>
                <w:szCs w:val="16"/>
                <w:lang w:val="pt-PT"/>
              </w:rPr>
              <w:br/>
            </w:r>
            <w:r w:rsidRPr="00015183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nr. / zz.ll.aaaa</w:t>
            </w:r>
          </w:p>
        </w:tc>
        <w:tc>
          <w:tcPr>
            <w:tcW w:w="6654" w:type="dxa"/>
            <w:gridSpan w:val="6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7EBC19E2" w14:textId="77777777" w:rsidR="00BD2397" w:rsidRPr="00015183" w:rsidRDefault="00BD2397">
            <w:pPr>
              <w:rPr>
                <w:sz w:val="16"/>
                <w:szCs w:val="16"/>
                <w:lang w:val="pt-PT"/>
              </w:rPr>
            </w:pPr>
          </w:p>
        </w:tc>
      </w:tr>
      <w:tr w:rsidR="00BD2397" w:rsidRPr="00015183" w14:paraId="04EE4DDF" w14:textId="77777777">
        <w:trPr>
          <w:trHeight w:hRule="exact" w:val="512"/>
        </w:trPr>
        <w:tc>
          <w:tcPr>
            <w:tcW w:w="3956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4FEA2B0" w14:textId="77777777" w:rsidR="00BD2397" w:rsidRPr="00015183" w:rsidRDefault="00B8640C">
            <w:pPr>
              <w:autoSpaceDE w:val="0"/>
              <w:autoSpaceDN w:val="0"/>
              <w:spacing w:after="0" w:line="166" w:lineRule="exact"/>
              <w:ind w:left="100" w:right="1728"/>
              <w:rPr>
                <w:sz w:val="16"/>
                <w:szCs w:val="16"/>
                <w:lang w:val="pt-PT"/>
              </w:rPr>
            </w:pPr>
            <w:r w:rsidRPr="00015183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Autoritatea emitentă / primitoare </w:t>
            </w:r>
            <w:r w:rsidRPr="00015183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Primăria / Consiliul Județean</w:t>
            </w:r>
          </w:p>
        </w:tc>
        <w:tc>
          <w:tcPr>
            <w:tcW w:w="6654" w:type="dxa"/>
            <w:gridSpan w:val="6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67B424A2" w14:textId="77777777" w:rsidR="00BD2397" w:rsidRPr="00015183" w:rsidRDefault="00BD2397">
            <w:pPr>
              <w:rPr>
                <w:sz w:val="16"/>
                <w:szCs w:val="16"/>
                <w:lang w:val="pt-PT"/>
              </w:rPr>
            </w:pPr>
          </w:p>
        </w:tc>
      </w:tr>
      <w:tr w:rsidR="00BD2397" w:rsidRPr="00015183" w14:paraId="160ACF31" w14:textId="77777777">
        <w:trPr>
          <w:trHeight w:hRule="exact" w:val="502"/>
        </w:trPr>
        <w:tc>
          <w:tcPr>
            <w:tcW w:w="3956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52E1085" w14:textId="77777777" w:rsidR="00BD2397" w:rsidRPr="00015183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015183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Identificator în Registrul Național al Construcțiilor (RNC)</w:t>
            </w:r>
          </w:p>
        </w:tc>
        <w:tc>
          <w:tcPr>
            <w:tcW w:w="6654" w:type="dxa"/>
            <w:gridSpan w:val="6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133C941D" w14:textId="77777777" w:rsidR="00BD2397" w:rsidRPr="00015183" w:rsidRDefault="00BD2397">
            <w:pPr>
              <w:rPr>
                <w:sz w:val="16"/>
                <w:szCs w:val="16"/>
                <w:lang w:val="pt-PT"/>
              </w:rPr>
            </w:pPr>
          </w:p>
        </w:tc>
      </w:tr>
      <w:tr w:rsidR="00BD2397" w:rsidRPr="00F9681E" w14:paraId="79D01516" w14:textId="77777777">
        <w:trPr>
          <w:trHeight w:hRule="exact" w:val="506"/>
        </w:trPr>
        <w:tc>
          <w:tcPr>
            <w:tcW w:w="3956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7BB362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Termen de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execuție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(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luni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)</w:t>
            </w:r>
          </w:p>
        </w:tc>
        <w:tc>
          <w:tcPr>
            <w:tcW w:w="3056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41A896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Data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începerii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lucrărilor</w:t>
            </w:r>
            <w:proofErr w:type="spellEnd"/>
          </w:p>
        </w:tc>
        <w:tc>
          <w:tcPr>
            <w:tcW w:w="233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917316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Data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finalizării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lucrărilor</w:t>
            </w:r>
            <w:proofErr w:type="spellEnd"/>
          </w:p>
        </w:tc>
      </w:tr>
      <w:tr w:rsidR="00BD2397" w:rsidRPr="00F9681E" w14:paraId="28B9795F" w14:textId="77777777">
        <w:trPr>
          <w:trHeight w:hRule="exact" w:val="578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EC5DBD0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ECHIPA DE PROIECTARE</w:t>
            </w:r>
          </w:p>
        </w:tc>
        <w:tc>
          <w:tcPr>
            <w:tcW w:w="1558" w:type="dxa"/>
            <w:gridSpan w:val="2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78E86EA" w14:textId="77777777" w:rsidR="00BD2397" w:rsidRPr="00F9681E" w:rsidRDefault="00B8640C">
            <w:pPr>
              <w:autoSpaceDE w:val="0"/>
              <w:autoSpaceDN w:val="0"/>
              <w:spacing w:after="0" w:line="200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>Proiectant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 xml:space="preserve"> general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>arhitectură</w:t>
            </w:r>
            <w:proofErr w:type="spellEnd"/>
          </w:p>
        </w:tc>
        <w:tc>
          <w:tcPr>
            <w:tcW w:w="155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1DA9C5E" w14:textId="77777777" w:rsidR="00BD2397" w:rsidRPr="00F9681E" w:rsidRDefault="00B8640C">
            <w:pPr>
              <w:autoSpaceDE w:val="0"/>
              <w:autoSpaceDN w:val="0"/>
              <w:spacing w:after="0" w:line="200" w:lineRule="exact"/>
              <w:ind w:left="102" w:right="43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>Proiectant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>structură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AADA86C" w14:textId="77777777" w:rsidR="00BD2397" w:rsidRPr="00F9681E" w:rsidRDefault="00B8640C">
            <w:pPr>
              <w:autoSpaceDE w:val="0"/>
              <w:autoSpaceDN w:val="0"/>
              <w:spacing w:after="0" w:line="200" w:lineRule="exact"/>
              <w:ind w:left="100" w:right="43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>Proiectant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>instalații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323351C" w14:textId="77777777" w:rsidR="00BD2397" w:rsidRPr="00F9681E" w:rsidRDefault="00B8640C">
            <w:pPr>
              <w:autoSpaceDE w:val="0"/>
              <w:autoSpaceDN w:val="0"/>
              <w:spacing w:after="0" w:line="202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>Alți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>proiectanți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>verificatori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>atestați</w:t>
            </w:r>
            <w:proofErr w:type="spellEnd"/>
          </w:p>
        </w:tc>
      </w:tr>
      <w:tr w:rsidR="00BD2397" w:rsidRPr="00F9681E" w14:paraId="0A083C4B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E71F14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Firma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numele</w:t>
            </w:r>
            <w:proofErr w:type="spellEnd"/>
          </w:p>
        </w:tc>
        <w:tc>
          <w:tcPr>
            <w:tcW w:w="1558" w:type="dxa"/>
            <w:gridSpan w:val="2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441FA60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22EF6BD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EBC7D8A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028D88C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</w:tr>
      <w:tr w:rsidR="00BD2397" w:rsidRPr="00F9681E" w14:paraId="1DCB344F" w14:textId="77777777">
        <w:trPr>
          <w:trHeight w:hRule="exact" w:val="678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8FDBD05" w14:textId="77777777" w:rsidR="00BD2397" w:rsidRPr="00F9681E" w:rsidRDefault="00B8640C">
            <w:pPr>
              <w:autoSpaceDE w:val="0"/>
              <w:autoSpaceDN w:val="0"/>
              <w:spacing w:after="0" w:line="16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Specialistul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r w:rsidRPr="00F9681E">
              <w:rPr>
                <w:sz w:val="16"/>
                <w:szCs w:val="16"/>
              </w:rPr>
              <w:br/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arhitect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cu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drept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semnătură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inginer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atestat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domeniu-atestat</w:t>
            </w:r>
            <w:proofErr w:type="spellEnd"/>
          </w:p>
        </w:tc>
        <w:tc>
          <w:tcPr>
            <w:tcW w:w="1558" w:type="dxa"/>
            <w:gridSpan w:val="2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949565D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D82F6D7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44473C4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11A01FE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</w:tr>
      <w:tr w:rsidR="00BD2397" w:rsidRPr="00F9681E" w14:paraId="1F2D2350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7A275A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· e-mail</w:t>
            </w:r>
          </w:p>
        </w:tc>
        <w:tc>
          <w:tcPr>
            <w:tcW w:w="1558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E88F916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7C8A445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752DEC1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1387D55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</w:tr>
      <w:tr w:rsidR="00BD2397" w:rsidRPr="00015183" w14:paraId="14FC5899" w14:textId="77777777">
        <w:trPr>
          <w:trHeight w:hRule="exact" w:val="504"/>
        </w:trPr>
        <w:tc>
          <w:tcPr>
            <w:tcW w:w="233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1B06A3D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3.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 xml:space="preserve">EXECUTANTUL </w:t>
            </w:r>
          </w:p>
        </w:tc>
        <w:tc>
          <w:tcPr>
            <w:tcW w:w="3114" w:type="dxa"/>
            <w:gridSpan w:val="4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7E86627" w14:textId="77777777" w:rsidR="00BD2397" w:rsidRPr="00F9681E" w:rsidRDefault="00B8640C">
            <w:pPr>
              <w:autoSpaceDE w:val="0"/>
              <w:autoSpaceDN w:val="0"/>
              <w:spacing w:after="0" w:line="200" w:lineRule="exact"/>
              <w:ind w:left="100" w:right="288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 xml:space="preserve">Constructor —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>antreprenor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</w:rPr>
              <w:t xml:space="preserve"> general / executant</w:t>
            </w:r>
          </w:p>
        </w:tc>
        <w:tc>
          <w:tcPr>
            <w:tcW w:w="3896" w:type="dxa"/>
            <w:gridSpan w:val="4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9A39E49" w14:textId="77777777" w:rsidR="00BD2397" w:rsidRPr="00015183" w:rsidRDefault="00B8640C">
            <w:pPr>
              <w:autoSpaceDE w:val="0"/>
              <w:autoSpaceDN w:val="0"/>
              <w:spacing w:after="0" w:line="200" w:lineRule="exact"/>
              <w:ind w:left="100" w:right="144"/>
              <w:rPr>
                <w:sz w:val="16"/>
                <w:szCs w:val="16"/>
                <w:lang w:val="pt-PT"/>
              </w:rPr>
            </w:pPr>
            <w:r w:rsidRPr="00015183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  <w:lang w:val="pt-PT"/>
              </w:rPr>
              <w:t>Diriginte de șantier / responsabil tehnic cu execuția (RTE)</w:t>
            </w:r>
          </w:p>
        </w:tc>
      </w:tr>
      <w:tr w:rsidR="00BD2397" w:rsidRPr="00F9681E" w14:paraId="7A9092F4" w14:textId="77777777">
        <w:trPr>
          <w:trHeight w:hRule="exact" w:val="504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FDFA5A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Firma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numele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și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prenumele</w:t>
            </w:r>
            <w:proofErr w:type="spellEnd"/>
          </w:p>
        </w:tc>
        <w:tc>
          <w:tcPr>
            <w:tcW w:w="3114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1E29065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BCA4A48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</w:tr>
      <w:tr w:rsidR="00BD2397" w:rsidRPr="00F9681E" w14:paraId="6693419B" w14:textId="77777777">
        <w:trPr>
          <w:trHeight w:hRule="exact" w:val="504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762A2F0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Adresa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</w:p>
        </w:tc>
        <w:tc>
          <w:tcPr>
            <w:tcW w:w="3114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E119440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3712488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</w:tr>
      <w:tr w:rsidR="00BD2397" w:rsidRPr="00F9681E" w14:paraId="5C813CF9" w14:textId="77777777">
        <w:trPr>
          <w:trHeight w:hRule="exact" w:val="506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A48CD1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Autorizația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Atestatul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 </w:t>
            </w:r>
          </w:p>
        </w:tc>
        <w:tc>
          <w:tcPr>
            <w:tcW w:w="3114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5F1003E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9A2FAED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</w:tr>
      <w:tr w:rsidR="00BD2397" w:rsidRPr="00F9681E" w14:paraId="176863D8" w14:textId="77777777">
        <w:trPr>
          <w:trHeight w:hRule="exact" w:val="504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50D055B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· e-mail</w:t>
            </w:r>
          </w:p>
        </w:tc>
        <w:tc>
          <w:tcPr>
            <w:tcW w:w="3114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F935949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2D52E92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1ACB0FEA" w14:textId="77777777" w:rsidR="00BD2397" w:rsidRPr="00F9681E" w:rsidRDefault="00BD2397">
      <w:pPr>
        <w:autoSpaceDE w:val="0"/>
        <w:autoSpaceDN w:val="0"/>
        <w:spacing w:after="0" w:line="820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015183" w14:paraId="3AFBB4B7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B2E518E" w14:textId="77777777" w:rsidR="00BD2397" w:rsidRPr="00015183" w:rsidRDefault="00B8640C">
            <w:pPr>
              <w:autoSpaceDE w:val="0"/>
              <w:autoSpaceDN w:val="0"/>
              <w:spacing w:after="0" w:line="176" w:lineRule="exact"/>
              <w:ind w:left="140"/>
              <w:rPr>
                <w:sz w:val="16"/>
                <w:szCs w:val="16"/>
                <w:lang w:val="pt-PT"/>
              </w:rPr>
            </w:pPr>
            <w:r w:rsidRPr="00015183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 xml:space="preserve">PRECIZARI PRIVIND PANOUL DE IDNETIFICARE A INEVSTIȚIEI </w:t>
            </w:r>
          </w:p>
        </w:tc>
      </w:tr>
      <w:tr w:rsidR="00BD2397" w:rsidRPr="00015183" w14:paraId="7614171F" w14:textId="77777777">
        <w:trPr>
          <w:trHeight w:hRule="exact" w:val="64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5509B55" w14:textId="77777777" w:rsidR="00BD2397" w:rsidRPr="00015183" w:rsidRDefault="00B8640C">
            <w:pPr>
              <w:autoSpaceDE w:val="0"/>
              <w:autoSpaceDN w:val="0"/>
              <w:spacing w:after="0" w:line="160" w:lineRule="exact"/>
              <w:ind w:left="100" w:right="144"/>
              <w:rPr>
                <w:sz w:val="16"/>
                <w:szCs w:val="16"/>
                <w:lang w:val="pt-PT"/>
              </w:rPr>
            </w:pPr>
            <w:r w:rsidRPr="00015183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1. Prezentul panou se confecționează din materiale rezistente la intemperii, la dimensiunea minimă de 60 × 90 cm, cu înălțimea literelor de minimum 5 cm pentru titlu. </w:t>
            </w:r>
          </w:p>
          <w:p w14:paraId="6063F753" w14:textId="77777777" w:rsidR="00BD2397" w:rsidRPr="00015183" w:rsidRDefault="00B8640C">
            <w:pPr>
              <w:autoSpaceDE w:val="0"/>
              <w:autoSpaceDN w:val="0"/>
              <w:spacing w:after="0" w:line="158" w:lineRule="exact"/>
              <w:ind w:left="100" w:right="576"/>
              <w:rPr>
                <w:sz w:val="16"/>
                <w:szCs w:val="16"/>
                <w:lang w:val="pt-PT"/>
              </w:rPr>
            </w:pPr>
            <w:r w:rsidRPr="00015183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2. Panoul se amplasează obligatoriu la loc vizibil de la drumul public, pe toată durata de execuție a lucrărilor (conform art. 298 alin. (5) din Legea nr.169/2026 privind Codul amenajării teritoriului, urbanismului și construcțiilor). </w:t>
            </w:r>
          </w:p>
        </w:tc>
      </w:tr>
    </w:tbl>
    <w:p w14:paraId="7BC7F6A5" w14:textId="77777777" w:rsidR="00BD2397" w:rsidRPr="00015183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pt-PT"/>
        </w:rPr>
      </w:pPr>
      <w:r w:rsidRPr="00015183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 xml:space="preserve">F ̲̲  02 · versiunea 1.0 </w:t>
      </w:r>
      <w:r w:rsidRPr="00015183">
        <w:rPr>
          <w:sz w:val="16"/>
          <w:szCs w:val="16"/>
          <w:lang w:val="pt-PT"/>
        </w:rPr>
        <w:tab/>
      </w:r>
      <w:r w:rsidRPr="00015183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>pagina 1 din 1</w:t>
      </w:r>
    </w:p>
    <w:p w14:paraId="6BF595B4" w14:textId="77777777" w:rsidR="00BD2397" w:rsidRPr="00015183" w:rsidRDefault="00BD2397">
      <w:pPr>
        <w:autoSpaceDE w:val="0"/>
        <w:autoSpaceDN w:val="0"/>
        <w:spacing w:after="0" w:line="126" w:lineRule="exact"/>
        <w:rPr>
          <w:lang w:val="pt-PT"/>
        </w:rPr>
      </w:pPr>
    </w:p>
    <w:sectPr w:rsidR="00BD2397" w:rsidRPr="00015183" w:rsidSect="00015183">
      <w:pgSz w:w="11900" w:h="16840"/>
      <w:pgMar w:top="126" w:right="546" w:bottom="340" w:left="110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183"/>
    <w:rsid w:val="00020864"/>
    <w:rsid w:val="00034616"/>
    <w:rsid w:val="000367DB"/>
    <w:rsid w:val="0006063C"/>
    <w:rsid w:val="000C1C98"/>
    <w:rsid w:val="000D51AB"/>
    <w:rsid w:val="0015074B"/>
    <w:rsid w:val="00184E29"/>
    <w:rsid w:val="00187A6E"/>
    <w:rsid w:val="001C63D4"/>
    <w:rsid w:val="001F5194"/>
    <w:rsid w:val="001F7E48"/>
    <w:rsid w:val="0029639D"/>
    <w:rsid w:val="002A5EAB"/>
    <w:rsid w:val="002B0E1B"/>
    <w:rsid w:val="00326F90"/>
    <w:rsid w:val="003C5479"/>
    <w:rsid w:val="003D684B"/>
    <w:rsid w:val="003F7FDF"/>
    <w:rsid w:val="004761A5"/>
    <w:rsid w:val="004A23F1"/>
    <w:rsid w:val="0050487B"/>
    <w:rsid w:val="005869A8"/>
    <w:rsid w:val="00616AC8"/>
    <w:rsid w:val="00646AD5"/>
    <w:rsid w:val="0068581A"/>
    <w:rsid w:val="006C3170"/>
    <w:rsid w:val="006E158E"/>
    <w:rsid w:val="00786EB1"/>
    <w:rsid w:val="00846091"/>
    <w:rsid w:val="008D0C1E"/>
    <w:rsid w:val="00912339"/>
    <w:rsid w:val="00944F95"/>
    <w:rsid w:val="009F0C11"/>
    <w:rsid w:val="00A1149B"/>
    <w:rsid w:val="00A206A4"/>
    <w:rsid w:val="00A531FA"/>
    <w:rsid w:val="00AA1D8D"/>
    <w:rsid w:val="00AB1449"/>
    <w:rsid w:val="00B40836"/>
    <w:rsid w:val="00B47730"/>
    <w:rsid w:val="00B84130"/>
    <w:rsid w:val="00B8640C"/>
    <w:rsid w:val="00BB3B32"/>
    <w:rsid w:val="00BD2397"/>
    <w:rsid w:val="00BE77F5"/>
    <w:rsid w:val="00C44B4D"/>
    <w:rsid w:val="00C53134"/>
    <w:rsid w:val="00CA3FBF"/>
    <w:rsid w:val="00CB0664"/>
    <w:rsid w:val="00CB26DE"/>
    <w:rsid w:val="00CE6227"/>
    <w:rsid w:val="00D70A05"/>
    <w:rsid w:val="00E3029C"/>
    <w:rsid w:val="00E5523C"/>
    <w:rsid w:val="00EE1EFB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Nonaime</cp:lastModifiedBy>
  <cp:revision>2</cp:revision>
  <dcterms:created xsi:type="dcterms:W3CDTF">2026-09-07T11:25:00Z</dcterms:created>
  <dcterms:modified xsi:type="dcterms:W3CDTF">2026-09-07T11:25:00Z</dcterms:modified>
</cp:coreProperties>
</file>