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5D59C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9FADB4E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CAE9067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63BC7A4B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0EEED62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130DB22" w14:textId="77777777" w:rsidR="00BD2397" w:rsidRPr="001F5194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E80B467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56FDE675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2919043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7FB93E01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6BF595B4" w14:textId="77777777" w:rsidR="00BD2397" w:rsidRDefault="00BD2397">
      <w:pPr>
        <w:autoSpaceDE w:val="0"/>
        <w:autoSpaceDN w:val="0"/>
        <w:spacing w:after="0" w:line="126" w:lineRule="exact"/>
      </w:pPr>
    </w:p>
    <w:p w14:paraId="477D0B3C" w14:textId="77777777" w:rsidR="00BD2397" w:rsidRPr="0014264F" w:rsidRDefault="00B8640C">
      <w:pPr>
        <w:tabs>
          <w:tab w:val="left" w:pos="10004"/>
        </w:tabs>
        <w:autoSpaceDE w:val="0"/>
        <w:autoSpaceDN w:val="0"/>
        <w:spacing w:after="0" w:line="200" w:lineRule="exact"/>
        <w:ind w:left="1536"/>
        <w:rPr>
          <w:lang w:val="pt-PT"/>
        </w:rPr>
      </w:pPr>
      <w:r w:rsidRPr="0014264F">
        <w:rPr>
          <w:rFonts w:ascii="Arial" w:eastAsia="Arial" w:hAnsi="Arial"/>
          <w:color w:val="000000"/>
          <w:sz w:val="17"/>
          <w:lang w:val="pt-PT"/>
        </w:rPr>
        <w:t xml:space="preserve">MONITORUL OFICIAL AL ROMÂNIEI, PARTEA I, Nr. 711 bis/26.VIII.2026 </w:t>
      </w:r>
      <w:r w:rsidRPr="0014264F">
        <w:rPr>
          <w:lang w:val="pt-PT"/>
        </w:rPr>
        <w:tab/>
      </w:r>
      <w:r w:rsidRPr="0014264F">
        <w:rPr>
          <w:rFonts w:ascii="Arial" w:eastAsia="Arial" w:hAnsi="Arial"/>
          <w:color w:val="000000"/>
          <w:sz w:val="17"/>
          <w:lang w:val="pt-PT"/>
        </w:rPr>
        <w:t>55</w:t>
      </w:r>
    </w:p>
    <w:p w14:paraId="2324C58E" w14:textId="77777777" w:rsidR="00BD2397" w:rsidRPr="0014264F" w:rsidRDefault="00B8640C">
      <w:pPr>
        <w:autoSpaceDE w:val="0"/>
        <w:autoSpaceDN w:val="0"/>
        <w:spacing w:after="0" w:line="194" w:lineRule="exact"/>
        <w:ind w:left="166"/>
        <w:rPr>
          <w:lang w:val="pt-PT"/>
        </w:rPr>
      </w:pPr>
      <w:r w:rsidRPr="0014264F">
        <w:rPr>
          <w:rFonts w:ascii="TimesNewRomanPS" w:eastAsia="TimesNewRomanPS" w:hAnsi="TimesNewRomanPS"/>
          <w:b/>
          <w:color w:val="595959"/>
          <w:w w:val="102"/>
          <w:sz w:val="16"/>
          <w:lang w:val="pt-PT"/>
        </w:rPr>
        <w:t>F_03 · versiunea 1.0</w:t>
      </w:r>
    </w:p>
    <w:p w14:paraId="54BB9A5F" w14:textId="77777777" w:rsidR="00BD2397" w:rsidRPr="0014264F" w:rsidRDefault="00B8640C">
      <w:pPr>
        <w:autoSpaceDE w:val="0"/>
        <w:autoSpaceDN w:val="0"/>
        <w:spacing w:after="0" w:line="222" w:lineRule="exact"/>
        <w:ind w:left="166" w:right="4176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Consiliul Judeţean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……………………………………………………..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Primăria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………………………………………………………………… </w:t>
      </w:r>
      <w:r w:rsidRPr="0014264F">
        <w:rPr>
          <w:rFonts w:ascii="Arial" w:eastAsia="Arial" w:hAnsi="Arial"/>
          <w:i/>
          <w:color w:val="000000"/>
          <w:w w:val="102"/>
          <w:sz w:val="16"/>
          <w:lang w:val="pt-PT"/>
        </w:rPr>
        <w:t xml:space="preserve">(autoritatea căreia îi aparţine agentul constatator) </w:t>
      </w:r>
    </w:p>
    <w:p w14:paraId="3C1E1AC9" w14:textId="77777777" w:rsidR="00BD2397" w:rsidRPr="0014264F" w:rsidRDefault="00B8640C">
      <w:pPr>
        <w:autoSpaceDE w:val="0"/>
        <w:autoSpaceDN w:val="0"/>
        <w:spacing w:after="0" w:line="224" w:lineRule="exact"/>
        <w:ind w:left="3312" w:right="2592"/>
        <w:jc w:val="center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PROCES-VERBAL </w:t>
      </w:r>
      <w:r w:rsidRPr="0014264F">
        <w:rPr>
          <w:lang w:val="pt-PT"/>
        </w:rPr>
        <w:br/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de constatare şi sancţionare a contravenţiilor </w:t>
      </w:r>
      <w:r w:rsidRPr="0014264F">
        <w:rPr>
          <w:lang w:val="pt-PT"/>
        </w:rPr>
        <w:br/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Nr. …………., încheiat azi, ……………… </w:t>
      </w:r>
    </w:p>
    <w:p w14:paraId="69F6568D" w14:textId="77777777" w:rsidR="00BD2397" w:rsidRPr="0014264F" w:rsidRDefault="00B8640C">
      <w:pPr>
        <w:autoSpaceDE w:val="0"/>
        <w:autoSpaceDN w:val="0"/>
        <w:spacing w:after="0" w:line="224" w:lineRule="exact"/>
        <w:ind w:left="166" w:right="576"/>
        <w:rPr>
          <w:lang w:val="pt-PT"/>
        </w:rPr>
      </w:pP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Subsemnatul, ………....…………………..............., în calitate de ……....…….……………, în baza legitimaţiei de control nr. ……..…………….., eliberată de ......….............………….....…………......................, în urma </w:t>
      </w:r>
    </w:p>
    <w:tbl>
      <w:tblPr>
        <w:tblW w:w="0" w:type="auto"/>
        <w:tblInd w:w="72" w:type="dxa"/>
        <w:tblLayout w:type="fixed"/>
        <w:tblLook w:val="04A0" w:firstRow="1" w:lastRow="0" w:firstColumn="1" w:lastColumn="0" w:noHBand="0" w:noVBand="1"/>
      </w:tblPr>
      <w:tblGrid>
        <w:gridCol w:w="1120"/>
        <w:gridCol w:w="960"/>
        <w:gridCol w:w="820"/>
        <w:gridCol w:w="1480"/>
        <w:gridCol w:w="1380"/>
        <w:gridCol w:w="420"/>
        <w:gridCol w:w="2260"/>
        <w:gridCol w:w="740"/>
        <w:gridCol w:w="640"/>
      </w:tblGrid>
      <w:tr w:rsidR="00BD2397" w14:paraId="7168BA7B" w14:textId="77777777">
        <w:trPr>
          <w:trHeight w:hRule="exact" w:val="222"/>
        </w:trPr>
        <w:tc>
          <w:tcPr>
            <w:tcW w:w="1120" w:type="dxa"/>
            <w:tcMar>
              <w:left w:w="0" w:type="dxa"/>
              <w:right w:w="0" w:type="dxa"/>
            </w:tcMar>
          </w:tcPr>
          <w:p w14:paraId="2A634EA5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controlului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3ECCC73D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efectuat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</w:t>
            </w:r>
          </w:p>
        </w:tc>
        <w:tc>
          <w:tcPr>
            <w:tcW w:w="820" w:type="dxa"/>
            <w:tcMar>
              <w:left w:w="0" w:type="dxa"/>
              <w:right w:w="0" w:type="dxa"/>
            </w:tcMar>
          </w:tcPr>
          <w:p w14:paraId="51044AF2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astăzi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, </w:t>
            </w: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14:paraId="2CBC1350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………………, </w:t>
            </w:r>
          </w:p>
        </w:tc>
        <w:tc>
          <w:tcPr>
            <w:tcW w:w="1380" w:type="dxa"/>
            <w:tcMar>
              <w:left w:w="0" w:type="dxa"/>
              <w:right w:w="0" w:type="dxa"/>
            </w:tcMar>
          </w:tcPr>
          <w:p w14:paraId="463D9F08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ora…………, </w:t>
            </w:r>
          </w:p>
        </w:tc>
        <w:tc>
          <w:tcPr>
            <w:tcW w:w="420" w:type="dxa"/>
            <w:tcMar>
              <w:left w:w="0" w:type="dxa"/>
              <w:right w:w="0" w:type="dxa"/>
            </w:tcMar>
          </w:tcPr>
          <w:p w14:paraId="450ACDDF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la 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</w:tcPr>
          <w:p w14:paraId="4A88C74B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sediul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/</w:t>
            </w: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şantierul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/</w:t>
            </w: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imobilul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</w:t>
            </w:r>
          </w:p>
        </w:tc>
        <w:tc>
          <w:tcPr>
            <w:tcW w:w="740" w:type="dxa"/>
            <w:tcMar>
              <w:left w:w="0" w:type="dxa"/>
              <w:right w:w="0" w:type="dxa"/>
            </w:tcMar>
          </w:tcPr>
          <w:p w14:paraId="7C525592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situat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</w:t>
            </w:r>
          </w:p>
        </w:tc>
        <w:tc>
          <w:tcPr>
            <w:tcW w:w="640" w:type="dxa"/>
            <w:tcMar>
              <w:left w:w="0" w:type="dxa"/>
              <w:right w:w="0" w:type="dxa"/>
            </w:tcMar>
          </w:tcPr>
          <w:p w14:paraId="7DA9AD42" w14:textId="77777777" w:rsidR="00BD2397" w:rsidRDefault="00B8640C">
            <w:pPr>
              <w:autoSpaceDE w:val="0"/>
              <w:autoSpaceDN w:val="0"/>
              <w:spacing w:after="0" w:line="194" w:lineRule="exact"/>
              <w:ind w:left="104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în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</w:t>
            </w:r>
          </w:p>
        </w:tc>
      </w:tr>
    </w:tbl>
    <w:p w14:paraId="59C6E41D" w14:textId="77777777" w:rsidR="00BD2397" w:rsidRDefault="00B8640C">
      <w:pPr>
        <w:autoSpaceDE w:val="0"/>
        <w:autoSpaceDN w:val="0"/>
        <w:spacing w:after="0" w:line="216" w:lineRule="exact"/>
        <w:ind w:left="144" w:right="576"/>
        <w:jc w:val="center"/>
      </w:pPr>
      <w:r>
        <w:rPr>
          <w:rFonts w:ascii="ArialMT" w:eastAsia="ArialMT" w:hAnsi="ArialMT"/>
          <w:color w:val="000000"/>
          <w:w w:val="102"/>
          <w:sz w:val="16"/>
        </w:rPr>
        <w:t xml:space="preserve">………………........……………............................................................................................................................. ……...………….….......................…………..................................……………….……….………………………...... </w:t>
      </w:r>
    </w:p>
    <w:p w14:paraId="3E2A07E0" w14:textId="77777777" w:rsidR="00BD2397" w:rsidRDefault="00B8640C">
      <w:pPr>
        <w:autoSpaceDE w:val="0"/>
        <w:autoSpaceDN w:val="0"/>
        <w:spacing w:after="0" w:line="224" w:lineRule="exact"/>
        <w:ind w:left="166" w:right="2016"/>
      </w:pPr>
      <w:r>
        <w:rPr>
          <w:rFonts w:ascii="ArialMT" w:eastAsia="ArialMT" w:hAnsi="ArialMT"/>
          <w:color w:val="000000"/>
          <w:w w:val="102"/>
          <w:sz w:val="16"/>
        </w:rPr>
        <w:t xml:space="preserve">am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constatat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următoarele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: </w:t>
      </w:r>
      <w:r>
        <w:br/>
      </w:r>
      <w:r>
        <w:rPr>
          <w:rFonts w:ascii="ArialMT" w:eastAsia="ArialMT" w:hAnsi="ArialMT"/>
          <w:color w:val="000000"/>
          <w:w w:val="102"/>
          <w:sz w:val="16"/>
        </w:rPr>
        <w:t xml:space="preserve">……...………….….......................…………..................................………………………………… ……...………….….......................…………..................................………………………………… </w:t>
      </w:r>
    </w:p>
    <w:p w14:paraId="6D7CDFF5" w14:textId="77777777" w:rsidR="00BD2397" w:rsidRPr="0014264F" w:rsidRDefault="00B8640C">
      <w:pPr>
        <w:autoSpaceDE w:val="0"/>
        <w:autoSpaceDN w:val="0"/>
        <w:spacing w:after="0" w:line="222" w:lineRule="exact"/>
        <w:ind w:left="166" w:right="576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2.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În conformitate cu prevederile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Legii nr. 169/2026 privind Codul amenajării teritoriului, urbanismului și construcțiilor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, aceste fapte constituie contravenţii la normele privind disciplina în autorizarea și executarea lucrărilor de construcții/amenajarea teritoriului/urbanism: </w:t>
      </w:r>
      <w:r w:rsidRPr="0014264F">
        <w:rPr>
          <w:lang w:val="pt-PT"/>
        </w:rPr>
        <w:br/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……...………….….......................…………..................................…………………………………………............... ……...………….….......................…………..................................……………………………………………........... </w:t>
      </w:r>
    </w:p>
    <w:p w14:paraId="6AA8B40F" w14:textId="77777777" w:rsidR="00BD2397" w:rsidRPr="00912339" w:rsidRDefault="00B8640C">
      <w:pPr>
        <w:autoSpaceDE w:val="0"/>
        <w:autoSpaceDN w:val="0"/>
        <w:spacing w:after="0" w:line="196" w:lineRule="exact"/>
        <w:ind w:left="1564"/>
        <w:rPr>
          <w:lang w:val="sv-SE"/>
        </w:rPr>
      </w:pP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şi se sancţionează cu amenda contravenţională, astfel: </w:t>
      </w:r>
    </w:p>
    <w:p w14:paraId="65109F9A" w14:textId="77777777" w:rsidR="00BD2397" w:rsidRPr="0014264F" w:rsidRDefault="00B8640C">
      <w:pPr>
        <w:autoSpaceDE w:val="0"/>
        <w:autoSpaceDN w:val="0"/>
        <w:spacing w:after="0" w:line="196" w:lineRule="exact"/>
        <w:ind w:left="166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[ ] Dacă fapta constituie contravenție la regimul urbanismului și amenajării teritoriului: </w:t>
      </w:r>
    </w:p>
    <w:p w14:paraId="49C7D653" w14:textId="77777777" w:rsidR="00BD2397" w:rsidRPr="00912339" w:rsidRDefault="00B8640C">
      <w:pPr>
        <w:autoSpaceDE w:val="0"/>
        <w:autoSpaceDN w:val="0"/>
        <w:spacing w:after="0" w:line="180" w:lineRule="exact"/>
        <w:ind w:left="166" w:right="4752"/>
        <w:rPr>
          <w:lang w:val="sv-SE"/>
        </w:rPr>
      </w:pP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 xml:space="preserve">conform art. 144 alin. …… lit. …… din Legea nr. 169/2026 </w:t>
      </w:r>
      <w:r w:rsidRPr="00912339">
        <w:rPr>
          <w:rFonts w:ascii="Arial" w:eastAsia="Arial" w:hAnsi="Arial"/>
          <w:b/>
          <w:i/>
          <w:color w:val="000000"/>
          <w:w w:val="102"/>
          <w:sz w:val="16"/>
          <w:lang w:val="sv-SE"/>
        </w:rPr>
        <w:t xml:space="preserve">(Avertisment sau amendă de la 3.000 lei la 50.000 lei) </w:t>
      </w:r>
    </w:p>
    <w:p w14:paraId="1275FFE7" w14:textId="77777777" w:rsidR="00BD2397" w:rsidRPr="0014264F" w:rsidRDefault="00B8640C">
      <w:pPr>
        <w:autoSpaceDE w:val="0"/>
        <w:autoSpaceDN w:val="0"/>
        <w:spacing w:after="0" w:line="194" w:lineRule="exact"/>
        <w:ind w:left="166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[ ] Dacă fapta constituie contravenție la regimul construcțiilor: </w:t>
      </w:r>
    </w:p>
    <w:p w14:paraId="53E6FAE9" w14:textId="77777777" w:rsidR="00BD2397" w:rsidRPr="00912339" w:rsidRDefault="00B8640C">
      <w:pPr>
        <w:autoSpaceDE w:val="0"/>
        <w:autoSpaceDN w:val="0"/>
        <w:spacing w:after="0" w:line="194" w:lineRule="exact"/>
        <w:ind w:left="166"/>
        <w:rPr>
          <w:lang w:val="sv-SE"/>
        </w:rPr>
      </w:pPr>
      <w:r>
        <w:rPr>
          <w:rFonts w:ascii="Arial" w:eastAsia="Arial" w:hAnsi="Arial"/>
          <w:b/>
          <w:color w:val="000000"/>
          <w:w w:val="102"/>
          <w:sz w:val="16"/>
        </w:rPr>
        <w:t xml:space="preserve">conform art. 570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alin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. (2) lit. ……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raportat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la art. 570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alin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. </w:t>
      </w: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 xml:space="preserve">(1) lit. …… din Legea nr. 169/2026 </w:t>
      </w:r>
    </w:p>
    <w:p w14:paraId="5F34AD1C" w14:textId="77777777" w:rsidR="00BD2397" w:rsidRPr="00912339" w:rsidRDefault="00B8640C">
      <w:pPr>
        <w:autoSpaceDE w:val="0"/>
        <w:autoSpaceDN w:val="0"/>
        <w:spacing w:after="0" w:line="194" w:lineRule="exact"/>
        <w:ind w:left="166"/>
        <w:rPr>
          <w:lang w:val="sv-SE"/>
        </w:rPr>
      </w:pPr>
      <w:r w:rsidRPr="00912339">
        <w:rPr>
          <w:rFonts w:ascii="Arial" w:eastAsia="Arial" w:hAnsi="Arial"/>
          <w:b/>
          <w:i/>
          <w:color w:val="000000"/>
          <w:w w:val="102"/>
          <w:sz w:val="16"/>
          <w:lang w:val="sv-SE"/>
        </w:rPr>
        <w:t xml:space="preserve">(amendă de la 10.000 lei la 100.000 lei. Conform art. 570 alin. 3 NU se aplică sancțiunea Avertisment) </w:t>
      </w:r>
    </w:p>
    <w:p w14:paraId="02E1FDAB" w14:textId="77777777" w:rsidR="00BD2397" w:rsidRPr="00912339" w:rsidRDefault="00B8640C">
      <w:pPr>
        <w:autoSpaceDE w:val="0"/>
        <w:autoSpaceDN w:val="0"/>
        <w:spacing w:after="0" w:line="194" w:lineRule="exact"/>
        <w:ind w:left="166"/>
        <w:rPr>
          <w:lang w:val="sv-SE"/>
        </w:rPr>
      </w:pP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 xml:space="preserve">Sancțiune aplicată: AMENDĂ în valoare de ……………………… lei </w:t>
      </w:r>
    </w:p>
    <w:p w14:paraId="32CD2B37" w14:textId="77777777" w:rsidR="00BD2397" w:rsidRPr="00912339" w:rsidRDefault="00B8640C">
      <w:pPr>
        <w:autoSpaceDE w:val="0"/>
        <w:autoSpaceDN w:val="0"/>
        <w:spacing w:after="0" w:line="222" w:lineRule="exact"/>
        <w:ind w:left="166" w:right="3888"/>
        <w:rPr>
          <w:lang w:val="sv-SE"/>
        </w:rPr>
      </w:pP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>TOTAL AMENDĂ APLICATĂ:</w:t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 ……………………… lei </w:t>
      </w:r>
      <w:r w:rsidRPr="00912339">
        <w:rPr>
          <w:rFonts w:ascii="Arial" w:eastAsia="Arial" w:hAnsi="Arial"/>
          <w:i/>
          <w:color w:val="000000"/>
          <w:w w:val="102"/>
          <w:sz w:val="16"/>
          <w:lang w:val="sv-SE"/>
        </w:rPr>
        <w:t>(în cifre)</w:t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 / …………………………………………………………………… lei </w:t>
      </w:r>
      <w:r w:rsidRPr="00912339">
        <w:rPr>
          <w:rFonts w:ascii="Arial" w:eastAsia="Arial" w:hAnsi="Arial"/>
          <w:i/>
          <w:color w:val="000000"/>
          <w:w w:val="102"/>
          <w:sz w:val="16"/>
          <w:lang w:val="sv-SE"/>
        </w:rPr>
        <w:t xml:space="preserve">(în litere) </w:t>
      </w:r>
    </w:p>
    <w:p w14:paraId="03FFA944" w14:textId="77777777" w:rsidR="00BD2397" w:rsidRPr="00912339" w:rsidRDefault="00B8640C">
      <w:pPr>
        <w:autoSpaceDE w:val="0"/>
        <w:autoSpaceDN w:val="0"/>
        <w:spacing w:after="0" w:line="222" w:lineRule="exact"/>
        <w:ind w:left="166" w:right="576"/>
        <w:rPr>
          <w:lang w:val="sv-SE"/>
        </w:rPr>
      </w:pP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>3.</w:t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 De săvârşirea abaterilor de mai sus se face răspunzător, după caz: </w:t>
      </w:r>
      <w:r w:rsidRPr="00912339">
        <w:rPr>
          <w:lang w:val="sv-SE"/>
        </w:rPr>
        <w:br/>
      </w: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>a) Persoana fizică:</w:t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 dl (dna.), ………........……...….............., cu domiciliul în ......…................….......….., str. ………………….…….…, nr. …., bl. …., sc. …., et. …., ap. …., judeţul ...........................…..., sectorul ....., C.N.P. |_|_|_|_|_|_|_|_|_|_|_|_|_|, posesor (posesoare) al/a C.I./C.E.I/paşaportului seria .…... nr. ..………..........…, eliberat(ă) de ............................................... la data de ….......…………....…, tichet de înscriere a contravenţiilor seria ……... nr. ………... (pentru cetăţeni străini), în calitate de .........................................................................; </w:t>
      </w:r>
      <w:r w:rsidRPr="00912339">
        <w:rPr>
          <w:lang w:val="sv-SE"/>
        </w:rPr>
        <w:br/>
      </w: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>b) Persoana juridică:</w:t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 ………………………………………....………., înmatriculată la Registrul Comerţului cu nr. ..….......…..….…., C.U.I./C.I.F. nr. ……...…….…….., cu sediul în ..........………..................................…..., str. ……………..………….…......…………………………, nr. ….…., bl. ….…., sc. ….…., et. ….…., ap. ….…., judeţul ..................................., sectorul .…, reprezentată de dl (dna.) …………………........……...….............., în calitate de/având funcţia de .....…………...……...………………, C.N.P. |_|_|_|_|_|_|_|_|_|_|_|_|_|, posesor (posesoare) al/a C.I./paşaportului seria ……. nr. ..….........…, eliberat(ă) de …..…………………………....... la data de ….......…………….…………..…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3532"/>
        <w:gridCol w:w="3118"/>
        <w:gridCol w:w="3026"/>
      </w:tblGrid>
      <w:tr w:rsidR="00BD2397" w14:paraId="7EB30D9B" w14:textId="77777777">
        <w:trPr>
          <w:trHeight w:hRule="exact" w:val="448"/>
        </w:trPr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20D3660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Agent </w:t>
            </w: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constatator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FEBBBD8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Contravenient</w:t>
            </w:r>
            <w:proofErr w:type="spellEnd"/>
          </w:p>
        </w:tc>
        <w:tc>
          <w:tcPr>
            <w:tcW w:w="30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922570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Martor</w:t>
            </w:r>
            <w:proofErr w:type="spellEnd"/>
          </w:p>
        </w:tc>
      </w:tr>
      <w:tr w:rsidR="00BD2397" w14:paraId="5C6684A7" w14:textId="77777777">
        <w:trPr>
          <w:trHeight w:hRule="exact" w:val="648"/>
        </w:trPr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61DDDEF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2D7DF95" w14:textId="77777777" w:rsidR="00BD2397" w:rsidRDefault="00B8640C">
            <w:pPr>
              <w:autoSpaceDE w:val="0"/>
              <w:autoSpaceDN w:val="0"/>
              <w:spacing w:after="0" w:line="194" w:lineRule="exact"/>
              <w:ind w:left="102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A93517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</w:tr>
    </w:tbl>
    <w:p w14:paraId="63FBD794" w14:textId="77777777" w:rsidR="00BD2397" w:rsidRDefault="00B8640C">
      <w:pPr>
        <w:autoSpaceDE w:val="0"/>
        <w:autoSpaceDN w:val="0"/>
        <w:spacing w:after="0" w:line="196" w:lineRule="exact"/>
        <w:ind w:left="166"/>
      </w:pPr>
      <w:r>
        <w:rPr>
          <w:rFonts w:ascii="TimesNewRomanPS" w:eastAsia="TimesNewRomanPS" w:hAnsi="TimesNewRomanPS"/>
          <w:b/>
          <w:color w:val="595959"/>
          <w:w w:val="102"/>
          <w:sz w:val="16"/>
        </w:rPr>
        <w:t xml:space="preserve">F_03 · </w:t>
      </w:r>
      <w:proofErr w:type="spellStart"/>
      <w:r>
        <w:rPr>
          <w:rFonts w:ascii="TimesNewRomanPS" w:eastAsia="TimesNewRomanPS" w:hAnsi="TimesNewRomanPS"/>
          <w:b/>
          <w:color w:val="595959"/>
          <w:w w:val="102"/>
          <w:sz w:val="16"/>
        </w:rPr>
        <w:t>versiunea</w:t>
      </w:r>
      <w:proofErr w:type="spellEnd"/>
      <w:r>
        <w:rPr>
          <w:rFonts w:ascii="TimesNewRomanPS" w:eastAsia="TimesNewRomanPS" w:hAnsi="TimesNewRomanPS"/>
          <w:b/>
          <w:color w:val="595959"/>
          <w:w w:val="102"/>
          <w:sz w:val="16"/>
        </w:rPr>
        <w:t xml:space="preserve"> 1.0                                                             </w:t>
      </w:r>
      <w:proofErr w:type="spellStart"/>
      <w:r>
        <w:rPr>
          <w:rFonts w:ascii="TimesNewRomanPSMT" w:eastAsia="TimesNewRomanPSMT" w:hAnsi="TimesNewRomanPSMT"/>
          <w:color w:val="595959"/>
          <w:w w:val="102"/>
          <w:sz w:val="16"/>
        </w:rPr>
        <w:t>pagina</w:t>
      </w:r>
      <w:proofErr w:type="spellEnd"/>
      <w:r>
        <w:rPr>
          <w:rFonts w:ascii="TimesNewRomanPSMT" w:eastAsia="TimesNewRomanPSMT" w:hAnsi="TimesNewRomanPSMT"/>
          <w:color w:val="595959"/>
          <w:w w:val="102"/>
          <w:sz w:val="16"/>
        </w:rPr>
        <w:t xml:space="preserve"> 1 din 3</w:t>
      </w:r>
    </w:p>
    <w:p w14:paraId="4F8A2B98" w14:textId="77777777" w:rsidR="00BD2397" w:rsidRDefault="00BD2397">
      <w:pPr>
        <w:spacing w:after="0"/>
        <w:sectPr w:rsidR="00BD2397">
          <w:pgSz w:w="11900" w:h="16840"/>
          <w:pgMar w:top="126" w:right="546" w:bottom="340" w:left="1108" w:header="720" w:footer="720" w:gutter="0"/>
          <w:cols w:space="708"/>
          <w:docGrid w:linePitch="360"/>
        </w:sectPr>
      </w:pPr>
    </w:p>
    <w:p w14:paraId="02B75677" w14:textId="77777777" w:rsidR="00BD2397" w:rsidRDefault="00BD2397">
      <w:pPr>
        <w:autoSpaceDE w:val="0"/>
        <w:autoSpaceDN w:val="0"/>
        <w:spacing w:after="0" w:line="126" w:lineRule="exact"/>
      </w:pPr>
    </w:p>
    <w:p w14:paraId="4E7CCA74" w14:textId="77777777" w:rsidR="00BD2397" w:rsidRPr="0014264F" w:rsidRDefault="00B8640C">
      <w:pPr>
        <w:tabs>
          <w:tab w:val="left" w:pos="2080"/>
        </w:tabs>
        <w:autoSpaceDE w:val="0"/>
        <w:autoSpaceDN w:val="0"/>
        <w:spacing w:after="0" w:line="200" w:lineRule="exact"/>
        <w:rPr>
          <w:lang w:val="pt-PT"/>
        </w:rPr>
      </w:pPr>
      <w:r w:rsidRPr="0014264F">
        <w:rPr>
          <w:rFonts w:ascii="Arial" w:eastAsia="Arial" w:hAnsi="Arial"/>
          <w:color w:val="000000"/>
          <w:sz w:val="17"/>
          <w:lang w:val="pt-PT"/>
        </w:rPr>
        <w:t>56 MONITORUL OFICIAL AL ROMÂNIEI, PARTEA I, Nr. 711 bis/26.VIII.2026</w:t>
      </w:r>
    </w:p>
    <w:p w14:paraId="246F98F7" w14:textId="77777777" w:rsidR="00BD2397" w:rsidRPr="0014264F" w:rsidRDefault="00B8640C">
      <w:pPr>
        <w:autoSpaceDE w:val="0"/>
        <w:autoSpaceDN w:val="0"/>
        <w:spacing w:after="0" w:line="220" w:lineRule="exact"/>
        <w:ind w:left="710"/>
        <w:rPr>
          <w:lang w:val="pt-PT"/>
        </w:rPr>
      </w:pPr>
      <w:r w:rsidRPr="0014264F">
        <w:rPr>
          <w:rFonts w:ascii="TimesNewRomanPS" w:eastAsia="TimesNewRomanPS" w:hAnsi="TimesNewRomanPS"/>
          <w:b/>
          <w:color w:val="595959"/>
          <w:w w:val="102"/>
          <w:sz w:val="16"/>
          <w:lang w:val="pt-PT"/>
        </w:rPr>
        <w:t xml:space="preserve">F_03 · versiunea 1.0 </w:t>
      </w:r>
      <w:r w:rsidRPr="0014264F">
        <w:rPr>
          <w:lang w:val="pt-PT"/>
        </w:rPr>
        <w:br/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4.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Subsemnatul(a), ……………………...……, posesor (posesoare) al/a C.I. seria …... nr. ………....… </w:t>
      </w:r>
    </w:p>
    <w:tbl>
      <w:tblPr>
        <w:tblW w:w="0" w:type="auto"/>
        <w:tblInd w:w="336" w:type="dxa"/>
        <w:tblLayout w:type="fixed"/>
        <w:tblLook w:val="04A0" w:firstRow="1" w:lastRow="0" w:firstColumn="1" w:lastColumn="0" w:noHBand="0" w:noVBand="1"/>
      </w:tblPr>
      <w:tblGrid>
        <w:gridCol w:w="1420"/>
        <w:gridCol w:w="540"/>
        <w:gridCol w:w="1660"/>
        <w:gridCol w:w="460"/>
        <w:gridCol w:w="700"/>
        <w:gridCol w:w="540"/>
        <w:gridCol w:w="1600"/>
        <w:gridCol w:w="1140"/>
        <w:gridCol w:w="1360"/>
        <w:gridCol w:w="420"/>
      </w:tblGrid>
      <w:tr w:rsidR="00BD2397" w14:paraId="0FDC9805" w14:textId="77777777">
        <w:trPr>
          <w:trHeight w:hRule="exact" w:val="222"/>
        </w:trPr>
        <w:tc>
          <w:tcPr>
            <w:tcW w:w="1420" w:type="dxa"/>
            <w:tcMar>
              <w:left w:w="0" w:type="dxa"/>
              <w:right w:w="0" w:type="dxa"/>
            </w:tcMar>
          </w:tcPr>
          <w:p w14:paraId="684BF785" w14:textId="77777777" w:rsidR="00BD2397" w:rsidRDefault="00B8640C">
            <w:pPr>
              <w:autoSpaceDE w:val="0"/>
              <w:autoSpaceDN w:val="0"/>
              <w:spacing w:after="0" w:line="194" w:lineRule="exact"/>
              <w:ind w:right="118"/>
              <w:jc w:val="right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eliberat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(ă) 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14:paraId="4563A792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de </w:t>
            </w:r>
          </w:p>
        </w:tc>
        <w:tc>
          <w:tcPr>
            <w:tcW w:w="1660" w:type="dxa"/>
            <w:tcMar>
              <w:left w:w="0" w:type="dxa"/>
              <w:right w:w="0" w:type="dxa"/>
            </w:tcMar>
          </w:tcPr>
          <w:p w14:paraId="1B20685A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..………………. </w:t>
            </w:r>
          </w:p>
        </w:tc>
        <w:tc>
          <w:tcPr>
            <w:tcW w:w="460" w:type="dxa"/>
            <w:tcMar>
              <w:left w:w="0" w:type="dxa"/>
              <w:right w:w="0" w:type="dxa"/>
            </w:tcMar>
          </w:tcPr>
          <w:p w14:paraId="45501624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la </w:t>
            </w:r>
          </w:p>
        </w:tc>
        <w:tc>
          <w:tcPr>
            <w:tcW w:w="700" w:type="dxa"/>
            <w:tcMar>
              <w:left w:w="0" w:type="dxa"/>
              <w:right w:w="0" w:type="dxa"/>
            </w:tcMar>
          </w:tcPr>
          <w:p w14:paraId="2C6E4DED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data 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14:paraId="1EB057B0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de </w:t>
            </w:r>
          </w:p>
        </w:tc>
        <w:tc>
          <w:tcPr>
            <w:tcW w:w="1600" w:type="dxa"/>
            <w:tcMar>
              <w:left w:w="0" w:type="dxa"/>
              <w:right w:w="0" w:type="dxa"/>
            </w:tcMar>
          </w:tcPr>
          <w:p w14:paraId="6E20C590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………………., </w:t>
            </w:r>
          </w:p>
        </w:tc>
        <w:tc>
          <w:tcPr>
            <w:tcW w:w="1140" w:type="dxa"/>
            <w:tcMar>
              <w:left w:w="0" w:type="dxa"/>
              <w:right w:w="0" w:type="dxa"/>
            </w:tcMar>
          </w:tcPr>
          <w:p w14:paraId="7A482237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domiciliat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</w:t>
            </w:r>
          </w:p>
        </w:tc>
        <w:tc>
          <w:tcPr>
            <w:tcW w:w="1360" w:type="dxa"/>
            <w:tcMar>
              <w:left w:w="0" w:type="dxa"/>
              <w:right w:w="0" w:type="dxa"/>
            </w:tcMar>
          </w:tcPr>
          <w:p w14:paraId="3C559064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domiciliată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) </w:t>
            </w:r>
          </w:p>
        </w:tc>
        <w:tc>
          <w:tcPr>
            <w:tcW w:w="420" w:type="dxa"/>
            <w:tcMar>
              <w:left w:w="0" w:type="dxa"/>
              <w:right w:w="0" w:type="dxa"/>
            </w:tcMar>
          </w:tcPr>
          <w:p w14:paraId="39912246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în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 </w:t>
            </w:r>
          </w:p>
        </w:tc>
      </w:tr>
    </w:tbl>
    <w:p w14:paraId="1CC0C153" w14:textId="77777777" w:rsidR="00BD2397" w:rsidRDefault="00B8640C">
      <w:pPr>
        <w:autoSpaceDE w:val="0"/>
        <w:autoSpaceDN w:val="0"/>
        <w:spacing w:after="0" w:line="220" w:lineRule="exact"/>
        <w:ind w:left="710" w:right="134"/>
        <w:jc w:val="both"/>
      </w:pPr>
      <w:r>
        <w:rPr>
          <w:rFonts w:ascii="ArialMT" w:eastAsia="ArialMT" w:hAnsi="ArialMT"/>
          <w:color w:val="000000"/>
          <w:w w:val="102"/>
          <w:sz w:val="16"/>
        </w:rPr>
        <w:t>…………………………………</w:t>
      </w:r>
      <w:proofErr w:type="gramStart"/>
      <w:r>
        <w:rPr>
          <w:rFonts w:ascii="ArialMT" w:eastAsia="ArialMT" w:hAnsi="ArialMT"/>
          <w:color w:val="000000"/>
          <w:w w:val="102"/>
          <w:sz w:val="16"/>
        </w:rPr>
        <w:t>…..</w:t>
      </w:r>
      <w:proofErr w:type="gramEnd"/>
      <w:r>
        <w:rPr>
          <w:rFonts w:ascii="ArialMT" w:eastAsia="ArialMT" w:hAnsi="ArialMT"/>
          <w:color w:val="000000"/>
          <w:w w:val="102"/>
          <w:sz w:val="16"/>
        </w:rPr>
        <w:t xml:space="preserve">…, str. ……………………, nr. …, bl. ….…., sc. ….…., et. ….…., ap. ….….,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judeţul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>/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sectorul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…………...................., C.N.P. |_|_|_|_|_|_|_|_|_|_|_|_|_|,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în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calitate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de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martor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,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declar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că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numitul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……………………….…………………………….........</w:t>
      </w:r>
      <w:proofErr w:type="gramStart"/>
      <w:r>
        <w:rPr>
          <w:rFonts w:ascii="ArialMT" w:eastAsia="ArialMT" w:hAnsi="ArialMT"/>
          <w:color w:val="000000"/>
          <w:w w:val="102"/>
          <w:sz w:val="16"/>
        </w:rPr>
        <w:t>…..</w:t>
      </w:r>
      <w:proofErr w:type="gramEnd"/>
      <w:r>
        <w:rPr>
          <w:rFonts w:ascii="ArialMT" w:eastAsia="ArialMT" w:hAnsi="ArialMT"/>
          <w:color w:val="000000"/>
          <w:w w:val="102"/>
          <w:sz w:val="16"/>
        </w:rPr>
        <w:t xml:space="preserve"> nu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este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de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faţă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/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refuză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/ nu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poate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să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semneze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procesul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-verbal de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constatare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şi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sancţionare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a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contravenţiilor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. </w:t>
      </w:r>
    </w:p>
    <w:p w14:paraId="29C547E6" w14:textId="77777777" w:rsidR="00BD2397" w:rsidRPr="0014264F" w:rsidRDefault="00B8640C">
      <w:pPr>
        <w:autoSpaceDE w:val="0"/>
        <w:autoSpaceDN w:val="0"/>
        <w:spacing w:after="0" w:line="194" w:lineRule="exact"/>
        <w:ind w:left="710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5.</w:t>
      </w:r>
    </w:p>
    <w:p w14:paraId="1064059E" w14:textId="77777777" w:rsidR="00BD2397" w:rsidRPr="0014264F" w:rsidRDefault="00B8640C">
      <w:pPr>
        <w:autoSpaceDE w:val="0"/>
        <w:autoSpaceDN w:val="0"/>
        <w:spacing w:after="0" w:line="224" w:lineRule="exact"/>
        <w:ind w:left="710" w:right="144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a) Alte menţiuni ale organului constatator: </w:t>
      </w:r>
      <w:r w:rsidRPr="0014264F">
        <w:rPr>
          <w:lang w:val="pt-PT"/>
        </w:rPr>
        <w:br/>
      </w:r>
      <w:r w:rsidRPr="0014264F">
        <w:rPr>
          <w:rFonts w:ascii="Arial" w:eastAsia="Arial" w:hAnsi="Arial"/>
          <w:i/>
          <w:color w:val="000000"/>
          <w:w w:val="102"/>
          <w:sz w:val="16"/>
          <w:lang w:val="pt-PT"/>
        </w:rPr>
        <w:t>(contravenientul nu se află de faţă, refuză sau nu poate să semneze, motivele privind lipsa martorului etc.)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………………………………………………………………………………………………………………………………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b) Obiecţiuni ale contravenientului:</w:t>
      </w:r>
      <w:r w:rsidRPr="0014264F">
        <w:rPr>
          <w:lang w:val="pt-PT"/>
        </w:rPr>
        <w:br/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…..…………….…………………………………………………................................………. </w:t>
      </w:r>
    </w:p>
    <w:p w14:paraId="683847AD" w14:textId="77777777" w:rsidR="00BD2397" w:rsidRPr="0014264F" w:rsidRDefault="00B8640C">
      <w:pPr>
        <w:autoSpaceDE w:val="0"/>
        <w:autoSpaceDN w:val="0"/>
        <w:spacing w:after="0" w:line="194" w:lineRule="exact"/>
        <w:ind w:left="710"/>
        <w:rPr>
          <w:lang w:val="pt-PT"/>
        </w:rPr>
      </w:pP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……………………………………………………………………………………………………………………………… </w:t>
      </w:r>
    </w:p>
    <w:p w14:paraId="5222AA6A" w14:textId="77777777" w:rsidR="00BD2397" w:rsidRPr="0014264F" w:rsidRDefault="00B8640C">
      <w:pPr>
        <w:autoSpaceDE w:val="0"/>
        <w:autoSpaceDN w:val="0"/>
        <w:spacing w:after="0" w:line="224" w:lineRule="exact"/>
        <w:ind w:left="1260" w:right="136"/>
        <w:jc w:val="both"/>
        <w:rPr>
          <w:lang w:val="pt-PT"/>
        </w:rPr>
      </w:pP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Potrivit dispozițiilor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Legii nr. 169/2026 privind Codul amenajării teritoriului, urbanismului și construcțiilor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, împotriva prezentului proces-verbal de constatare şi sancţionare a contravenţiei se poate face plângere în termen de 15 zile de la data comunicării sau înmânării, la judecătoria în a cărei rază teritorială a fost săvârşită fapta. </w:t>
      </w:r>
    </w:p>
    <w:p w14:paraId="16F073EF" w14:textId="77777777" w:rsidR="00BD2397" w:rsidRPr="0014264F" w:rsidRDefault="00B8640C">
      <w:pPr>
        <w:autoSpaceDE w:val="0"/>
        <w:autoSpaceDN w:val="0"/>
        <w:spacing w:after="0" w:line="224" w:lineRule="exact"/>
        <w:ind w:left="1260"/>
        <w:rPr>
          <w:lang w:val="pt-PT"/>
        </w:rPr>
      </w:pP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Prezentul proces-verbal s-a întocmit în 3 exemplare, conţinând rezoluţia de aplicare a sancţiunii şi „Înştiinţarea de plată”, şi s-a înmânat/comunicat contravenientului personal / prin afişare / prin scrisoare recomandată cu confirmare de primire nr. ……… din ………………. </w:t>
      </w:r>
    </w:p>
    <w:p w14:paraId="219C5FFB" w14:textId="77777777" w:rsidR="00BD2397" w:rsidRPr="0014264F" w:rsidRDefault="00B8640C">
      <w:pPr>
        <w:autoSpaceDE w:val="0"/>
        <w:autoSpaceDN w:val="0"/>
        <w:spacing w:after="0" w:line="224" w:lineRule="exact"/>
        <w:ind w:left="710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REZOLUŢIE DE APLICARE A SANCŢIUNII </w:t>
      </w:r>
      <w:r w:rsidRPr="0014264F">
        <w:rPr>
          <w:lang w:val="pt-PT"/>
        </w:rPr>
        <w:br/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Ţinând seama de faptele săvârşite, constatate şi consemnate la pct. 2 din prezentul proces-verbal, în baza prevederilor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art. 144, art. 570, art. 571 și ale celorlalte dispoziții incidente din Legea nr. 169/2026 </w:t>
      </w:r>
    </w:p>
    <w:tbl>
      <w:tblPr>
        <w:tblW w:w="0" w:type="auto"/>
        <w:tblInd w:w="336" w:type="dxa"/>
        <w:tblLayout w:type="fixed"/>
        <w:tblLook w:val="04A0" w:firstRow="1" w:lastRow="0" w:firstColumn="1" w:lastColumn="0" w:noHBand="0" w:noVBand="1"/>
      </w:tblPr>
      <w:tblGrid>
        <w:gridCol w:w="1200"/>
        <w:gridCol w:w="900"/>
        <w:gridCol w:w="1300"/>
        <w:gridCol w:w="1340"/>
        <w:gridCol w:w="1540"/>
        <w:gridCol w:w="500"/>
        <w:gridCol w:w="1640"/>
        <w:gridCol w:w="1420"/>
      </w:tblGrid>
      <w:tr w:rsidR="00BD2397" w14:paraId="682C447C" w14:textId="77777777">
        <w:trPr>
          <w:trHeight w:hRule="exact" w:val="224"/>
        </w:trPr>
        <w:tc>
          <w:tcPr>
            <w:tcW w:w="1200" w:type="dxa"/>
            <w:tcMar>
              <w:left w:w="0" w:type="dxa"/>
              <w:right w:w="0" w:type="dxa"/>
            </w:tcMar>
          </w:tcPr>
          <w:p w14:paraId="071AF6F4" w14:textId="77777777" w:rsidR="00BD2397" w:rsidRDefault="00B8640C">
            <w:pPr>
              <w:autoSpaceDE w:val="0"/>
              <w:autoSpaceDN w:val="0"/>
              <w:spacing w:after="0" w:line="196" w:lineRule="exact"/>
              <w:ind w:right="124"/>
              <w:jc w:val="right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privind</w:t>
            </w:r>
            <w:proofErr w:type="spellEnd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 </w:t>
            </w:r>
          </w:p>
        </w:tc>
        <w:tc>
          <w:tcPr>
            <w:tcW w:w="900" w:type="dxa"/>
            <w:tcMar>
              <w:left w:w="0" w:type="dxa"/>
              <w:right w:w="0" w:type="dxa"/>
            </w:tcMar>
          </w:tcPr>
          <w:p w14:paraId="3080AF28" w14:textId="77777777" w:rsidR="00BD2397" w:rsidRDefault="00B8640C">
            <w:pPr>
              <w:autoSpaceDE w:val="0"/>
              <w:autoSpaceDN w:val="0"/>
              <w:spacing w:after="0" w:line="196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Codul</w:t>
            </w:r>
            <w:proofErr w:type="spellEnd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 </w:t>
            </w:r>
          </w:p>
        </w:tc>
        <w:tc>
          <w:tcPr>
            <w:tcW w:w="1300" w:type="dxa"/>
            <w:tcMar>
              <w:left w:w="0" w:type="dxa"/>
              <w:right w:w="0" w:type="dxa"/>
            </w:tcMar>
          </w:tcPr>
          <w:p w14:paraId="53CC5411" w14:textId="77777777" w:rsidR="00BD2397" w:rsidRDefault="00B8640C">
            <w:pPr>
              <w:autoSpaceDE w:val="0"/>
              <w:autoSpaceDN w:val="0"/>
              <w:spacing w:after="0" w:line="196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amenajării</w:t>
            </w:r>
            <w:proofErr w:type="spellEnd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 </w:t>
            </w:r>
          </w:p>
        </w:tc>
        <w:tc>
          <w:tcPr>
            <w:tcW w:w="1340" w:type="dxa"/>
            <w:tcMar>
              <w:left w:w="0" w:type="dxa"/>
              <w:right w:w="0" w:type="dxa"/>
            </w:tcMar>
          </w:tcPr>
          <w:p w14:paraId="60C1F567" w14:textId="77777777" w:rsidR="00BD2397" w:rsidRDefault="00B8640C">
            <w:pPr>
              <w:autoSpaceDE w:val="0"/>
              <w:autoSpaceDN w:val="0"/>
              <w:spacing w:after="0" w:line="196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teritoriului</w:t>
            </w:r>
            <w:proofErr w:type="spellEnd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, 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14:paraId="0BF05979" w14:textId="77777777" w:rsidR="00BD2397" w:rsidRDefault="00B8640C">
            <w:pPr>
              <w:autoSpaceDE w:val="0"/>
              <w:autoSpaceDN w:val="0"/>
              <w:spacing w:after="0" w:line="196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urbanismului</w:t>
            </w:r>
            <w:proofErr w:type="spellEnd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 </w:t>
            </w:r>
          </w:p>
        </w:tc>
        <w:tc>
          <w:tcPr>
            <w:tcW w:w="500" w:type="dxa"/>
            <w:tcMar>
              <w:left w:w="0" w:type="dxa"/>
              <w:right w:w="0" w:type="dxa"/>
            </w:tcMar>
          </w:tcPr>
          <w:p w14:paraId="1EA51D66" w14:textId="77777777" w:rsidR="00BD2397" w:rsidRDefault="00B8640C">
            <w:pPr>
              <w:autoSpaceDE w:val="0"/>
              <w:autoSpaceDN w:val="0"/>
              <w:spacing w:after="0" w:line="196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și</w:t>
            </w:r>
            <w:proofErr w:type="spellEnd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 </w:t>
            </w:r>
          </w:p>
        </w:tc>
        <w:tc>
          <w:tcPr>
            <w:tcW w:w="1640" w:type="dxa"/>
            <w:tcMar>
              <w:left w:w="0" w:type="dxa"/>
              <w:right w:w="0" w:type="dxa"/>
            </w:tcMar>
          </w:tcPr>
          <w:p w14:paraId="3F658C80" w14:textId="77777777" w:rsidR="00BD2397" w:rsidRDefault="00B8640C">
            <w:pPr>
              <w:autoSpaceDE w:val="0"/>
              <w:autoSpaceDN w:val="0"/>
              <w:spacing w:after="0" w:line="196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construcțiilor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, </w:t>
            </w:r>
          </w:p>
        </w:tc>
        <w:tc>
          <w:tcPr>
            <w:tcW w:w="1420" w:type="dxa"/>
            <w:tcMar>
              <w:left w:w="0" w:type="dxa"/>
              <w:right w:w="0" w:type="dxa"/>
            </w:tcMar>
          </w:tcPr>
          <w:p w14:paraId="35CBD80D" w14:textId="77777777" w:rsidR="00BD2397" w:rsidRDefault="00B8640C">
            <w:pPr>
              <w:autoSpaceDE w:val="0"/>
              <w:autoSpaceDN w:val="0"/>
              <w:spacing w:after="0" w:line="196" w:lineRule="exact"/>
              <w:ind w:left="150"/>
            </w:pPr>
            <w:proofErr w:type="spellStart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>subsemnatul</w:t>
            </w:r>
            <w:proofErr w:type="spellEnd"/>
            <w:r>
              <w:rPr>
                <w:rFonts w:ascii="ArialMT" w:eastAsia="ArialMT" w:hAnsi="ArialMT"/>
                <w:color w:val="000000"/>
                <w:w w:val="102"/>
                <w:sz w:val="16"/>
              </w:rPr>
              <w:t xml:space="preserve">, </w:t>
            </w:r>
          </w:p>
        </w:tc>
      </w:tr>
    </w:tbl>
    <w:p w14:paraId="054C3A1E" w14:textId="77777777" w:rsidR="00BD2397" w:rsidRPr="0014264F" w:rsidRDefault="00B8640C">
      <w:pPr>
        <w:autoSpaceDE w:val="0"/>
        <w:autoSpaceDN w:val="0"/>
        <w:spacing w:after="0" w:line="216" w:lineRule="exact"/>
        <w:ind w:left="710"/>
        <w:rPr>
          <w:lang w:val="pt-PT"/>
        </w:rPr>
      </w:pP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………………………………….…………………...………, în calitate de ............................................................. </w:t>
      </w:r>
      <w:r w:rsidRPr="0014264F">
        <w:rPr>
          <w:rFonts w:ascii="Arial" w:eastAsia="Arial" w:hAnsi="Arial"/>
          <w:i/>
          <w:color w:val="000000"/>
          <w:w w:val="102"/>
          <w:sz w:val="16"/>
          <w:lang w:val="pt-PT"/>
        </w:rPr>
        <w:t>(funcţia şi denumirea organului de control)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, aplic următoarele sancţiuni: </w:t>
      </w:r>
    </w:p>
    <w:p w14:paraId="585E480B" w14:textId="77777777" w:rsidR="00BD2397" w:rsidRDefault="00B8640C">
      <w:pPr>
        <w:autoSpaceDE w:val="0"/>
        <w:autoSpaceDN w:val="0"/>
        <w:spacing w:after="0" w:line="194" w:lineRule="exact"/>
        <w:ind w:left="710"/>
      </w:pPr>
      <w:proofErr w:type="spellStart"/>
      <w:r>
        <w:rPr>
          <w:rFonts w:ascii="ArialMT" w:eastAsia="ArialMT" w:hAnsi="ArialMT"/>
          <w:color w:val="000000"/>
          <w:w w:val="102"/>
          <w:sz w:val="16"/>
        </w:rPr>
        <w:t>Pentru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fapta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consemnată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la </w:t>
      </w:r>
      <w:r>
        <w:rPr>
          <w:rFonts w:ascii="Arial" w:eastAsia="Arial" w:hAnsi="Arial"/>
          <w:b/>
          <w:color w:val="000000"/>
          <w:w w:val="102"/>
          <w:sz w:val="16"/>
        </w:rPr>
        <w:t xml:space="preserve">art. 144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alin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>. …… lit. ……</w:t>
      </w:r>
      <w:r>
        <w:rPr>
          <w:rFonts w:ascii="ArialMT" w:eastAsia="ArialMT" w:hAnsi="ArialMT"/>
          <w:color w:val="000000"/>
          <w:w w:val="102"/>
          <w:sz w:val="16"/>
        </w:rPr>
        <w:t xml:space="preserve">: </w:t>
      </w:r>
    </w:p>
    <w:p w14:paraId="33FEC236" w14:textId="77777777" w:rsidR="00BD2397" w:rsidRPr="00912339" w:rsidRDefault="00B8640C">
      <w:pPr>
        <w:autoSpaceDE w:val="0"/>
        <w:autoSpaceDN w:val="0"/>
        <w:spacing w:after="0" w:line="194" w:lineRule="exact"/>
        <w:ind w:left="1398"/>
        <w:rPr>
          <w:lang w:val="sv-SE"/>
        </w:rPr>
      </w:pP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[ ] AVERTISMENT / [ ] AMENDĂ în valoare de ........…...... lei </w:t>
      </w:r>
      <w:r w:rsidRPr="00912339">
        <w:rPr>
          <w:rFonts w:ascii="Arial" w:eastAsia="Arial" w:hAnsi="Arial"/>
          <w:i/>
          <w:color w:val="000000"/>
          <w:w w:val="102"/>
          <w:sz w:val="16"/>
          <w:lang w:val="sv-SE"/>
        </w:rPr>
        <w:t>(adică …............)</w:t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; </w:t>
      </w:r>
    </w:p>
    <w:p w14:paraId="4F6D60E4" w14:textId="77777777" w:rsidR="00BD2397" w:rsidRPr="00912339" w:rsidRDefault="00B8640C">
      <w:pPr>
        <w:autoSpaceDE w:val="0"/>
        <w:autoSpaceDN w:val="0"/>
        <w:spacing w:after="0" w:line="224" w:lineRule="exact"/>
        <w:ind w:left="710" w:right="288"/>
        <w:rPr>
          <w:lang w:val="sv-SE"/>
        </w:rPr>
      </w:pP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Pentru fapta consemnată la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art. 570 alin. </w:t>
      </w: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>(1) lit. ……</w:t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: </w:t>
      </w:r>
      <w:r w:rsidRPr="00912339">
        <w:rPr>
          <w:lang w:val="sv-SE"/>
        </w:rPr>
        <w:br/>
      </w: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>AMENDĂ</w:t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 în valoare de ........…...... lei </w:t>
      </w:r>
      <w:r w:rsidRPr="00912339">
        <w:rPr>
          <w:rFonts w:ascii="Arial" w:eastAsia="Arial" w:hAnsi="Arial"/>
          <w:i/>
          <w:color w:val="000000"/>
          <w:w w:val="102"/>
          <w:sz w:val="16"/>
          <w:lang w:val="sv-SE"/>
        </w:rPr>
        <w:t>(adică …............)</w:t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; </w:t>
      </w:r>
      <w:r w:rsidRPr="00912339">
        <w:rPr>
          <w:rFonts w:ascii="Arial" w:eastAsia="Arial" w:hAnsi="Arial"/>
          <w:i/>
          <w:color w:val="000000"/>
          <w:w w:val="102"/>
          <w:sz w:val="16"/>
          <w:lang w:val="sv-SE"/>
        </w:rPr>
        <w:t>(conform art. 570 alin. 3 nu se aplică avertisment)</w:t>
      </w:r>
    </w:p>
    <w:p w14:paraId="322AEB69" w14:textId="77777777" w:rsidR="00BD2397" w:rsidRPr="00912339" w:rsidRDefault="00B8640C">
      <w:pPr>
        <w:autoSpaceDE w:val="0"/>
        <w:autoSpaceDN w:val="0"/>
        <w:spacing w:after="0" w:line="194" w:lineRule="exact"/>
        <w:ind w:left="710"/>
        <w:rPr>
          <w:lang w:val="sv-SE"/>
        </w:rPr>
      </w:pP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>TOTAL AMENDĂ APILCATĂ:</w:t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 ........…...... lei </w:t>
      </w:r>
      <w:r w:rsidRPr="00912339">
        <w:rPr>
          <w:rFonts w:ascii="Arial" w:eastAsia="Arial" w:hAnsi="Arial"/>
          <w:i/>
          <w:color w:val="000000"/>
          <w:w w:val="102"/>
          <w:sz w:val="16"/>
          <w:lang w:val="sv-SE"/>
        </w:rPr>
        <w:t>(în cifre)</w:t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 / …………………………………………… lei </w:t>
      </w:r>
      <w:r w:rsidRPr="00912339">
        <w:rPr>
          <w:rFonts w:ascii="Arial" w:eastAsia="Arial" w:hAnsi="Arial"/>
          <w:i/>
          <w:color w:val="000000"/>
          <w:w w:val="102"/>
          <w:sz w:val="16"/>
          <w:lang w:val="sv-SE"/>
        </w:rPr>
        <w:t>(în litere)</w:t>
      </w:r>
    </w:p>
    <w:p w14:paraId="3395FA28" w14:textId="77777777" w:rsidR="00BD2397" w:rsidRPr="00912339" w:rsidRDefault="00B8640C">
      <w:pPr>
        <w:autoSpaceDE w:val="0"/>
        <w:autoSpaceDN w:val="0"/>
        <w:spacing w:after="0" w:line="222" w:lineRule="exact"/>
        <w:ind w:left="710"/>
        <w:rPr>
          <w:lang w:val="sv-SE"/>
        </w:rPr>
      </w:pP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 xml:space="preserve">Dispun, în temeiul Legii nr. 169/2026, următoarele măsuri complementare: </w:t>
      </w:r>
      <w:r w:rsidRPr="00912339">
        <w:rPr>
          <w:lang w:val="sv-SE"/>
        </w:rPr>
        <w:br/>
      </w:r>
      <w:r w:rsidRPr="00912339">
        <w:rPr>
          <w:rFonts w:ascii="Arial" w:eastAsia="Arial" w:hAnsi="Arial"/>
          <w:i/>
          <w:color w:val="000000"/>
          <w:w w:val="102"/>
          <w:sz w:val="16"/>
          <w:lang w:val="sv-SE"/>
        </w:rPr>
        <w:t>(oprirea executării lucrărilor, regularizare/notificare/autorizare, desființarea construcțiilor executate nelegal sau aducerea terenului/construcției la starea inițială)</w:t>
      </w:r>
      <w:r w:rsidRPr="00912339">
        <w:rPr>
          <w:lang w:val="sv-SE"/>
        </w:rPr>
        <w:br/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……...………….….......................…………..................................………………………………… </w:t>
      </w:r>
      <w:r w:rsidRPr="00912339">
        <w:rPr>
          <w:lang w:val="sv-SE"/>
        </w:rPr>
        <w:br/>
      </w: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……...………….….......................…………..................................………………………………… </w:t>
      </w:r>
    </w:p>
    <w:p w14:paraId="1BAA904C" w14:textId="77777777" w:rsidR="00BD2397" w:rsidRPr="00912339" w:rsidRDefault="00B8640C">
      <w:pPr>
        <w:autoSpaceDE w:val="0"/>
        <w:autoSpaceDN w:val="0"/>
        <w:spacing w:after="0" w:line="224" w:lineRule="exact"/>
        <w:ind w:left="710"/>
        <w:rPr>
          <w:lang w:val="sv-SE"/>
        </w:rPr>
      </w:pPr>
      <w:r w:rsidRPr="00912339">
        <w:rPr>
          <w:rFonts w:ascii="ArialMT" w:eastAsia="ArialMT" w:hAnsi="ArialMT"/>
          <w:color w:val="000000"/>
          <w:w w:val="102"/>
          <w:sz w:val="16"/>
          <w:lang w:val="sv-SE"/>
        </w:rPr>
        <w:t xml:space="preserve">Măsurile dispuse se vor realiza până la data de .......................... , contravenientul având obligaţia de a notifica organului de control îndeplinirea acestei obligaţii în termenul stabilit. </w:t>
      </w:r>
    </w:p>
    <w:p w14:paraId="796E7D30" w14:textId="77777777" w:rsidR="00BD2397" w:rsidRPr="00912339" w:rsidRDefault="00B8640C">
      <w:pPr>
        <w:autoSpaceDE w:val="0"/>
        <w:autoSpaceDN w:val="0"/>
        <w:spacing w:after="0" w:line="196" w:lineRule="exact"/>
        <w:ind w:left="2108"/>
        <w:rPr>
          <w:lang w:val="sv-SE"/>
        </w:rPr>
      </w:pP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 xml:space="preserve">ÎNŞTIINŢARE DE PLATĂ </w:t>
      </w:r>
    </w:p>
    <w:p w14:paraId="1EC58284" w14:textId="77777777" w:rsidR="00BD2397" w:rsidRPr="00912339" w:rsidRDefault="00B8640C">
      <w:pPr>
        <w:autoSpaceDE w:val="0"/>
        <w:autoSpaceDN w:val="0"/>
        <w:spacing w:after="0" w:line="196" w:lineRule="exact"/>
        <w:ind w:left="710"/>
        <w:rPr>
          <w:lang w:val="sv-SE"/>
        </w:rPr>
      </w:pP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 xml:space="preserve">Contravenientul va achita suma totală de ........................ lei (valoarea integrală a amenzii aplicate). </w:t>
      </w:r>
    </w:p>
    <w:p w14:paraId="1A2CC0F8" w14:textId="77777777" w:rsidR="00BD2397" w:rsidRPr="00912339" w:rsidRDefault="00B8640C">
      <w:pPr>
        <w:autoSpaceDE w:val="0"/>
        <w:autoSpaceDN w:val="0"/>
        <w:spacing w:after="0" w:line="222" w:lineRule="exact"/>
        <w:ind w:left="710" w:right="134"/>
        <w:jc w:val="both"/>
        <w:rPr>
          <w:lang w:val="sv-SE"/>
        </w:rPr>
      </w:pPr>
      <w:r w:rsidRPr="00912339">
        <w:rPr>
          <w:rFonts w:ascii="Arial" w:eastAsia="Arial" w:hAnsi="Arial"/>
          <w:b/>
          <w:color w:val="000000"/>
          <w:w w:val="102"/>
          <w:sz w:val="16"/>
          <w:lang w:val="sv-SE"/>
        </w:rPr>
        <w:t xml:space="preserve">Pentru situațiile specific prevăzute la art. 144 alin.(1) din Legea 169/2026, contravenientul are posibilitatea ca, în termen de 15 zile de la data înmânării sau comunicării procesului-verbal, să achite jumătate din minimul amenzii prevăzute în procesul verbal, potrivit prevederilor legale aplicabile, </w:t>
      </w:r>
    </w:p>
    <w:tbl>
      <w:tblPr>
        <w:tblW w:w="0" w:type="auto"/>
        <w:tblInd w:w="548" w:type="dxa"/>
        <w:tblLayout w:type="fixed"/>
        <w:tblLook w:val="04A0" w:firstRow="1" w:lastRow="0" w:firstColumn="1" w:lastColumn="0" w:noHBand="0" w:noVBand="1"/>
      </w:tblPr>
      <w:tblGrid>
        <w:gridCol w:w="3532"/>
        <w:gridCol w:w="3118"/>
        <w:gridCol w:w="3026"/>
      </w:tblGrid>
      <w:tr w:rsidR="00BD2397" w14:paraId="2D553E54" w14:textId="77777777">
        <w:trPr>
          <w:trHeight w:hRule="exact" w:val="448"/>
        </w:trPr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1F3BAB8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Agent </w:t>
            </w: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constatator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E4EE967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Contravenient</w:t>
            </w:r>
            <w:proofErr w:type="spellEnd"/>
          </w:p>
        </w:tc>
        <w:tc>
          <w:tcPr>
            <w:tcW w:w="30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5CF5F9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Martor</w:t>
            </w:r>
            <w:proofErr w:type="spellEnd"/>
          </w:p>
        </w:tc>
      </w:tr>
      <w:tr w:rsidR="00BD2397" w14:paraId="2DAA3BAD" w14:textId="77777777">
        <w:trPr>
          <w:trHeight w:hRule="exact" w:val="648"/>
        </w:trPr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A44F382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23E97A6" w14:textId="77777777" w:rsidR="00BD2397" w:rsidRDefault="00B8640C">
            <w:pPr>
              <w:autoSpaceDE w:val="0"/>
              <w:autoSpaceDN w:val="0"/>
              <w:spacing w:after="0" w:line="194" w:lineRule="exact"/>
              <w:ind w:left="102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4C717B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</w:tr>
    </w:tbl>
    <w:p w14:paraId="76C02AF8" w14:textId="77777777" w:rsidR="00BD2397" w:rsidRDefault="00B8640C">
      <w:pPr>
        <w:autoSpaceDE w:val="0"/>
        <w:autoSpaceDN w:val="0"/>
        <w:spacing w:after="0" w:line="196" w:lineRule="exact"/>
        <w:ind w:left="710"/>
      </w:pPr>
      <w:r>
        <w:rPr>
          <w:rFonts w:ascii="TimesNewRomanPS" w:eastAsia="TimesNewRomanPS" w:hAnsi="TimesNewRomanPS"/>
          <w:b/>
          <w:color w:val="595959"/>
          <w:w w:val="102"/>
          <w:sz w:val="16"/>
        </w:rPr>
        <w:t xml:space="preserve">F_03 · </w:t>
      </w:r>
      <w:proofErr w:type="spellStart"/>
      <w:r>
        <w:rPr>
          <w:rFonts w:ascii="TimesNewRomanPS" w:eastAsia="TimesNewRomanPS" w:hAnsi="TimesNewRomanPS"/>
          <w:b/>
          <w:color w:val="595959"/>
          <w:w w:val="102"/>
          <w:sz w:val="16"/>
        </w:rPr>
        <w:t>versiunea</w:t>
      </w:r>
      <w:proofErr w:type="spellEnd"/>
      <w:r>
        <w:rPr>
          <w:rFonts w:ascii="TimesNewRomanPS" w:eastAsia="TimesNewRomanPS" w:hAnsi="TimesNewRomanPS"/>
          <w:b/>
          <w:color w:val="595959"/>
          <w:w w:val="102"/>
          <w:sz w:val="16"/>
        </w:rPr>
        <w:t xml:space="preserve"> 1.0                                                             </w:t>
      </w:r>
      <w:proofErr w:type="spellStart"/>
      <w:r>
        <w:rPr>
          <w:rFonts w:ascii="TimesNewRomanPSMT" w:eastAsia="TimesNewRomanPSMT" w:hAnsi="TimesNewRomanPSMT"/>
          <w:color w:val="595959"/>
          <w:w w:val="102"/>
          <w:sz w:val="16"/>
        </w:rPr>
        <w:t>pagina</w:t>
      </w:r>
      <w:proofErr w:type="spellEnd"/>
      <w:r>
        <w:rPr>
          <w:rFonts w:ascii="TimesNewRomanPSMT" w:eastAsia="TimesNewRomanPSMT" w:hAnsi="TimesNewRomanPSMT"/>
          <w:color w:val="595959"/>
          <w:w w:val="102"/>
          <w:sz w:val="16"/>
        </w:rPr>
        <w:t xml:space="preserve"> 2 din 3</w:t>
      </w:r>
    </w:p>
    <w:p w14:paraId="453D651A" w14:textId="77777777" w:rsidR="00BD2397" w:rsidRDefault="00BD2397">
      <w:pPr>
        <w:spacing w:after="0"/>
        <w:sectPr w:rsidR="00BD2397">
          <w:pgSz w:w="11900" w:h="16840"/>
          <w:pgMar w:top="126" w:right="1088" w:bottom="340" w:left="564" w:header="720" w:footer="720" w:gutter="0"/>
          <w:cols w:space="708"/>
          <w:docGrid w:linePitch="360"/>
        </w:sectPr>
      </w:pPr>
    </w:p>
    <w:p w14:paraId="5F5C7DC5" w14:textId="77777777" w:rsidR="00BD2397" w:rsidRDefault="00BD2397">
      <w:pPr>
        <w:autoSpaceDE w:val="0"/>
        <w:autoSpaceDN w:val="0"/>
        <w:spacing w:after="0" w:line="126" w:lineRule="exact"/>
      </w:pPr>
    </w:p>
    <w:p w14:paraId="7A51DAE9" w14:textId="77777777" w:rsidR="00BD2397" w:rsidRPr="0014264F" w:rsidRDefault="00B8640C">
      <w:pPr>
        <w:tabs>
          <w:tab w:val="left" w:pos="10004"/>
        </w:tabs>
        <w:autoSpaceDE w:val="0"/>
        <w:autoSpaceDN w:val="0"/>
        <w:spacing w:after="0" w:line="200" w:lineRule="exact"/>
        <w:ind w:left="1536"/>
        <w:rPr>
          <w:lang w:val="pt-PT"/>
        </w:rPr>
      </w:pPr>
      <w:r w:rsidRPr="0014264F">
        <w:rPr>
          <w:rFonts w:ascii="Arial" w:eastAsia="Arial" w:hAnsi="Arial"/>
          <w:color w:val="000000"/>
          <w:sz w:val="17"/>
          <w:lang w:val="pt-PT"/>
        </w:rPr>
        <w:t xml:space="preserve">MONITORUL OFICIAL AL ROMÂNIEI, PARTEA I, Nr. 711 bis/26.VIII.2026 </w:t>
      </w:r>
      <w:r w:rsidRPr="0014264F">
        <w:rPr>
          <w:lang w:val="pt-PT"/>
        </w:rPr>
        <w:tab/>
      </w:r>
      <w:r w:rsidRPr="0014264F">
        <w:rPr>
          <w:rFonts w:ascii="Arial" w:eastAsia="Arial" w:hAnsi="Arial"/>
          <w:color w:val="000000"/>
          <w:sz w:val="17"/>
          <w:lang w:val="pt-PT"/>
        </w:rPr>
        <w:t>57</w:t>
      </w:r>
    </w:p>
    <w:p w14:paraId="31480F83" w14:textId="77777777" w:rsidR="00BD2397" w:rsidRPr="0014264F" w:rsidRDefault="00B8640C">
      <w:pPr>
        <w:autoSpaceDE w:val="0"/>
        <w:autoSpaceDN w:val="0"/>
        <w:spacing w:after="0" w:line="220" w:lineRule="exact"/>
        <w:ind w:left="166" w:right="576"/>
        <w:rPr>
          <w:lang w:val="pt-PT"/>
        </w:rPr>
      </w:pPr>
      <w:r w:rsidRPr="0014264F">
        <w:rPr>
          <w:rFonts w:ascii="TimesNewRomanPS" w:eastAsia="TimesNewRomanPS" w:hAnsi="TimesNewRomanPS"/>
          <w:b/>
          <w:color w:val="595959"/>
          <w:w w:val="102"/>
          <w:sz w:val="16"/>
          <w:lang w:val="pt-PT"/>
        </w:rPr>
        <w:t xml:space="preserve">F_03 · versiunea 1.0 </w:t>
      </w:r>
      <w:r w:rsidRPr="0014264F">
        <w:rPr>
          <w:lang w:val="pt-PT"/>
        </w:rPr>
        <w:br/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adică suma totală de ........................ lei, în caz contrar contravenientul va achita  valoarea integrală a amenzii aplicate. </w:t>
      </w:r>
    </w:p>
    <w:p w14:paraId="3487D99A" w14:textId="77777777" w:rsidR="00BD2397" w:rsidRPr="0014264F" w:rsidRDefault="00B8640C">
      <w:pPr>
        <w:autoSpaceDE w:val="0"/>
        <w:autoSpaceDN w:val="0"/>
        <w:spacing w:after="0" w:line="336" w:lineRule="exact"/>
        <w:ind w:left="166" w:right="576"/>
        <w:rPr>
          <w:lang w:val="pt-PT"/>
        </w:rPr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 xml:space="preserve">b) Suma se achită în contul de venituri al bugetului local al unității administrativ-teritoriale / la casieria autorității locale sau prin mijloace electronice de plată, făcându-se venit la bugetul local. c) Contravenientul are obligaţia de a transmite copia dovezii de plată în termen de 15 zile de la </w:t>
      </w:r>
    </w:p>
    <w:tbl>
      <w:tblPr>
        <w:tblW w:w="0" w:type="auto"/>
        <w:tblInd w:w="72" w:type="dxa"/>
        <w:tblLayout w:type="fixed"/>
        <w:tblLook w:val="04A0" w:firstRow="1" w:lastRow="0" w:firstColumn="1" w:lastColumn="0" w:noHBand="0" w:noVBand="1"/>
      </w:tblPr>
      <w:tblGrid>
        <w:gridCol w:w="1100"/>
        <w:gridCol w:w="680"/>
        <w:gridCol w:w="1180"/>
        <w:gridCol w:w="5620"/>
        <w:gridCol w:w="1240"/>
      </w:tblGrid>
      <w:tr w:rsidR="00BD2397" w14:paraId="1D70060D" w14:textId="77777777">
        <w:trPr>
          <w:trHeight w:hRule="exact" w:val="224"/>
        </w:trPr>
        <w:tc>
          <w:tcPr>
            <w:tcW w:w="1100" w:type="dxa"/>
            <w:tcMar>
              <w:left w:w="0" w:type="dxa"/>
              <w:right w:w="0" w:type="dxa"/>
            </w:tcMar>
          </w:tcPr>
          <w:p w14:paraId="5AB3A796" w14:textId="77777777" w:rsidR="00BD2397" w:rsidRDefault="00B8640C">
            <w:pPr>
              <w:autoSpaceDE w:val="0"/>
              <w:autoSpaceDN w:val="0"/>
              <w:spacing w:after="0" w:line="194" w:lineRule="exact"/>
              <w:ind w:left="94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achitare</w:t>
            </w:r>
            <w:proofErr w:type="spellEnd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 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</w:tcPr>
          <w:p w14:paraId="3930F9A3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la </w:t>
            </w:r>
          </w:p>
        </w:tc>
        <w:tc>
          <w:tcPr>
            <w:tcW w:w="1180" w:type="dxa"/>
            <w:tcMar>
              <w:left w:w="0" w:type="dxa"/>
              <w:right w:w="0" w:type="dxa"/>
            </w:tcMar>
          </w:tcPr>
          <w:p w14:paraId="26E5BB62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adresa</w:t>
            </w:r>
            <w:proofErr w:type="spellEnd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: </w:t>
            </w:r>
          </w:p>
        </w:tc>
        <w:tc>
          <w:tcPr>
            <w:tcW w:w="5620" w:type="dxa"/>
            <w:tcMar>
              <w:left w:w="0" w:type="dxa"/>
              <w:right w:w="0" w:type="dxa"/>
            </w:tcMar>
          </w:tcPr>
          <w:p w14:paraId="565257EC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…………..…………........….......……………............…………, </w:t>
            </w:r>
          </w:p>
        </w:tc>
        <w:tc>
          <w:tcPr>
            <w:tcW w:w="1240" w:type="dxa"/>
            <w:tcMar>
              <w:left w:w="0" w:type="dxa"/>
              <w:right w:w="0" w:type="dxa"/>
            </w:tcMar>
          </w:tcPr>
          <w:p w14:paraId="3003D0DA" w14:textId="77777777" w:rsidR="00BD2397" w:rsidRDefault="00B8640C">
            <w:pPr>
              <w:autoSpaceDE w:val="0"/>
              <w:autoSpaceDN w:val="0"/>
              <w:spacing w:after="0" w:line="194" w:lineRule="exact"/>
              <w:ind w:left="234"/>
            </w:pPr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e-mail: </w:t>
            </w:r>
          </w:p>
        </w:tc>
      </w:tr>
    </w:tbl>
    <w:p w14:paraId="6DA4E5CE" w14:textId="77777777" w:rsidR="00BD2397" w:rsidRDefault="00B8640C">
      <w:pPr>
        <w:autoSpaceDE w:val="0"/>
        <w:autoSpaceDN w:val="0"/>
        <w:spacing w:after="0" w:line="194" w:lineRule="exact"/>
        <w:ind w:left="166"/>
      </w:pPr>
      <w:r>
        <w:rPr>
          <w:rFonts w:ascii="Arial" w:eastAsia="Arial" w:hAnsi="Arial"/>
          <w:b/>
          <w:color w:val="000000"/>
          <w:w w:val="102"/>
          <w:sz w:val="16"/>
        </w:rPr>
        <w:t xml:space="preserve">………………………………… </w:t>
      </w:r>
    </w:p>
    <w:p w14:paraId="6A10FBCE" w14:textId="77777777" w:rsidR="00BD2397" w:rsidRDefault="00B8640C">
      <w:pPr>
        <w:autoSpaceDE w:val="0"/>
        <w:autoSpaceDN w:val="0"/>
        <w:spacing w:after="0" w:line="222" w:lineRule="exact"/>
        <w:ind w:left="166" w:right="576"/>
      </w:pP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Neachitarea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amenzii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în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termenul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legal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atrage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executarea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silită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potrivit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normelor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privind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colectarea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creanțelor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bugetare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>.</w:t>
      </w:r>
    </w:p>
    <w:p w14:paraId="2899044D" w14:textId="77777777" w:rsidR="00BD2397" w:rsidRDefault="00B8640C">
      <w:pPr>
        <w:autoSpaceDE w:val="0"/>
        <w:autoSpaceDN w:val="0"/>
        <w:spacing w:after="0" w:line="196" w:lineRule="exact"/>
        <w:ind w:left="166"/>
      </w:pP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Consiliul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Judeţean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 xml:space="preserve"> / </w:t>
      </w: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Primăria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>:</w:t>
      </w:r>
      <w:r>
        <w:rPr>
          <w:rFonts w:ascii="ArialMT" w:eastAsia="ArialMT" w:hAnsi="ArialMT"/>
          <w:color w:val="000000"/>
          <w:w w:val="102"/>
          <w:sz w:val="16"/>
        </w:rPr>
        <w:t xml:space="preserve"> ……………………………………………………………</w:t>
      </w:r>
      <w:proofErr w:type="gramStart"/>
      <w:r>
        <w:rPr>
          <w:rFonts w:ascii="ArialMT" w:eastAsia="ArialMT" w:hAnsi="ArialMT"/>
          <w:color w:val="000000"/>
          <w:w w:val="102"/>
          <w:sz w:val="16"/>
        </w:rPr>
        <w:t>…..</w:t>
      </w:r>
      <w:proofErr w:type="gram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</w:p>
    <w:p w14:paraId="1146B81F" w14:textId="77777777" w:rsidR="00BD2397" w:rsidRDefault="00B8640C">
      <w:pPr>
        <w:autoSpaceDE w:val="0"/>
        <w:autoSpaceDN w:val="0"/>
        <w:spacing w:after="0" w:line="446" w:lineRule="exact"/>
        <w:ind w:left="166" w:right="2160"/>
      </w:pP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Organul de control / Funcţia: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……………………………………………………………….. </w:t>
      </w:r>
      <w:r w:rsidRPr="0014264F">
        <w:rPr>
          <w:rFonts w:ascii="Arial" w:eastAsia="Arial" w:hAnsi="Arial"/>
          <w:b/>
          <w:color w:val="000000"/>
          <w:w w:val="102"/>
          <w:sz w:val="16"/>
          <w:lang w:val="pt-PT"/>
        </w:rPr>
        <w:t>Numele, prenumele şi semnătura:</w:t>
      </w:r>
      <w:r w:rsidRPr="0014264F">
        <w:rPr>
          <w:rFonts w:ascii="ArialMT" w:eastAsia="ArialMT" w:hAnsi="ArialMT"/>
          <w:color w:val="000000"/>
          <w:w w:val="102"/>
          <w:sz w:val="16"/>
          <w:lang w:val="pt-PT"/>
        </w:rPr>
        <w:t xml:space="preserve"> …………………………………………………………. </w:t>
      </w:r>
      <w:r>
        <w:rPr>
          <w:rFonts w:ascii="Arial" w:eastAsia="Arial" w:hAnsi="Arial"/>
          <w:b/>
          <w:color w:val="000000"/>
          <w:w w:val="102"/>
          <w:sz w:val="16"/>
        </w:rPr>
        <w:t>L.S.</w:t>
      </w:r>
    </w:p>
    <w:p w14:paraId="61122EF0" w14:textId="77777777" w:rsidR="00BD2397" w:rsidRDefault="00B8640C">
      <w:pPr>
        <w:autoSpaceDE w:val="0"/>
        <w:autoSpaceDN w:val="0"/>
        <w:spacing w:after="0" w:line="194" w:lineRule="exact"/>
        <w:ind w:left="166"/>
      </w:pPr>
      <w:r>
        <w:rPr>
          <w:rFonts w:ascii="ArialMT" w:eastAsia="ArialMT" w:hAnsi="ArialMT"/>
          <w:color w:val="000000"/>
          <w:w w:val="102"/>
          <w:sz w:val="16"/>
        </w:rPr>
        <w:t xml:space="preserve">Am </w:t>
      </w:r>
      <w:proofErr w:type="spellStart"/>
      <w:r>
        <w:rPr>
          <w:rFonts w:ascii="ArialMT" w:eastAsia="ArialMT" w:hAnsi="ArialMT"/>
          <w:color w:val="000000"/>
          <w:w w:val="102"/>
          <w:sz w:val="16"/>
        </w:rPr>
        <w:t>primit</w:t>
      </w:r>
      <w:proofErr w:type="spellEnd"/>
      <w:r>
        <w:rPr>
          <w:rFonts w:ascii="ArialMT" w:eastAsia="ArialMT" w:hAnsi="ArialMT"/>
          <w:color w:val="000000"/>
          <w:w w:val="102"/>
          <w:sz w:val="16"/>
        </w:rPr>
        <w:t xml:space="preserve"> un exemplar, </w:t>
      </w:r>
    </w:p>
    <w:p w14:paraId="119F9770" w14:textId="77777777" w:rsidR="00BD2397" w:rsidRDefault="00B8640C">
      <w:pPr>
        <w:autoSpaceDE w:val="0"/>
        <w:autoSpaceDN w:val="0"/>
        <w:spacing w:after="0" w:line="194" w:lineRule="exact"/>
        <w:ind w:left="166"/>
      </w:pPr>
      <w:proofErr w:type="spellStart"/>
      <w:r>
        <w:rPr>
          <w:rFonts w:ascii="Arial" w:eastAsia="Arial" w:hAnsi="Arial"/>
          <w:b/>
          <w:color w:val="000000"/>
          <w:w w:val="102"/>
          <w:sz w:val="16"/>
        </w:rPr>
        <w:t>Contravenient</w:t>
      </w:r>
      <w:proofErr w:type="spellEnd"/>
      <w:r>
        <w:rPr>
          <w:rFonts w:ascii="Arial" w:eastAsia="Arial" w:hAnsi="Arial"/>
          <w:b/>
          <w:color w:val="000000"/>
          <w:w w:val="102"/>
          <w:sz w:val="16"/>
        </w:rPr>
        <w:t>:</w:t>
      </w:r>
      <w:r>
        <w:rPr>
          <w:rFonts w:ascii="ArialMT" w:eastAsia="ArialMT" w:hAnsi="ArialMT"/>
          <w:color w:val="000000"/>
          <w:w w:val="102"/>
          <w:sz w:val="16"/>
        </w:rPr>
        <w:t xml:space="preserve"> ……………………………………</w:t>
      </w:r>
      <w:proofErr w:type="gramStart"/>
      <w:r>
        <w:rPr>
          <w:rFonts w:ascii="ArialMT" w:eastAsia="ArialMT" w:hAnsi="ArialMT"/>
          <w:color w:val="000000"/>
          <w:w w:val="102"/>
          <w:sz w:val="16"/>
        </w:rPr>
        <w:t>…..</w:t>
      </w:r>
      <w:proofErr w:type="gramEnd"/>
      <w:r>
        <w:rPr>
          <w:rFonts w:ascii="ArialMT" w:eastAsia="ArialMT" w:hAnsi="ArialMT"/>
          <w:color w:val="000000"/>
          <w:w w:val="102"/>
          <w:sz w:val="16"/>
        </w:rPr>
        <w:t xml:space="preserve"> </w:t>
      </w:r>
      <w:r>
        <w:rPr>
          <w:rFonts w:ascii="Arial" w:eastAsia="Arial" w:hAnsi="Arial"/>
          <w:i/>
          <w:color w:val="000000"/>
          <w:w w:val="102"/>
          <w:sz w:val="16"/>
        </w:rPr>
        <w:t>(</w:t>
      </w:r>
      <w:proofErr w:type="spellStart"/>
      <w:r>
        <w:rPr>
          <w:rFonts w:ascii="Arial" w:eastAsia="Arial" w:hAnsi="Arial"/>
          <w:i/>
          <w:color w:val="000000"/>
          <w:w w:val="102"/>
          <w:sz w:val="16"/>
        </w:rPr>
        <w:t>Semnătura</w:t>
      </w:r>
      <w:proofErr w:type="spellEnd"/>
      <w:r>
        <w:rPr>
          <w:rFonts w:ascii="Arial" w:eastAsia="Arial" w:hAnsi="Arial"/>
          <w:i/>
          <w:color w:val="000000"/>
          <w:w w:val="102"/>
          <w:sz w:val="16"/>
        </w:rPr>
        <w:t>)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3532"/>
        <w:gridCol w:w="3118"/>
        <w:gridCol w:w="3026"/>
      </w:tblGrid>
      <w:tr w:rsidR="00BD2397" w14:paraId="6ADD9A38" w14:textId="77777777">
        <w:trPr>
          <w:trHeight w:hRule="exact" w:val="448"/>
        </w:trPr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2816CE5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 xml:space="preserve">Agent </w:t>
            </w: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constatator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A3B526D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Contravenient</w:t>
            </w:r>
            <w:proofErr w:type="spellEnd"/>
          </w:p>
        </w:tc>
        <w:tc>
          <w:tcPr>
            <w:tcW w:w="30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D5F325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proofErr w:type="spellStart"/>
            <w:r>
              <w:rPr>
                <w:rFonts w:ascii="Arial" w:eastAsia="Arial" w:hAnsi="Arial"/>
                <w:b/>
                <w:color w:val="000000"/>
                <w:w w:val="102"/>
                <w:sz w:val="16"/>
              </w:rPr>
              <w:t>Martor</w:t>
            </w:r>
            <w:proofErr w:type="spellEnd"/>
          </w:p>
        </w:tc>
      </w:tr>
      <w:tr w:rsidR="00BD2397" w14:paraId="2D7A9771" w14:textId="77777777">
        <w:trPr>
          <w:trHeight w:hRule="exact" w:val="648"/>
        </w:trPr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27256FF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78049D5" w14:textId="77777777" w:rsidR="00BD2397" w:rsidRDefault="00B8640C">
            <w:pPr>
              <w:autoSpaceDE w:val="0"/>
              <w:autoSpaceDN w:val="0"/>
              <w:spacing w:after="0" w:line="194" w:lineRule="exact"/>
              <w:ind w:left="102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9D3802" w14:textId="77777777" w:rsidR="00BD2397" w:rsidRDefault="00B8640C">
            <w:pPr>
              <w:autoSpaceDE w:val="0"/>
              <w:autoSpaceDN w:val="0"/>
              <w:spacing w:after="0" w:line="194" w:lineRule="exact"/>
              <w:jc w:val="center"/>
            </w:pPr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(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prenumele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semnătura</w:t>
            </w:r>
            <w:proofErr w:type="spellEnd"/>
            <w:r>
              <w:rPr>
                <w:rFonts w:ascii="Arial" w:eastAsia="Arial" w:hAnsi="Arial"/>
                <w:i/>
                <w:color w:val="000000"/>
                <w:w w:val="102"/>
                <w:sz w:val="16"/>
              </w:rPr>
              <w:t>)</w:t>
            </w:r>
          </w:p>
        </w:tc>
      </w:tr>
    </w:tbl>
    <w:p w14:paraId="5310A769" w14:textId="77777777" w:rsidR="00BD2397" w:rsidRDefault="00B8640C">
      <w:pPr>
        <w:autoSpaceDE w:val="0"/>
        <w:autoSpaceDN w:val="0"/>
        <w:spacing w:after="0" w:line="196" w:lineRule="exact"/>
        <w:ind w:left="166"/>
      </w:pPr>
      <w:r>
        <w:rPr>
          <w:rFonts w:ascii="TimesNewRomanPS" w:eastAsia="TimesNewRomanPS" w:hAnsi="TimesNewRomanPS"/>
          <w:b/>
          <w:color w:val="595959"/>
          <w:w w:val="102"/>
          <w:sz w:val="16"/>
        </w:rPr>
        <w:t xml:space="preserve">F_03 · </w:t>
      </w:r>
      <w:proofErr w:type="spellStart"/>
      <w:r>
        <w:rPr>
          <w:rFonts w:ascii="TimesNewRomanPS" w:eastAsia="TimesNewRomanPS" w:hAnsi="TimesNewRomanPS"/>
          <w:b/>
          <w:color w:val="595959"/>
          <w:w w:val="102"/>
          <w:sz w:val="16"/>
        </w:rPr>
        <w:t>versiunea</w:t>
      </w:r>
      <w:proofErr w:type="spellEnd"/>
      <w:r>
        <w:rPr>
          <w:rFonts w:ascii="TimesNewRomanPS" w:eastAsia="TimesNewRomanPS" w:hAnsi="TimesNewRomanPS"/>
          <w:b/>
          <w:color w:val="595959"/>
          <w:w w:val="102"/>
          <w:sz w:val="16"/>
        </w:rPr>
        <w:t xml:space="preserve"> 1.0                                                             </w:t>
      </w:r>
      <w:proofErr w:type="spellStart"/>
      <w:r>
        <w:rPr>
          <w:rFonts w:ascii="TimesNewRomanPSMT" w:eastAsia="TimesNewRomanPSMT" w:hAnsi="TimesNewRomanPSMT"/>
          <w:color w:val="595959"/>
          <w:w w:val="102"/>
          <w:sz w:val="16"/>
        </w:rPr>
        <w:t>pagina</w:t>
      </w:r>
      <w:proofErr w:type="spellEnd"/>
      <w:r>
        <w:rPr>
          <w:rFonts w:ascii="TimesNewRomanPSMT" w:eastAsia="TimesNewRomanPSMT" w:hAnsi="TimesNewRomanPSMT"/>
          <w:color w:val="595959"/>
          <w:w w:val="102"/>
          <w:sz w:val="16"/>
        </w:rPr>
        <w:t xml:space="preserve"> 3 din 3</w:t>
      </w:r>
    </w:p>
    <w:p w14:paraId="03DC3A8A" w14:textId="77777777" w:rsidR="00BD2397" w:rsidRDefault="00BD2397">
      <w:pPr>
        <w:spacing w:after="0"/>
      </w:pPr>
    </w:p>
    <w:p w14:paraId="51DB7D05" w14:textId="77777777" w:rsidR="00C74ED5" w:rsidRDefault="00C74ED5">
      <w:pPr>
        <w:spacing w:after="0"/>
      </w:pPr>
    </w:p>
    <w:p w14:paraId="0A13FA0E" w14:textId="77777777" w:rsidR="00C74ED5" w:rsidRDefault="00C74ED5">
      <w:pPr>
        <w:spacing w:after="0"/>
      </w:pPr>
    </w:p>
    <w:p w14:paraId="5419A8CF" w14:textId="77777777" w:rsidR="00C74ED5" w:rsidRDefault="00C74ED5">
      <w:pPr>
        <w:spacing w:after="0"/>
      </w:pPr>
    </w:p>
    <w:p w14:paraId="4CF20B91" w14:textId="77777777" w:rsidR="00C74ED5" w:rsidRDefault="00C74ED5">
      <w:pPr>
        <w:spacing w:after="0"/>
      </w:pPr>
    </w:p>
    <w:p w14:paraId="67E396DE" w14:textId="77777777" w:rsidR="00C74ED5" w:rsidRDefault="00C74ED5">
      <w:pPr>
        <w:spacing w:after="0"/>
      </w:pPr>
    </w:p>
    <w:p w14:paraId="57751A0B" w14:textId="77777777" w:rsidR="00C74ED5" w:rsidRDefault="00C74ED5">
      <w:pPr>
        <w:spacing w:after="0"/>
      </w:pPr>
    </w:p>
    <w:p w14:paraId="50EDFFC0" w14:textId="77777777" w:rsidR="00BD2397" w:rsidRDefault="00BD2397">
      <w:pPr>
        <w:autoSpaceDE w:val="0"/>
        <w:autoSpaceDN w:val="0"/>
        <w:spacing w:after="0" w:line="126" w:lineRule="exact"/>
      </w:pPr>
    </w:p>
    <w:sectPr w:rsidR="00BD2397" w:rsidSect="00C74ED5">
      <w:pgSz w:w="11900" w:h="16840"/>
      <w:pgMar w:top="126" w:right="1202" w:bottom="340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367DB"/>
    <w:rsid w:val="0006063C"/>
    <w:rsid w:val="000C1C98"/>
    <w:rsid w:val="000D51AB"/>
    <w:rsid w:val="0014264F"/>
    <w:rsid w:val="0015074B"/>
    <w:rsid w:val="00184E29"/>
    <w:rsid w:val="00187A6E"/>
    <w:rsid w:val="001C63D4"/>
    <w:rsid w:val="001F5194"/>
    <w:rsid w:val="001F7E48"/>
    <w:rsid w:val="0029639D"/>
    <w:rsid w:val="002A5EAB"/>
    <w:rsid w:val="002B0E1B"/>
    <w:rsid w:val="00326F90"/>
    <w:rsid w:val="003C5479"/>
    <w:rsid w:val="003D684B"/>
    <w:rsid w:val="003F7FDF"/>
    <w:rsid w:val="004761A5"/>
    <w:rsid w:val="004A23F1"/>
    <w:rsid w:val="0050487B"/>
    <w:rsid w:val="005869A8"/>
    <w:rsid w:val="00616AC8"/>
    <w:rsid w:val="00646AD5"/>
    <w:rsid w:val="0068581A"/>
    <w:rsid w:val="006C3170"/>
    <w:rsid w:val="006E158E"/>
    <w:rsid w:val="00786EB1"/>
    <w:rsid w:val="00846091"/>
    <w:rsid w:val="008D0C1E"/>
    <w:rsid w:val="00900997"/>
    <w:rsid w:val="00912339"/>
    <w:rsid w:val="00944F95"/>
    <w:rsid w:val="009F0C11"/>
    <w:rsid w:val="00A1149B"/>
    <w:rsid w:val="00A531FA"/>
    <w:rsid w:val="00AA1D8D"/>
    <w:rsid w:val="00AB1449"/>
    <w:rsid w:val="00B40836"/>
    <w:rsid w:val="00B47730"/>
    <w:rsid w:val="00B84130"/>
    <w:rsid w:val="00B8640C"/>
    <w:rsid w:val="00BB3B32"/>
    <w:rsid w:val="00BD2397"/>
    <w:rsid w:val="00BE77F5"/>
    <w:rsid w:val="00C44B4D"/>
    <w:rsid w:val="00C53134"/>
    <w:rsid w:val="00C74ED5"/>
    <w:rsid w:val="00CA3FBF"/>
    <w:rsid w:val="00CB0664"/>
    <w:rsid w:val="00CB26DE"/>
    <w:rsid w:val="00CE6227"/>
    <w:rsid w:val="00D70A05"/>
    <w:rsid w:val="00E3029C"/>
    <w:rsid w:val="00E366D5"/>
    <w:rsid w:val="00E5523C"/>
    <w:rsid w:val="00EE1EFB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Nonaime</cp:lastModifiedBy>
  <cp:revision>2</cp:revision>
  <dcterms:created xsi:type="dcterms:W3CDTF">2026-09-07T11:26:00Z</dcterms:created>
  <dcterms:modified xsi:type="dcterms:W3CDTF">2026-09-07T11:26:00Z</dcterms:modified>
</cp:coreProperties>
</file>