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6FDE67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919043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7FB93E01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6BF595B4" w14:textId="77777777" w:rsidR="00BD2397" w:rsidRDefault="00BD2397">
      <w:pPr>
        <w:autoSpaceDE w:val="0"/>
        <w:autoSpaceDN w:val="0"/>
        <w:spacing w:after="0" w:line="126" w:lineRule="exact"/>
      </w:pPr>
    </w:p>
    <w:p w14:paraId="50EDFFC0" w14:textId="77777777" w:rsidR="00BD2397" w:rsidRDefault="00BD2397">
      <w:pPr>
        <w:autoSpaceDE w:val="0"/>
        <w:autoSpaceDN w:val="0"/>
        <w:spacing w:after="0" w:line="126" w:lineRule="exact"/>
      </w:pPr>
    </w:p>
    <w:p w14:paraId="55794895" w14:textId="77777777" w:rsidR="00BD2397" w:rsidRPr="0014264F" w:rsidRDefault="00B8640C">
      <w:pPr>
        <w:tabs>
          <w:tab w:val="left" w:pos="2080"/>
        </w:tabs>
        <w:autoSpaceDE w:val="0"/>
        <w:autoSpaceDN w:val="0"/>
        <w:spacing w:after="0" w:line="200" w:lineRule="exact"/>
        <w:rPr>
          <w:lang w:val="pt-PT"/>
        </w:rPr>
      </w:pPr>
      <w:r w:rsidRPr="0014264F">
        <w:rPr>
          <w:rFonts w:ascii="Arial" w:eastAsia="Arial" w:hAnsi="Arial"/>
          <w:color w:val="000000"/>
          <w:sz w:val="17"/>
          <w:lang w:val="pt-PT"/>
        </w:rPr>
        <w:t xml:space="preserve"> </w:t>
      </w:r>
      <w:r w:rsidR="00187A6E" w:rsidRPr="0014264F">
        <w:rPr>
          <w:rFonts w:ascii="Arial" w:eastAsia="Arial" w:hAnsi="Arial"/>
          <w:color w:val="000000"/>
          <w:sz w:val="17"/>
          <w:lang w:val="pt-PT"/>
        </w:rPr>
        <w:t xml:space="preserve">     </w:t>
      </w:r>
      <w:r w:rsidRPr="0014264F">
        <w:rPr>
          <w:rFonts w:ascii="Arial" w:eastAsia="Arial" w:hAnsi="Arial"/>
          <w:color w:val="000000"/>
          <w:sz w:val="17"/>
          <w:lang w:val="pt-PT"/>
        </w:rPr>
        <w:t>MONITORUL OFICIAL AL ROMÂNIEI, PARTEA I, Nr. 711 bis/26.VIII.2026</w:t>
      </w:r>
      <w:r w:rsidR="00CE6227" w:rsidRPr="0014264F">
        <w:rPr>
          <w:rFonts w:ascii="Arial" w:eastAsia="Arial" w:hAnsi="Arial"/>
          <w:color w:val="000000"/>
          <w:sz w:val="17"/>
          <w:lang w:val="pt-PT"/>
        </w:rPr>
        <w:t xml:space="preserve">                                                                                     58</w:t>
      </w:r>
    </w:p>
    <w:p w14:paraId="28E2622F" w14:textId="77777777" w:rsidR="00BD2397" w:rsidRPr="0014264F" w:rsidRDefault="00B8640C">
      <w:pPr>
        <w:autoSpaceDE w:val="0"/>
        <w:autoSpaceDN w:val="0"/>
        <w:spacing w:after="0" w:line="198" w:lineRule="exact"/>
        <w:ind w:left="710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F_04 </w:t>
      </w:r>
      <w:r w:rsidRPr="0014264F">
        <w:rPr>
          <w:rFonts w:ascii="TimesNewRomanPS" w:eastAsia="TimesNewRomanPS" w:hAnsi="TimesNewRomanPS"/>
          <w:b/>
          <w:color w:val="595959"/>
          <w:w w:val="102"/>
          <w:sz w:val="16"/>
          <w:lang w:val="pt-PT"/>
        </w:rPr>
        <w:t xml:space="preserve">versiunea 1.0 </w:t>
      </w:r>
    </w:p>
    <w:p w14:paraId="0FDD67B0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INSPECTORATUL DE STAT ÎN CONSTRUCŢII - I.S.C. </w:t>
      </w:r>
    </w:p>
    <w:p w14:paraId="3BDF90C5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Inspectoratul Teritorial în Construcţii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………………………………….. </w:t>
      </w:r>
    </w:p>
    <w:p w14:paraId="0AC1BA80" w14:textId="77777777" w:rsidR="00BD2397" w:rsidRPr="0014264F" w:rsidRDefault="00B8640C">
      <w:pPr>
        <w:autoSpaceDE w:val="0"/>
        <w:autoSpaceDN w:val="0"/>
        <w:spacing w:after="0" w:line="224" w:lineRule="exact"/>
        <w:ind w:left="710" w:right="5184"/>
        <w:rPr>
          <w:lang w:val="pt-PT"/>
        </w:rPr>
      </w:pP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(autoritatea căreia îi aparţine agentul constatator)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Seria ……… nr. ……………………. </w:t>
      </w:r>
    </w:p>
    <w:p w14:paraId="451C6750" w14:textId="77777777" w:rsidR="00BD2397" w:rsidRPr="0014264F" w:rsidRDefault="00B8640C">
      <w:pPr>
        <w:autoSpaceDE w:val="0"/>
        <w:autoSpaceDN w:val="0"/>
        <w:spacing w:after="0" w:line="222" w:lineRule="exact"/>
        <w:ind w:left="2448" w:right="1728"/>
        <w:jc w:val="center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PROCES-VERBAL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de constatare şi sancţionare a contravenţiilor</w:t>
      </w:r>
      <w:r w:rsidRPr="0014264F">
        <w:rPr>
          <w:lang w:val="pt-PT"/>
        </w:rPr>
        <w:br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---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REGIMUL AUTORIZĂRII LUCRĂRILOR DE CONSTRUCȚII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---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încheiat azi, ……………… </w:t>
      </w:r>
    </w:p>
    <w:p w14:paraId="6DB44559" w14:textId="77777777" w:rsidR="00BD2397" w:rsidRPr="0014264F" w:rsidRDefault="00B8640C">
      <w:pPr>
        <w:autoSpaceDE w:val="0"/>
        <w:autoSpaceDN w:val="0"/>
        <w:spacing w:after="0" w:line="224" w:lineRule="exact"/>
        <w:ind w:left="710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1.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Subsemnatul, ………....…………………..............., în calitate de inspector de specialitate/control în cadrul I.S.C., în baza legitimaţiei de control nr. ……..…………….., eliberată de Inspectoratul de Stat în Construcţii, în urma controlului efectuat astăzi, ………………, ora …………, la sediul/şantierul/imobilul situat în ……………………………………………………………………………………………………………………………… am constatat următoarele:...................................................................................................................................  ..……………………………………………………………………………………………………………………………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 ..……………………………………………………………………………………………………………………………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 ..……………………………………………………………………………………………………………………………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</w:t>
      </w:r>
    </w:p>
    <w:p w14:paraId="37D546A4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2. ÎNCADRAREA FAPTEI ŞI SANCŢIUNI APLICATE </w:t>
      </w:r>
    </w:p>
    <w:p w14:paraId="0C03DD38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(Conform Titlului privind Regimul Autorizării din Legea nr. 169/2026) </w:t>
      </w:r>
    </w:p>
    <w:p w14:paraId="0B4A6671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proofErr w:type="gramStart"/>
      <w:r>
        <w:rPr>
          <w:rFonts w:ascii="ArialMT" w:eastAsia="ArialMT" w:hAnsi="ArialMT"/>
          <w:color w:val="000000"/>
          <w:w w:val="102"/>
          <w:sz w:val="16"/>
        </w:rPr>
        <w:t>[ ]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r>
        <w:rPr>
          <w:rFonts w:ascii="Arial" w:eastAsia="Arial" w:hAnsi="Arial"/>
          <w:b/>
          <w:color w:val="000000"/>
          <w:w w:val="102"/>
          <w:sz w:val="16"/>
        </w:rPr>
        <w:t xml:space="preserve">SESIZARE ORGANE DE URMĂRIRE PENALĂ (art. 356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și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art. 358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.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7): </w:t>
      </w:r>
    </w:p>
    <w:p w14:paraId="4048C043" w14:textId="77777777" w:rsidR="00BD2397" w:rsidRPr="0014264F" w:rsidRDefault="00B8640C">
      <w:pPr>
        <w:autoSpaceDE w:val="0"/>
        <w:autoSpaceDN w:val="0"/>
        <w:spacing w:after="0" w:line="224" w:lineRule="exact"/>
        <w:ind w:left="710" w:right="22"/>
        <w:jc w:val="both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Fapta constatată prezintă elementele unei infracţiuni la regimul autorizării conform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art. 356 alin. (1) lit. [ ] a) / [ ] b) / [ ] c)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din Legea nr. 169/2026 </w:t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>(lucrări neautorizate la monumente/zone protejate, continuarea lucrărilor după oprire/rupere de sigilii, fals în documentații)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. </w:t>
      </w:r>
    </w:p>
    <w:p w14:paraId="4204A18E" w14:textId="77777777" w:rsidR="00BD2397" w:rsidRPr="0014264F" w:rsidRDefault="00B8640C">
      <w:pPr>
        <w:autoSpaceDE w:val="0"/>
        <w:autoSpaceDN w:val="0"/>
        <w:spacing w:after="0" w:line="224" w:lineRule="exact"/>
        <w:ind w:left="710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În temeiul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art. 358 alin. (7)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, se dispune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OPRIREA TEMPORARĂ A EXECUTĂRII LUCRĂRILOR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și transmiterea de îndată a cauzei către organele de urmărire penală competente. </w:t>
      </w:r>
    </w:p>
    <w:p w14:paraId="46B6AEE9" w14:textId="77777777" w:rsidR="00BD2397" w:rsidRPr="0014264F" w:rsidRDefault="00B8640C">
      <w:pPr>
        <w:autoSpaceDE w:val="0"/>
        <w:autoSpaceDN w:val="0"/>
        <w:spacing w:after="0" w:line="194" w:lineRule="exact"/>
        <w:ind w:left="1408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CONTRAVENŢIE LA REGIMUL AUTORIZĂRII (art. 357): </w:t>
      </w:r>
    </w:p>
    <w:p w14:paraId="6960F0D1" w14:textId="77777777" w:rsidR="00BD2397" w:rsidRDefault="00B8640C">
      <w:pPr>
        <w:autoSpaceDE w:val="0"/>
        <w:autoSpaceDN w:val="0"/>
        <w:spacing w:after="0" w:line="224" w:lineRule="exact"/>
        <w:ind w:left="710"/>
      </w:pPr>
      <w:proofErr w:type="spellStart"/>
      <w:r>
        <w:rPr>
          <w:rFonts w:ascii="ArialMT" w:eastAsia="ArialMT" w:hAnsi="ArialMT"/>
          <w:color w:val="000000"/>
          <w:w w:val="102"/>
          <w:sz w:val="16"/>
        </w:rPr>
        <w:t>Fapta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constituie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contravenţie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conform </w:t>
      </w:r>
      <w:r>
        <w:rPr>
          <w:rFonts w:ascii="Arial" w:eastAsia="Arial" w:hAnsi="Arial"/>
          <w:b/>
          <w:color w:val="000000"/>
          <w:w w:val="102"/>
          <w:sz w:val="16"/>
        </w:rPr>
        <w:t xml:space="preserve">art. 357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. (1) lit. …… /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>. (2) lit. ……</w:t>
      </w:r>
      <w:r>
        <w:rPr>
          <w:rFonts w:ascii="ArialMT" w:eastAsia="ArialMT" w:hAnsi="ArialMT"/>
          <w:color w:val="000000"/>
          <w:w w:val="102"/>
          <w:sz w:val="16"/>
        </w:rPr>
        <w:t xml:space="preserve">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sancţionată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conform </w:t>
      </w:r>
      <w:r>
        <w:rPr>
          <w:rFonts w:ascii="Arial" w:eastAsia="Arial" w:hAnsi="Arial"/>
          <w:b/>
          <w:color w:val="000000"/>
          <w:w w:val="102"/>
          <w:sz w:val="16"/>
        </w:rPr>
        <w:t xml:space="preserve">art. 357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>. (4) lit. ……</w:t>
      </w:r>
      <w:r>
        <w:rPr>
          <w:rFonts w:ascii="ArialMT" w:eastAsia="ArialMT" w:hAnsi="ArialMT"/>
          <w:color w:val="000000"/>
          <w:w w:val="102"/>
          <w:sz w:val="16"/>
        </w:rPr>
        <w:t xml:space="preserve"> din Legea nr. 169/2026: </w:t>
      </w:r>
    </w:p>
    <w:p w14:paraId="47036967" w14:textId="77777777" w:rsidR="00BD2397" w:rsidRPr="00912339" w:rsidRDefault="00B8640C">
      <w:pPr>
        <w:autoSpaceDE w:val="0"/>
        <w:autoSpaceDN w:val="0"/>
        <w:spacing w:after="0" w:line="222" w:lineRule="exact"/>
        <w:ind w:left="1398"/>
        <w:rPr>
          <w:lang w:val="sv-SE"/>
        </w:rPr>
      </w:pPr>
      <w:proofErr w:type="gramStart"/>
      <w:r>
        <w:rPr>
          <w:rFonts w:ascii="ArialMT" w:eastAsia="ArialMT" w:hAnsi="ArialMT"/>
          <w:color w:val="000000"/>
          <w:w w:val="102"/>
          <w:sz w:val="16"/>
        </w:rPr>
        <w:t>[  ]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gramStart"/>
      <w:r>
        <w:rPr>
          <w:rFonts w:ascii="Arial" w:eastAsia="Arial" w:hAnsi="Arial"/>
          <w:b/>
          <w:color w:val="000000"/>
          <w:w w:val="102"/>
          <w:sz w:val="16"/>
        </w:rPr>
        <w:t>AVERTISMENT</w:t>
      </w:r>
      <w:r>
        <w:rPr>
          <w:rFonts w:ascii="Arial" w:eastAsia="Arial" w:hAnsi="Arial"/>
          <w:i/>
          <w:color w:val="000000"/>
          <w:w w:val="102"/>
          <w:sz w:val="16"/>
        </w:rPr>
        <w:t>(</w:t>
      </w:r>
      <w:proofErr w:type="gramEnd"/>
      <w:r>
        <w:rPr>
          <w:rFonts w:ascii="Arial" w:eastAsia="Arial" w:hAnsi="Arial"/>
          <w:i/>
          <w:color w:val="000000"/>
          <w:w w:val="102"/>
          <w:sz w:val="16"/>
        </w:rPr>
        <w:t xml:space="preserve">se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aplică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o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singură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dată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, la prima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abatere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, EXCLUSIV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pentru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lit. h, k, l, m, n, o, q, s, conform art. 357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.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6 și 8)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; </w:t>
      </w:r>
    </w:p>
    <w:p w14:paraId="68EF6856" w14:textId="77777777" w:rsidR="00BD2397" w:rsidRPr="00912339" w:rsidRDefault="00B8640C">
      <w:pPr>
        <w:autoSpaceDE w:val="0"/>
        <w:autoSpaceDN w:val="0"/>
        <w:spacing w:after="0" w:line="224" w:lineRule="exact"/>
        <w:ind w:left="1398"/>
        <w:rPr>
          <w:lang w:val="sv-S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[  ] </w:t>
      </w: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AMENDĂ CONTRAVENȚIONALĂ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în valoare de ………………………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(limite legale: de la …………… lei la …………… lei)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; </w:t>
      </w:r>
    </w:p>
    <w:p w14:paraId="438295DE" w14:textId="77777777" w:rsidR="00BD2397" w:rsidRDefault="00B8640C">
      <w:pPr>
        <w:autoSpaceDE w:val="0"/>
        <w:autoSpaceDN w:val="0"/>
        <w:spacing w:after="0" w:line="224" w:lineRule="exact"/>
        <w:ind w:left="1398"/>
      </w:pPr>
      <w:r w:rsidRPr="000C1C98">
        <w:rPr>
          <w:rFonts w:ascii="ArialMT" w:eastAsia="ArialMT" w:hAnsi="ArialMT"/>
          <w:color w:val="000000"/>
          <w:w w:val="102"/>
          <w:sz w:val="16"/>
          <w:lang w:val="pt-PT"/>
        </w:rPr>
        <w:t xml:space="preserve">[ ] </w:t>
      </w:r>
      <w:r w:rsidRPr="000C1C98">
        <w:rPr>
          <w:rFonts w:ascii="Arial" w:eastAsia="Arial" w:hAnsi="Arial"/>
          <w:b/>
          <w:color w:val="000000"/>
          <w:w w:val="102"/>
          <w:sz w:val="16"/>
          <w:lang w:val="pt-PT"/>
        </w:rPr>
        <w:t>AMENDĂ SUPLIMENTARĂ PENTRU REGIMUL DE ÎNĂLȚIME</w:t>
      </w:r>
      <w:r w:rsidRPr="000C1C98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(art. 357 alin. </w:t>
      </w:r>
      <w:r>
        <w:rPr>
          <w:rFonts w:ascii="Arial" w:eastAsia="Arial" w:hAnsi="Arial"/>
          <w:i/>
          <w:color w:val="000000"/>
          <w:w w:val="102"/>
          <w:sz w:val="16"/>
        </w:rPr>
        <w:t>5)</w:t>
      </w:r>
      <w:r>
        <w:rPr>
          <w:rFonts w:ascii="ArialMT" w:eastAsia="ArialMT" w:hAnsi="ArialMT"/>
          <w:color w:val="000000"/>
          <w:w w:val="102"/>
          <w:sz w:val="16"/>
        </w:rPr>
        <w:t xml:space="preserve">: ……………………… lei </w:t>
      </w:r>
      <w:r>
        <w:rPr>
          <w:rFonts w:ascii="Arial" w:eastAsia="Arial" w:hAnsi="Arial"/>
          <w:i/>
          <w:color w:val="000000"/>
          <w:w w:val="102"/>
          <w:sz w:val="16"/>
        </w:rPr>
        <w:t>(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câte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50.000 - 500.000 lei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pentru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fiecare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nivel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neautorizat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>)</w:t>
      </w:r>
      <w:r>
        <w:rPr>
          <w:rFonts w:ascii="ArialMT" w:eastAsia="ArialMT" w:hAnsi="ArialMT"/>
          <w:color w:val="000000"/>
          <w:w w:val="102"/>
          <w:sz w:val="16"/>
        </w:rPr>
        <w:t xml:space="preserve">. </w:t>
      </w:r>
    </w:p>
    <w:tbl>
      <w:tblPr>
        <w:tblW w:w="0" w:type="auto"/>
        <w:tblInd w:w="936" w:type="dxa"/>
        <w:tblLayout w:type="fixed"/>
        <w:tblLook w:val="04A0" w:firstRow="1" w:lastRow="0" w:firstColumn="1" w:lastColumn="0" w:noHBand="0" w:noVBand="1"/>
      </w:tblPr>
      <w:tblGrid>
        <w:gridCol w:w="3532"/>
        <w:gridCol w:w="2786"/>
        <w:gridCol w:w="2580"/>
      </w:tblGrid>
      <w:tr w:rsidR="00BD2397" w14:paraId="334ADA80" w14:textId="77777777">
        <w:trPr>
          <w:trHeight w:hRule="exact" w:val="448"/>
        </w:trPr>
        <w:tc>
          <w:tcPr>
            <w:tcW w:w="353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3BC2B56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Agent </w:t>
            </w: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constatator</w:t>
            </w:r>
            <w:proofErr w:type="spellEnd"/>
          </w:p>
        </w:tc>
        <w:tc>
          <w:tcPr>
            <w:tcW w:w="278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4D732DE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Contravenient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EC76A6E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Martor</w:t>
            </w:r>
            <w:proofErr w:type="spellEnd"/>
          </w:p>
        </w:tc>
      </w:tr>
      <w:tr w:rsidR="00BD2397" w14:paraId="24004159" w14:textId="77777777">
        <w:trPr>
          <w:trHeight w:hRule="exact" w:val="890"/>
        </w:trPr>
        <w:tc>
          <w:tcPr>
            <w:tcW w:w="353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9AD207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1C439E5" w14:textId="77777777" w:rsidR="00BD2397" w:rsidRDefault="00B8640C">
            <w:pPr>
              <w:autoSpaceDE w:val="0"/>
              <w:autoSpaceDN w:val="0"/>
              <w:spacing w:after="0" w:line="224" w:lineRule="exact"/>
              <w:ind w:left="432" w:right="432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FEDE1E7" w14:textId="77777777" w:rsidR="00BD2397" w:rsidRDefault="00B8640C">
            <w:pPr>
              <w:autoSpaceDE w:val="0"/>
              <w:autoSpaceDN w:val="0"/>
              <w:spacing w:after="0" w:line="224" w:lineRule="exact"/>
              <w:ind w:left="288" w:right="288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</w:tr>
    </w:tbl>
    <w:p w14:paraId="38D7B26C" w14:textId="77777777" w:rsidR="00BD2397" w:rsidRDefault="00B8640C">
      <w:pPr>
        <w:autoSpaceDE w:val="0"/>
        <w:autoSpaceDN w:val="0"/>
        <w:spacing w:after="0" w:line="198" w:lineRule="exact"/>
        <w:ind w:left="710"/>
      </w:pPr>
      <w:r>
        <w:rPr>
          <w:rFonts w:ascii="ArialMT" w:eastAsia="ArialMT" w:hAnsi="ArialMT"/>
          <w:color w:val="000000"/>
          <w:w w:val="102"/>
          <w:sz w:val="16"/>
        </w:rPr>
        <w:t xml:space="preserve">F_04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                                                      </w:t>
      </w:r>
      <w:proofErr w:type="spellStart"/>
      <w:r>
        <w:rPr>
          <w:rFonts w:ascii="TimesNewRomanPSMT" w:eastAsia="TimesNewRomanPSMT" w:hAnsi="TimesNewRomanPSMT"/>
          <w:color w:val="595959"/>
          <w:w w:val="102"/>
          <w:sz w:val="16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102"/>
          <w:sz w:val="16"/>
        </w:rPr>
        <w:t xml:space="preserve"> 1 din 3</w:t>
      </w:r>
    </w:p>
    <w:p w14:paraId="45E4B0D3" w14:textId="77777777" w:rsidR="00BD2397" w:rsidRDefault="00BD2397">
      <w:pPr>
        <w:spacing w:after="0"/>
        <w:sectPr w:rsidR="00BD2397">
          <w:pgSz w:w="11900" w:h="16840"/>
          <w:pgMar w:top="126" w:right="1202" w:bottom="340" w:left="564" w:header="720" w:footer="720" w:gutter="0"/>
          <w:cols w:space="708"/>
          <w:docGrid w:linePitch="360"/>
        </w:sectPr>
      </w:pPr>
    </w:p>
    <w:p w14:paraId="71607574" w14:textId="77777777" w:rsidR="00BD2397" w:rsidRDefault="00BD2397">
      <w:pPr>
        <w:autoSpaceDE w:val="0"/>
        <w:autoSpaceDN w:val="0"/>
        <w:spacing w:after="0" w:line="126" w:lineRule="exact"/>
      </w:pPr>
    </w:p>
    <w:p w14:paraId="1C86C513" w14:textId="77777777" w:rsidR="00BD2397" w:rsidRPr="0014264F" w:rsidRDefault="00B8640C">
      <w:pPr>
        <w:tabs>
          <w:tab w:val="left" w:pos="9838"/>
        </w:tabs>
        <w:autoSpaceDE w:val="0"/>
        <w:autoSpaceDN w:val="0"/>
        <w:spacing w:after="0" w:line="200" w:lineRule="exact"/>
        <w:ind w:left="1370"/>
        <w:rPr>
          <w:lang w:val="pt-PT"/>
        </w:rPr>
      </w:pPr>
      <w:r w:rsidRPr="0014264F">
        <w:rPr>
          <w:rFonts w:ascii="Arial" w:eastAsia="Arial" w:hAnsi="Arial"/>
          <w:color w:val="000000"/>
          <w:sz w:val="17"/>
          <w:lang w:val="pt-PT"/>
        </w:rPr>
        <w:t xml:space="preserve">MONITORUL OFICIAL AL ROMÂNIEI, PARTEA I, Nr. 711 bis/26.VIII.2026 </w:t>
      </w:r>
      <w:r w:rsidRPr="0014264F">
        <w:rPr>
          <w:lang w:val="pt-PT"/>
        </w:rPr>
        <w:tab/>
      </w:r>
      <w:r w:rsidRPr="0014264F">
        <w:rPr>
          <w:rFonts w:ascii="Arial" w:eastAsia="Arial" w:hAnsi="Arial"/>
          <w:color w:val="000000"/>
          <w:sz w:val="17"/>
          <w:lang w:val="pt-PT"/>
        </w:rPr>
        <w:t>59</w:t>
      </w:r>
    </w:p>
    <w:p w14:paraId="79432CF6" w14:textId="77777777" w:rsidR="00BD2397" w:rsidRDefault="00B8640C">
      <w:pPr>
        <w:autoSpaceDE w:val="0"/>
        <w:autoSpaceDN w:val="0"/>
        <w:spacing w:after="0" w:line="198" w:lineRule="exact"/>
      </w:pPr>
      <w:r>
        <w:rPr>
          <w:rFonts w:ascii="ArialMT" w:eastAsia="ArialMT" w:hAnsi="ArialMT"/>
          <w:color w:val="000000"/>
          <w:w w:val="102"/>
          <w:sz w:val="16"/>
        </w:rPr>
        <w:t xml:space="preserve">F_04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66"/>
        <w:gridCol w:w="1100"/>
        <w:gridCol w:w="460"/>
        <w:gridCol w:w="1120"/>
        <w:gridCol w:w="1320"/>
        <w:gridCol w:w="2080"/>
        <w:gridCol w:w="520"/>
        <w:gridCol w:w="540"/>
        <w:gridCol w:w="720"/>
        <w:gridCol w:w="600"/>
      </w:tblGrid>
      <w:tr w:rsidR="00BD2397" w14:paraId="389B2F9A" w14:textId="77777777">
        <w:trPr>
          <w:trHeight w:hRule="exact" w:val="270"/>
        </w:trPr>
        <w:tc>
          <w:tcPr>
            <w:tcW w:w="1266" w:type="dxa"/>
            <w:tcMar>
              <w:left w:w="0" w:type="dxa"/>
              <w:right w:w="0" w:type="dxa"/>
            </w:tcMar>
          </w:tcPr>
          <w:p w14:paraId="2120C903" w14:textId="77777777" w:rsidR="00BD2397" w:rsidRDefault="00B8640C">
            <w:pPr>
              <w:autoSpaceDE w:val="0"/>
              <w:autoSpaceDN w:val="0"/>
              <w:spacing w:after="0" w:line="194" w:lineRule="exact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VALOAREA 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01CC447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TOTALĂ </w:t>
            </w:r>
          </w:p>
        </w:tc>
        <w:tc>
          <w:tcPr>
            <w:tcW w:w="460" w:type="dxa"/>
            <w:tcMar>
              <w:left w:w="0" w:type="dxa"/>
              <w:right w:w="0" w:type="dxa"/>
            </w:tcMar>
          </w:tcPr>
          <w:p w14:paraId="146A806A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 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54CD226C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AMENZII 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14:paraId="5CAE77C1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APLICATE:</w:t>
            </w:r>
          </w:p>
        </w:tc>
        <w:tc>
          <w:tcPr>
            <w:tcW w:w="2080" w:type="dxa"/>
            <w:tcMar>
              <w:left w:w="0" w:type="dxa"/>
              <w:right w:w="0" w:type="dxa"/>
            </w:tcMar>
          </w:tcPr>
          <w:p w14:paraId="2C34FDE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……………………… 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14:paraId="07FC879E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lei 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14:paraId="7DEB7AEE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în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4DD8080D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cifre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600" w:type="dxa"/>
            <w:tcMar>
              <w:left w:w="0" w:type="dxa"/>
              <w:right w:w="0" w:type="dxa"/>
            </w:tcMar>
          </w:tcPr>
          <w:p w14:paraId="73B9C3D8" w14:textId="77777777" w:rsidR="00BD2397" w:rsidRDefault="00B8640C">
            <w:pPr>
              <w:autoSpaceDE w:val="0"/>
              <w:autoSpaceDN w:val="0"/>
              <w:spacing w:after="0" w:line="194" w:lineRule="exact"/>
              <w:ind w:right="322"/>
              <w:jc w:val="right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/ </w:t>
            </w:r>
          </w:p>
        </w:tc>
      </w:tr>
    </w:tbl>
    <w:p w14:paraId="347E03C8" w14:textId="77777777" w:rsidR="00BD2397" w:rsidRDefault="00B8640C">
      <w:pPr>
        <w:autoSpaceDE w:val="0"/>
        <w:autoSpaceDN w:val="0"/>
        <w:spacing w:after="0" w:line="194" w:lineRule="exact"/>
      </w:pPr>
      <w:r>
        <w:rPr>
          <w:rFonts w:ascii="ArialMT" w:eastAsia="ArialMT" w:hAnsi="ArialMT"/>
          <w:color w:val="000000"/>
          <w:w w:val="102"/>
          <w:sz w:val="16"/>
        </w:rPr>
        <w:t xml:space="preserve">…………………………………………………………………… lei </w:t>
      </w:r>
      <w:r>
        <w:rPr>
          <w:rFonts w:ascii="Arial" w:eastAsia="Arial" w:hAnsi="Arial"/>
          <w:i/>
          <w:color w:val="000000"/>
          <w:w w:val="102"/>
          <w:sz w:val="16"/>
        </w:rPr>
        <w:t>(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în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litere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) </w:t>
      </w:r>
    </w:p>
    <w:p w14:paraId="6163EB84" w14:textId="77777777" w:rsidR="00BD2397" w:rsidRPr="0014264F" w:rsidRDefault="00B8640C">
      <w:pPr>
        <w:autoSpaceDE w:val="0"/>
        <w:autoSpaceDN w:val="0"/>
        <w:spacing w:after="0" w:line="224" w:lineRule="exact"/>
        <w:ind w:right="576"/>
        <w:rPr>
          <w:lang w:val="pt-PT"/>
        </w:rPr>
      </w:pPr>
      <w:r>
        <w:rPr>
          <w:rFonts w:ascii="Arial" w:eastAsia="Arial" w:hAnsi="Arial"/>
          <w:b/>
          <w:color w:val="000000"/>
          <w:w w:val="102"/>
          <w:sz w:val="16"/>
        </w:rPr>
        <w:t xml:space="preserve">3. PERSOANA RĂSPUNZĂTOARE (art. 357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. 3): </w:t>
      </w:r>
      <w:r>
        <w:br/>
      </w:r>
      <w:r>
        <w:rPr>
          <w:rFonts w:ascii="Arial" w:eastAsia="Arial" w:hAnsi="Arial"/>
          <w:b/>
          <w:color w:val="000000"/>
          <w:w w:val="102"/>
          <w:sz w:val="16"/>
        </w:rPr>
        <w:t xml:space="preserve">a)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Persoană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fizică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>:</w:t>
      </w:r>
      <w:r>
        <w:rPr>
          <w:rFonts w:ascii="ArialMT" w:eastAsia="ArialMT" w:hAnsi="ArialMT"/>
          <w:color w:val="000000"/>
          <w:w w:val="102"/>
          <w:sz w:val="16"/>
        </w:rPr>
        <w:t xml:space="preserve"> dl (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dna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.), ………........……...….............., cu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domiciliul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în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......…................….......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, str. ………………….…….…, nr. …., bl. …., sc. …., et. …., ap. ….,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judeţul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...........................…...,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sectorul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.....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, C.N.P. |_|_|_|_|_|_|_|_|_|_|_|_|_|,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posesor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(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posesoare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>) al/a C.I./C.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E.I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>/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paşaportului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seria 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…... nr. 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………..........…,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eliberat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(ă) de ............................................... la data de ….......…………....…,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tichet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de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înscriere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a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contravenţiilor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seria ……... nr. ………... 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(pentru cetăţeni străini), în calitate de </w:t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>(investitor / executant / beneficiar / etc.)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.........................................................................;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b) Persoană juridică: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………………………………………....………., înmatriculată la Registrul Comerţului cu nr. ..….......…..….…., C.U.I./C.I.F. nr. ……...…….…….., cu sediul în ..........………..................................…..., str. ……………..………….…......…………………………, nr. ….…., bl. ….…., sc. ….…., et. ….…., ap. ….…., judeţul ..................................., sectorul .…, reprezentată de dl (dna.) …………………........……...….............., în calitate de/având funcţia de .....…………...……...………………, C.N.P. |_|_|_|_|_|_|_|_|_|_|_|_|_|, posesor (posesoare) al/a C.I./paşaportului seria ……. nr. ..….........…, eliberat(ă) de …..…………………………....... la data de </w:t>
      </w:r>
    </w:p>
    <w:p w14:paraId="514F1B51" w14:textId="77777777" w:rsidR="00BD2397" w:rsidRPr="0014264F" w:rsidRDefault="00B8640C">
      <w:pPr>
        <w:autoSpaceDE w:val="0"/>
        <w:autoSpaceDN w:val="0"/>
        <w:spacing w:after="0" w:line="196" w:lineRule="exact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4. MARTOR: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Subsemnatul(a), ……………………...……, posesor al C.I./C.E.I/pașaportului seria …... nr.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86"/>
        <w:gridCol w:w="1000"/>
        <w:gridCol w:w="560"/>
        <w:gridCol w:w="1680"/>
        <w:gridCol w:w="500"/>
        <w:gridCol w:w="740"/>
        <w:gridCol w:w="580"/>
        <w:gridCol w:w="1620"/>
        <w:gridCol w:w="1160"/>
        <w:gridCol w:w="700"/>
      </w:tblGrid>
      <w:tr w:rsidR="00BD2397" w14:paraId="06714402" w14:textId="77777777">
        <w:trPr>
          <w:trHeight w:hRule="exact" w:val="222"/>
        </w:trPr>
        <w:tc>
          <w:tcPr>
            <w:tcW w:w="1186" w:type="dxa"/>
            <w:tcMar>
              <w:left w:w="0" w:type="dxa"/>
              <w:right w:w="0" w:type="dxa"/>
            </w:tcMar>
          </w:tcPr>
          <w:p w14:paraId="62D7CFA3" w14:textId="77777777" w:rsidR="00BD2397" w:rsidRDefault="00B8640C">
            <w:pPr>
              <w:autoSpaceDE w:val="0"/>
              <w:autoSpaceDN w:val="0"/>
              <w:spacing w:after="0" w:line="194" w:lineRule="exact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………....… 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0C45788F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eliberat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</w:tcPr>
          <w:p w14:paraId="602EBF58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de 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</w:tcPr>
          <w:p w14:paraId="7C6F720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..………………. </w:t>
            </w:r>
          </w:p>
        </w:tc>
        <w:tc>
          <w:tcPr>
            <w:tcW w:w="500" w:type="dxa"/>
            <w:tcMar>
              <w:left w:w="0" w:type="dxa"/>
              <w:right w:w="0" w:type="dxa"/>
            </w:tcMar>
          </w:tcPr>
          <w:p w14:paraId="5A7749D1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la 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2D57C2C0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data </w:t>
            </w:r>
          </w:p>
        </w:tc>
        <w:tc>
          <w:tcPr>
            <w:tcW w:w="580" w:type="dxa"/>
            <w:tcMar>
              <w:left w:w="0" w:type="dxa"/>
              <w:right w:w="0" w:type="dxa"/>
            </w:tcMar>
          </w:tcPr>
          <w:p w14:paraId="1AD701D7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de 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456E5086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………………., 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34140018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domiciliat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700" w:type="dxa"/>
            <w:tcMar>
              <w:left w:w="0" w:type="dxa"/>
              <w:right w:w="0" w:type="dxa"/>
            </w:tcMar>
          </w:tcPr>
          <w:p w14:paraId="7E546345" w14:textId="77777777" w:rsidR="00BD2397" w:rsidRDefault="00B8640C">
            <w:pPr>
              <w:autoSpaceDE w:val="0"/>
              <w:autoSpaceDN w:val="0"/>
              <w:spacing w:after="0" w:line="194" w:lineRule="exact"/>
              <w:ind w:left="160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în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</w:tr>
    </w:tbl>
    <w:p w14:paraId="424AB09B" w14:textId="77777777" w:rsidR="00BD2397" w:rsidRDefault="00B8640C">
      <w:pPr>
        <w:autoSpaceDE w:val="0"/>
        <w:autoSpaceDN w:val="0"/>
        <w:spacing w:after="0" w:line="218" w:lineRule="exact"/>
        <w:ind w:right="678"/>
        <w:jc w:val="both"/>
      </w:pPr>
      <w:r>
        <w:rPr>
          <w:rFonts w:ascii="ArialMT" w:eastAsia="ArialMT" w:hAnsi="ArialMT"/>
          <w:color w:val="000000"/>
          <w:w w:val="102"/>
          <w:sz w:val="16"/>
        </w:rPr>
        <w:t>…………………………………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…, C.N.P. |_|_|_|_|_|_|_|_|_|_|_|_|_|,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în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calitate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de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martor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declar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numitul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……………………….…………………………….........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nu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este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de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faţă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/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refuză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/ nu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poate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semneze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procesul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-verbal. </w:t>
      </w:r>
    </w:p>
    <w:p w14:paraId="466606C5" w14:textId="77777777" w:rsidR="00BD2397" w:rsidRPr="0014264F" w:rsidRDefault="00B8640C">
      <w:pPr>
        <w:tabs>
          <w:tab w:val="left" w:pos="8974"/>
        </w:tabs>
        <w:autoSpaceDE w:val="0"/>
        <w:autoSpaceDN w:val="0"/>
        <w:spacing w:after="0" w:line="224" w:lineRule="exact"/>
        <w:ind w:right="576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5.a) Alte menţiuni ale organului constatator I.S.C.:</w:t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(lipsă contravenient, refuz de semnare, motivare lipsă martor </w:t>
      </w:r>
      <w:r w:rsidRPr="0014264F">
        <w:rPr>
          <w:lang w:val="pt-PT"/>
        </w:rPr>
        <w:tab/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>etc.)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……………………………………………………………………………………………………………………………………………………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b) Obiecţiuni ale contravenientului: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.....…………….…………………………………………………………. ………………………………………………………………………………………………………………………………………………………………………………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6. REZOLUŢIE DE APLICARE A SANCŢIUNILOR ŞI MĂSURILOR OBLIGATORII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(În temeiul art. 357 și art. 358 din Legea nr. 169/2026) </w:t>
      </w:r>
    </w:p>
    <w:p w14:paraId="531E92F3" w14:textId="77777777" w:rsidR="00BD2397" w:rsidRPr="0014264F" w:rsidRDefault="00B8640C">
      <w:pPr>
        <w:autoSpaceDE w:val="0"/>
        <w:autoSpaceDN w:val="0"/>
        <w:spacing w:after="0" w:line="196" w:lineRule="exact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Se aplică contravenientului sancțiunea: 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AVERTISMENT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/ 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AMENDĂ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în valoare totală de ........…...... lei. </w:t>
      </w:r>
    </w:p>
    <w:p w14:paraId="56F856E2" w14:textId="77777777" w:rsidR="00BD2397" w:rsidRPr="0014264F" w:rsidRDefault="00B8640C">
      <w:pPr>
        <w:tabs>
          <w:tab w:val="left" w:pos="350"/>
          <w:tab w:val="left" w:pos="698"/>
        </w:tabs>
        <w:autoSpaceDE w:val="0"/>
        <w:autoSpaceDN w:val="0"/>
        <w:spacing w:after="0" w:line="224" w:lineRule="exact"/>
        <w:ind w:right="576"/>
        <w:rPr>
          <w:lang w:val="pt-PT"/>
        </w:rPr>
      </w:pPr>
      <w:r>
        <w:rPr>
          <w:rFonts w:ascii="Arial" w:eastAsia="Arial" w:hAnsi="Arial"/>
          <w:b/>
          <w:color w:val="000000"/>
          <w:w w:val="102"/>
          <w:sz w:val="16"/>
        </w:rPr>
        <w:t xml:space="preserve">MĂSURI OBLIGATORII DISPUSE DE I.S.C. (art. 358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.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1 din Legea nr. 169/2026): </w:t>
      </w:r>
      <w:r w:rsidRPr="0014264F">
        <w:rPr>
          <w:lang w:val="pt-PT"/>
        </w:rPr>
        <w:br/>
      </w:r>
      <w:r w:rsidRPr="0014264F">
        <w:rPr>
          <w:lang w:val="pt-PT"/>
        </w:rPr>
        <w:tab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1. 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OPRIREA IMEDIATĂ A EXECUTĂRII LUCRĂRILOR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de construire / desființare / intervenție; </w:t>
      </w:r>
      <w:r w:rsidRPr="0014264F">
        <w:rPr>
          <w:lang w:val="pt-PT"/>
        </w:rPr>
        <w:tab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2. 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Încadrarea lucrărilor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în prevederile autorizaţiei de construire sau ale proiectului notificat (art. 358 </w:t>
      </w:r>
      <w:r w:rsidRPr="0014264F">
        <w:rPr>
          <w:lang w:val="pt-PT"/>
        </w:rPr>
        <w:tab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alin. 1 lit. a); </w:t>
      </w:r>
      <w:r w:rsidRPr="0014264F">
        <w:rPr>
          <w:lang w:val="pt-PT"/>
        </w:rPr>
        <w:br/>
      </w:r>
      <w:r w:rsidRPr="0014264F">
        <w:rPr>
          <w:lang w:val="pt-PT"/>
        </w:rPr>
        <w:tab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3. 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Obţinerea autorizaţiei de regularizare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pentru lucrările executate fără autorizaţie, în condiţiile art. </w:t>
      </w:r>
    </w:p>
    <w:p w14:paraId="1029F771" w14:textId="77777777" w:rsidR="00BD2397" w:rsidRDefault="00B8640C">
      <w:pPr>
        <w:tabs>
          <w:tab w:val="left" w:pos="698"/>
        </w:tabs>
        <w:autoSpaceDE w:val="0"/>
        <w:autoSpaceDN w:val="0"/>
        <w:spacing w:after="0" w:line="224" w:lineRule="exact"/>
        <w:ind w:left="350" w:right="576"/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301, dacă acestea se încadrează în reglementările urbanistice şi respectă cerinţele fundamentale de calitate (art. 358 alin. 1 lit. b); </w:t>
      </w:r>
      <w:r w:rsidRPr="0014264F">
        <w:rPr>
          <w:lang w:val="pt-PT"/>
        </w:rPr>
        <w:br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4. [ ]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Desfiinţarea lucrărilor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executate fără autorizaţie / fără respectarea procedurii notificării / fără respectarea proiectului şi aducerea terenului/construcției la starea inițială (art. 358 alin. </w:t>
      </w:r>
      <w:r>
        <w:rPr>
          <w:rFonts w:ascii="ArialMT" w:eastAsia="ArialMT" w:hAnsi="ArialMT"/>
          <w:color w:val="000000"/>
          <w:w w:val="102"/>
          <w:sz w:val="16"/>
        </w:rPr>
        <w:t xml:space="preserve">1 lit. c/d); 5. 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[ ]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Aducerea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terenului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la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starea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inițială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/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curățarea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și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degajarea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amplasamentului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(art. 357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alin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. 1 lit. f/g). </w:t>
      </w:r>
    </w:p>
    <w:p w14:paraId="35066DA3" w14:textId="77777777" w:rsidR="00BD2397" w:rsidRPr="0014264F" w:rsidRDefault="00B8640C">
      <w:pPr>
        <w:autoSpaceDE w:val="0"/>
        <w:autoSpaceDN w:val="0"/>
        <w:spacing w:after="0" w:line="194" w:lineRule="exact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TERMEN LIMITĂ DE REALIZARE A MĂSURILOR: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până la data de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………………………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. </w:t>
      </w:r>
    </w:p>
    <w:tbl>
      <w:tblPr>
        <w:tblW w:w="0" w:type="auto"/>
        <w:tblInd w:w="225" w:type="dxa"/>
        <w:tblLayout w:type="fixed"/>
        <w:tblLook w:val="04A0" w:firstRow="1" w:lastRow="0" w:firstColumn="1" w:lastColumn="0" w:noHBand="0" w:noVBand="1"/>
      </w:tblPr>
      <w:tblGrid>
        <w:gridCol w:w="3532"/>
        <w:gridCol w:w="2786"/>
        <w:gridCol w:w="2580"/>
      </w:tblGrid>
      <w:tr w:rsidR="00BD2397" w14:paraId="279CDB40" w14:textId="77777777">
        <w:trPr>
          <w:trHeight w:hRule="exact" w:val="448"/>
        </w:trPr>
        <w:tc>
          <w:tcPr>
            <w:tcW w:w="353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2A8D9E9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Agent </w:t>
            </w: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constatator</w:t>
            </w:r>
            <w:proofErr w:type="spellEnd"/>
          </w:p>
        </w:tc>
        <w:tc>
          <w:tcPr>
            <w:tcW w:w="278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2BC955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Contravenient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7BAE2D6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Martor</w:t>
            </w:r>
            <w:proofErr w:type="spellEnd"/>
          </w:p>
        </w:tc>
      </w:tr>
      <w:tr w:rsidR="00BD2397" w14:paraId="78E97CDB" w14:textId="77777777">
        <w:trPr>
          <w:trHeight w:hRule="exact" w:val="890"/>
        </w:trPr>
        <w:tc>
          <w:tcPr>
            <w:tcW w:w="353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793DFDF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F003BA4" w14:textId="77777777" w:rsidR="00BD2397" w:rsidRDefault="00B8640C">
            <w:pPr>
              <w:autoSpaceDE w:val="0"/>
              <w:autoSpaceDN w:val="0"/>
              <w:spacing w:after="0" w:line="224" w:lineRule="exact"/>
              <w:ind w:left="432" w:right="432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6FCBCF3" w14:textId="77777777" w:rsidR="00BD2397" w:rsidRDefault="00B8640C">
            <w:pPr>
              <w:autoSpaceDE w:val="0"/>
              <w:autoSpaceDN w:val="0"/>
              <w:spacing w:after="0" w:line="224" w:lineRule="exact"/>
              <w:ind w:left="288" w:right="288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</w:tr>
    </w:tbl>
    <w:p w14:paraId="3067E1CF" w14:textId="77777777" w:rsidR="00BD2397" w:rsidRDefault="00B8640C">
      <w:pPr>
        <w:autoSpaceDE w:val="0"/>
        <w:autoSpaceDN w:val="0"/>
        <w:spacing w:after="0" w:line="198" w:lineRule="exact"/>
      </w:pPr>
      <w:r>
        <w:rPr>
          <w:rFonts w:ascii="ArialMT" w:eastAsia="ArialMT" w:hAnsi="ArialMT"/>
          <w:color w:val="000000"/>
          <w:w w:val="102"/>
          <w:sz w:val="16"/>
        </w:rPr>
        <w:t xml:space="preserve">F_04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                                                      </w:t>
      </w:r>
      <w:proofErr w:type="spellStart"/>
      <w:r>
        <w:rPr>
          <w:rFonts w:ascii="TimesNewRomanPSMT" w:eastAsia="TimesNewRomanPSMT" w:hAnsi="TimesNewRomanPSMT"/>
          <w:color w:val="595959"/>
          <w:w w:val="102"/>
          <w:sz w:val="16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102"/>
          <w:sz w:val="16"/>
        </w:rPr>
        <w:t xml:space="preserve"> 2 din 3</w:t>
      </w:r>
    </w:p>
    <w:p w14:paraId="1C4E8C9B" w14:textId="77777777" w:rsidR="00BD2397" w:rsidRDefault="00BD2397">
      <w:pPr>
        <w:spacing w:after="0"/>
        <w:sectPr w:rsidR="00BD2397">
          <w:pgSz w:w="11900" w:h="16840"/>
          <w:pgMar w:top="126" w:right="546" w:bottom="340" w:left="1274" w:header="720" w:footer="720" w:gutter="0"/>
          <w:cols w:space="708"/>
          <w:docGrid w:linePitch="360"/>
        </w:sectPr>
      </w:pPr>
    </w:p>
    <w:p w14:paraId="0C74D7F3" w14:textId="77777777" w:rsidR="00BD2397" w:rsidRDefault="00BD2397">
      <w:pPr>
        <w:autoSpaceDE w:val="0"/>
        <w:autoSpaceDN w:val="0"/>
        <w:spacing w:after="0" w:line="126" w:lineRule="exact"/>
      </w:pPr>
    </w:p>
    <w:p w14:paraId="798D3D3F" w14:textId="77777777" w:rsidR="00BD2397" w:rsidRPr="0014264F" w:rsidRDefault="00B8640C">
      <w:pPr>
        <w:tabs>
          <w:tab w:val="left" w:pos="2080"/>
        </w:tabs>
        <w:autoSpaceDE w:val="0"/>
        <w:autoSpaceDN w:val="0"/>
        <w:spacing w:after="0" w:line="200" w:lineRule="exact"/>
        <w:rPr>
          <w:rFonts w:ascii="Arial" w:eastAsia="Arial" w:hAnsi="Arial"/>
          <w:color w:val="000000"/>
          <w:sz w:val="17"/>
          <w:lang w:val="pt-PT"/>
        </w:rPr>
      </w:pPr>
      <w:r w:rsidRPr="0014264F">
        <w:rPr>
          <w:rFonts w:ascii="Arial" w:eastAsia="Arial" w:hAnsi="Arial"/>
          <w:color w:val="000000"/>
          <w:sz w:val="17"/>
          <w:lang w:val="pt-PT"/>
        </w:rPr>
        <w:t xml:space="preserve"> </w:t>
      </w:r>
      <w:r w:rsidR="00CE6227" w:rsidRPr="0014264F">
        <w:rPr>
          <w:rFonts w:ascii="Arial" w:eastAsia="Arial" w:hAnsi="Arial"/>
          <w:color w:val="000000"/>
          <w:sz w:val="17"/>
          <w:lang w:val="pt-PT"/>
        </w:rPr>
        <w:t xml:space="preserve">         </w:t>
      </w:r>
      <w:r w:rsidRPr="0014264F">
        <w:rPr>
          <w:rFonts w:ascii="Arial" w:eastAsia="Arial" w:hAnsi="Arial"/>
          <w:color w:val="000000"/>
          <w:sz w:val="17"/>
          <w:lang w:val="pt-PT"/>
        </w:rPr>
        <w:t>MONITORUL OFICIAL AL ROMÂNIEI, PARTEA I, Nr. 711 bis/26.VIII.2026</w:t>
      </w:r>
      <w:r w:rsidR="00CE6227" w:rsidRPr="0014264F">
        <w:rPr>
          <w:rFonts w:ascii="Arial" w:eastAsia="Arial" w:hAnsi="Arial"/>
          <w:color w:val="000000"/>
          <w:sz w:val="17"/>
          <w:lang w:val="pt-PT"/>
        </w:rPr>
        <w:t xml:space="preserve">                                                                                60</w:t>
      </w:r>
    </w:p>
    <w:p w14:paraId="3A738E07" w14:textId="77777777" w:rsidR="00CE6227" w:rsidRPr="0014264F" w:rsidRDefault="00CE6227">
      <w:pPr>
        <w:tabs>
          <w:tab w:val="left" w:pos="2080"/>
        </w:tabs>
        <w:autoSpaceDE w:val="0"/>
        <w:autoSpaceDN w:val="0"/>
        <w:spacing w:after="0" w:line="200" w:lineRule="exact"/>
        <w:rPr>
          <w:lang w:val="pt-PT"/>
        </w:rPr>
      </w:pPr>
    </w:p>
    <w:p w14:paraId="7E1C6AFF" w14:textId="77777777" w:rsidR="00BD2397" w:rsidRDefault="00B8640C">
      <w:pPr>
        <w:autoSpaceDE w:val="0"/>
        <w:autoSpaceDN w:val="0"/>
        <w:spacing w:after="0" w:line="198" w:lineRule="exact"/>
        <w:ind w:left="710"/>
      </w:pPr>
      <w:r>
        <w:rPr>
          <w:rFonts w:ascii="ArialMT" w:eastAsia="ArialMT" w:hAnsi="ArialMT"/>
          <w:color w:val="000000"/>
          <w:w w:val="102"/>
          <w:sz w:val="16"/>
        </w:rPr>
        <w:t xml:space="preserve">F_04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</w:t>
      </w:r>
    </w:p>
    <w:p w14:paraId="2341AB47" w14:textId="77777777" w:rsidR="00BD2397" w:rsidRPr="00912339" w:rsidRDefault="00B8640C">
      <w:pPr>
        <w:autoSpaceDE w:val="0"/>
        <w:autoSpaceDN w:val="0"/>
        <w:spacing w:after="0" w:line="224" w:lineRule="exact"/>
        <w:ind w:left="710" w:right="22"/>
        <w:jc w:val="both"/>
        <w:rPr>
          <w:lang w:val="de-D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de-DE"/>
        </w:rPr>
        <w:t xml:space="preserve">Punerea în întârziere (art. 357 alin. 10 și art. 358 alin. 3): În cazul neconformării la măsurile dispuse prin prezentul proces-verbal în termenul stabilit, I.S.C. / autoritățile administrației publice competente vor sesiza instanțele judecătorești / de contencios administrativ în vederea demolării/desființării lucrărilor realizate nelegal sau încadrării acestora în autorizație, pe cheltuiala persoanelor vinovate. </w:t>
      </w:r>
    </w:p>
    <w:p w14:paraId="29549956" w14:textId="77777777" w:rsidR="00BD2397" w:rsidRPr="00912339" w:rsidRDefault="00B8640C">
      <w:pPr>
        <w:autoSpaceDE w:val="0"/>
        <w:autoSpaceDN w:val="0"/>
        <w:spacing w:after="0" w:line="194" w:lineRule="exact"/>
        <w:ind w:left="710"/>
        <w:rPr>
          <w:lang w:val="de-D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de-DE"/>
        </w:rPr>
        <w:t xml:space="preserve">7. ÎNŞTIINŢARE DE PLATĂ </w:t>
      </w:r>
    </w:p>
    <w:p w14:paraId="2D8B4A37" w14:textId="77777777" w:rsidR="00BD2397" w:rsidRPr="00912339" w:rsidRDefault="00B8640C">
      <w:pPr>
        <w:autoSpaceDE w:val="0"/>
        <w:autoSpaceDN w:val="0"/>
        <w:spacing w:after="0" w:line="196" w:lineRule="exact"/>
        <w:ind w:left="710"/>
        <w:rPr>
          <w:lang w:val="de-D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de-DE"/>
        </w:rPr>
        <w:t xml:space="preserve">Contravenientul va achita suma totală de ........................ lei (valoarea integrală a amenzii aplicate). </w:t>
      </w:r>
    </w:p>
    <w:p w14:paraId="53AAEEE1" w14:textId="77777777" w:rsidR="00BD2397" w:rsidRPr="00912339" w:rsidRDefault="00B8640C">
      <w:pPr>
        <w:autoSpaceDE w:val="0"/>
        <w:autoSpaceDN w:val="0"/>
        <w:spacing w:after="0" w:line="224" w:lineRule="exact"/>
        <w:ind w:left="710" w:right="20"/>
        <w:jc w:val="both"/>
        <w:rPr>
          <w:lang w:val="de-D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de-DE"/>
        </w:rPr>
        <w:t xml:space="preserve">Pentru situațiile specific prevăzute la art. 144 alin  (1) din Legea 169/2026, contravenientul are posibilitatea ca, în termen de 15 zile de la data înmânării sau comunicării procesului-verbal, să achite jumătate din minimul amenzii prevăzute în procesul verbal , potrivit prevederilor legale aplicabile, adică suma totală de ........................ lei, în caz contrar contravenientul va achita  valoarea integrală a amenzii aplicate. </w:t>
      </w:r>
    </w:p>
    <w:p w14:paraId="5F9B11D7" w14:textId="77777777" w:rsidR="00BD2397" w:rsidRPr="00912339" w:rsidRDefault="00B8640C">
      <w:pPr>
        <w:autoSpaceDE w:val="0"/>
        <w:autoSpaceDN w:val="0"/>
        <w:spacing w:after="0" w:line="224" w:lineRule="exact"/>
        <w:ind w:left="710" w:right="22"/>
        <w:jc w:val="both"/>
        <w:rPr>
          <w:lang w:val="de-D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de-DE"/>
        </w:rPr>
        <w:t xml:space="preserve">a) Locul și modalitatea de plată: Sumele provenite din amenzile aplicate persoanei fizice se fac venit integral la bugetul local al unităţii/subdiviziunii administrativ-teritoriale în care contravenientul îşi are domiciliul/Sumele provenite din amenzile aplicate persoanei juridice se fac venit integral la bugetul de stat în care contravenientul îşi are domiciliul sau sediul, după caz. </w:t>
      </w:r>
    </w:p>
    <w:p w14:paraId="5B0858B8" w14:textId="77777777" w:rsidR="00BD2397" w:rsidRPr="0014264F" w:rsidRDefault="00B8640C">
      <w:pPr>
        <w:autoSpaceDE w:val="0"/>
        <w:autoSpaceDN w:val="0"/>
        <w:spacing w:after="0" w:line="222" w:lineRule="exact"/>
        <w:ind w:left="710" w:right="24"/>
        <w:jc w:val="both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Amenzile care se cuvin bugetului de stat/local pot fi achitate, prin mijloace de plată online, în conturile dedicate. O copie de pe chitanţă se predă de către contravenient agentului constatator sau se transmite prin poştă sau electronic, prin e-mail, organului din care acesta face parte </w:t>
      </w:r>
    </w:p>
    <w:p w14:paraId="6A406F18" w14:textId="77777777" w:rsidR="00BD2397" w:rsidRPr="0014264F" w:rsidRDefault="00B8640C">
      <w:pPr>
        <w:autoSpaceDE w:val="0"/>
        <w:autoSpaceDN w:val="0"/>
        <w:spacing w:after="0" w:line="224" w:lineRule="exact"/>
        <w:ind w:left="710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b) Dovada plății: Contravenientul are obligaţia de a transmite copia dovezii de plată în termen de 15 zile de la înmânării/comunicării pezentului proces-verbal, la sediul I.J.C ............................/I.C.M.B., situat în </w:t>
      </w:r>
    </w:p>
    <w:tbl>
      <w:tblPr>
        <w:tblW w:w="0" w:type="auto"/>
        <w:tblInd w:w="336" w:type="dxa"/>
        <w:tblLayout w:type="fixed"/>
        <w:tblLook w:val="04A0" w:firstRow="1" w:lastRow="0" w:firstColumn="1" w:lastColumn="0" w:noHBand="0" w:noVBand="1"/>
      </w:tblPr>
      <w:tblGrid>
        <w:gridCol w:w="2380"/>
        <w:gridCol w:w="620"/>
        <w:gridCol w:w="2100"/>
        <w:gridCol w:w="600"/>
        <w:gridCol w:w="700"/>
        <w:gridCol w:w="1140"/>
        <w:gridCol w:w="1440"/>
        <w:gridCol w:w="800"/>
      </w:tblGrid>
      <w:tr w:rsidR="00BD2397" w14:paraId="11774C15" w14:textId="77777777">
        <w:trPr>
          <w:trHeight w:hRule="exact" w:val="222"/>
        </w:trPr>
        <w:tc>
          <w:tcPr>
            <w:tcW w:w="2380" w:type="dxa"/>
            <w:tcMar>
              <w:left w:w="0" w:type="dxa"/>
              <w:right w:w="0" w:type="dxa"/>
            </w:tcMar>
          </w:tcPr>
          <w:p w14:paraId="44F2ED45" w14:textId="77777777" w:rsidR="00BD2397" w:rsidRDefault="00B8640C">
            <w:pPr>
              <w:autoSpaceDE w:val="0"/>
              <w:autoSpaceDN w:val="0"/>
              <w:spacing w:after="0" w:line="194" w:lineRule="exact"/>
              <w:ind w:left="374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………………………, 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36854C14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str. </w:t>
            </w:r>
          </w:p>
        </w:tc>
        <w:tc>
          <w:tcPr>
            <w:tcW w:w="2100" w:type="dxa"/>
            <w:tcMar>
              <w:left w:w="0" w:type="dxa"/>
              <w:right w:w="0" w:type="dxa"/>
            </w:tcMar>
          </w:tcPr>
          <w:p w14:paraId="32C47734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……………………… </w:t>
            </w:r>
          </w:p>
        </w:tc>
        <w:tc>
          <w:tcPr>
            <w:tcW w:w="600" w:type="dxa"/>
            <w:tcMar>
              <w:left w:w="0" w:type="dxa"/>
              <w:right w:w="0" w:type="dxa"/>
            </w:tcMar>
          </w:tcPr>
          <w:p w14:paraId="361DDADC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nr. </w:t>
            </w:r>
          </w:p>
        </w:tc>
        <w:tc>
          <w:tcPr>
            <w:tcW w:w="700" w:type="dxa"/>
            <w:tcMar>
              <w:left w:w="0" w:type="dxa"/>
              <w:right w:w="0" w:type="dxa"/>
            </w:tcMar>
          </w:tcPr>
          <w:p w14:paraId="32620303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….., 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14:paraId="751A62C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proofErr w:type="gram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jud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./</w:t>
            </w:r>
            <w:proofErr w:type="gram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sect. 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04D5513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……………., 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01C58476" w14:textId="77777777" w:rsidR="00BD2397" w:rsidRDefault="00B8640C">
            <w:pPr>
              <w:autoSpaceDE w:val="0"/>
              <w:autoSpaceDN w:val="0"/>
              <w:spacing w:after="0" w:line="194" w:lineRule="exact"/>
              <w:ind w:left="160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e-mail: </w:t>
            </w:r>
          </w:p>
        </w:tc>
      </w:tr>
    </w:tbl>
    <w:p w14:paraId="28AE715D" w14:textId="77777777" w:rsidR="00BD2397" w:rsidRDefault="00B8640C">
      <w:pPr>
        <w:autoSpaceDE w:val="0"/>
        <w:autoSpaceDN w:val="0"/>
        <w:spacing w:after="0" w:line="194" w:lineRule="exact"/>
        <w:ind w:left="710"/>
      </w:pPr>
      <w:r>
        <w:rPr>
          <w:rFonts w:ascii="ArialMT" w:eastAsia="ArialMT" w:hAnsi="ArialMT"/>
          <w:color w:val="000000"/>
          <w:w w:val="102"/>
          <w:sz w:val="16"/>
        </w:rPr>
        <w:t xml:space="preserve">………………………………… </w:t>
      </w:r>
    </w:p>
    <w:p w14:paraId="473FBBF3" w14:textId="77777777" w:rsidR="00BD2397" w:rsidRDefault="00B8640C">
      <w:pPr>
        <w:autoSpaceDE w:val="0"/>
        <w:autoSpaceDN w:val="0"/>
        <w:spacing w:after="0" w:line="224" w:lineRule="exact"/>
        <w:ind w:left="710"/>
      </w:pPr>
      <w:r>
        <w:rPr>
          <w:rFonts w:ascii="Arial" w:eastAsia="Arial" w:hAnsi="Arial"/>
          <w:i/>
          <w:color w:val="000000"/>
          <w:w w:val="102"/>
          <w:sz w:val="16"/>
        </w:rPr>
        <w:t xml:space="preserve">c)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Neachitarea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amenzii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în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termenul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legal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atrage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executarea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silită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potrivit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normelor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privind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colectarea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creanțelor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bugetare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>.</w:t>
      </w:r>
    </w:p>
    <w:p w14:paraId="731A37D6" w14:textId="77777777" w:rsidR="00BD2397" w:rsidRDefault="00B8640C">
      <w:pPr>
        <w:autoSpaceDE w:val="0"/>
        <w:autoSpaceDN w:val="0"/>
        <w:spacing w:after="0" w:line="224" w:lineRule="exact"/>
        <w:ind w:left="710"/>
      </w:pPr>
      <w:r>
        <w:rPr>
          <w:rFonts w:ascii="Arial" w:eastAsia="Arial" w:hAnsi="Arial"/>
          <w:b/>
          <w:color w:val="000000"/>
          <w:w w:val="102"/>
          <w:sz w:val="16"/>
        </w:rPr>
        <w:t xml:space="preserve">8. CĂI DE ATAC: </w:t>
      </w:r>
      <w:r>
        <w:br/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Potrivit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dispozițiilor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Legii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nr. 169/2026,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împotriva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prezentului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proces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-verbal de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constatare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şi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sancţionare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se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poate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face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plângere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în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termen de </w:t>
      </w:r>
      <w:r>
        <w:rPr>
          <w:rFonts w:ascii="Arial" w:eastAsia="Arial" w:hAnsi="Arial"/>
          <w:b/>
          <w:color w:val="000000"/>
          <w:w w:val="102"/>
          <w:sz w:val="16"/>
        </w:rPr>
        <w:t xml:space="preserve">15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zile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de la data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comunicării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sau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înmânării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, la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judecătoria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în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a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cărei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rază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teritorială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a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fost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săvârşită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fapta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. </w:t>
      </w:r>
    </w:p>
    <w:p w14:paraId="4FDCEF6C" w14:textId="77777777" w:rsidR="00BD2397" w:rsidRPr="0014264F" w:rsidRDefault="00B8640C">
      <w:pPr>
        <w:autoSpaceDE w:val="0"/>
        <w:autoSpaceDN w:val="0"/>
        <w:spacing w:after="0" w:line="224" w:lineRule="exact"/>
        <w:ind w:left="710" w:right="20"/>
        <w:jc w:val="both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9.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Prezentul proces-verbal s-a întocmit la..................................................în 3 exemplare dintre care unul se s-a înmânat/comunicat contravenientului personal / prin afişare la domiciliul//sediul acestuia  / prin poștă cu confirmare de primire nr. ……… din ………………. </w:t>
      </w:r>
    </w:p>
    <w:tbl>
      <w:tblPr>
        <w:tblW w:w="0" w:type="auto"/>
        <w:tblInd w:w="936" w:type="dxa"/>
        <w:tblLayout w:type="fixed"/>
        <w:tblLook w:val="04A0" w:firstRow="1" w:lastRow="0" w:firstColumn="1" w:lastColumn="0" w:noHBand="0" w:noVBand="1"/>
      </w:tblPr>
      <w:tblGrid>
        <w:gridCol w:w="3532"/>
        <w:gridCol w:w="2786"/>
        <w:gridCol w:w="2580"/>
      </w:tblGrid>
      <w:tr w:rsidR="00BD2397" w14:paraId="5B021716" w14:textId="77777777">
        <w:trPr>
          <w:trHeight w:hRule="exact" w:val="448"/>
        </w:trPr>
        <w:tc>
          <w:tcPr>
            <w:tcW w:w="353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9D9E49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Agent </w:t>
            </w: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constatator</w:t>
            </w:r>
            <w:proofErr w:type="spellEnd"/>
          </w:p>
        </w:tc>
        <w:tc>
          <w:tcPr>
            <w:tcW w:w="278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72447D4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Contravenient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5E48653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Martor</w:t>
            </w:r>
            <w:proofErr w:type="spellEnd"/>
          </w:p>
        </w:tc>
      </w:tr>
      <w:tr w:rsidR="00BD2397" w14:paraId="4BD2796B" w14:textId="77777777">
        <w:trPr>
          <w:trHeight w:hRule="exact" w:val="890"/>
        </w:trPr>
        <w:tc>
          <w:tcPr>
            <w:tcW w:w="353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A3C876C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F2431AB" w14:textId="77777777" w:rsidR="00BD2397" w:rsidRDefault="00B8640C">
            <w:pPr>
              <w:autoSpaceDE w:val="0"/>
              <w:autoSpaceDN w:val="0"/>
              <w:spacing w:after="0" w:line="224" w:lineRule="exact"/>
              <w:ind w:left="432" w:right="432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A925BA4" w14:textId="77777777" w:rsidR="00BD2397" w:rsidRDefault="00B8640C">
            <w:pPr>
              <w:autoSpaceDE w:val="0"/>
              <w:autoSpaceDN w:val="0"/>
              <w:spacing w:after="0" w:line="224" w:lineRule="exact"/>
              <w:ind w:left="288" w:right="288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</w:tr>
    </w:tbl>
    <w:p w14:paraId="6488EBB7" w14:textId="77777777" w:rsidR="00BD2397" w:rsidRDefault="00B8640C">
      <w:pPr>
        <w:autoSpaceDE w:val="0"/>
        <w:autoSpaceDN w:val="0"/>
        <w:spacing w:after="0" w:line="198" w:lineRule="exact"/>
        <w:ind w:left="710"/>
      </w:pPr>
      <w:r>
        <w:rPr>
          <w:rFonts w:ascii="ArialMT" w:eastAsia="ArialMT" w:hAnsi="ArialMT"/>
          <w:color w:val="000000"/>
          <w:w w:val="102"/>
          <w:sz w:val="16"/>
        </w:rPr>
        <w:t xml:space="preserve">F_04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                                                      </w:t>
      </w:r>
      <w:proofErr w:type="spellStart"/>
      <w:r>
        <w:rPr>
          <w:rFonts w:ascii="TimesNewRomanPSMT" w:eastAsia="TimesNewRomanPSMT" w:hAnsi="TimesNewRomanPSMT"/>
          <w:color w:val="595959"/>
          <w:w w:val="102"/>
          <w:sz w:val="16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102"/>
          <w:sz w:val="16"/>
        </w:rPr>
        <w:t xml:space="preserve"> 3 din 3</w:t>
      </w:r>
    </w:p>
    <w:p w14:paraId="4EC1B994" w14:textId="77777777" w:rsidR="00BD2397" w:rsidRDefault="00BD2397">
      <w:pPr>
        <w:autoSpaceDE w:val="0"/>
        <w:autoSpaceDN w:val="0"/>
        <w:spacing w:after="0" w:line="126" w:lineRule="exact"/>
      </w:pPr>
    </w:p>
    <w:sectPr w:rsidR="00BD2397" w:rsidSect="00B84C96">
      <w:pgSz w:w="11900" w:h="16840"/>
      <w:pgMar w:top="126" w:right="546" w:bottom="236" w:left="116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4264F"/>
    <w:rsid w:val="0015074B"/>
    <w:rsid w:val="00184E29"/>
    <w:rsid w:val="00187A6E"/>
    <w:rsid w:val="001C63D4"/>
    <w:rsid w:val="001F5194"/>
    <w:rsid w:val="001F7E48"/>
    <w:rsid w:val="00251EAD"/>
    <w:rsid w:val="0029639D"/>
    <w:rsid w:val="002A5EAB"/>
    <w:rsid w:val="002B0E1B"/>
    <w:rsid w:val="00326F90"/>
    <w:rsid w:val="003C5479"/>
    <w:rsid w:val="003D684B"/>
    <w:rsid w:val="003F7FDF"/>
    <w:rsid w:val="004761A5"/>
    <w:rsid w:val="004A23F1"/>
    <w:rsid w:val="0050487B"/>
    <w:rsid w:val="005869A8"/>
    <w:rsid w:val="00616AC8"/>
    <w:rsid w:val="00646AD5"/>
    <w:rsid w:val="0068581A"/>
    <w:rsid w:val="006C3170"/>
    <w:rsid w:val="006E158E"/>
    <w:rsid w:val="00786EB1"/>
    <w:rsid w:val="00846091"/>
    <w:rsid w:val="008D0C1E"/>
    <w:rsid w:val="00900997"/>
    <w:rsid w:val="00912339"/>
    <w:rsid w:val="00944F95"/>
    <w:rsid w:val="009F0C11"/>
    <w:rsid w:val="00A1149B"/>
    <w:rsid w:val="00A531FA"/>
    <w:rsid w:val="00AA1D8D"/>
    <w:rsid w:val="00AB1449"/>
    <w:rsid w:val="00B40836"/>
    <w:rsid w:val="00B47730"/>
    <w:rsid w:val="00B84130"/>
    <w:rsid w:val="00B84C96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3029C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Nonaime</cp:lastModifiedBy>
  <cp:revision>2</cp:revision>
  <dcterms:created xsi:type="dcterms:W3CDTF">2026-09-07T11:27:00Z</dcterms:created>
  <dcterms:modified xsi:type="dcterms:W3CDTF">2026-09-07T11:27:00Z</dcterms:modified>
</cp:coreProperties>
</file>