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8C3403" w:rsidRDefault="00BD2397">
      <w:pPr>
        <w:autoSpaceDE w:val="0"/>
        <w:autoSpaceDN w:val="0"/>
        <w:spacing w:after="0" w:line="126" w:lineRule="exact"/>
        <w:rPr>
          <w:sz w:val="16"/>
          <w:szCs w:val="16"/>
          <w:lang w:val="pt-PT"/>
        </w:rPr>
      </w:pPr>
    </w:p>
    <w:p w14:paraId="10EEED62" w14:textId="77777777" w:rsidR="00BD2397" w:rsidRPr="008C3403" w:rsidRDefault="00BD2397">
      <w:pPr>
        <w:autoSpaceDE w:val="0"/>
        <w:autoSpaceDN w:val="0"/>
        <w:spacing w:after="0" w:line="126" w:lineRule="exact"/>
        <w:rPr>
          <w:sz w:val="16"/>
          <w:szCs w:val="16"/>
          <w:lang w:val="pt-PT"/>
        </w:rPr>
      </w:pPr>
    </w:p>
    <w:p w14:paraId="38AF5AD9" w14:textId="194D2496" w:rsidR="008C3403" w:rsidRPr="008C3403" w:rsidRDefault="008C3403" w:rsidP="008C3403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</w:pPr>
      <w:r w:rsidRPr="008C3403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0EEA3B8" wp14:editId="79FA7AFD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1094021996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3403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E0B8209" wp14:editId="2610F41A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61953049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3D06C8" w14:textId="77777777" w:rsidR="008C3403" w:rsidRPr="008C3403" w:rsidRDefault="008C3403" w:rsidP="008C3403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/>
          <w:color w:val="595959"/>
          <w:w w:val="97"/>
          <w:sz w:val="16"/>
          <w:szCs w:val="16"/>
          <w:lang w:val="pt-PT"/>
        </w:rPr>
      </w:pPr>
      <w:r w:rsidRPr="008C3403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 xml:space="preserve">Judeţul  MUREŞ                                                                                                    </w:t>
      </w:r>
      <w:r w:rsidRPr="008C3403">
        <w:rPr>
          <w:rFonts w:ascii="TimesNewRomanPSMT" w:eastAsia="TimesNewRomanPSMT" w:hAnsi="TimesNewRomanPSMT"/>
          <w:b/>
          <w:color w:val="595959"/>
          <w:w w:val="97"/>
          <w:sz w:val="16"/>
          <w:szCs w:val="16"/>
          <w:lang w:val="pt-PT"/>
        </w:rPr>
        <w:t xml:space="preserve"> </w:t>
      </w:r>
      <w:r w:rsidRPr="008C3403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 xml:space="preserve">   </w:t>
      </w:r>
      <w:r w:rsidRPr="008C3403">
        <w:rPr>
          <w:rFonts w:ascii="TimesNewRomanPSMT" w:eastAsia="TimesNewRomanPSMT" w:hAnsi="TimesNewRomanPSMT"/>
          <w:b/>
          <w:color w:val="595959"/>
          <w:w w:val="97"/>
          <w:sz w:val="16"/>
          <w:szCs w:val="16"/>
          <w:lang w:val="pt-PT"/>
        </w:rPr>
        <w:t xml:space="preserve"> </w:t>
      </w:r>
      <w:r w:rsidRPr="008C3403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 xml:space="preserve"> </w:t>
      </w:r>
      <w:r w:rsidRPr="008C3403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ab/>
      </w:r>
    </w:p>
    <w:p w14:paraId="5239F93A" w14:textId="2C5E77D1" w:rsidR="008C3403" w:rsidRPr="008C3403" w:rsidRDefault="008C3403" w:rsidP="008C3403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/>
          <w:bCs/>
          <w:color w:val="595959"/>
          <w:w w:val="97"/>
          <w:sz w:val="16"/>
          <w:szCs w:val="16"/>
          <w:lang w:val="pt-PT"/>
        </w:rPr>
      </w:pPr>
      <w:r w:rsidRPr="008C3403">
        <w:rPr>
          <w:rFonts w:ascii="TimesNewRomanPSMT" w:eastAsia="TimesNewRomanPSMT" w:hAnsi="TimesNewRomanPSMT"/>
          <w:color w:val="595959"/>
          <w:w w:val="97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89C51" wp14:editId="735F5C22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1743837075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18B72" w14:textId="77777777" w:rsidR="008C3403" w:rsidRDefault="008C3403" w:rsidP="008C3403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889C51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05E18B72" w14:textId="77777777" w:rsidR="008C3403" w:rsidRDefault="008C3403" w:rsidP="008C3403"/>
                  </w:txbxContent>
                </v:textbox>
              </v:shape>
            </w:pict>
          </mc:Fallback>
        </mc:AlternateContent>
      </w:r>
      <w:r w:rsidRPr="008C3403"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  <w:t>Comuna Zau de Câmpie</w:t>
      </w:r>
      <w:r w:rsidRPr="008C3403"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  <w:tab/>
      </w:r>
      <w:r w:rsidRPr="008C3403"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  <w:tab/>
      </w:r>
      <w:r w:rsidRPr="008C3403"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  <w:tab/>
      </w:r>
      <w:r w:rsidRPr="008C3403"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  <w:tab/>
      </w:r>
      <w:r w:rsidRPr="008C3403"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  <w:tab/>
      </w:r>
      <w:r w:rsidRPr="008C3403"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  <w:tab/>
      </w:r>
    </w:p>
    <w:p w14:paraId="151B065B" w14:textId="77777777" w:rsidR="008C3403" w:rsidRPr="008C3403" w:rsidRDefault="008C3403" w:rsidP="008C3403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</w:pPr>
      <w:r w:rsidRPr="008C3403"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  <w:t>CIF4375917, Zau de Câmpie, strada Republicii, nr.18</w:t>
      </w:r>
    </w:p>
    <w:p w14:paraId="48CF9432" w14:textId="77777777" w:rsidR="008C3403" w:rsidRPr="008C3403" w:rsidRDefault="008C3403" w:rsidP="008C3403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</w:pPr>
      <w:r w:rsidRPr="008C3403"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  <w:t>Telefon: 0265 486112</w:t>
      </w:r>
    </w:p>
    <w:p w14:paraId="5E751269" w14:textId="77777777" w:rsidR="008C3403" w:rsidRPr="008C3403" w:rsidRDefault="008C3403" w:rsidP="008C3403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</w:pPr>
      <w:r w:rsidRPr="008C3403"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  <w:t xml:space="preserve"> E-mail: </w:t>
      </w:r>
      <w:hyperlink r:id="rId9" w:history="1">
        <w:r w:rsidRPr="008C3403">
          <w:rPr>
            <w:rStyle w:val="Hyperlink"/>
            <w:rFonts w:ascii="TimesNewRomanPSMT" w:eastAsia="TimesNewRomanPSMT" w:hAnsi="TimesNewRomanPSMT"/>
            <w:bCs/>
            <w:w w:val="97"/>
            <w:sz w:val="16"/>
            <w:szCs w:val="16"/>
            <w:lang w:val="pt-PT"/>
          </w:rPr>
          <w:t>zaucimpiei@cjmures.ro</w:t>
        </w:r>
      </w:hyperlink>
    </w:p>
    <w:p w14:paraId="4C503497" w14:textId="77777777" w:rsidR="008C3403" w:rsidRPr="008C3403" w:rsidRDefault="008C3403" w:rsidP="008C3403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Cs/>
          <w:color w:val="595959"/>
          <w:w w:val="97"/>
          <w:sz w:val="16"/>
          <w:szCs w:val="16"/>
          <w:lang w:val="pt-PT"/>
        </w:rPr>
      </w:pPr>
      <w:r w:rsidRPr="008C3403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 xml:space="preserve"> Număr de înregistrare.................data...............................  </w:t>
      </w:r>
    </w:p>
    <w:p w14:paraId="3BFE54A8" w14:textId="77777777" w:rsidR="008C3403" w:rsidRPr="008C3403" w:rsidRDefault="008C3403" w:rsidP="008C3403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</w:pPr>
    </w:p>
    <w:p w14:paraId="361634C4" w14:textId="77777777" w:rsidR="00786EB1" w:rsidRPr="008C3403" w:rsidRDefault="00786EB1" w:rsidP="00F9681E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color w:val="595959"/>
          <w:w w:val="97"/>
          <w:sz w:val="20"/>
          <w:szCs w:val="20"/>
          <w:lang w:val="pt-PT"/>
        </w:rPr>
      </w:pPr>
    </w:p>
    <w:p w14:paraId="0CF31B8C" w14:textId="77777777" w:rsidR="00786EB1" w:rsidRPr="001F5194" w:rsidRDefault="00786EB1">
      <w:pPr>
        <w:autoSpaceDE w:val="0"/>
        <w:autoSpaceDN w:val="0"/>
        <w:spacing w:after="0" w:line="144" w:lineRule="exact"/>
        <w:ind w:left="108"/>
        <w:rPr>
          <w:rFonts w:ascii="TimesNewRomanPSMT" w:eastAsia="TimesNewRomanPSMT" w:hAnsi="TimesNewRomanPSMT"/>
          <w:color w:val="595959"/>
          <w:w w:val="97"/>
          <w:sz w:val="13"/>
          <w:lang w:val="pt-PT"/>
        </w:rPr>
      </w:pPr>
    </w:p>
    <w:p w14:paraId="65748341" w14:textId="77777777" w:rsidR="00786EB1" w:rsidRPr="001F5194" w:rsidRDefault="00786EB1">
      <w:pPr>
        <w:autoSpaceDE w:val="0"/>
        <w:autoSpaceDN w:val="0"/>
        <w:spacing w:after="0" w:line="144" w:lineRule="exact"/>
        <w:ind w:left="108"/>
        <w:rPr>
          <w:rFonts w:ascii="TimesNewRomanPSMT" w:eastAsia="TimesNewRomanPSMT" w:hAnsi="TimesNewRomanPSMT"/>
          <w:color w:val="595959"/>
          <w:w w:val="97"/>
          <w:sz w:val="13"/>
          <w:lang w:val="pt-PT"/>
        </w:rPr>
      </w:pPr>
    </w:p>
    <w:p w14:paraId="41DC33B3" w14:textId="77777777" w:rsidR="00786EB1" w:rsidRPr="001F5194" w:rsidRDefault="00786EB1">
      <w:pPr>
        <w:autoSpaceDE w:val="0"/>
        <w:autoSpaceDN w:val="0"/>
        <w:spacing w:after="0" w:line="144" w:lineRule="exact"/>
        <w:ind w:left="108"/>
        <w:rPr>
          <w:lang w:val="pt-PT"/>
        </w:rPr>
      </w:pPr>
    </w:p>
    <w:p w14:paraId="37B820C3" w14:textId="77777777" w:rsidR="00BD2397" w:rsidRPr="001F5194" w:rsidRDefault="00B8640C">
      <w:pPr>
        <w:autoSpaceDE w:val="0"/>
        <w:autoSpaceDN w:val="0"/>
        <w:spacing w:after="0" w:line="248" w:lineRule="exact"/>
        <w:ind w:left="3312" w:right="3888"/>
        <w:jc w:val="center"/>
        <w:rPr>
          <w:lang w:val="pt-PT"/>
        </w:rPr>
      </w:pPr>
      <w:r w:rsidRPr="001F5194">
        <w:rPr>
          <w:rFonts w:ascii="TimesNewRomanPS" w:eastAsia="TimesNewRomanPS" w:hAnsi="TimesNewRomanPS"/>
          <w:b/>
          <w:color w:val="000000"/>
          <w:sz w:val="23"/>
          <w:lang w:val="pt-PT"/>
        </w:rPr>
        <w:t xml:space="preserve">ÎNȘTIINȚARE </w:t>
      </w:r>
      <w:r w:rsidRPr="001F5194">
        <w:rPr>
          <w:lang w:val="pt-PT"/>
        </w:rPr>
        <w:br/>
      </w:r>
      <w:r w:rsidRPr="001F5194">
        <w:rPr>
          <w:rFonts w:ascii="TimesNewRomanPSMT" w:eastAsia="TimesNewRomanPSMT" w:hAnsi="TimesNewRomanPSMT"/>
          <w:color w:val="000000"/>
          <w:w w:val="102"/>
          <w:sz w:val="15"/>
          <w:lang w:val="pt-PT"/>
        </w:rPr>
        <w:t xml:space="preserve">privind încheierea execuției lucrărilor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443EB20F" w14:textId="77777777">
        <w:trPr>
          <w:trHeight w:hRule="exact" w:val="20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DCD9E4D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1F5194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F9681E" w14:paraId="5B1E71D8" w14:textId="77777777">
        <w:trPr>
          <w:trHeight w:hRule="exact" w:val="50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441CB3B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  <w:tr w:rsidR="00BD2397" w:rsidRPr="008C3403" w14:paraId="079F118B" w14:textId="77777777">
        <w:trPr>
          <w:trHeight w:hRule="exact" w:val="16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A025C63" w14:textId="77777777" w:rsidR="00BD2397" w:rsidRPr="001F5194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adresată către conducerea Inspectoratului Teritorial în Construcții </w:t>
            </w:r>
          </w:p>
        </w:tc>
      </w:tr>
    </w:tbl>
    <w:p w14:paraId="7C70B139" w14:textId="77777777" w:rsidR="00BD2397" w:rsidRPr="001F5194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BD2397" w:rsidRPr="00F9681E" w14:paraId="18F4CAD9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A4BCC99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1F5194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F9681E" w14:paraId="6CDF4A34" w14:textId="77777777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216A254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și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95E2C8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F9681E" w14:paraId="0EEA8F20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D2E93D7" w14:textId="77777777" w:rsidR="00BD2397" w:rsidRPr="00F9681E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BD2397" w:rsidRPr="00F9681E" w14:paraId="39F9015A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781874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F309C8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6F1645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5A36F7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BD2397" w:rsidRPr="00F9681E" w14:paraId="739EB87E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0B5A59A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BD2397" w:rsidRPr="00F9681E" w14:paraId="39839448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B18B8C7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E757FA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CAE65C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BD2397" w:rsidRPr="00F9681E" w14:paraId="7D700235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7DC53D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A89361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CED327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2B7350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97A80B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BA8121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9CBE07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BD2397" w:rsidRPr="00F9681E" w14:paraId="3B21EB49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D11B38C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F9681E" w14:paraId="18048846" w14:textId="77777777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F4C18C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5603CA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</w:tbl>
    <w:p w14:paraId="00ECAD97" w14:textId="77777777" w:rsidR="00BD2397" w:rsidRPr="00F9681E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5454"/>
      </w:tblGrid>
      <w:tr w:rsidR="00BD2397" w:rsidRPr="008C3403" w14:paraId="3D7E0CDB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2CC2A43" w14:textId="77777777" w:rsidR="00BD2397" w:rsidRPr="001F5194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3. </w:t>
            </w:r>
            <w:r w:rsidRPr="001F5194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TITULAR AL AUTORIZAȚIEI DE CONSTRUIRE / DESFIINȚARE</w:t>
            </w:r>
          </w:p>
        </w:tc>
      </w:tr>
      <w:tr w:rsidR="00BD2397" w:rsidRPr="00F9681E" w14:paraId="053083B7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7BFFB9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B23EA10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BD7143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Emisă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</w:tr>
      <w:tr w:rsidR="00BD2397" w:rsidRPr="008C3403" w14:paraId="0EAB20FD" w14:textId="77777777">
        <w:trPr>
          <w:trHeight w:hRule="exact" w:val="188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139BA41" w14:textId="77777777" w:rsidR="00BD2397" w:rsidRPr="001F5194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BD2397" w:rsidRPr="008C3403" w14:paraId="4FF6FD1E" w14:textId="77777777">
        <w:trPr>
          <w:trHeight w:hRule="exact" w:val="1570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61D476D" w14:textId="77777777" w:rsidR="00BD2397" w:rsidRPr="001F5194" w:rsidRDefault="00B8640C">
            <w:pPr>
              <w:autoSpaceDE w:val="0"/>
              <w:autoSpaceDN w:val="0"/>
              <w:spacing w:after="0" w:line="166" w:lineRule="exact"/>
              <w:ind w:left="100" w:right="2160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Denumirea lucrării, capacitatea și categoria de lucrări din autorizație: </w:t>
            </w:r>
            <w:r w:rsidRPr="001F5194">
              <w:rPr>
                <w:sz w:val="16"/>
                <w:szCs w:val="16"/>
                <w:lang w:val="pt-PT"/>
              </w:rPr>
              <w:br/>
            </w:r>
            <w:r w:rsidRPr="001F5194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 xml:space="preserve">Se notează titlul din autorizația de construire </w:t>
            </w:r>
            <w:r w:rsidRPr="001F5194">
              <w:rPr>
                <w:sz w:val="16"/>
                <w:szCs w:val="16"/>
                <w:lang w:val="pt-PT"/>
              </w:rPr>
              <w:br/>
            </w:r>
            <w:r w:rsidRPr="001F5194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 xml:space="preserve">În situația în care se închid mai multe autorizații, din cadrul aceluiași obiectiv, se vor specifica fiecare, în mod distinct. </w:t>
            </w:r>
          </w:p>
          <w:p w14:paraId="3C49FF4F" w14:textId="77777777" w:rsidR="00BD2397" w:rsidRPr="001F5194" w:rsidRDefault="00B8640C">
            <w:pPr>
              <w:autoSpaceDE w:val="0"/>
              <w:autoSpaceDN w:val="0"/>
              <w:spacing w:after="0" w:line="190" w:lineRule="exact"/>
              <w:ind w:left="100"/>
              <w:rPr>
                <w:sz w:val="16"/>
                <w:szCs w:val="16"/>
                <w:lang w:val="pt-PT"/>
              </w:rPr>
            </w:pPr>
            <w:r w:rsidRPr="001F5194">
              <w:rPr>
                <w:rFonts w:ascii="SegoeUISymbol" w:eastAsia="SegoeUISymbol" w:hAnsi="SegoeUISymbol"/>
                <w:color w:val="000000"/>
                <w:w w:val="102"/>
                <w:sz w:val="16"/>
                <w:szCs w:val="16"/>
                <w:lang w:val="pt-PT"/>
              </w:rPr>
              <w:t>☐</w:t>
            </w:r>
            <w:r w:rsidRPr="001F5194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  <w:lang w:val="pt-PT"/>
              </w:rPr>
              <w:t xml:space="preserve"> Obiectiv </w:t>
            </w:r>
          </w:p>
          <w:p w14:paraId="7DD443F3" w14:textId="77777777" w:rsidR="00BD2397" w:rsidRPr="001F5194" w:rsidRDefault="00B8640C">
            <w:pPr>
              <w:autoSpaceDE w:val="0"/>
              <w:autoSpaceDN w:val="0"/>
              <w:spacing w:after="0" w:line="190" w:lineRule="exact"/>
              <w:ind w:left="100"/>
              <w:rPr>
                <w:sz w:val="16"/>
                <w:szCs w:val="16"/>
                <w:lang w:val="pt-PT"/>
              </w:rPr>
            </w:pPr>
            <w:r w:rsidRPr="001F5194">
              <w:rPr>
                <w:rFonts w:ascii="SegoeUISymbol" w:eastAsia="SegoeUISymbol" w:hAnsi="SegoeUISymbol"/>
                <w:color w:val="000000"/>
                <w:w w:val="102"/>
                <w:sz w:val="16"/>
                <w:szCs w:val="16"/>
                <w:lang w:val="pt-PT"/>
              </w:rPr>
              <w:t>☐</w:t>
            </w:r>
            <w:r w:rsidRPr="001F5194">
              <w:rPr>
                <w:rFonts w:ascii="TimesNewRomanPSMT" w:eastAsia="TimesNewRomanPSMT" w:hAnsi="TimesNewRomanPSMT"/>
                <w:color w:val="000000"/>
                <w:w w:val="102"/>
                <w:sz w:val="16"/>
                <w:szCs w:val="16"/>
                <w:lang w:val="pt-PT"/>
              </w:rPr>
              <w:t xml:space="preserve"> Obiect </w:t>
            </w:r>
          </w:p>
          <w:p w14:paraId="533FC1B4" w14:textId="77777777" w:rsidR="00BD2397" w:rsidRPr="001F5194" w:rsidRDefault="00B8640C">
            <w:pPr>
              <w:autoSpaceDE w:val="0"/>
              <w:autoSpaceDN w:val="0"/>
              <w:spacing w:after="0" w:line="168" w:lineRule="exact"/>
              <w:ind w:left="100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BD2397" w:rsidRPr="008C3403" w14:paraId="6866DF64" w14:textId="77777777">
        <w:trPr>
          <w:trHeight w:hRule="exact" w:val="504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15942DC" w14:textId="77777777" w:rsidR="00BD2397" w:rsidRPr="001F5194" w:rsidRDefault="00B8640C">
            <w:pPr>
              <w:autoSpaceDE w:val="0"/>
              <w:autoSpaceDN w:val="0"/>
              <w:spacing w:after="0" w:line="166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în valoare de (lei) </w:t>
            </w:r>
            <w:r w:rsidRPr="001F5194">
              <w:rPr>
                <w:sz w:val="16"/>
                <w:szCs w:val="16"/>
                <w:lang w:val="pt-PT"/>
              </w:rPr>
              <w:br/>
            </w:r>
            <w:r w:rsidRPr="001F5194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 xml:space="preserve">Valoarea trecută în autorizația de construire/desființare pentru care se anunță încheierea lucrărilor </w:t>
            </w:r>
          </w:p>
        </w:tc>
      </w:tr>
    </w:tbl>
    <w:p w14:paraId="4D94E7A1" w14:textId="77777777" w:rsidR="00BD2397" w:rsidRPr="003D684B" w:rsidRDefault="00B8640C">
      <w:pPr>
        <w:autoSpaceDE w:val="0"/>
        <w:autoSpaceDN w:val="0"/>
        <w:spacing w:after="0" w:line="272" w:lineRule="exact"/>
        <w:ind w:right="3850"/>
        <w:jc w:val="right"/>
        <w:rPr>
          <w:sz w:val="24"/>
          <w:szCs w:val="24"/>
        </w:rPr>
      </w:pPr>
      <w:r w:rsidRPr="003D684B">
        <w:rPr>
          <w:rFonts w:ascii="TimesNewRomanPS" w:eastAsia="TimesNewRomanPS" w:hAnsi="TimesNewRomanPS"/>
          <w:b/>
          <w:color w:val="000000"/>
          <w:sz w:val="24"/>
          <w:szCs w:val="24"/>
        </w:rPr>
        <w:t>ADUC LA CUNOȘTINȚĂ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38"/>
        <w:gridCol w:w="1556"/>
        <w:gridCol w:w="5454"/>
      </w:tblGrid>
      <w:tr w:rsidR="00BD2397" w:rsidRPr="008C3403" w14:paraId="1C5C4606" w14:textId="77777777">
        <w:trPr>
          <w:trHeight w:hRule="exact" w:val="512"/>
        </w:trPr>
        <w:tc>
          <w:tcPr>
            <w:tcW w:w="233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486DF5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la data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532A38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</w:t>
            </w:r>
          </w:p>
        </w:tc>
        <w:tc>
          <w:tcPr>
            <w:tcW w:w="5454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2B88893" w14:textId="77777777" w:rsidR="00BD2397" w:rsidRPr="001F5194" w:rsidRDefault="00B8640C">
            <w:pPr>
              <w:autoSpaceDE w:val="0"/>
              <w:autoSpaceDN w:val="0"/>
              <w:spacing w:after="0" w:line="166" w:lineRule="exact"/>
              <w:ind w:left="102" w:right="2160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au fost finalizate lucrările de construcții autorizate </w:t>
            </w:r>
            <w:r w:rsidRPr="001F5194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pentru imobilul de mai jos</w:t>
            </w:r>
          </w:p>
        </w:tc>
      </w:tr>
    </w:tbl>
    <w:p w14:paraId="1AF706C2" w14:textId="77777777" w:rsidR="00BD2397" w:rsidRPr="001F5194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BD2397" w:rsidRPr="00F9681E" w14:paraId="357BA118" w14:textId="77777777">
        <w:trPr>
          <w:trHeight w:hRule="exact" w:val="212"/>
        </w:trPr>
        <w:tc>
          <w:tcPr>
            <w:tcW w:w="9348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1CB0B42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5194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4.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F9681E" w14:paraId="418C0E6D" w14:textId="77777777">
        <w:trPr>
          <w:trHeight w:hRule="exact" w:val="214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2DFDF72" w14:textId="77777777" w:rsidR="00BD2397" w:rsidRPr="00F9681E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</w:p>
        </w:tc>
      </w:tr>
      <w:tr w:rsidR="00BD2397" w:rsidRPr="00F9681E" w14:paraId="2EE98F82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51248A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97A45C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comună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2D48B1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F9681E" w14:paraId="792DB76A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1333C0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591D1A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6258F1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9F077B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F9681E" w14:paraId="7CE90498" w14:textId="77777777">
        <w:trPr>
          <w:trHeight w:hRule="exact" w:val="504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9E25B16" w14:textId="77777777" w:rsidR="00BD2397" w:rsidRPr="001F5194" w:rsidRDefault="00B8640C">
            <w:pPr>
              <w:autoSpaceDE w:val="0"/>
              <w:autoSpaceDN w:val="0"/>
              <w:spacing w:after="0" w:line="166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 </w:t>
            </w:r>
            <w:r w:rsidRPr="001F5194">
              <w:rPr>
                <w:sz w:val="16"/>
                <w:szCs w:val="16"/>
                <w:lang w:val="pt-PT"/>
              </w:rPr>
              <w:br/>
            </w:r>
            <w:r w:rsidRPr="001F5194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BCD455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</w:tr>
      <w:tr w:rsidR="00BD2397" w:rsidRPr="008C3403" w14:paraId="5F999871" w14:textId="77777777">
        <w:trPr>
          <w:trHeight w:hRule="exact" w:val="216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2624910" w14:textId="77777777" w:rsidR="00BD2397" w:rsidRPr="001F5194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  <w:lang w:val="pt-PT"/>
              </w:rPr>
            </w:pPr>
            <w:r w:rsidRPr="001F5194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5194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extras de carte funciară actualizat, anexat     </w:t>
            </w:r>
            <w:r w:rsidRPr="001F5194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5194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plan de încadrare în zonă în sistem Stereo 70, anexat</w:t>
            </w:r>
          </w:p>
        </w:tc>
      </w:tr>
    </w:tbl>
    <w:p w14:paraId="227A18A5" w14:textId="0FB6B5A6" w:rsidR="00BD2397" w:rsidRPr="001F5194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pt-PT"/>
        </w:rPr>
      </w:pPr>
      <w:r w:rsidRPr="001F5194">
        <w:rPr>
          <w:sz w:val="16"/>
          <w:szCs w:val="16"/>
          <w:lang w:val="pt-PT"/>
        </w:rPr>
        <w:tab/>
      </w:r>
      <w:r w:rsidRPr="001F5194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>pagina 1 din 2</w:t>
      </w:r>
    </w:p>
    <w:p w14:paraId="41103381" w14:textId="77777777" w:rsidR="00BD2397" w:rsidRPr="001F5194" w:rsidRDefault="00BD2397">
      <w:pPr>
        <w:spacing w:after="0"/>
        <w:rPr>
          <w:sz w:val="16"/>
          <w:szCs w:val="16"/>
          <w:lang w:val="pt-PT"/>
        </w:rPr>
        <w:sectPr w:rsidR="00BD2397" w:rsidRPr="001F5194">
          <w:pgSz w:w="11900" w:h="16840"/>
          <w:pgMar w:top="126" w:right="546" w:bottom="236" w:left="1166" w:header="720" w:footer="720" w:gutter="0"/>
          <w:cols w:space="708"/>
          <w:docGrid w:linePitch="360"/>
        </w:sectPr>
      </w:pPr>
    </w:p>
    <w:p w14:paraId="2594B33B" w14:textId="77777777" w:rsidR="00BD2397" w:rsidRPr="001F5194" w:rsidRDefault="00BD2397">
      <w:pPr>
        <w:autoSpaceDE w:val="0"/>
        <w:autoSpaceDN w:val="0"/>
        <w:spacing w:after="0" w:line="126" w:lineRule="exact"/>
        <w:rPr>
          <w:sz w:val="16"/>
          <w:szCs w:val="16"/>
          <w:lang w:val="pt-PT"/>
        </w:rPr>
      </w:pPr>
    </w:p>
    <w:p w14:paraId="54ACB054" w14:textId="77777777" w:rsidR="00BD2397" w:rsidRPr="001F5194" w:rsidRDefault="00B8640C">
      <w:pPr>
        <w:tabs>
          <w:tab w:val="left" w:pos="2080"/>
        </w:tabs>
        <w:autoSpaceDE w:val="0"/>
        <w:autoSpaceDN w:val="0"/>
        <w:spacing w:after="0" w:line="200" w:lineRule="exact"/>
        <w:rPr>
          <w:sz w:val="16"/>
          <w:szCs w:val="16"/>
          <w:lang w:val="pt-PT"/>
        </w:rPr>
      </w:pPr>
      <w:r w:rsidRPr="001F5194">
        <w:rPr>
          <w:rFonts w:ascii="Arial" w:eastAsia="Arial" w:hAnsi="Arial"/>
          <w:color w:val="000000"/>
          <w:sz w:val="16"/>
          <w:szCs w:val="16"/>
          <w:lang w:val="pt-PT"/>
        </w:rPr>
        <w:t>36 MONITORUL OFICIAL AL ROMÂNIEI, PARTEA I, Nr. 711 bis/26.VIII.2026</w:t>
      </w:r>
    </w:p>
    <w:p w14:paraId="7FF574CE" w14:textId="77777777" w:rsidR="00BD2397" w:rsidRPr="00F9681E" w:rsidRDefault="00B8640C">
      <w:pPr>
        <w:autoSpaceDE w:val="0"/>
        <w:autoSpaceDN w:val="0"/>
        <w:spacing w:after="0" w:line="144" w:lineRule="exact"/>
        <w:ind w:left="710"/>
        <w:rPr>
          <w:sz w:val="16"/>
          <w:szCs w:val="16"/>
        </w:rPr>
      </w:pP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 xml:space="preserve">F_A_11 · </w:t>
      </w:r>
      <w:proofErr w:type="spellStart"/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>versiunea</w:t>
      </w:r>
      <w:proofErr w:type="spellEnd"/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 xml:space="preserve"> 1.0 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20"/>
      </w:tblGrid>
      <w:tr w:rsidR="00BD2397" w:rsidRPr="008C3403" w14:paraId="399C4F8D" w14:textId="77777777">
        <w:trPr>
          <w:trHeight w:hRule="exact" w:val="210"/>
        </w:trPr>
        <w:tc>
          <w:tcPr>
            <w:tcW w:w="932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F1F2F1"/>
            <w:tcMar>
              <w:left w:w="0" w:type="dxa"/>
              <w:right w:w="0" w:type="dxa"/>
            </w:tcMar>
          </w:tcPr>
          <w:p w14:paraId="068F116E" w14:textId="77777777" w:rsidR="00BD2397" w:rsidRPr="001F5194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5. </w:t>
            </w:r>
            <w:r w:rsidRPr="001F5194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INȘTIINȚAREA PRIVIND ÎNCEPEREA EXECUȚIEI LUCRĂRILOR</w:t>
            </w:r>
          </w:p>
        </w:tc>
      </w:tr>
      <w:tr w:rsidR="00BD2397" w:rsidRPr="008C3403" w14:paraId="1218AB9F" w14:textId="77777777">
        <w:trPr>
          <w:trHeight w:hRule="exact" w:val="424"/>
        </w:trPr>
        <w:tc>
          <w:tcPr>
            <w:tcW w:w="932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CA49C9B" w14:textId="77777777" w:rsidR="00BD2397" w:rsidRPr="000C1C98" w:rsidRDefault="00B8640C">
            <w:pPr>
              <w:autoSpaceDE w:val="0"/>
              <w:autoSpaceDN w:val="0"/>
              <w:spacing w:after="0" w:line="206" w:lineRule="exact"/>
              <w:ind w:left="136" w:right="3744" w:firstLine="4"/>
              <w:rPr>
                <w:sz w:val="16"/>
                <w:szCs w:val="16"/>
                <w:lang w:val="pt-PT"/>
              </w:rPr>
            </w:pPr>
            <w:r w:rsidRPr="001F5194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5194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copie a înștiințării privind începerea execuției lucrărilor, înregistrată la I.S.C cu nr. </w:t>
            </w:r>
            <w:r w:rsidRPr="000C1C9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0C1C9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declar că înștiințarea privind începerea execuției lucrărilor nu a fost depusă. </w:t>
            </w:r>
          </w:p>
        </w:tc>
      </w:tr>
    </w:tbl>
    <w:p w14:paraId="577CA6E9" w14:textId="77777777" w:rsidR="00BD2397" w:rsidRPr="000C1C98" w:rsidRDefault="00BD2397">
      <w:pPr>
        <w:autoSpaceDE w:val="0"/>
        <w:autoSpaceDN w:val="0"/>
        <w:spacing w:after="0" w:line="114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20"/>
      </w:tblGrid>
      <w:tr w:rsidR="00BD2397" w:rsidRPr="008C3403" w14:paraId="266AD4C9" w14:textId="77777777">
        <w:trPr>
          <w:trHeight w:hRule="exact" w:val="190"/>
        </w:trPr>
        <w:tc>
          <w:tcPr>
            <w:tcW w:w="932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F1F2F1"/>
            <w:tcMar>
              <w:left w:w="0" w:type="dxa"/>
              <w:right w:w="0" w:type="dxa"/>
            </w:tcMar>
          </w:tcPr>
          <w:p w14:paraId="641C22AB" w14:textId="77777777" w:rsidR="00BD2397" w:rsidRPr="001F5194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>6. VALOAREA REALĂ A LUCRĂRILOR EXECUTATE</w:t>
            </w:r>
          </w:p>
        </w:tc>
      </w:tr>
      <w:tr w:rsidR="00BD2397" w:rsidRPr="008C3403" w14:paraId="0DC223D3" w14:textId="77777777">
        <w:trPr>
          <w:trHeight w:hRule="exact" w:val="512"/>
        </w:trPr>
        <w:tc>
          <w:tcPr>
            <w:tcW w:w="932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B71F49D" w14:textId="77777777" w:rsidR="00BD2397" w:rsidRPr="000C1C98" w:rsidRDefault="00B8640C">
            <w:pPr>
              <w:autoSpaceDE w:val="0"/>
              <w:autoSpaceDN w:val="0"/>
              <w:spacing w:after="0" w:line="166" w:lineRule="exact"/>
              <w:ind w:left="100" w:right="720" w:firstLine="40"/>
              <w:rPr>
                <w:sz w:val="16"/>
                <w:szCs w:val="16"/>
                <w:lang w:val="pt-PT"/>
              </w:rPr>
            </w:pPr>
            <w:r w:rsidRPr="000C1C9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în valoare de (lei) </w:t>
            </w:r>
            <w:r w:rsidRPr="000C1C98">
              <w:rPr>
                <w:sz w:val="16"/>
                <w:szCs w:val="16"/>
                <w:lang w:val="pt-PT"/>
              </w:rPr>
              <w:br/>
            </w:r>
            <w:r w:rsidRPr="000C1C9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 xml:space="preserve">Valoarea reală a lucrărilor executate este valoarea finală, fără TVA, a valorilor executate, conform  art. 352 din Codul amenajării teritoriului, urbanismului și construcțiilor, în vigoare de la 25.08.2026 </w:t>
            </w:r>
          </w:p>
        </w:tc>
      </w:tr>
    </w:tbl>
    <w:p w14:paraId="6BE501A2" w14:textId="77777777" w:rsidR="00BD2397" w:rsidRPr="000C1C98" w:rsidRDefault="00BD2397">
      <w:pPr>
        <w:autoSpaceDE w:val="0"/>
        <w:autoSpaceDN w:val="0"/>
        <w:spacing w:after="0" w:line="234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0583B7DF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B7C9598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0C1C9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7.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 xml:space="preserve">ANEXEZ </w:t>
            </w:r>
          </w:p>
        </w:tc>
      </w:tr>
      <w:tr w:rsidR="00BD2397" w:rsidRPr="00F9681E" w14:paraId="638610E2" w14:textId="77777777">
        <w:trPr>
          <w:trHeight w:hRule="exact" w:val="275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9319CB6" w14:textId="77777777" w:rsidR="00BD2397" w:rsidRPr="001F5194" w:rsidRDefault="00B8640C">
            <w:pPr>
              <w:tabs>
                <w:tab w:val="left" w:pos="800"/>
              </w:tabs>
              <w:autoSpaceDE w:val="0"/>
              <w:autoSpaceDN w:val="0"/>
              <w:spacing w:after="0" w:line="146" w:lineRule="exact"/>
              <w:ind w:left="450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1. </w:t>
            </w:r>
            <w:r w:rsidRPr="001F5194">
              <w:rPr>
                <w:sz w:val="16"/>
                <w:szCs w:val="16"/>
                <w:lang w:val="pt-PT"/>
              </w:rPr>
              <w:tab/>
            </w:r>
            <w:r w:rsidRPr="001F5194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Dovada achitării cotei de 0,1% din valoarea lucrărilor autorizate (inclusiv diferențe rezultate ca urmare a actualizării valorii </w:t>
            </w:r>
          </w:p>
          <w:p w14:paraId="6F55BC85" w14:textId="77777777" w:rsidR="00BD2397" w:rsidRPr="001F5194" w:rsidRDefault="00B8640C">
            <w:pPr>
              <w:autoSpaceDE w:val="0"/>
              <w:autoSpaceDN w:val="0"/>
              <w:spacing w:after="0" w:line="146" w:lineRule="exact"/>
              <w:ind w:left="800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reale/finale a lucrărilor executate), în conformitate cu prevederile art.143 din Codul amenajării teritoriului, urbanismului și </w:t>
            </w:r>
          </w:p>
          <w:p w14:paraId="472E225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80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 xml:space="preserve">construcțiilor, în vigoare de la 25.08.2026. </w:t>
            </w:r>
          </w:p>
          <w:p w14:paraId="4FE75BC3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79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sv-SE"/>
              </w:rPr>
              <w:t xml:space="preserve">se anexează în copie; </w:t>
            </w:r>
          </w:p>
          <w:p w14:paraId="79B8159D" w14:textId="77777777" w:rsidR="00BD2397" w:rsidRPr="00F9681E" w:rsidRDefault="00B8640C">
            <w:pPr>
              <w:tabs>
                <w:tab w:val="left" w:pos="800"/>
              </w:tabs>
              <w:autoSpaceDE w:val="0"/>
              <w:autoSpaceDN w:val="0"/>
              <w:spacing w:after="0" w:line="146" w:lineRule="exact"/>
              <w:ind w:left="45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 xml:space="preserve">2. </w:t>
            </w:r>
            <w:r w:rsidRPr="00F9681E">
              <w:rPr>
                <w:sz w:val="16"/>
                <w:szCs w:val="16"/>
                <w:lang w:val="sv-SE"/>
              </w:rPr>
              <w:tab/>
            </w: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 xml:space="preserve">Dovada achitării sumei rezultate ca diferență între suma echivalentă cotei de 0,5% aplicate valorii finale, fără TVA, a lucrărilor </w:t>
            </w:r>
          </w:p>
          <w:p w14:paraId="262216B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80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 xml:space="preserve">executate și suma virată potrivit prevederilor art. 352 din Codul amenajării teritoriului, urbanismului și construcțiilor, în vigoare de la </w:t>
            </w:r>
          </w:p>
          <w:p w14:paraId="04CDDC2C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80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>25.08.2026</w:t>
            </w:r>
          </w:p>
          <w:p w14:paraId="68844339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79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sv-SE"/>
              </w:rPr>
              <w:t xml:space="preserve">se anexează în copie ; </w:t>
            </w:r>
          </w:p>
          <w:p w14:paraId="3513C73C" w14:textId="77777777" w:rsidR="00BD2397" w:rsidRPr="00F9681E" w:rsidRDefault="00B8640C">
            <w:pPr>
              <w:tabs>
                <w:tab w:val="left" w:pos="800"/>
              </w:tabs>
              <w:autoSpaceDE w:val="0"/>
              <w:autoSpaceDN w:val="0"/>
              <w:spacing w:after="0" w:line="146" w:lineRule="exact"/>
              <w:ind w:left="45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 xml:space="preserve">3. </w:t>
            </w:r>
            <w:r w:rsidRPr="00F9681E">
              <w:rPr>
                <w:sz w:val="16"/>
                <w:szCs w:val="16"/>
                <w:lang w:val="sv-SE"/>
              </w:rPr>
              <w:tab/>
            </w: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 xml:space="preserve">Cartea de identitate, cartea de identitate provizorie sau, după caz, buletinul de identitate, aflate în termen de valabilitate, a titularului </w:t>
            </w:r>
          </w:p>
          <w:p w14:paraId="52CF275B" w14:textId="77777777" w:rsidR="00BD2397" w:rsidRPr="000C1C98" w:rsidRDefault="00B8640C">
            <w:pPr>
              <w:autoSpaceDE w:val="0"/>
              <w:autoSpaceDN w:val="0"/>
              <w:spacing w:after="0" w:line="146" w:lineRule="exact"/>
              <w:ind w:left="800"/>
              <w:rPr>
                <w:sz w:val="16"/>
                <w:szCs w:val="16"/>
                <w:lang w:val="pt-PT"/>
              </w:rPr>
            </w:pPr>
            <w:r w:rsidRPr="000C1C9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autorizației de construire/desființare pentru persoane fizice, respectiv certificatul de înregistrare fiscală, pentru persoanele juridice. </w:t>
            </w:r>
          </w:p>
          <w:p w14:paraId="7025B0BD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80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 xml:space="preserve">Fără dovada identității titularului nu se va înregistra formularul F_A_11. </w:t>
            </w:r>
          </w:p>
          <w:p w14:paraId="70FA24F7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79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sv-SE"/>
              </w:rPr>
              <w:t xml:space="preserve">se anexează în copie ; </w:t>
            </w:r>
          </w:p>
          <w:p w14:paraId="4768FD8F" w14:textId="77777777" w:rsidR="00BD2397" w:rsidRPr="00F9681E" w:rsidRDefault="00B8640C">
            <w:pPr>
              <w:tabs>
                <w:tab w:val="left" w:pos="800"/>
              </w:tabs>
              <w:autoSpaceDE w:val="0"/>
              <w:autoSpaceDN w:val="0"/>
              <w:spacing w:after="0" w:line="146" w:lineRule="exact"/>
              <w:ind w:left="45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 xml:space="preserve">4. </w:t>
            </w:r>
            <w:r w:rsidRPr="00F9681E">
              <w:rPr>
                <w:sz w:val="16"/>
                <w:szCs w:val="16"/>
                <w:lang w:val="sv-SE"/>
              </w:rPr>
              <w:tab/>
            </w: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 xml:space="preserve">Adresa/Declarația privind valoarea reală a lucrărilor executate, eliberată de emitentul autorizației. </w:t>
            </w:r>
          </w:p>
          <w:p w14:paraId="21D42B1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79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sv-SE"/>
              </w:rPr>
              <w:t xml:space="preserve">se anexează în copie ; </w:t>
            </w:r>
          </w:p>
        </w:tc>
      </w:tr>
    </w:tbl>
    <w:p w14:paraId="29428DC9" w14:textId="77777777" w:rsidR="00BD2397" w:rsidRPr="00F9681E" w:rsidRDefault="00BD2397">
      <w:pPr>
        <w:autoSpaceDE w:val="0"/>
        <w:autoSpaceDN w:val="0"/>
        <w:spacing w:after="0" w:line="116" w:lineRule="exact"/>
        <w:rPr>
          <w:sz w:val="16"/>
          <w:szCs w:val="16"/>
          <w:lang w:val="sv-SE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14B17992" w14:textId="77777777">
        <w:trPr>
          <w:trHeight w:hRule="exact" w:val="19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9463022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>7. OBIECTIV FINANȚAT DIN PROGRAME DE INVESTIȚII, DUPĂ CAZ</w:t>
            </w:r>
          </w:p>
        </w:tc>
      </w:tr>
      <w:tr w:rsidR="00BD2397" w:rsidRPr="008C3403" w14:paraId="27FBC01B" w14:textId="77777777">
        <w:trPr>
          <w:trHeight w:hRule="exact" w:val="34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7919B32" w14:textId="77777777" w:rsidR="00BD2397" w:rsidRPr="00F9681E" w:rsidRDefault="00B8640C">
            <w:pPr>
              <w:autoSpaceDE w:val="0"/>
              <w:autoSpaceDN w:val="0"/>
              <w:spacing w:after="0" w:line="204" w:lineRule="exact"/>
              <w:ind w:left="238" w:right="1872"/>
              <w:rPr>
                <w:sz w:val="16"/>
                <w:szCs w:val="16"/>
                <w:lang w:val="sv-SE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sv-SE"/>
              </w:rPr>
              <w:t xml:space="preserve">PNRR (Planul Național de Redresare și Reziliență)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PNDL (Planul Național de Dezvoltare Locală)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PNIAS (Programul Național de investiții Anghel Saligny)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PNDR (Programul Național de Dezvoltare Rurală)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POR (Programul Operațional Regional)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POIM (Programul Operațional Infrastructură Mare)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 CCRSR (Programul național de consolidare a clădirilor cu risc seismic ridicat)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PCLSCN (Programul de construcții de locuințe sociale și de necessitate)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 PEC (Programul național multianual privind creșterea performanței energetice a blocurilor de locuințe)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PNI Mihail Cantacuzino (Programul național de investiții pentru consolidarea spitalelor „Mihail Cantacuzino”)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CNI – MDLPA Program Național de Construcții de Interes Public sau Social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ANL – MDLPA Programe de construcții de locuințe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CNAIR – Ministerul Transporturilor și Infrastructurii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Alt program de investiții: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sv-SE"/>
              </w:rPr>
              <w:t>Numele programului de investiții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           . </w:t>
            </w:r>
          </w:p>
        </w:tc>
      </w:tr>
    </w:tbl>
    <w:p w14:paraId="000597DD" w14:textId="77777777" w:rsidR="00BD2397" w:rsidRPr="00F9681E" w:rsidRDefault="00BD2397">
      <w:pPr>
        <w:autoSpaceDE w:val="0"/>
        <w:autoSpaceDN w:val="0"/>
        <w:spacing w:after="0" w:line="120" w:lineRule="exact"/>
        <w:rPr>
          <w:sz w:val="16"/>
          <w:szCs w:val="16"/>
          <w:lang w:val="sv-SE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F9681E" w14:paraId="17CD0E55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19FBAC5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8.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F9681E" w14:paraId="0570EE8D" w14:textId="77777777">
        <w:trPr>
          <w:trHeight w:hRule="exact" w:val="502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0AB906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0CF5167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Titularul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autorizației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C72A6A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587C5796" w14:textId="3C226CDA" w:rsidR="00BD2397" w:rsidRPr="001F5194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pt-PT"/>
        </w:rPr>
      </w:pPr>
      <w:r w:rsidRPr="001F5194">
        <w:rPr>
          <w:sz w:val="16"/>
          <w:szCs w:val="16"/>
          <w:lang w:val="pt-PT"/>
        </w:rPr>
        <w:tab/>
      </w:r>
      <w:r w:rsidRPr="001F5194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>pagina 2 din 2</w:t>
      </w:r>
    </w:p>
    <w:sectPr w:rsidR="00BD2397" w:rsidRPr="001F5194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0D51AB"/>
    <w:rsid w:val="0015074B"/>
    <w:rsid w:val="00184E29"/>
    <w:rsid w:val="00187A6E"/>
    <w:rsid w:val="001C63D4"/>
    <w:rsid w:val="001F5194"/>
    <w:rsid w:val="001F7E48"/>
    <w:rsid w:val="0029639D"/>
    <w:rsid w:val="002A5EAB"/>
    <w:rsid w:val="002B0E1B"/>
    <w:rsid w:val="00326F90"/>
    <w:rsid w:val="003C5479"/>
    <w:rsid w:val="003D684B"/>
    <w:rsid w:val="003F7FDF"/>
    <w:rsid w:val="004761A5"/>
    <w:rsid w:val="0050743D"/>
    <w:rsid w:val="00616AC8"/>
    <w:rsid w:val="00646AD5"/>
    <w:rsid w:val="0068581A"/>
    <w:rsid w:val="00786EB1"/>
    <w:rsid w:val="00846091"/>
    <w:rsid w:val="008C3403"/>
    <w:rsid w:val="008D0C1E"/>
    <w:rsid w:val="00912339"/>
    <w:rsid w:val="00944F95"/>
    <w:rsid w:val="009D2C2E"/>
    <w:rsid w:val="009F0C11"/>
    <w:rsid w:val="00A1149B"/>
    <w:rsid w:val="00A531FA"/>
    <w:rsid w:val="00AA1D8D"/>
    <w:rsid w:val="00AB1449"/>
    <w:rsid w:val="00B40836"/>
    <w:rsid w:val="00B47730"/>
    <w:rsid w:val="00B84130"/>
    <w:rsid w:val="00B8640C"/>
    <w:rsid w:val="00BB3B32"/>
    <w:rsid w:val="00BD2397"/>
    <w:rsid w:val="00BE77F5"/>
    <w:rsid w:val="00C35B77"/>
    <w:rsid w:val="00C44B4D"/>
    <w:rsid w:val="00C53134"/>
    <w:rsid w:val="00CA3FBF"/>
    <w:rsid w:val="00CB0664"/>
    <w:rsid w:val="00CB26DE"/>
    <w:rsid w:val="00CE6227"/>
    <w:rsid w:val="00D70A05"/>
    <w:rsid w:val="00E5523C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8C3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2026-09-07T11:12:00Z</dcterms:created>
  <dcterms:modified xsi:type="dcterms:W3CDTF">2026-09-08T08:05:00Z</dcterms:modified>
</cp:coreProperties>
</file>