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0EEED62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130DB22" w14:textId="77777777" w:rsidR="00BD2397" w:rsidRPr="001F5194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784C12A" w14:textId="050BC7F9" w:rsidR="00B41938" w:rsidRPr="00B41938" w:rsidRDefault="00B41938" w:rsidP="00B41938">
      <w:pPr>
        <w:autoSpaceDE w:val="0"/>
        <w:autoSpaceDN w:val="0"/>
        <w:spacing w:after="0" w:line="292" w:lineRule="exact"/>
        <w:rPr>
          <w:rFonts w:ascii="Times New Roman" w:hAnsi="Times New Roman" w:cs="Times New Roman"/>
          <w:lang w:val="pt-PT"/>
        </w:rPr>
      </w:pPr>
      <w:r w:rsidRPr="00B41938">
        <w:drawing>
          <wp:anchor distT="0" distB="0" distL="114300" distR="114300" simplePos="0" relativeHeight="251661312" behindDoc="0" locked="0" layoutInCell="1" allowOverlap="1" wp14:anchorId="5384A285" wp14:editId="624826F7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966402031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1938">
        <w:drawing>
          <wp:anchor distT="0" distB="0" distL="114300" distR="114300" simplePos="0" relativeHeight="251659264" behindDoc="0" locked="0" layoutInCell="1" allowOverlap="1" wp14:anchorId="225BB1F8" wp14:editId="07C8020E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2079218788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34C37" w14:textId="77777777" w:rsidR="00B41938" w:rsidRPr="00B41938" w:rsidRDefault="00B41938" w:rsidP="00B41938">
      <w:pPr>
        <w:autoSpaceDE w:val="0"/>
        <w:autoSpaceDN w:val="0"/>
        <w:spacing w:after="0" w:line="292" w:lineRule="exact"/>
        <w:rPr>
          <w:rFonts w:ascii="Times New Roman" w:hAnsi="Times New Roman" w:cs="Times New Roman"/>
          <w:b/>
          <w:lang w:val="pt-PT"/>
        </w:rPr>
      </w:pPr>
      <w:r w:rsidRPr="00B41938">
        <w:rPr>
          <w:rFonts w:ascii="Times New Roman" w:hAnsi="Times New Roman" w:cs="Times New Roman"/>
          <w:lang w:val="pt-PT"/>
        </w:rPr>
        <w:t xml:space="preserve">Judeţul  MUREŞ                                                                                                    </w:t>
      </w:r>
      <w:r w:rsidRPr="00B41938">
        <w:rPr>
          <w:rFonts w:ascii="Times New Roman" w:hAnsi="Times New Roman" w:cs="Times New Roman"/>
          <w:b/>
          <w:lang w:val="pt-PT"/>
        </w:rPr>
        <w:t xml:space="preserve"> </w:t>
      </w:r>
      <w:r w:rsidRPr="00B41938">
        <w:rPr>
          <w:rFonts w:ascii="Times New Roman" w:hAnsi="Times New Roman" w:cs="Times New Roman"/>
          <w:lang w:val="pt-PT"/>
        </w:rPr>
        <w:t xml:space="preserve">   </w:t>
      </w:r>
      <w:r w:rsidRPr="00B41938">
        <w:rPr>
          <w:rFonts w:ascii="Times New Roman" w:hAnsi="Times New Roman" w:cs="Times New Roman"/>
          <w:b/>
          <w:lang w:val="pt-PT"/>
        </w:rPr>
        <w:t xml:space="preserve"> </w:t>
      </w:r>
      <w:r w:rsidRPr="00B41938">
        <w:rPr>
          <w:rFonts w:ascii="Times New Roman" w:hAnsi="Times New Roman" w:cs="Times New Roman"/>
          <w:lang w:val="pt-PT"/>
        </w:rPr>
        <w:t xml:space="preserve"> </w:t>
      </w:r>
      <w:r w:rsidRPr="00B41938">
        <w:rPr>
          <w:rFonts w:ascii="Times New Roman" w:hAnsi="Times New Roman" w:cs="Times New Roman"/>
          <w:lang w:val="pt-PT"/>
        </w:rPr>
        <w:tab/>
      </w:r>
    </w:p>
    <w:p w14:paraId="02BF994D" w14:textId="4B92DA56" w:rsidR="00B41938" w:rsidRPr="00B41938" w:rsidRDefault="00B41938" w:rsidP="00B41938">
      <w:pPr>
        <w:autoSpaceDE w:val="0"/>
        <w:autoSpaceDN w:val="0"/>
        <w:spacing w:after="0" w:line="292" w:lineRule="exact"/>
        <w:rPr>
          <w:rFonts w:ascii="Times New Roman" w:hAnsi="Times New Roman" w:cs="Times New Roman"/>
          <w:b/>
          <w:bCs/>
          <w:lang w:val="pt-PT"/>
        </w:rPr>
      </w:pPr>
      <w:r w:rsidRPr="00B41938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C72EEB" wp14:editId="439BD04C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1423368305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5FAD36" w14:textId="77777777" w:rsidR="00B41938" w:rsidRDefault="00B41938" w:rsidP="00B41938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C72EEB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1E5FAD36" w14:textId="77777777" w:rsidR="00B41938" w:rsidRDefault="00B41938" w:rsidP="00B41938"/>
                  </w:txbxContent>
                </v:textbox>
              </v:shape>
            </w:pict>
          </mc:Fallback>
        </mc:AlternateContent>
      </w:r>
      <w:r w:rsidRPr="00B41938">
        <w:rPr>
          <w:rFonts w:ascii="Times New Roman" w:hAnsi="Times New Roman" w:cs="Times New Roman"/>
          <w:bCs/>
          <w:lang w:val="pt-PT"/>
        </w:rPr>
        <w:t>Comuna Zau de Câmpie</w:t>
      </w:r>
      <w:r w:rsidRPr="00B41938">
        <w:rPr>
          <w:rFonts w:ascii="Times New Roman" w:hAnsi="Times New Roman" w:cs="Times New Roman"/>
          <w:bCs/>
          <w:lang w:val="pt-PT"/>
        </w:rPr>
        <w:tab/>
      </w:r>
      <w:r w:rsidRPr="00B41938">
        <w:rPr>
          <w:rFonts w:ascii="Times New Roman" w:hAnsi="Times New Roman" w:cs="Times New Roman"/>
          <w:bCs/>
          <w:lang w:val="pt-PT"/>
        </w:rPr>
        <w:tab/>
      </w:r>
      <w:r w:rsidRPr="00B41938">
        <w:rPr>
          <w:rFonts w:ascii="Times New Roman" w:hAnsi="Times New Roman" w:cs="Times New Roman"/>
          <w:bCs/>
          <w:lang w:val="pt-PT"/>
        </w:rPr>
        <w:tab/>
      </w:r>
      <w:r w:rsidRPr="00B41938">
        <w:rPr>
          <w:rFonts w:ascii="Times New Roman" w:hAnsi="Times New Roman" w:cs="Times New Roman"/>
          <w:bCs/>
          <w:lang w:val="pt-PT"/>
        </w:rPr>
        <w:tab/>
      </w:r>
      <w:r w:rsidRPr="00B41938">
        <w:rPr>
          <w:rFonts w:ascii="Times New Roman" w:hAnsi="Times New Roman" w:cs="Times New Roman"/>
          <w:bCs/>
          <w:lang w:val="pt-PT"/>
        </w:rPr>
        <w:tab/>
      </w:r>
      <w:r w:rsidRPr="00B41938">
        <w:rPr>
          <w:rFonts w:ascii="Times New Roman" w:hAnsi="Times New Roman" w:cs="Times New Roman"/>
          <w:bCs/>
          <w:lang w:val="pt-PT"/>
        </w:rPr>
        <w:tab/>
      </w:r>
    </w:p>
    <w:p w14:paraId="0B68BEBF" w14:textId="77777777" w:rsidR="00B41938" w:rsidRPr="00B41938" w:rsidRDefault="00B41938" w:rsidP="00B41938">
      <w:pPr>
        <w:autoSpaceDE w:val="0"/>
        <w:autoSpaceDN w:val="0"/>
        <w:spacing w:after="0" w:line="292" w:lineRule="exact"/>
        <w:rPr>
          <w:rFonts w:ascii="Times New Roman" w:hAnsi="Times New Roman" w:cs="Times New Roman"/>
          <w:bCs/>
          <w:lang w:val="pt-PT"/>
        </w:rPr>
      </w:pPr>
      <w:r w:rsidRPr="00B41938">
        <w:rPr>
          <w:rFonts w:ascii="Times New Roman" w:hAnsi="Times New Roman" w:cs="Times New Roman"/>
          <w:bCs/>
          <w:lang w:val="pt-PT"/>
        </w:rPr>
        <w:t>CIF4375917, Zau de Câmpie, strada Republicii, nr.18</w:t>
      </w:r>
    </w:p>
    <w:p w14:paraId="4C6A5977" w14:textId="77777777" w:rsidR="00B41938" w:rsidRPr="00B41938" w:rsidRDefault="00B41938" w:rsidP="00B41938">
      <w:pPr>
        <w:autoSpaceDE w:val="0"/>
        <w:autoSpaceDN w:val="0"/>
        <w:spacing w:after="0" w:line="292" w:lineRule="exact"/>
        <w:rPr>
          <w:rFonts w:ascii="Times New Roman" w:hAnsi="Times New Roman" w:cs="Times New Roman"/>
          <w:bCs/>
          <w:lang w:val="pt-PT"/>
        </w:rPr>
      </w:pPr>
      <w:r w:rsidRPr="00B41938">
        <w:rPr>
          <w:rFonts w:ascii="Times New Roman" w:hAnsi="Times New Roman" w:cs="Times New Roman"/>
          <w:bCs/>
          <w:lang w:val="pt-PT"/>
        </w:rPr>
        <w:t>Telefon: 0265 486112</w:t>
      </w:r>
    </w:p>
    <w:p w14:paraId="26F6FDEB" w14:textId="77777777" w:rsidR="00B41938" w:rsidRPr="00B41938" w:rsidRDefault="00B41938" w:rsidP="00B41938">
      <w:pPr>
        <w:autoSpaceDE w:val="0"/>
        <w:autoSpaceDN w:val="0"/>
        <w:spacing w:after="0" w:line="292" w:lineRule="exact"/>
        <w:rPr>
          <w:rFonts w:ascii="Times New Roman" w:hAnsi="Times New Roman" w:cs="Times New Roman"/>
          <w:bCs/>
          <w:sz w:val="16"/>
          <w:szCs w:val="16"/>
          <w:lang w:val="pt-PT"/>
        </w:rPr>
      </w:pPr>
      <w:r w:rsidRPr="00B41938">
        <w:rPr>
          <w:rFonts w:ascii="Times New Roman" w:hAnsi="Times New Roman" w:cs="Times New Roman"/>
          <w:bCs/>
          <w:lang w:val="pt-PT"/>
        </w:rPr>
        <w:t xml:space="preserve"> E-mail: </w:t>
      </w:r>
      <w:hyperlink r:id="rId9" w:history="1">
        <w:r w:rsidRPr="00B41938">
          <w:rPr>
            <w:rStyle w:val="Hyperlink"/>
            <w:rFonts w:ascii="Times New Roman" w:hAnsi="Times New Roman" w:cs="Times New Roman"/>
            <w:bCs/>
            <w:lang w:val="pt-PT"/>
          </w:rPr>
          <w:t>zaucimpiei@cjmures.ro</w:t>
        </w:r>
      </w:hyperlink>
    </w:p>
    <w:p w14:paraId="6C77E6CD" w14:textId="77777777" w:rsidR="00B41938" w:rsidRPr="00B41938" w:rsidRDefault="00B41938" w:rsidP="00B41938">
      <w:pPr>
        <w:autoSpaceDE w:val="0"/>
        <w:autoSpaceDN w:val="0"/>
        <w:spacing w:after="0" w:line="292" w:lineRule="exact"/>
        <w:rPr>
          <w:rFonts w:ascii="Times New Roman" w:hAnsi="Times New Roman" w:cs="Times New Roman"/>
          <w:bCs/>
          <w:lang w:val="pt-PT"/>
        </w:rPr>
      </w:pPr>
      <w:r w:rsidRPr="00B41938">
        <w:rPr>
          <w:rFonts w:ascii="Times New Roman" w:hAnsi="Times New Roman" w:cs="Times New Roman"/>
          <w:lang w:val="pt-PT"/>
        </w:rPr>
        <w:t xml:space="preserve"> Număr de înregistrare.................data...............................  </w:t>
      </w:r>
    </w:p>
    <w:p w14:paraId="4EDE3CC9" w14:textId="77777777" w:rsidR="00B41938" w:rsidRPr="00B41938" w:rsidRDefault="00B41938" w:rsidP="00B41938">
      <w:pPr>
        <w:autoSpaceDE w:val="0"/>
        <w:autoSpaceDN w:val="0"/>
        <w:spacing w:after="0" w:line="292" w:lineRule="exact"/>
        <w:rPr>
          <w:rFonts w:ascii="Times New Roman" w:hAnsi="Times New Roman" w:cs="Times New Roman"/>
          <w:lang w:val="pt-PT"/>
        </w:rPr>
      </w:pPr>
    </w:p>
    <w:p w14:paraId="426D313B" w14:textId="77777777" w:rsidR="00786EB1" w:rsidRPr="005E1F99" w:rsidRDefault="00786EB1">
      <w:pPr>
        <w:autoSpaceDE w:val="0"/>
        <w:autoSpaceDN w:val="0"/>
        <w:spacing w:after="0" w:line="292" w:lineRule="exact"/>
        <w:rPr>
          <w:lang w:val="pt-PT"/>
        </w:rPr>
      </w:pPr>
    </w:p>
    <w:p w14:paraId="72068709" w14:textId="77777777" w:rsidR="00786EB1" w:rsidRPr="005E1F99" w:rsidRDefault="00786EB1">
      <w:pPr>
        <w:autoSpaceDE w:val="0"/>
        <w:autoSpaceDN w:val="0"/>
        <w:spacing w:after="0" w:line="292" w:lineRule="exact"/>
        <w:rPr>
          <w:lang w:val="pt-PT"/>
        </w:rPr>
      </w:pPr>
    </w:p>
    <w:p w14:paraId="7F7765F8" w14:textId="77777777" w:rsidR="00BD2397" w:rsidRPr="005E1F99" w:rsidRDefault="00B8640C">
      <w:pPr>
        <w:autoSpaceDE w:val="0"/>
        <w:autoSpaceDN w:val="0"/>
        <w:spacing w:after="0" w:line="246" w:lineRule="exact"/>
        <w:ind w:left="1728" w:right="1008"/>
        <w:jc w:val="center"/>
        <w:rPr>
          <w:sz w:val="16"/>
          <w:szCs w:val="16"/>
          <w:lang w:val="pt-PT"/>
        </w:rPr>
      </w:pPr>
      <w:r w:rsidRPr="005E1F99">
        <w:rPr>
          <w:rFonts w:ascii="TimesNewRomanPS" w:eastAsia="TimesNewRomanPS" w:hAnsi="TimesNewRomanPS"/>
          <w:b/>
          <w:color w:val="000000"/>
          <w:sz w:val="23"/>
          <w:lang w:val="pt-PT"/>
        </w:rPr>
        <w:t xml:space="preserve">ÎNȘTIINȚARE </w:t>
      </w:r>
      <w:r w:rsidRPr="005E1F99">
        <w:rPr>
          <w:lang w:val="pt-PT"/>
        </w:rPr>
        <w:br/>
      </w:r>
      <w:r w:rsidRPr="005E1F99">
        <w:rPr>
          <w:rFonts w:ascii="TimesNewRomanPSMT" w:eastAsia="TimesNewRomanPSMT" w:hAnsi="TimesNewRomanPSMT"/>
          <w:color w:val="000000"/>
          <w:w w:val="102"/>
          <w:sz w:val="16"/>
          <w:szCs w:val="16"/>
          <w:lang w:val="pt-PT"/>
        </w:rPr>
        <w:t>privind finalizarea lucrărilor notificate și solicitarea participării reprezentantului UAT la recepție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0089EAA4" w14:textId="77777777">
        <w:trPr>
          <w:trHeight w:hRule="exact" w:val="21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28FC51F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5E1F99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CĂTRE</w:t>
            </w:r>
          </w:p>
        </w:tc>
      </w:tr>
      <w:tr w:rsidR="00BD2397" w:rsidRPr="00B41938" w14:paraId="53FD91F5" w14:textId="77777777">
        <w:trPr>
          <w:trHeight w:hRule="exact" w:val="5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5FB47C8" w14:textId="77777777" w:rsidR="00BD2397" w:rsidRPr="005E1F99" w:rsidRDefault="00B8640C">
            <w:pPr>
              <w:autoSpaceDE w:val="0"/>
              <w:autoSpaceDN w:val="0"/>
              <w:spacing w:after="0" w:line="168" w:lineRule="exact"/>
              <w:ind w:left="100" w:right="4320"/>
              <w:rPr>
                <w:sz w:val="16"/>
                <w:szCs w:val="16"/>
                <w:lang w:val="pt-PT"/>
              </w:rPr>
            </w:pPr>
            <w:r w:rsidRPr="005E1F9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Instituția </w:t>
            </w:r>
            <w:r w:rsidRPr="005E1F99">
              <w:rPr>
                <w:sz w:val="16"/>
                <w:szCs w:val="16"/>
                <w:lang w:val="pt-PT"/>
              </w:rPr>
              <w:br/>
            </w:r>
            <w:r w:rsidRPr="005E1F99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primăria municipiului / orașului / comunei · primăria de sector · consiliul județean</w:t>
            </w:r>
          </w:p>
        </w:tc>
      </w:tr>
      <w:tr w:rsidR="00BD2397" w:rsidRPr="00B41938" w14:paraId="2D5911A4" w14:textId="77777777" w:rsidTr="00187A6E">
        <w:trPr>
          <w:trHeight w:hRule="exact" w:val="391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1D54230" w14:textId="77777777" w:rsidR="00BD2397" w:rsidRPr="005E1F99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5E1F99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14:paraId="4D069120" w14:textId="77777777" w:rsidR="00BD2397" w:rsidRPr="005E1F99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BD2397" w:rsidRPr="00F9681E" w14:paraId="12BE7F72" w14:textId="77777777">
        <w:trPr>
          <w:trHeight w:hRule="exact" w:val="212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FFA5C95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5E1F99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</w:t>
            </w:r>
          </w:p>
        </w:tc>
      </w:tr>
      <w:tr w:rsidR="00BD2397" w:rsidRPr="00F9681E" w14:paraId="141115AB" w14:textId="77777777">
        <w:trPr>
          <w:trHeight w:hRule="exact" w:val="504"/>
        </w:trPr>
        <w:tc>
          <w:tcPr>
            <w:tcW w:w="5452" w:type="dxa"/>
            <w:gridSpan w:val="5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12BFE8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și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FD11B4B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BD2397" w:rsidRPr="00F9681E" w14:paraId="320FDA76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E78F9B0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Act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identitate</w:t>
            </w:r>
            <w:proofErr w:type="spellEnd"/>
          </w:p>
        </w:tc>
      </w:tr>
      <w:tr w:rsidR="00BD2397" w:rsidRPr="00F9681E" w14:paraId="7AA0F46D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53CAEB8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Seria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407981F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263977B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Eliberat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1B728B1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BD2397" w:rsidRPr="00F9681E" w14:paraId="75853B5B" w14:textId="77777777">
        <w:trPr>
          <w:trHeight w:hRule="exact"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BCDE98B" w14:textId="77777777" w:rsidR="00BD2397" w:rsidRPr="00F9681E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BD2397" w:rsidRPr="00F9681E" w14:paraId="6FF48F9C" w14:textId="77777777">
        <w:trPr>
          <w:trHeight w:hRule="exact" w:val="502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343054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D2F1C8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3668B2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BD2397" w:rsidRPr="00F9681E" w14:paraId="7B40AD2E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43641F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08D88F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0CBEBE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A24FE84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844E2D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5BF70F4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C5D1D7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BD2397" w:rsidRPr="00F9681E" w14:paraId="7BFC602F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B40B212" w14:textId="77777777" w:rsidR="00BD2397" w:rsidRPr="00F9681E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BD2397" w:rsidRPr="00F9681E" w14:paraId="49292E66" w14:textId="77777777">
        <w:trPr>
          <w:trHeight w:hRule="exact" w:val="504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C02F0D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7DD8AF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</w:tbl>
    <w:p w14:paraId="4BE5E4E2" w14:textId="77777777" w:rsidR="00BD2397" w:rsidRPr="00F9681E" w:rsidRDefault="00BD2397">
      <w:pPr>
        <w:autoSpaceDE w:val="0"/>
        <w:autoSpaceDN w:val="0"/>
        <w:spacing w:after="0" w:line="118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38"/>
        <w:gridCol w:w="2336"/>
        <w:gridCol w:w="4674"/>
      </w:tblGrid>
      <w:tr w:rsidR="00BD2397" w:rsidRPr="00F9681E" w14:paraId="564A182E" w14:textId="77777777">
        <w:trPr>
          <w:trHeight w:hRule="exact" w:val="208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D8A862C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3.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NOTIFICAREA</w:t>
            </w:r>
          </w:p>
        </w:tc>
      </w:tr>
      <w:tr w:rsidR="00BD2397" w:rsidRPr="00F9681E" w14:paraId="6D733F31" w14:textId="77777777">
        <w:trPr>
          <w:trHeight w:hRule="exact" w:val="506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38E808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Nr. / data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notificării</w:t>
            </w:r>
            <w:proofErr w:type="spellEnd"/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CE51FB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Proiect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 / cod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CFDBE1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Imobilul</w:t>
            </w:r>
            <w:proofErr w:type="spellEnd"/>
          </w:p>
        </w:tc>
      </w:tr>
    </w:tbl>
    <w:p w14:paraId="794C20C6" w14:textId="77777777" w:rsidR="00BD2397" w:rsidRPr="00F9681E" w:rsidRDefault="00BD2397">
      <w:pPr>
        <w:autoSpaceDE w:val="0"/>
        <w:autoSpaceDN w:val="0"/>
        <w:spacing w:after="0" w:line="118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3116"/>
        <w:gridCol w:w="1558"/>
        <w:gridCol w:w="4674"/>
      </w:tblGrid>
      <w:tr w:rsidR="00BD2397" w:rsidRPr="00F9681E" w14:paraId="20BBB7E0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892545F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4.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EXECUȚIA ȘI RECEPȚIA</w:t>
            </w:r>
          </w:p>
        </w:tc>
      </w:tr>
      <w:tr w:rsidR="00BD2397" w:rsidRPr="00F9681E" w14:paraId="7C556923" w14:textId="77777777">
        <w:trPr>
          <w:trHeight w:hRule="exact" w:val="510"/>
        </w:trPr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C89CD7C" w14:textId="77777777" w:rsidR="00BD2397" w:rsidRPr="005E1F99" w:rsidRDefault="00B8640C">
            <w:pPr>
              <w:autoSpaceDE w:val="0"/>
              <w:autoSpaceDN w:val="0"/>
              <w:spacing w:after="0" w:line="166" w:lineRule="exact"/>
              <w:ind w:left="100" w:right="3024"/>
              <w:rPr>
                <w:sz w:val="16"/>
                <w:szCs w:val="16"/>
                <w:lang w:val="pt-PT"/>
              </w:rPr>
            </w:pPr>
            <w:r w:rsidRPr="005E1F9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Data începerii lucrărilor </w:t>
            </w:r>
            <w:r w:rsidRPr="005E1F99">
              <w:rPr>
                <w:sz w:val="16"/>
                <w:szCs w:val="16"/>
                <w:lang w:val="pt-PT"/>
              </w:rPr>
              <w:br/>
            </w:r>
            <w:r w:rsidRPr="005E1F99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se declară aici</w:t>
            </w:r>
          </w:p>
        </w:tc>
        <w:tc>
          <w:tcPr>
            <w:tcW w:w="4674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D9D0855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Data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finalizării</w:t>
            </w:r>
            <w:proofErr w:type="spellEnd"/>
          </w:p>
        </w:tc>
      </w:tr>
      <w:tr w:rsidR="00BD2397" w:rsidRPr="00F9681E" w14:paraId="62BA344C" w14:textId="77777777">
        <w:trPr>
          <w:trHeight w:hRule="exact" w:val="506"/>
        </w:trPr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3AF4FC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Data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propusă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pentru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recepție</w:t>
            </w:r>
            <w:proofErr w:type="spellEnd"/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793C2F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AABFA9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locul</w:t>
            </w:r>
            <w:proofErr w:type="spellEnd"/>
          </w:p>
        </w:tc>
      </w:tr>
      <w:tr w:rsidR="00BD2397" w:rsidRPr="00B41938" w14:paraId="55EFBAAC" w14:textId="77777777">
        <w:trPr>
          <w:trHeight w:hRule="exact" w:val="326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C752A98" w14:textId="77777777" w:rsidR="00BD2397" w:rsidRPr="005E1F99" w:rsidRDefault="00B8640C">
            <w:pPr>
              <w:autoSpaceDE w:val="0"/>
              <w:autoSpaceDN w:val="0"/>
              <w:spacing w:after="0" w:line="158" w:lineRule="exact"/>
              <w:ind w:left="100" w:right="576"/>
              <w:rPr>
                <w:sz w:val="16"/>
                <w:szCs w:val="16"/>
                <w:lang w:val="pt-PT"/>
              </w:rPr>
            </w:pPr>
            <w:r w:rsidRPr="005E1F99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Legea nr.169/2026 privind Codul amenajării teritoriului, urbanismului și construcțiilor nu instituie o înștiințare distinctă privind începerea lucrărilor notificate; data începerii se declară în prezentul formular și se consemnează în procesul-verbal de recepție. </w:t>
            </w:r>
          </w:p>
        </w:tc>
      </w:tr>
    </w:tbl>
    <w:p w14:paraId="68D92DD3" w14:textId="77777777" w:rsidR="00BD2397" w:rsidRPr="005E1F99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BD2397" w:rsidRPr="00F9681E" w14:paraId="54F0859A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EBFF395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5E1F99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5.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DATA ȘI SEMNĂTURA</w:t>
            </w:r>
          </w:p>
        </w:tc>
      </w:tr>
      <w:tr w:rsidR="00BD2397" w:rsidRPr="00F9681E" w14:paraId="557AA949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000000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A42432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000000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B162F3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Beneficiarul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000000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D1D3B5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5DBD3B32" w14:textId="64D22421" w:rsidR="00BD2397" w:rsidRPr="00F9681E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sv-SE"/>
        </w:rPr>
      </w:pP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 </w:t>
      </w:r>
      <w:r w:rsidRPr="00F9681E">
        <w:rPr>
          <w:sz w:val="16"/>
          <w:szCs w:val="16"/>
          <w:lang w:val="sv-SE"/>
        </w:rPr>
        <w:tab/>
      </w: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1</w:t>
      </w:r>
    </w:p>
    <w:p w14:paraId="4C6F02D5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367DB"/>
    <w:rsid w:val="0006063C"/>
    <w:rsid w:val="000C1C98"/>
    <w:rsid w:val="000D51AB"/>
    <w:rsid w:val="0015074B"/>
    <w:rsid w:val="00184E29"/>
    <w:rsid w:val="00187A6E"/>
    <w:rsid w:val="001C63D4"/>
    <w:rsid w:val="001F5194"/>
    <w:rsid w:val="001F7E48"/>
    <w:rsid w:val="0029639D"/>
    <w:rsid w:val="002A5EAB"/>
    <w:rsid w:val="002B0E1B"/>
    <w:rsid w:val="003178A8"/>
    <w:rsid w:val="00326F90"/>
    <w:rsid w:val="003C5479"/>
    <w:rsid w:val="003D684B"/>
    <w:rsid w:val="003F7FDF"/>
    <w:rsid w:val="004761A5"/>
    <w:rsid w:val="004A23F1"/>
    <w:rsid w:val="0050487B"/>
    <w:rsid w:val="005869A8"/>
    <w:rsid w:val="005E1F99"/>
    <w:rsid w:val="00616AC8"/>
    <w:rsid w:val="00646AD5"/>
    <w:rsid w:val="0068581A"/>
    <w:rsid w:val="006C3170"/>
    <w:rsid w:val="006E158E"/>
    <w:rsid w:val="00766D93"/>
    <w:rsid w:val="00786EB1"/>
    <w:rsid w:val="00825AE6"/>
    <w:rsid w:val="00846091"/>
    <w:rsid w:val="008D0C1E"/>
    <w:rsid w:val="00912339"/>
    <w:rsid w:val="00944F95"/>
    <w:rsid w:val="00974029"/>
    <w:rsid w:val="009F0C11"/>
    <w:rsid w:val="00A1149B"/>
    <w:rsid w:val="00A531FA"/>
    <w:rsid w:val="00AA1D8D"/>
    <w:rsid w:val="00AB1449"/>
    <w:rsid w:val="00B40836"/>
    <w:rsid w:val="00B41938"/>
    <w:rsid w:val="00B47730"/>
    <w:rsid w:val="00B84130"/>
    <w:rsid w:val="00B8640C"/>
    <w:rsid w:val="00BB3B32"/>
    <w:rsid w:val="00BD2397"/>
    <w:rsid w:val="00BE77F5"/>
    <w:rsid w:val="00C44B4D"/>
    <w:rsid w:val="00C53134"/>
    <w:rsid w:val="00CA3FBF"/>
    <w:rsid w:val="00CB0664"/>
    <w:rsid w:val="00CB26DE"/>
    <w:rsid w:val="00CC2E02"/>
    <w:rsid w:val="00CE6227"/>
    <w:rsid w:val="00D70A05"/>
    <w:rsid w:val="00E3029C"/>
    <w:rsid w:val="00E5523C"/>
    <w:rsid w:val="00EE1EFB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B41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ucimpiei@cj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6</cp:revision>
  <dcterms:created xsi:type="dcterms:W3CDTF">2026-09-07T11:24:00Z</dcterms:created>
  <dcterms:modified xsi:type="dcterms:W3CDTF">2026-09-08T08:06:00Z</dcterms:modified>
</cp:coreProperties>
</file>