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143A4C2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4C5D59C1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9FADB4E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5CAE9067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63BC7A4B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2D10A17B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tbl>
      <w:tblPr>
        <w:tblW w:w="0" w:type="auto"/>
        <w:tblInd w:w="734" w:type="dxa"/>
        <w:tblLayout w:type="fixed"/>
        <w:tblLook w:val="04A0" w:firstRow="1" w:lastRow="0" w:firstColumn="1" w:lastColumn="0" w:noHBand="0" w:noVBand="1"/>
      </w:tblPr>
      <w:tblGrid>
        <w:gridCol w:w="8280"/>
        <w:gridCol w:w="1160"/>
      </w:tblGrid>
      <w:tr w:rsidR="00BD2397" w14:paraId="412439E5" w14:textId="77777777">
        <w:trPr>
          <w:trHeight w:hRule="exact" w:val="260"/>
        </w:trPr>
        <w:tc>
          <w:tcPr>
            <w:tcW w:w="8280" w:type="dxa"/>
            <w:tcMar>
              <w:left w:w="0" w:type="dxa"/>
              <w:right w:w="0" w:type="dxa"/>
            </w:tcMar>
          </w:tcPr>
          <w:p w14:paraId="720FC3A6" w14:textId="77777777" w:rsidR="00BD2397" w:rsidRPr="001F7E48" w:rsidRDefault="00B8640C">
            <w:pPr>
              <w:autoSpaceDE w:val="0"/>
              <w:autoSpaceDN w:val="0"/>
              <w:spacing w:after="0" w:line="200" w:lineRule="exact"/>
              <w:ind w:left="744"/>
              <w:rPr>
                <w:lang w:val="pt-PT"/>
              </w:rPr>
            </w:pPr>
            <w:r w:rsidRPr="001F7E48">
              <w:rPr>
                <w:rFonts w:ascii="Arial" w:eastAsia="Arial" w:hAnsi="Arial"/>
                <w:color w:val="000000"/>
                <w:sz w:val="17"/>
                <w:lang w:val="pt-PT"/>
              </w:rPr>
              <w:t>MONITORUL OFICIAL AL ROMÂNIEI, PARTEA I, Nr. 711 bis/26.VIII.2026</w:t>
            </w:r>
          </w:p>
        </w:tc>
        <w:tc>
          <w:tcPr>
            <w:tcW w:w="1160" w:type="dxa"/>
            <w:tcMar>
              <w:left w:w="0" w:type="dxa"/>
              <w:right w:w="0" w:type="dxa"/>
            </w:tcMar>
          </w:tcPr>
          <w:p w14:paraId="61D19A95" w14:textId="77777777" w:rsidR="00BD2397" w:rsidRDefault="00B8640C">
            <w:pPr>
              <w:autoSpaceDE w:val="0"/>
              <w:autoSpaceDN w:val="0"/>
              <w:spacing w:after="0" w:line="200" w:lineRule="exact"/>
              <w:ind w:right="6"/>
              <w:jc w:val="right"/>
            </w:pPr>
            <w:r>
              <w:rPr>
                <w:rFonts w:ascii="Arial" w:eastAsia="Arial" w:hAnsi="Arial"/>
                <w:color w:val="000000"/>
                <w:sz w:val="17"/>
              </w:rPr>
              <w:t>31</w:t>
            </w:r>
          </w:p>
        </w:tc>
      </w:tr>
    </w:tbl>
    <w:p w14:paraId="25CDD205" w14:textId="77777777" w:rsidR="00BD2397" w:rsidRDefault="00184E29">
      <w:pPr>
        <w:autoSpaceDE w:val="0"/>
        <w:autoSpaceDN w:val="0"/>
        <w:spacing w:after="0" w:line="292" w:lineRule="exact"/>
      </w:pPr>
      <w:r>
        <w:rPr>
          <w:rFonts w:ascii="TimesNewRomanPS" w:eastAsia="TimesNewRomanPS" w:hAnsi="TimesNewRomanPS"/>
          <w:b/>
          <w:i/>
          <w:noProof/>
          <w:color w:val="595959"/>
          <w:sz w:val="20"/>
          <w:u w:val="single" w:color="585958"/>
        </w:rPr>
        <w:drawing>
          <wp:anchor distT="0" distB="0" distL="114300" distR="114300" simplePos="0" relativeHeight="251777024" behindDoc="0" locked="0" layoutInCell="1" allowOverlap="1" wp14:anchorId="32B7A827" wp14:editId="4ABAB789">
            <wp:simplePos x="0" y="0"/>
            <wp:positionH relativeFrom="column">
              <wp:posOffset>76835</wp:posOffset>
            </wp:positionH>
            <wp:positionV relativeFrom="paragraph">
              <wp:posOffset>130175</wp:posOffset>
            </wp:positionV>
            <wp:extent cx="516255" cy="762000"/>
            <wp:effectExtent l="0" t="0" r="0" b="0"/>
            <wp:wrapSquare wrapText="right"/>
            <wp:docPr id="65" name="Picture 65" descr="C:\Program Files\Indaco\Lege4\Cache\208h867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\Indaco\Lege4\Cache\208h867b.tmp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FEDCC3" w14:textId="77777777" w:rsidR="00F9681E" w:rsidRPr="00B8640C" w:rsidRDefault="00F9681E" w:rsidP="00F9681E">
      <w:pPr>
        <w:tabs>
          <w:tab w:val="left" w:pos="7365"/>
          <w:tab w:val="left" w:pos="7635"/>
          <w:tab w:val="right" w:pos="7923"/>
        </w:tabs>
        <w:spacing w:after="0" w:line="240" w:lineRule="auto"/>
        <w:jc w:val="both"/>
        <w:rPr>
          <w:rFonts w:ascii="Arial Narrow" w:hAnsi="Arial Narrow"/>
          <w:b/>
          <w:sz w:val="16"/>
          <w:szCs w:val="16"/>
        </w:rPr>
      </w:pPr>
      <w:r>
        <w:t xml:space="preserve"> </w:t>
      </w:r>
      <w:proofErr w:type="spellStart"/>
      <w:proofErr w:type="gramStart"/>
      <w:r w:rsidRPr="00B8640C">
        <w:rPr>
          <w:rFonts w:ascii="Arial Narrow" w:hAnsi="Arial Narrow"/>
          <w:sz w:val="16"/>
          <w:szCs w:val="16"/>
        </w:rPr>
        <w:t>Judeţul</w:t>
      </w:r>
      <w:proofErr w:type="spellEnd"/>
      <w:r w:rsidRPr="00B8640C">
        <w:rPr>
          <w:rFonts w:ascii="Arial Narrow" w:hAnsi="Arial Narrow"/>
          <w:sz w:val="16"/>
          <w:szCs w:val="16"/>
        </w:rPr>
        <w:t xml:space="preserve">  MUREŞ</w:t>
      </w:r>
      <w:proofErr w:type="gramEnd"/>
      <w:r w:rsidRPr="00B8640C">
        <w:rPr>
          <w:rFonts w:ascii="Arial Narrow" w:hAnsi="Arial Narrow"/>
          <w:sz w:val="16"/>
          <w:szCs w:val="16"/>
        </w:rPr>
        <w:t xml:space="preserve">                                                                                                    </w:t>
      </w:r>
      <w:r w:rsidRPr="00B8640C">
        <w:rPr>
          <w:rFonts w:ascii="Arial Narrow" w:hAnsi="Arial Narrow"/>
          <w:b/>
          <w:sz w:val="16"/>
          <w:szCs w:val="16"/>
        </w:rPr>
        <w:t xml:space="preserve"> </w:t>
      </w:r>
      <w:r w:rsidRPr="00B8640C">
        <w:rPr>
          <w:rFonts w:ascii="Arial Narrow" w:hAnsi="Arial Narrow"/>
          <w:sz w:val="16"/>
          <w:szCs w:val="16"/>
        </w:rPr>
        <w:t xml:space="preserve">   </w:t>
      </w:r>
      <w:r w:rsidRPr="00B8640C">
        <w:rPr>
          <w:rFonts w:ascii="Arial Narrow" w:hAnsi="Arial Narrow"/>
          <w:b/>
          <w:sz w:val="16"/>
          <w:szCs w:val="16"/>
        </w:rPr>
        <w:t xml:space="preserve"> </w:t>
      </w:r>
      <w:r w:rsidRPr="00B8640C">
        <w:rPr>
          <w:rFonts w:ascii="Arial Narrow" w:hAnsi="Arial Narrow"/>
          <w:sz w:val="16"/>
          <w:szCs w:val="16"/>
        </w:rPr>
        <w:t xml:space="preserve"> </w:t>
      </w:r>
      <w:r w:rsidRPr="00B8640C">
        <w:rPr>
          <w:rFonts w:ascii="Arial Narrow" w:hAnsi="Arial Narrow"/>
          <w:sz w:val="16"/>
          <w:szCs w:val="16"/>
        </w:rPr>
        <w:tab/>
      </w:r>
    </w:p>
    <w:p w14:paraId="4368019A" w14:textId="77777777" w:rsidR="00F9681E" w:rsidRPr="00B8640C" w:rsidRDefault="00F9681E" w:rsidP="00F9681E">
      <w:pPr>
        <w:spacing w:after="0" w:line="240" w:lineRule="auto"/>
        <w:jc w:val="both"/>
        <w:rPr>
          <w:rFonts w:ascii="Arial Narrow" w:hAnsi="Arial Narrow"/>
          <w:b/>
          <w:bCs/>
          <w:color w:val="000000"/>
          <w:sz w:val="16"/>
          <w:szCs w:val="16"/>
        </w:rPr>
      </w:pPr>
      <w:r w:rsidRPr="00B8640C">
        <w:rPr>
          <w:rFonts w:ascii="Arial Narrow" w:hAnsi="Arial Narrow"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7A64D0C" wp14:editId="31E6856D">
                <wp:simplePos x="0" y="0"/>
                <wp:positionH relativeFrom="column">
                  <wp:posOffset>3457575</wp:posOffset>
                </wp:positionH>
                <wp:positionV relativeFrom="paragraph">
                  <wp:posOffset>34925</wp:posOffset>
                </wp:positionV>
                <wp:extent cx="361950" cy="134620"/>
                <wp:effectExtent l="0" t="0" r="0" b="1905"/>
                <wp:wrapNone/>
                <wp:docPr id="8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B5855B" w14:textId="77777777" w:rsidR="00AB1449" w:rsidRPr="0027027D" w:rsidRDefault="00AB1449" w:rsidP="00F968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A64D0C" id="_x0000_t202" coordsize="21600,21600" o:spt="202" path="m,l,21600r21600,l21600,xe">
                <v:stroke joinstyle="miter"/>
                <v:path gradientshapeok="t" o:connecttype="rect"/>
              </v:shapetype>
              <v:shape id="Text Box 87" o:spid="_x0000_s1026" type="#_x0000_t202" style="position:absolute;left:0;text-align:left;margin-left:272.25pt;margin-top:2.75pt;width:28.5pt;height:10.6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" stroked="f">
                <v:textbox>
                  <w:txbxContent>
                    <w:p w14:paraId="0EB5855B" w14:textId="77777777" w:rsidR="00AB1449" w:rsidRPr="0027027D" w:rsidRDefault="00AB1449" w:rsidP="00F9681E"/>
                  </w:txbxContent>
                </v:textbox>
              </v:shape>
            </w:pict>
          </mc:Fallback>
        </mc:AlternateContent>
      </w:r>
      <w:proofErr w:type="spellStart"/>
      <w:r w:rsidRPr="00B8640C">
        <w:rPr>
          <w:rFonts w:ascii="Arial Narrow" w:hAnsi="Arial Narrow"/>
          <w:bCs/>
          <w:color w:val="000000"/>
          <w:sz w:val="16"/>
          <w:szCs w:val="16"/>
        </w:rPr>
        <w:t>Comuna</w:t>
      </w:r>
      <w:proofErr w:type="spellEnd"/>
      <w:r w:rsidRPr="00B8640C">
        <w:rPr>
          <w:rFonts w:ascii="Arial Narrow" w:hAnsi="Arial Narrow"/>
          <w:bCs/>
          <w:color w:val="000000"/>
          <w:sz w:val="16"/>
          <w:szCs w:val="16"/>
        </w:rPr>
        <w:t xml:space="preserve"> </w:t>
      </w:r>
      <w:proofErr w:type="spellStart"/>
      <w:r w:rsidRPr="00B8640C">
        <w:rPr>
          <w:rFonts w:ascii="Arial Narrow" w:hAnsi="Arial Narrow"/>
          <w:bCs/>
          <w:color w:val="000000"/>
          <w:sz w:val="16"/>
          <w:szCs w:val="16"/>
        </w:rPr>
        <w:t>Ibăneşti</w:t>
      </w:r>
      <w:proofErr w:type="spellEnd"/>
      <w:r w:rsidRPr="00B8640C">
        <w:rPr>
          <w:rFonts w:ascii="Arial Narrow" w:hAnsi="Arial Narrow"/>
          <w:bCs/>
          <w:color w:val="000000"/>
          <w:sz w:val="16"/>
          <w:szCs w:val="16"/>
        </w:rPr>
        <w:tab/>
      </w:r>
      <w:r w:rsidRPr="00B8640C">
        <w:rPr>
          <w:rFonts w:ascii="Arial Narrow" w:hAnsi="Arial Narrow"/>
          <w:bCs/>
          <w:color w:val="000000"/>
          <w:sz w:val="16"/>
          <w:szCs w:val="16"/>
        </w:rPr>
        <w:tab/>
      </w:r>
      <w:r w:rsidRPr="00B8640C">
        <w:rPr>
          <w:rFonts w:ascii="Arial Narrow" w:hAnsi="Arial Narrow"/>
          <w:bCs/>
          <w:color w:val="000000"/>
          <w:sz w:val="16"/>
          <w:szCs w:val="16"/>
        </w:rPr>
        <w:tab/>
      </w:r>
      <w:r w:rsidRPr="00B8640C">
        <w:rPr>
          <w:rFonts w:ascii="Arial Narrow" w:hAnsi="Arial Narrow"/>
          <w:bCs/>
          <w:color w:val="000000"/>
          <w:sz w:val="16"/>
          <w:szCs w:val="16"/>
        </w:rPr>
        <w:tab/>
      </w:r>
      <w:r w:rsidRPr="00B8640C">
        <w:rPr>
          <w:rFonts w:ascii="Arial Narrow" w:hAnsi="Arial Narrow"/>
          <w:bCs/>
          <w:color w:val="000000"/>
          <w:sz w:val="16"/>
          <w:szCs w:val="16"/>
        </w:rPr>
        <w:tab/>
      </w:r>
      <w:r w:rsidRPr="00B8640C">
        <w:rPr>
          <w:rFonts w:ascii="Arial Narrow" w:hAnsi="Arial Narrow"/>
          <w:bCs/>
          <w:color w:val="000000"/>
          <w:sz w:val="16"/>
          <w:szCs w:val="16"/>
        </w:rPr>
        <w:tab/>
      </w:r>
    </w:p>
    <w:p w14:paraId="081245D8" w14:textId="77777777" w:rsidR="00F9681E" w:rsidRPr="00B8640C" w:rsidRDefault="00F9681E" w:rsidP="00F9681E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</w:rPr>
      </w:pPr>
      <w:r w:rsidRPr="00B8640C">
        <w:rPr>
          <w:rFonts w:ascii="Arial Narrow" w:hAnsi="Arial Narrow"/>
          <w:bCs/>
          <w:sz w:val="16"/>
          <w:szCs w:val="16"/>
        </w:rPr>
        <w:t xml:space="preserve">CIF: 4641539, </w:t>
      </w:r>
      <w:proofErr w:type="spellStart"/>
      <w:r w:rsidRPr="00B8640C">
        <w:rPr>
          <w:rFonts w:ascii="Arial Narrow" w:hAnsi="Arial Narrow"/>
          <w:bCs/>
          <w:sz w:val="16"/>
          <w:szCs w:val="16"/>
        </w:rPr>
        <w:t>Ibănești</w:t>
      </w:r>
      <w:proofErr w:type="spellEnd"/>
      <w:r w:rsidRPr="00B8640C">
        <w:rPr>
          <w:rFonts w:ascii="Arial Narrow" w:hAnsi="Arial Narrow"/>
          <w:bCs/>
          <w:sz w:val="16"/>
          <w:szCs w:val="16"/>
        </w:rPr>
        <w:t>, nr. 708</w:t>
      </w:r>
    </w:p>
    <w:p w14:paraId="400E1B3A" w14:textId="77777777" w:rsidR="00F9681E" w:rsidRDefault="00F9681E" w:rsidP="00F9681E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</w:rPr>
      </w:pPr>
      <w:proofErr w:type="spellStart"/>
      <w:r w:rsidRPr="00B8640C">
        <w:rPr>
          <w:rFonts w:ascii="Arial Narrow" w:hAnsi="Arial Narrow"/>
          <w:bCs/>
          <w:sz w:val="16"/>
          <w:szCs w:val="16"/>
        </w:rPr>
        <w:t>Telefon</w:t>
      </w:r>
      <w:proofErr w:type="spellEnd"/>
      <w:r w:rsidRPr="00B8640C">
        <w:rPr>
          <w:rFonts w:ascii="Arial Narrow" w:hAnsi="Arial Narrow"/>
          <w:bCs/>
          <w:sz w:val="16"/>
          <w:szCs w:val="16"/>
        </w:rPr>
        <w:t>: 0265 53</w:t>
      </w:r>
      <w:r>
        <w:rPr>
          <w:rFonts w:ascii="Arial Narrow" w:hAnsi="Arial Narrow"/>
          <w:bCs/>
          <w:sz w:val="16"/>
          <w:szCs w:val="16"/>
        </w:rPr>
        <w:t>8300</w:t>
      </w:r>
    </w:p>
    <w:p w14:paraId="78375CE7" w14:textId="77777777" w:rsidR="00F9681E" w:rsidRPr="00B8640C" w:rsidRDefault="00F9681E" w:rsidP="00F9681E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</w:rPr>
      </w:pPr>
      <w:r w:rsidRPr="00B8640C">
        <w:rPr>
          <w:rFonts w:ascii="Arial Narrow" w:hAnsi="Arial Narrow"/>
          <w:bCs/>
          <w:sz w:val="16"/>
          <w:szCs w:val="16"/>
        </w:rPr>
        <w:t xml:space="preserve"> E-mail: </w:t>
      </w:r>
      <w:hyperlink r:id="rId8" w:history="1">
        <w:r w:rsidRPr="00B8640C">
          <w:rPr>
            <w:rStyle w:val="Hyperlink"/>
            <w:rFonts w:ascii="Arial Narrow" w:hAnsi="Arial Narrow"/>
            <w:bCs/>
            <w:sz w:val="16"/>
            <w:szCs w:val="16"/>
          </w:rPr>
          <w:t>ibanesti@cjmures.ro</w:t>
        </w:r>
      </w:hyperlink>
    </w:p>
    <w:p w14:paraId="7EF40C24" w14:textId="77777777" w:rsidR="00F9681E" w:rsidRPr="004761A5" w:rsidRDefault="00F9681E" w:rsidP="00F9681E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 </w:t>
      </w:r>
      <w:proofErr w:type="spellStart"/>
      <w:r w:rsidRPr="00B8640C">
        <w:rPr>
          <w:rFonts w:ascii="Arial Narrow" w:hAnsi="Arial Narrow"/>
          <w:sz w:val="16"/>
          <w:szCs w:val="16"/>
        </w:rPr>
        <w:t>Număr</w:t>
      </w:r>
      <w:proofErr w:type="spellEnd"/>
      <w:r w:rsidRPr="00B8640C">
        <w:rPr>
          <w:rFonts w:ascii="Arial Narrow" w:hAnsi="Arial Narrow"/>
          <w:sz w:val="16"/>
          <w:szCs w:val="16"/>
        </w:rPr>
        <w:t xml:space="preserve"> de </w:t>
      </w:r>
      <w:proofErr w:type="spellStart"/>
      <w:r w:rsidRPr="00B8640C">
        <w:rPr>
          <w:rFonts w:ascii="Arial Narrow" w:hAnsi="Arial Narrow"/>
          <w:sz w:val="16"/>
          <w:szCs w:val="16"/>
        </w:rPr>
        <w:t>înregistrare</w:t>
      </w:r>
      <w:proofErr w:type="spellEnd"/>
      <w:r w:rsidRPr="00B8640C">
        <w:rPr>
          <w:rFonts w:ascii="Arial Narrow" w:hAnsi="Arial Narrow"/>
          <w:sz w:val="16"/>
          <w:szCs w:val="16"/>
        </w:rPr>
        <w:t xml:space="preserve">.................data...............................   </w:t>
      </w:r>
    </w:p>
    <w:p w14:paraId="7382B597" w14:textId="77777777" w:rsidR="00786EB1" w:rsidRDefault="00786EB1">
      <w:pPr>
        <w:autoSpaceDE w:val="0"/>
        <w:autoSpaceDN w:val="0"/>
        <w:spacing w:after="0" w:line="292" w:lineRule="exact"/>
      </w:pPr>
    </w:p>
    <w:p w14:paraId="787D4D13" w14:textId="77777777" w:rsidR="00786EB1" w:rsidRDefault="00786EB1">
      <w:pPr>
        <w:autoSpaceDE w:val="0"/>
        <w:autoSpaceDN w:val="0"/>
        <w:spacing w:after="0" w:line="292" w:lineRule="exact"/>
      </w:pPr>
    </w:p>
    <w:p w14:paraId="7A02CF67" w14:textId="77777777" w:rsidR="00BD2397" w:rsidRDefault="00B8640C">
      <w:pPr>
        <w:autoSpaceDE w:val="0"/>
        <w:autoSpaceDN w:val="0"/>
        <w:spacing w:after="0" w:line="246" w:lineRule="exact"/>
        <w:ind w:left="3312" w:right="4032"/>
        <w:jc w:val="center"/>
      </w:pPr>
      <w:r>
        <w:rPr>
          <w:rFonts w:ascii="TimesNewRomanPS" w:eastAsia="TimesNewRomanPS" w:hAnsi="TimesNewRomanPS"/>
          <w:b/>
          <w:color w:val="000000"/>
          <w:sz w:val="23"/>
        </w:rPr>
        <w:t xml:space="preserve">ÎNȘTIINȚARE </w:t>
      </w:r>
      <w:r>
        <w:br/>
      </w:r>
      <w:proofErr w:type="spellStart"/>
      <w:r>
        <w:rPr>
          <w:rFonts w:ascii="TimesNewRomanPSMT" w:eastAsia="TimesNewRomanPSMT" w:hAnsi="TimesNewRomanPSMT"/>
          <w:color w:val="000000"/>
          <w:w w:val="102"/>
          <w:sz w:val="15"/>
        </w:rPr>
        <w:t>privind</w:t>
      </w:r>
      <w:proofErr w:type="spellEnd"/>
      <w:r>
        <w:rPr>
          <w:rFonts w:ascii="TimesNewRomanPSMT" w:eastAsia="TimesNewRomanPSMT" w:hAnsi="TimesNewRomanPSMT"/>
          <w:color w:val="000000"/>
          <w:w w:val="102"/>
          <w:sz w:val="15"/>
        </w:rPr>
        <w:t xml:space="preserve"> </w:t>
      </w:r>
      <w:proofErr w:type="spellStart"/>
      <w:r>
        <w:rPr>
          <w:rFonts w:ascii="TimesNewRomanPSMT" w:eastAsia="TimesNewRomanPSMT" w:hAnsi="TimesNewRomanPSMT"/>
          <w:color w:val="000000"/>
          <w:w w:val="102"/>
          <w:sz w:val="15"/>
        </w:rPr>
        <w:t>începerea</w:t>
      </w:r>
      <w:proofErr w:type="spellEnd"/>
      <w:r>
        <w:rPr>
          <w:rFonts w:ascii="TimesNewRomanPSMT" w:eastAsia="TimesNewRomanPSMT" w:hAnsi="TimesNewRomanPSMT"/>
          <w:color w:val="000000"/>
          <w:w w:val="102"/>
          <w:sz w:val="15"/>
        </w:rPr>
        <w:t xml:space="preserve"> </w:t>
      </w:r>
      <w:proofErr w:type="spellStart"/>
      <w:r>
        <w:rPr>
          <w:rFonts w:ascii="TimesNewRomanPSMT" w:eastAsia="TimesNewRomanPSMT" w:hAnsi="TimesNewRomanPSMT"/>
          <w:color w:val="000000"/>
          <w:w w:val="102"/>
          <w:sz w:val="15"/>
        </w:rPr>
        <w:t>execuției</w:t>
      </w:r>
      <w:proofErr w:type="spellEnd"/>
      <w:r>
        <w:rPr>
          <w:rFonts w:ascii="TimesNewRomanPSMT" w:eastAsia="TimesNewRomanPSMT" w:hAnsi="TimesNewRomanPSMT"/>
          <w:color w:val="000000"/>
          <w:w w:val="102"/>
          <w:sz w:val="15"/>
        </w:rPr>
        <w:t xml:space="preserve"> </w:t>
      </w:r>
      <w:proofErr w:type="spellStart"/>
      <w:r>
        <w:rPr>
          <w:rFonts w:ascii="TimesNewRomanPSMT" w:eastAsia="TimesNewRomanPSMT" w:hAnsi="TimesNewRomanPSMT"/>
          <w:color w:val="000000"/>
          <w:w w:val="102"/>
          <w:sz w:val="15"/>
        </w:rPr>
        <w:t>lucrărilor</w:t>
      </w:r>
      <w:proofErr w:type="spellEnd"/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9681E" w14:paraId="7E6A6EF4" w14:textId="77777777">
        <w:trPr>
          <w:trHeight w:hRule="exact" w:val="210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8DBAC36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1.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CĂTRE</w:t>
            </w:r>
          </w:p>
        </w:tc>
      </w:tr>
      <w:tr w:rsidR="00BD2397" w:rsidRPr="00E77BC1" w14:paraId="3AFF24B3" w14:textId="77777777">
        <w:trPr>
          <w:trHeight w:hRule="exact" w:val="5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42F7097" w14:textId="77777777" w:rsidR="00BD2397" w:rsidRPr="001F7E48" w:rsidRDefault="00B8640C">
            <w:pPr>
              <w:autoSpaceDE w:val="0"/>
              <w:autoSpaceDN w:val="0"/>
              <w:spacing w:after="0" w:line="168" w:lineRule="exact"/>
              <w:ind w:left="100" w:right="432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Instituția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primăria municipiului / orașului / comunei · primăria de sector · consiliul județean</w:t>
            </w:r>
          </w:p>
        </w:tc>
      </w:tr>
      <w:tr w:rsidR="00BD2397" w:rsidRPr="00E77BC1" w14:paraId="697F6560" w14:textId="77777777" w:rsidTr="003D684B">
        <w:trPr>
          <w:trHeight w:hRule="exact" w:val="40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92FCAAE" w14:textId="77777777" w:rsidR="00BD2397" w:rsidRPr="001F7E48" w:rsidRDefault="00B8640C">
            <w:pPr>
              <w:autoSpaceDE w:val="0"/>
              <w:autoSpaceDN w:val="0"/>
              <w:spacing w:after="0" w:line="146" w:lineRule="exact"/>
              <w:jc w:val="center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 w14:paraId="576110DB" w14:textId="77777777" w:rsidR="00BD2397" w:rsidRPr="001F7E48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778"/>
        <w:gridCol w:w="780"/>
        <w:gridCol w:w="778"/>
        <w:gridCol w:w="780"/>
        <w:gridCol w:w="1560"/>
        <w:gridCol w:w="1556"/>
      </w:tblGrid>
      <w:tr w:rsidR="00BD2397" w:rsidRPr="00F9681E" w14:paraId="75F84B47" w14:textId="77777777">
        <w:trPr>
          <w:trHeight w:hRule="exact" w:val="212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1D07A80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2.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SOLICITANTUL</w:t>
            </w:r>
          </w:p>
        </w:tc>
      </w:tr>
      <w:tr w:rsidR="00BD2397" w:rsidRPr="00F9681E" w14:paraId="1D67DE6B" w14:textId="77777777">
        <w:trPr>
          <w:trHeight w:hRule="exact" w:val="504"/>
        </w:trPr>
        <w:tc>
          <w:tcPr>
            <w:tcW w:w="5452" w:type="dxa"/>
            <w:gridSpan w:val="5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16CC745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Nume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și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prenume</w:t>
            </w:r>
            <w:proofErr w:type="spellEnd"/>
          </w:p>
        </w:tc>
        <w:tc>
          <w:tcPr>
            <w:tcW w:w="3896" w:type="dxa"/>
            <w:gridSpan w:val="3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525923C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CNP</w:t>
            </w:r>
          </w:p>
        </w:tc>
      </w:tr>
      <w:tr w:rsidR="00BD2397" w:rsidRPr="00F9681E" w14:paraId="1FC3438F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4CC6173" w14:textId="77777777" w:rsidR="00BD2397" w:rsidRPr="00F9681E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Act de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identitate</w:t>
            </w:r>
            <w:proofErr w:type="spellEnd"/>
          </w:p>
        </w:tc>
      </w:tr>
      <w:tr w:rsidR="00BD2397" w:rsidRPr="00F9681E" w14:paraId="22F4F13C" w14:textId="77777777">
        <w:trPr>
          <w:trHeight w:hRule="exact" w:val="504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1038311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Seria</w:t>
            </w:r>
          </w:p>
        </w:tc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EC7ECE8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Numărul</w:t>
            </w:r>
            <w:proofErr w:type="spellEnd"/>
          </w:p>
        </w:tc>
        <w:tc>
          <w:tcPr>
            <w:tcW w:w="4676" w:type="dxa"/>
            <w:gridSpan w:val="5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6D84FED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Eliberat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</w:t>
            </w: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37F3A85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98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La data</w:t>
            </w:r>
          </w:p>
        </w:tc>
      </w:tr>
      <w:tr w:rsidR="00BD2397" w:rsidRPr="00F9681E" w14:paraId="45B2C49B" w14:textId="77777777">
        <w:trPr>
          <w:trHeight w:hRule="exact" w:val="19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9D75A5F" w14:textId="77777777" w:rsidR="00BD2397" w:rsidRPr="00F9681E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Domiciliul</w:t>
            </w:r>
            <w:proofErr w:type="spellEnd"/>
          </w:p>
        </w:tc>
      </w:tr>
      <w:tr w:rsidR="00BD2397" w:rsidRPr="00F9681E" w14:paraId="52BEE598" w14:textId="77777777">
        <w:trPr>
          <w:trHeight w:hRule="exact" w:val="502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62D3CD5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0839F01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orașul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477CB4C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sectorul</w:t>
            </w:r>
            <w:proofErr w:type="spellEnd"/>
          </w:p>
        </w:tc>
      </w:tr>
      <w:tr w:rsidR="00BD2397" w:rsidRPr="00F9681E" w14:paraId="57DD1F1E" w14:textId="77777777">
        <w:trPr>
          <w:trHeight w:hRule="exact" w:val="506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07AE0E6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5128185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1FF7401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Sc.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012218A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Et.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29D7726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Ap.</w:t>
            </w:r>
          </w:p>
        </w:tc>
        <w:tc>
          <w:tcPr>
            <w:tcW w:w="1560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DF0BDF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7B57884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Țara</w:t>
            </w:r>
            <w:proofErr w:type="spellEnd"/>
          </w:p>
        </w:tc>
      </w:tr>
      <w:tr w:rsidR="00BD2397" w:rsidRPr="00F9681E" w14:paraId="61BB8B2F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8FFA075" w14:textId="77777777" w:rsidR="00BD2397" w:rsidRPr="00F9681E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Date de contact</w:t>
            </w:r>
          </w:p>
        </w:tc>
      </w:tr>
      <w:tr w:rsidR="00BD2397" w:rsidRPr="00F9681E" w14:paraId="50607F52" w14:textId="77777777">
        <w:trPr>
          <w:trHeight w:hRule="exact" w:val="504"/>
        </w:trPr>
        <w:tc>
          <w:tcPr>
            <w:tcW w:w="3894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2D76C61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Telefon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fax</w:t>
            </w:r>
          </w:p>
        </w:tc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D65AB11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E-mail</w:t>
            </w:r>
          </w:p>
        </w:tc>
      </w:tr>
    </w:tbl>
    <w:p w14:paraId="210145F5" w14:textId="77777777" w:rsidR="00BD2397" w:rsidRPr="00F9681E" w:rsidRDefault="00BD2397">
      <w:pPr>
        <w:autoSpaceDE w:val="0"/>
        <w:autoSpaceDN w:val="0"/>
        <w:spacing w:after="0" w:line="118" w:lineRule="exact"/>
        <w:rPr>
          <w:sz w:val="16"/>
          <w:szCs w:val="16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2336"/>
        <w:gridCol w:w="5454"/>
      </w:tblGrid>
      <w:tr w:rsidR="00BD2397" w:rsidRPr="00E77BC1" w14:paraId="279F2545" w14:textId="77777777">
        <w:trPr>
          <w:trHeight w:hRule="exact" w:val="208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8E58153" w14:textId="77777777" w:rsidR="00BD2397" w:rsidRPr="001F7E48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3. </w:t>
            </w:r>
            <w:r w:rsidRPr="001F7E48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  <w:lang w:val="pt-PT"/>
              </w:rPr>
              <w:t>TITULAR AL AUTORIZAȚIEI DE CONSTRUIRE / DESFIINȚARE</w:t>
            </w:r>
          </w:p>
        </w:tc>
      </w:tr>
      <w:tr w:rsidR="00BD2397" w:rsidRPr="00F9681E" w14:paraId="183FFC95" w14:textId="77777777">
        <w:trPr>
          <w:trHeight w:hRule="exact" w:val="506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F6592EC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6C22CD2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Din data</w:t>
            </w:r>
          </w:p>
        </w:tc>
        <w:tc>
          <w:tcPr>
            <w:tcW w:w="545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23E39E6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Emisă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</w:t>
            </w:r>
          </w:p>
        </w:tc>
      </w:tr>
      <w:tr w:rsidR="00BD2397" w:rsidRPr="00E77BC1" w14:paraId="7524F37F" w14:textId="77777777">
        <w:trPr>
          <w:trHeight w:hRule="exact" w:val="188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9C9934D" w14:textId="77777777" w:rsidR="00BD2397" w:rsidRPr="001F7E48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BD2397" w:rsidRPr="00E77BC1" w14:paraId="41FDF4E4" w14:textId="77777777">
        <w:trPr>
          <w:trHeight w:hRule="exact" w:val="506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59E3903" w14:textId="77777777" w:rsidR="00BD2397" w:rsidRPr="001F7E48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Denumirea lucrării, capacitatea și categoria de lucrări din autorizație</w:t>
            </w:r>
          </w:p>
        </w:tc>
      </w:tr>
      <w:tr w:rsidR="00BD2397" w:rsidRPr="00F9681E" w14:paraId="5066CDC4" w14:textId="77777777">
        <w:trPr>
          <w:trHeight w:hRule="exact" w:val="502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6A8AFA3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în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valoare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 (lei)</w:t>
            </w:r>
          </w:p>
        </w:tc>
      </w:tr>
    </w:tbl>
    <w:p w14:paraId="12F0B1F8" w14:textId="77777777" w:rsidR="00BD2397" w:rsidRPr="003D684B" w:rsidRDefault="00B8640C">
      <w:pPr>
        <w:autoSpaceDE w:val="0"/>
        <w:autoSpaceDN w:val="0"/>
        <w:spacing w:after="0" w:line="272" w:lineRule="exact"/>
        <w:ind w:right="3782"/>
        <w:jc w:val="right"/>
        <w:rPr>
          <w:sz w:val="24"/>
          <w:szCs w:val="24"/>
        </w:rPr>
      </w:pPr>
      <w:r w:rsidRPr="003D684B">
        <w:rPr>
          <w:rFonts w:ascii="TimesNewRomanPS" w:eastAsia="TimesNewRomanPS" w:hAnsi="TimesNewRomanPS"/>
          <w:b/>
          <w:color w:val="000000"/>
          <w:sz w:val="24"/>
          <w:szCs w:val="24"/>
        </w:rPr>
        <w:t xml:space="preserve">ADUC LA CUNOȘTINȚĂ 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2338"/>
        <w:gridCol w:w="1556"/>
        <w:gridCol w:w="5454"/>
      </w:tblGrid>
      <w:tr w:rsidR="00BD2397" w:rsidRPr="00E77BC1" w14:paraId="36B73F4F" w14:textId="77777777">
        <w:trPr>
          <w:trHeight w:hRule="exact" w:val="512"/>
        </w:trPr>
        <w:tc>
          <w:tcPr>
            <w:tcW w:w="233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6E841CC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Că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la data de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7310CA0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ora</w:t>
            </w:r>
          </w:p>
        </w:tc>
        <w:tc>
          <w:tcPr>
            <w:tcW w:w="545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FBDFD9C" w14:textId="77777777" w:rsidR="00BD2397" w:rsidRPr="001F7E48" w:rsidRDefault="00B8640C">
            <w:pPr>
              <w:autoSpaceDE w:val="0"/>
              <w:autoSpaceDN w:val="0"/>
              <w:spacing w:after="0" w:line="168" w:lineRule="exact"/>
              <w:ind w:left="102" w:right="2448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vor începe lucrările de construcții autorizate </w:t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pentru imobilul de mai jos</w:t>
            </w:r>
          </w:p>
        </w:tc>
      </w:tr>
    </w:tbl>
    <w:p w14:paraId="2F049A6F" w14:textId="77777777" w:rsidR="00BD2397" w:rsidRPr="001F7E48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2336"/>
        <w:gridCol w:w="780"/>
        <w:gridCol w:w="780"/>
        <w:gridCol w:w="2336"/>
      </w:tblGrid>
      <w:tr w:rsidR="00BD2397" w:rsidRPr="00F9681E" w14:paraId="089D542C" w14:textId="77777777">
        <w:trPr>
          <w:trHeight w:hRule="exact" w:val="210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EA55AE8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4.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IMOBILUL</w:t>
            </w:r>
          </w:p>
        </w:tc>
      </w:tr>
      <w:tr w:rsidR="00BD2397" w:rsidRPr="00F9681E" w14:paraId="627AAE4F" w14:textId="77777777">
        <w:trPr>
          <w:trHeight w:hRule="exact" w:val="216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6B2BFF4" w14:textId="77777777" w:rsidR="00BD2397" w:rsidRPr="00F9681E" w:rsidRDefault="00B8640C">
            <w:pPr>
              <w:autoSpaceDE w:val="0"/>
              <w:autoSpaceDN w:val="0"/>
              <w:spacing w:after="0" w:line="162" w:lineRule="exact"/>
              <w:ind w:left="140"/>
              <w:rPr>
                <w:sz w:val="16"/>
                <w:szCs w:val="16"/>
              </w:rPr>
            </w:pP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teren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    </w:t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construcții</w:t>
            </w:r>
            <w:proofErr w:type="spellEnd"/>
          </w:p>
        </w:tc>
      </w:tr>
      <w:tr w:rsidR="00BD2397" w:rsidRPr="00F9681E" w14:paraId="1EC4939E" w14:textId="77777777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77DEF28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54C9EE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oraș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comună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77A02A6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 / sector</w:t>
            </w:r>
          </w:p>
        </w:tc>
      </w:tr>
      <w:tr w:rsidR="00BD2397" w:rsidRPr="00F9681E" w14:paraId="1FA0171E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65FCAD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4674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3F6A8DF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8B96787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BC56AD4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Bl. / sc. / et. / ap.</w:t>
            </w:r>
          </w:p>
        </w:tc>
      </w:tr>
      <w:tr w:rsidR="00BD2397" w:rsidRPr="00F9681E" w14:paraId="39B93D85" w14:textId="77777777">
        <w:trPr>
          <w:trHeight w:hRule="exact" w:val="514"/>
        </w:trPr>
        <w:tc>
          <w:tcPr>
            <w:tcW w:w="5452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BA3940B" w14:textId="77777777" w:rsidR="00BD2397" w:rsidRPr="001F7E48" w:rsidRDefault="00B8640C">
            <w:pPr>
              <w:autoSpaceDE w:val="0"/>
              <w:autoSpaceDN w:val="0"/>
              <w:spacing w:after="0" w:line="164" w:lineRule="exact"/>
              <w:ind w:left="100" w:right="3312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Număr cadastral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dacă imobilul e înscris în e-Terra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D73420A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Carte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funciară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</w:t>
            </w:r>
          </w:p>
        </w:tc>
      </w:tr>
    </w:tbl>
    <w:p w14:paraId="1279E086" w14:textId="77777777" w:rsidR="00BD2397" w:rsidRPr="00F9681E" w:rsidRDefault="00BD2397">
      <w:pPr>
        <w:autoSpaceDE w:val="0"/>
        <w:autoSpaceDN w:val="0"/>
        <w:spacing w:after="0" w:line="114" w:lineRule="exact"/>
        <w:rPr>
          <w:sz w:val="16"/>
          <w:szCs w:val="16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4674"/>
        <w:gridCol w:w="3116"/>
      </w:tblGrid>
      <w:tr w:rsidR="00BD2397" w:rsidRPr="00F9681E" w14:paraId="7265998D" w14:textId="77777777">
        <w:trPr>
          <w:trHeight w:hRule="exact" w:val="212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8A739E9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5.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DATA ȘI SEMNĂTURA</w:t>
            </w:r>
          </w:p>
        </w:tc>
      </w:tr>
      <w:tr w:rsidR="00BD2397" w:rsidRPr="00F9681E" w14:paraId="580246CB" w14:textId="77777777">
        <w:trPr>
          <w:trHeight w:hRule="exact" w:val="506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EC0A45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4674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F6E8495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Titularul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autorizației</w:t>
            </w:r>
            <w:proofErr w:type="spellEnd"/>
          </w:p>
        </w:tc>
        <w:tc>
          <w:tcPr>
            <w:tcW w:w="311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DE1518C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</w:tbl>
    <w:p w14:paraId="6A62B8E7" w14:textId="77777777" w:rsidR="00BD2397" w:rsidRPr="00F9681E" w:rsidRDefault="00BD2397">
      <w:pPr>
        <w:autoSpaceDE w:val="0"/>
        <w:autoSpaceDN w:val="0"/>
        <w:spacing w:after="0" w:line="114" w:lineRule="exact"/>
        <w:rPr>
          <w:sz w:val="16"/>
          <w:szCs w:val="16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E77BC1" w14:paraId="3C5AA9E3" w14:textId="77777777" w:rsidTr="003D684B">
        <w:trPr>
          <w:trHeight w:hRule="exact" w:val="469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85C69FB" w14:textId="77777777" w:rsidR="00BD2397" w:rsidRPr="001F7E48" w:rsidRDefault="00B8640C">
            <w:pPr>
              <w:autoSpaceDE w:val="0"/>
              <w:autoSpaceDN w:val="0"/>
              <w:spacing w:after="0" w:line="158" w:lineRule="exact"/>
              <w:ind w:left="100" w:right="144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Formularul se anexează la autorizația de construire / desființare în două exemplare. Titularul autorizației este obligat să păstreze pe șantier un exemplar al acestei înștiințări, cu numărul și data înregistrării la autoritatea emitentă. </w:t>
            </w:r>
          </w:p>
        </w:tc>
      </w:tr>
    </w:tbl>
    <w:p w14:paraId="7D342BEC" w14:textId="77777777" w:rsidR="00BD2397" w:rsidRPr="001F7E48" w:rsidRDefault="00B8640C">
      <w:pPr>
        <w:tabs>
          <w:tab w:val="left" w:pos="4236"/>
        </w:tabs>
        <w:autoSpaceDE w:val="0"/>
        <w:autoSpaceDN w:val="0"/>
        <w:spacing w:after="0" w:line="144" w:lineRule="exact"/>
        <w:ind w:left="108"/>
        <w:rPr>
          <w:sz w:val="16"/>
          <w:szCs w:val="16"/>
          <w:lang w:val="pt-PT"/>
        </w:rPr>
      </w:pPr>
      <w:r w:rsidRPr="001F7E48"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  <w:t xml:space="preserve">F_A_08 · versiunea 1.0 </w:t>
      </w:r>
      <w:r w:rsidRPr="001F7E48">
        <w:rPr>
          <w:sz w:val="16"/>
          <w:szCs w:val="16"/>
          <w:lang w:val="pt-PT"/>
        </w:rPr>
        <w:tab/>
      </w:r>
      <w:r w:rsidRPr="001F7E48"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  <w:t>pagina 1 din 1</w:t>
      </w:r>
    </w:p>
    <w:p w14:paraId="10EEED62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sectPr w:rsidR="00BD2397" w:rsidRPr="001F7E48" w:rsidSect="00E77BC1">
      <w:pgSz w:w="11900" w:h="16840"/>
      <w:pgMar w:top="126" w:right="1248" w:bottom="236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6063C"/>
    <w:rsid w:val="000C1C98"/>
    <w:rsid w:val="0015074B"/>
    <w:rsid w:val="00184E29"/>
    <w:rsid w:val="00187A6E"/>
    <w:rsid w:val="001C63D4"/>
    <w:rsid w:val="001F5194"/>
    <w:rsid w:val="001F7E48"/>
    <w:rsid w:val="0029639D"/>
    <w:rsid w:val="002A5EAB"/>
    <w:rsid w:val="00326F90"/>
    <w:rsid w:val="003C5479"/>
    <w:rsid w:val="003D684B"/>
    <w:rsid w:val="003F7FDF"/>
    <w:rsid w:val="004761A5"/>
    <w:rsid w:val="005A3818"/>
    <w:rsid w:val="00616AC8"/>
    <w:rsid w:val="00646AD5"/>
    <w:rsid w:val="0068581A"/>
    <w:rsid w:val="00786EB1"/>
    <w:rsid w:val="008D0C1E"/>
    <w:rsid w:val="00912339"/>
    <w:rsid w:val="00944F95"/>
    <w:rsid w:val="009F0C11"/>
    <w:rsid w:val="00A1149B"/>
    <w:rsid w:val="00A531FA"/>
    <w:rsid w:val="00AA1D8D"/>
    <w:rsid w:val="00AB1449"/>
    <w:rsid w:val="00B40836"/>
    <w:rsid w:val="00B47730"/>
    <w:rsid w:val="00B84130"/>
    <w:rsid w:val="00B8640C"/>
    <w:rsid w:val="00BB3B32"/>
    <w:rsid w:val="00BD2397"/>
    <w:rsid w:val="00BE77F5"/>
    <w:rsid w:val="00C44B4D"/>
    <w:rsid w:val="00C53134"/>
    <w:rsid w:val="00CB0664"/>
    <w:rsid w:val="00CB26DE"/>
    <w:rsid w:val="00CE6227"/>
    <w:rsid w:val="00D70A05"/>
    <w:rsid w:val="00E5523C"/>
    <w:rsid w:val="00E77BC1"/>
    <w:rsid w:val="00F9681E"/>
    <w:rsid w:val="00FC693F"/>
    <w:rsid w:val="00F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banesti@cjmures.ro" TargetMode="External"/><Relationship Id="rId3" Type="http://schemas.openxmlformats.org/officeDocument/2006/relationships/styles" Target="styles.xml"/><Relationship Id="rId7" Type="http://schemas.openxmlformats.org/officeDocument/2006/relationships/image" Target="file:///C:\Program%20Files\Indaco\Lege4\Cache\208h867b.tm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Nonaime</cp:lastModifiedBy>
  <cp:revision>2</cp:revision>
  <dcterms:created xsi:type="dcterms:W3CDTF">2026-09-07T10:45:00Z</dcterms:created>
  <dcterms:modified xsi:type="dcterms:W3CDTF">2026-09-07T10:45:00Z</dcterms:modified>
</cp:coreProperties>
</file>