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4C5D59C1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19FADB4E" w14:textId="128E6E39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5CAE9067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63BC7A4B" w14:textId="77777777" w:rsidR="00BD2397" w:rsidRPr="001F7E48" w:rsidRDefault="00BD2397">
      <w:pPr>
        <w:autoSpaceDE w:val="0"/>
        <w:autoSpaceDN w:val="0"/>
        <w:spacing w:after="0" w:line="126" w:lineRule="exact"/>
        <w:rPr>
          <w:lang w:val="pt-PT"/>
        </w:rPr>
      </w:pPr>
    </w:p>
    <w:p w14:paraId="71254527" w14:textId="77777777" w:rsidR="00786EB1" w:rsidRPr="001F7E48" w:rsidRDefault="00786EB1" w:rsidP="00F9681E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color w:val="595959"/>
          <w:w w:val="97"/>
          <w:sz w:val="13"/>
          <w:lang w:val="pt-PT"/>
        </w:rPr>
      </w:pPr>
    </w:p>
    <w:p w14:paraId="5A9DE804" w14:textId="7829F511" w:rsidR="001900A5" w:rsidRPr="001900A5" w:rsidRDefault="001900A5" w:rsidP="001900A5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color w:val="595959"/>
          <w:w w:val="97"/>
          <w:sz w:val="13"/>
          <w:lang w:val="pt-PT"/>
        </w:rPr>
      </w:pPr>
      <w:r w:rsidRPr="001900A5">
        <w:rPr>
          <w:rFonts w:ascii="TimesNewRomanPSMT" w:eastAsia="TimesNewRomanPSMT" w:hAnsi="TimesNewRomanPSMT"/>
          <w:color w:val="595959"/>
          <w:w w:val="97"/>
          <w:sz w:val="13"/>
        </w:rPr>
        <w:drawing>
          <wp:anchor distT="0" distB="0" distL="114300" distR="114300" simplePos="0" relativeHeight="251661312" behindDoc="0" locked="0" layoutInCell="1" allowOverlap="1" wp14:anchorId="0F8F4AB3" wp14:editId="36EE89D1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5" cy="1076325"/>
            <wp:effectExtent l="0" t="0" r="4445" b="9525"/>
            <wp:wrapSquare wrapText="bothSides"/>
            <wp:docPr id="363101778" name="I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076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900A5">
        <w:rPr>
          <w:rFonts w:ascii="TimesNewRomanPSMT" w:eastAsia="TimesNewRomanPSMT" w:hAnsi="TimesNewRomanPSMT"/>
          <w:color w:val="595959"/>
          <w:w w:val="97"/>
          <w:sz w:val="13"/>
        </w:rPr>
        <w:drawing>
          <wp:anchor distT="0" distB="0" distL="114300" distR="114300" simplePos="0" relativeHeight="251659264" behindDoc="0" locked="0" layoutInCell="1" allowOverlap="1" wp14:anchorId="07316057" wp14:editId="12A392BC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0" b="0"/>
            <wp:wrapSquare wrapText="right"/>
            <wp:docPr id="921403804" name="I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DAD3DE" w14:textId="77777777" w:rsidR="001900A5" w:rsidRPr="001900A5" w:rsidRDefault="001900A5" w:rsidP="001900A5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/>
          <w:color w:val="595959"/>
          <w:w w:val="97"/>
          <w:sz w:val="13"/>
          <w:lang w:val="pt-PT"/>
        </w:rPr>
      </w:pPr>
      <w:r w:rsidRPr="001900A5">
        <w:rPr>
          <w:rFonts w:ascii="TimesNewRomanPSMT" w:eastAsia="TimesNewRomanPSMT" w:hAnsi="TimesNewRomanPSMT"/>
          <w:color w:val="595959"/>
          <w:w w:val="97"/>
          <w:sz w:val="13"/>
          <w:lang w:val="pt-PT"/>
        </w:rPr>
        <w:t xml:space="preserve">Judeţul  MUREŞ                                                                                                    </w:t>
      </w:r>
      <w:r w:rsidRPr="001900A5">
        <w:rPr>
          <w:rFonts w:ascii="TimesNewRomanPSMT" w:eastAsia="TimesNewRomanPSMT" w:hAnsi="TimesNewRomanPSMT"/>
          <w:b/>
          <w:color w:val="595959"/>
          <w:w w:val="97"/>
          <w:sz w:val="13"/>
          <w:lang w:val="pt-PT"/>
        </w:rPr>
        <w:t xml:space="preserve"> </w:t>
      </w:r>
      <w:r w:rsidRPr="001900A5">
        <w:rPr>
          <w:rFonts w:ascii="TimesNewRomanPSMT" w:eastAsia="TimesNewRomanPSMT" w:hAnsi="TimesNewRomanPSMT"/>
          <w:color w:val="595959"/>
          <w:w w:val="97"/>
          <w:sz w:val="13"/>
          <w:lang w:val="pt-PT"/>
        </w:rPr>
        <w:t xml:space="preserve">   </w:t>
      </w:r>
      <w:r w:rsidRPr="001900A5">
        <w:rPr>
          <w:rFonts w:ascii="TimesNewRomanPSMT" w:eastAsia="TimesNewRomanPSMT" w:hAnsi="TimesNewRomanPSMT"/>
          <w:b/>
          <w:color w:val="595959"/>
          <w:w w:val="97"/>
          <w:sz w:val="13"/>
          <w:lang w:val="pt-PT"/>
        </w:rPr>
        <w:t xml:space="preserve"> </w:t>
      </w:r>
      <w:r w:rsidRPr="001900A5">
        <w:rPr>
          <w:rFonts w:ascii="TimesNewRomanPSMT" w:eastAsia="TimesNewRomanPSMT" w:hAnsi="TimesNewRomanPSMT"/>
          <w:color w:val="595959"/>
          <w:w w:val="97"/>
          <w:sz w:val="13"/>
          <w:lang w:val="pt-PT"/>
        </w:rPr>
        <w:t xml:space="preserve"> </w:t>
      </w:r>
      <w:r w:rsidRPr="001900A5">
        <w:rPr>
          <w:rFonts w:ascii="TimesNewRomanPSMT" w:eastAsia="TimesNewRomanPSMT" w:hAnsi="TimesNewRomanPSMT"/>
          <w:color w:val="595959"/>
          <w:w w:val="97"/>
          <w:sz w:val="13"/>
          <w:lang w:val="pt-PT"/>
        </w:rPr>
        <w:tab/>
      </w:r>
    </w:p>
    <w:p w14:paraId="43FED380" w14:textId="1EDA9EFD" w:rsidR="001900A5" w:rsidRPr="001900A5" w:rsidRDefault="001900A5" w:rsidP="001900A5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/>
          <w:bCs/>
          <w:color w:val="595959"/>
          <w:w w:val="97"/>
          <w:sz w:val="13"/>
          <w:lang w:val="pt-PT"/>
        </w:rPr>
      </w:pPr>
      <w:r w:rsidRPr="001900A5">
        <w:rPr>
          <w:rFonts w:ascii="TimesNewRomanPSMT" w:eastAsia="TimesNewRomanPSMT" w:hAnsi="TimesNewRomanPSMT"/>
          <w:color w:val="595959"/>
          <w:w w:val="97"/>
          <w:sz w:val="13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499CA3" wp14:editId="7ECD2392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0"/>
                <wp:wrapNone/>
                <wp:docPr id="2045793207" name="Casetă tex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0AC113" w14:textId="77777777" w:rsidR="001900A5" w:rsidRDefault="001900A5" w:rsidP="001900A5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499CA3" id="_x0000_t202" coordsize="21600,21600" o:spt="202" path="m,l,21600r21600,l21600,xe">
                <v:stroke joinstyle="miter"/>
                <v:path gradientshapeok="t" o:connecttype="rect"/>
              </v:shapetype>
              <v:shape id="Casetă text 11" o:spid="_x0000_s1026" type="#_x0000_t202" style="position:absolute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" stroked="f">
                <v:textbox>
                  <w:txbxContent>
                    <w:p w14:paraId="7F0AC113" w14:textId="77777777" w:rsidR="001900A5" w:rsidRDefault="001900A5" w:rsidP="001900A5"/>
                  </w:txbxContent>
                </v:textbox>
              </v:shape>
            </w:pict>
          </mc:Fallback>
        </mc:AlternateContent>
      </w:r>
      <w:r w:rsidRPr="001900A5"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  <w:t>Comuna Zau de Câmpie</w:t>
      </w:r>
      <w:r w:rsidRPr="001900A5"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  <w:tab/>
      </w:r>
      <w:r w:rsidRPr="001900A5"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  <w:tab/>
      </w:r>
      <w:r w:rsidRPr="001900A5"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  <w:tab/>
      </w:r>
      <w:r w:rsidRPr="001900A5"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  <w:tab/>
      </w:r>
      <w:r w:rsidRPr="001900A5"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  <w:tab/>
      </w:r>
      <w:r w:rsidRPr="001900A5"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  <w:tab/>
      </w:r>
    </w:p>
    <w:p w14:paraId="2204A60D" w14:textId="77777777" w:rsidR="001900A5" w:rsidRPr="001900A5" w:rsidRDefault="001900A5" w:rsidP="001900A5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</w:pPr>
      <w:r w:rsidRPr="001900A5"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  <w:t>CIF4375917, Zau de Câmpie, strada Republicii, nr.18</w:t>
      </w:r>
    </w:p>
    <w:p w14:paraId="2762FE51" w14:textId="77777777" w:rsidR="001900A5" w:rsidRPr="001900A5" w:rsidRDefault="001900A5" w:rsidP="001900A5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</w:pPr>
      <w:r w:rsidRPr="001900A5"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  <w:t>Telefon: 0265 486112</w:t>
      </w:r>
    </w:p>
    <w:p w14:paraId="1BC328BE" w14:textId="77777777" w:rsidR="001900A5" w:rsidRPr="001900A5" w:rsidRDefault="001900A5" w:rsidP="001900A5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</w:pPr>
      <w:r w:rsidRPr="001900A5"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  <w:t xml:space="preserve"> E-mail: </w:t>
      </w:r>
      <w:hyperlink r:id="rId9" w:history="1">
        <w:r w:rsidRPr="001900A5">
          <w:rPr>
            <w:rStyle w:val="Hyperlink"/>
            <w:rFonts w:ascii="TimesNewRomanPSMT" w:eastAsia="TimesNewRomanPSMT" w:hAnsi="TimesNewRomanPSMT"/>
            <w:bCs/>
            <w:w w:val="97"/>
            <w:sz w:val="13"/>
            <w:lang w:val="pt-PT"/>
          </w:rPr>
          <w:t>zaucimpiei@cjmures.ro</w:t>
        </w:r>
      </w:hyperlink>
    </w:p>
    <w:p w14:paraId="28FEC728" w14:textId="77777777" w:rsidR="001900A5" w:rsidRPr="001900A5" w:rsidRDefault="001900A5" w:rsidP="001900A5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bCs/>
          <w:color w:val="595959"/>
          <w:w w:val="97"/>
          <w:sz w:val="13"/>
          <w:lang w:val="pt-PT"/>
        </w:rPr>
      </w:pPr>
      <w:r w:rsidRPr="001900A5">
        <w:rPr>
          <w:rFonts w:ascii="TimesNewRomanPSMT" w:eastAsia="TimesNewRomanPSMT" w:hAnsi="TimesNewRomanPSMT"/>
          <w:color w:val="595959"/>
          <w:w w:val="97"/>
          <w:sz w:val="13"/>
          <w:lang w:val="pt-PT"/>
        </w:rPr>
        <w:t xml:space="preserve"> Număr de înregistrare.................data...............................  </w:t>
      </w:r>
    </w:p>
    <w:p w14:paraId="512B23F8" w14:textId="77777777" w:rsidR="001900A5" w:rsidRPr="001900A5" w:rsidRDefault="001900A5" w:rsidP="001900A5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color w:val="595959"/>
          <w:w w:val="97"/>
          <w:sz w:val="13"/>
          <w:lang w:val="pt-PT"/>
        </w:rPr>
      </w:pPr>
    </w:p>
    <w:p w14:paraId="3DDAE8D9" w14:textId="77777777" w:rsidR="00F9681E" w:rsidRPr="001F7E48" w:rsidRDefault="00F9681E" w:rsidP="00F9681E">
      <w:pPr>
        <w:autoSpaceDE w:val="0"/>
        <w:autoSpaceDN w:val="0"/>
        <w:spacing w:after="0" w:line="144" w:lineRule="exact"/>
        <w:rPr>
          <w:rFonts w:ascii="TimesNewRomanPSMT" w:eastAsia="TimesNewRomanPSMT" w:hAnsi="TimesNewRomanPSMT"/>
          <w:color w:val="595959"/>
          <w:w w:val="97"/>
          <w:sz w:val="13"/>
          <w:lang w:val="pt-PT"/>
        </w:rPr>
      </w:pPr>
    </w:p>
    <w:p w14:paraId="12239418" w14:textId="77777777" w:rsidR="00786EB1" w:rsidRPr="001F7E48" w:rsidRDefault="00786EB1">
      <w:pPr>
        <w:autoSpaceDE w:val="0"/>
        <w:autoSpaceDN w:val="0"/>
        <w:spacing w:after="0" w:line="144" w:lineRule="exact"/>
        <w:ind w:left="710"/>
        <w:rPr>
          <w:rFonts w:ascii="TimesNewRomanPSMT" w:eastAsia="TimesNewRomanPSMT" w:hAnsi="TimesNewRomanPSMT"/>
          <w:color w:val="595959"/>
          <w:w w:val="97"/>
          <w:sz w:val="13"/>
          <w:lang w:val="pt-PT"/>
        </w:rPr>
      </w:pPr>
    </w:p>
    <w:p w14:paraId="79F5063A" w14:textId="77777777" w:rsidR="00786EB1" w:rsidRPr="001F7E48" w:rsidRDefault="00786EB1">
      <w:pPr>
        <w:autoSpaceDE w:val="0"/>
        <w:autoSpaceDN w:val="0"/>
        <w:spacing w:after="0" w:line="144" w:lineRule="exact"/>
        <w:ind w:left="710"/>
        <w:rPr>
          <w:rFonts w:ascii="TimesNewRomanPSMT" w:eastAsia="TimesNewRomanPSMT" w:hAnsi="TimesNewRomanPSMT"/>
          <w:color w:val="595959"/>
          <w:w w:val="97"/>
          <w:sz w:val="13"/>
          <w:lang w:val="pt-PT"/>
        </w:rPr>
      </w:pPr>
    </w:p>
    <w:p w14:paraId="47FCD109" w14:textId="77777777" w:rsidR="00786EB1" w:rsidRPr="001F7E48" w:rsidRDefault="00786EB1">
      <w:pPr>
        <w:autoSpaceDE w:val="0"/>
        <w:autoSpaceDN w:val="0"/>
        <w:spacing w:after="0" w:line="144" w:lineRule="exact"/>
        <w:ind w:left="710"/>
        <w:rPr>
          <w:lang w:val="pt-PT"/>
        </w:rPr>
      </w:pPr>
    </w:p>
    <w:p w14:paraId="48EC2AC0" w14:textId="77777777" w:rsidR="00BD2397" w:rsidRPr="001F7E48" w:rsidRDefault="00B8640C">
      <w:pPr>
        <w:autoSpaceDE w:val="0"/>
        <w:autoSpaceDN w:val="0"/>
        <w:spacing w:after="0" w:line="246" w:lineRule="exact"/>
        <w:ind w:left="3888" w:right="3312"/>
        <w:jc w:val="center"/>
        <w:rPr>
          <w:lang w:val="pt-PT"/>
        </w:rPr>
      </w:pPr>
      <w:r w:rsidRPr="001F7E48">
        <w:rPr>
          <w:rFonts w:ascii="TimesNewRomanPS" w:eastAsia="TimesNewRomanPS" w:hAnsi="TimesNewRomanPS"/>
          <w:b/>
          <w:color w:val="000000"/>
          <w:sz w:val="23"/>
          <w:lang w:val="pt-PT"/>
        </w:rPr>
        <w:t xml:space="preserve">ÎNȘTIINȚARE </w:t>
      </w:r>
      <w:r w:rsidRPr="001F7E48">
        <w:rPr>
          <w:lang w:val="pt-PT"/>
        </w:rPr>
        <w:br/>
      </w:r>
      <w:r w:rsidRPr="001F7E48">
        <w:rPr>
          <w:rFonts w:ascii="TimesNewRomanPSMT" w:eastAsia="TimesNewRomanPSMT" w:hAnsi="TimesNewRomanPSMT"/>
          <w:color w:val="000000"/>
          <w:w w:val="102"/>
          <w:sz w:val="15"/>
          <w:lang w:val="pt-PT"/>
        </w:rPr>
        <w:t>privind începerea execuției lucrărilor</w:t>
      </w:r>
    </w:p>
    <w:tbl>
      <w:tblPr>
        <w:tblW w:w="0" w:type="auto"/>
        <w:tblInd w:w="71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16E12B56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730D17B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1.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CĂTRE</w:t>
            </w:r>
          </w:p>
        </w:tc>
      </w:tr>
      <w:tr w:rsidR="00BD2397" w:rsidRPr="00F9681E" w14:paraId="08BD3FF5" w14:textId="77777777">
        <w:trPr>
          <w:trHeight w:hRule="exact" w:val="50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74838F0" w14:textId="77777777" w:rsidR="00BD2397" w:rsidRPr="00F9681E" w:rsidRDefault="00BD2397">
            <w:pPr>
              <w:spacing w:after="0"/>
              <w:rPr>
                <w:sz w:val="16"/>
                <w:szCs w:val="16"/>
              </w:rPr>
            </w:pPr>
          </w:p>
        </w:tc>
      </w:tr>
      <w:tr w:rsidR="00BD2397" w:rsidRPr="001900A5" w14:paraId="690780E9" w14:textId="77777777" w:rsidTr="003D684B">
        <w:trPr>
          <w:trHeight w:hRule="exact" w:val="33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F4B5BA4" w14:textId="77777777" w:rsidR="00BD2397" w:rsidRPr="001F7E48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Cererea va fi adresată către conducerea Inspectoratului Teritorial în Construcții </w:t>
            </w:r>
          </w:p>
        </w:tc>
      </w:tr>
    </w:tbl>
    <w:p w14:paraId="5FE95EC8" w14:textId="77777777" w:rsidR="00BD2397" w:rsidRPr="001F7E48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71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780"/>
        <w:gridCol w:w="776"/>
        <w:gridCol w:w="780"/>
        <w:gridCol w:w="780"/>
        <w:gridCol w:w="1558"/>
        <w:gridCol w:w="1558"/>
      </w:tblGrid>
      <w:tr w:rsidR="00BD2397" w:rsidRPr="00F9681E" w14:paraId="129A0DDC" w14:textId="77777777">
        <w:trPr>
          <w:trHeight w:hRule="exact" w:val="210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6E60D54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2.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SOLICITANTUL</w:t>
            </w:r>
          </w:p>
        </w:tc>
      </w:tr>
      <w:tr w:rsidR="00BD2397" w:rsidRPr="00F9681E" w14:paraId="431927F6" w14:textId="77777777">
        <w:trPr>
          <w:trHeight w:hRule="exact" w:val="504"/>
        </w:trPr>
        <w:tc>
          <w:tcPr>
            <w:tcW w:w="5452" w:type="dxa"/>
            <w:gridSpan w:val="5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B12693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Nume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și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prenume</w:t>
            </w:r>
            <w:proofErr w:type="spellEnd"/>
          </w:p>
        </w:tc>
        <w:tc>
          <w:tcPr>
            <w:tcW w:w="3896" w:type="dxa"/>
            <w:gridSpan w:val="3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C5A667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CNP</w:t>
            </w:r>
          </w:p>
        </w:tc>
      </w:tr>
      <w:tr w:rsidR="00BD2397" w:rsidRPr="00F9681E" w14:paraId="38B32796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71EEE92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Act de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identitate</w:t>
            </w:r>
            <w:proofErr w:type="spellEnd"/>
          </w:p>
        </w:tc>
      </w:tr>
      <w:tr w:rsidR="00BD2397" w:rsidRPr="00F9681E" w14:paraId="3B8B08E8" w14:textId="77777777">
        <w:trPr>
          <w:trHeight w:hRule="exact" w:val="504"/>
        </w:trPr>
        <w:tc>
          <w:tcPr>
            <w:tcW w:w="1558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C028972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Seria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85FC018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Numărul</w:t>
            </w:r>
            <w:proofErr w:type="spellEnd"/>
          </w:p>
        </w:tc>
        <w:tc>
          <w:tcPr>
            <w:tcW w:w="4674" w:type="dxa"/>
            <w:gridSpan w:val="5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C591EDA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Eliberat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  <w:tc>
          <w:tcPr>
            <w:tcW w:w="155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2016BA2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La data</w:t>
            </w:r>
          </w:p>
        </w:tc>
      </w:tr>
      <w:tr w:rsidR="00BD2397" w:rsidRPr="00F9681E" w14:paraId="6AA69C23" w14:textId="77777777">
        <w:trPr>
          <w:trHeight w:hRule="exact" w:val="190"/>
        </w:trPr>
        <w:tc>
          <w:tcPr>
            <w:tcW w:w="9348" w:type="dxa"/>
            <w:gridSpan w:val="8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FE18B37" w14:textId="77777777" w:rsidR="00BD2397" w:rsidRPr="00F9681E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Domiciliul</w:t>
            </w:r>
            <w:proofErr w:type="spellEnd"/>
          </w:p>
        </w:tc>
      </w:tr>
      <w:tr w:rsidR="00BD2397" w:rsidRPr="00F9681E" w14:paraId="02DFA959" w14:textId="77777777">
        <w:trPr>
          <w:trHeight w:hRule="exact" w:val="504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4C0DEC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62F5FF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2827C1A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sectorul</w:t>
            </w:r>
            <w:proofErr w:type="spellEnd"/>
          </w:p>
        </w:tc>
      </w:tr>
      <w:tr w:rsidR="00BD2397" w:rsidRPr="00F9681E" w14:paraId="49EFCF32" w14:textId="77777777">
        <w:trPr>
          <w:trHeight w:hRule="exact" w:val="502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9705BC6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67DADB9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77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E7E672D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Sc.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2490270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Et.</w:t>
            </w:r>
          </w:p>
        </w:tc>
        <w:tc>
          <w:tcPr>
            <w:tcW w:w="780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5EF5B67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Ap.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A925AA8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1558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BACA98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Țara</w:t>
            </w:r>
            <w:proofErr w:type="spellEnd"/>
          </w:p>
        </w:tc>
      </w:tr>
      <w:tr w:rsidR="00BD2397" w:rsidRPr="00F9681E" w14:paraId="00ABD665" w14:textId="77777777">
        <w:trPr>
          <w:trHeight w:hRule="exact" w:val="188"/>
        </w:trPr>
        <w:tc>
          <w:tcPr>
            <w:tcW w:w="9348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FEC8B62" w14:textId="77777777" w:rsidR="00BD2397" w:rsidRPr="00F9681E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Date de contact</w:t>
            </w:r>
          </w:p>
        </w:tc>
      </w:tr>
      <w:tr w:rsidR="00BD2397" w:rsidRPr="00F9681E" w14:paraId="662371D2" w14:textId="77777777">
        <w:trPr>
          <w:trHeight w:hRule="exact" w:val="506"/>
        </w:trPr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B4C7F1C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Telefon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fax</w:t>
            </w:r>
          </w:p>
        </w:tc>
        <w:tc>
          <w:tcPr>
            <w:tcW w:w="5452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0B54BA3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E-mail</w:t>
            </w:r>
          </w:p>
        </w:tc>
      </w:tr>
    </w:tbl>
    <w:p w14:paraId="78D27BAC" w14:textId="77777777" w:rsidR="00BD2397" w:rsidRPr="00F9681E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716" w:type="dxa"/>
        <w:tblLayout w:type="fixed"/>
        <w:tblLook w:val="04A0" w:firstRow="1" w:lastRow="0" w:firstColumn="1" w:lastColumn="0" w:noHBand="0" w:noVBand="1"/>
      </w:tblPr>
      <w:tblGrid>
        <w:gridCol w:w="1558"/>
        <w:gridCol w:w="2338"/>
        <w:gridCol w:w="5452"/>
      </w:tblGrid>
      <w:tr w:rsidR="00BD2397" w:rsidRPr="001900A5" w14:paraId="40A73334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DDF7563" w14:textId="77777777" w:rsidR="00BD2397" w:rsidRPr="001F7E48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3. 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TITULAR AL AUTORIZAȚIEI DE CONSTRUIRE / DESFIINȚARE</w:t>
            </w:r>
          </w:p>
        </w:tc>
      </w:tr>
      <w:tr w:rsidR="00BD2397" w:rsidRPr="00F9681E" w14:paraId="5250F4AF" w14:textId="77777777">
        <w:trPr>
          <w:trHeight w:hRule="exact" w:val="506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9641C5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0A1311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Din data</w:t>
            </w:r>
          </w:p>
        </w:tc>
        <w:tc>
          <w:tcPr>
            <w:tcW w:w="545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2E6261E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Emisă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de</w:t>
            </w:r>
          </w:p>
        </w:tc>
      </w:tr>
      <w:tr w:rsidR="00BD2397" w:rsidRPr="001900A5" w14:paraId="396C484F" w14:textId="77777777">
        <w:trPr>
          <w:trHeight w:hRule="exact" w:val="186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6C7C8BA" w14:textId="77777777" w:rsidR="00BD2397" w:rsidRPr="001F7E48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BD2397" w:rsidRPr="001900A5" w14:paraId="5C09FBF1" w14:textId="77777777">
        <w:trPr>
          <w:trHeight w:hRule="exact" w:val="512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A1ED625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100" w:right="4896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Denumirea lucrării, capacitatea și categoria de lucrări din autorizație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 xml:space="preserve">Se notează titlul din autorizația de construire </w:t>
            </w:r>
          </w:p>
        </w:tc>
      </w:tr>
      <w:tr w:rsidR="00BD2397" w:rsidRPr="001900A5" w14:paraId="2A273FCF" w14:textId="77777777">
        <w:trPr>
          <w:trHeight w:hRule="exact" w:val="504"/>
        </w:trPr>
        <w:tc>
          <w:tcPr>
            <w:tcW w:w="9348" w:type="dxa"/>
            <w:gridSpan w:val="3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61336BA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în valoare de (lei)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Valoarea trecută în autorizația de construire/desființare pentru care se anunță încheierea lucrărilor</w:t>
            </w:r>
          </w:p>
        </w:tc>
      </w:tr>
    </w:tbl>
    <w:p w14:paraId="3EC7B18E" w14:textId="77777777" w:rsidR="00BD2397" w:rsidRPr="003D684B" w:rsidRDefault="003D684B" w:rsidP="003D684B">
      <w:pPr>
        <w:autoSpaceDE w:val="0"/>
        <w:autoSpaceDN w:val="0"/>
        <w:spacing w:after="0" w:line="330" w:lineRule="exact"/>
        <w:ind w:right="2732"/>
        <w:jc w:val="center"/>
        <w:rPr>
          <w:sz w:val="24"/>
          <w:szCs w:val="24"/>
        </w:rPr>
      </w:pPr>
      <w:r w:rsidRPr="001F7E48">
        <w:rPr>
          <w:rFonts w:ascii="TimesNewRomanPS" w:eastAsia="TimesNewRomanPS" w:hAnsi="TimesNewRomanPS"/>
          <w:b/>
          <w:color w:val="000000"/>
          <w:sz w:val="20"/>
          <w:szCs w:val="20"/>
          <w:lang w:val="pt-PT"/>
        </w:rPr>
        <w:t xml:space="preserve">                                                                       </w:t>
      </w:r>
      <w:r w:rsidR="00B8640C" w:rsidRPr="003D684B">
        <w:rPr>
          <w:rFonts w:ascii="TimesNewRomanPS" w:eastAsia="TimesNewRomanPS" w:hAnsi="TimesNewRomanPS"/>
          <w:b/>
          <w:color w:val="000000"/>
          <w:sz w:val="24"/>
          <w:szCs w:val="24"/>
        </w:rPr>
        <w:t xml:space="preserve">ADUC LA CUNOȘTINȚĂ </w:t>
      </w:r>
    </w:p>
    <w:tbl>
      <w:tblPr>
        <w:tblW w:w="0" w:type="auto"/>
        <w:tblInd w:w="716" w:type="dxa"/>
        <w:tblLayout w:type="fixed"/>
        <w:tblLook w:val="04A0" w:firstRow="1" w:lastRow="0" w:firstColumn="1" w:lastColumn="0" w:noHBand="0" w:noVBand="1"/>
      </w:tblPr>
      <w:tblGrid>
        <w:gridCol w:w="2336"/>
        <w:gridCol w:w="1560"/>
        <w:gridCol w:w="5452"/>
      </w:tblGrid>
      <w:tr w:rsidR="00BD2397" w:rsidRPr="001900A5" w14:paraId="4482A9AF" w14:textId="77777777">
        <w:trPr>
          <w:trHeight w:hRule="exact" w:val="512"/>
        </w:trPr>
        <w:tc>
          <w:tcPr>
            <w:tcW w:w="2336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DF367C2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la data de</w:t>
            </w:r>
          </w:p>
        </w:tc>
        <w:tc>
          <w:tcPr>
            <w:tcW w:w="1560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DE048C7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</w:t>
            </w:r>
          </w:p>
        </w:tc>
        <w:tc>
          <w:tcPr>
            <w:tcW w:w="5452" w:type="dxa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054E930" w14:textId="77777777" w:rsidR="00BD2397" w:rsidRPr="001F7E48" w:rsidRDefault="00B8640C">
            <w:pPr>
              <w:autoSpaceDE w:val="0"/>
              <w:autoSpaceDN w:val="0"/>
              <w:spacing w:after="0" w:line="164" w:lineRule="exact"/>
              <w:ind w:left="98" w:right="2448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vor începe lucrările de construcții autorizate </w:t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pentru imobilul de mai jos</w:t>
            </w:r>
          </w:p>
        </w:tc>
      </w:tr>
    </w:tbl>
    <w:p w14:paraId="63B470D8" w14:textId="77777777" w:rsidR="00BD2397" w:rsidRPr="001F7E48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716" w:type="dxa"/>
        <w:tblLayout w:type="fixed"/>
        <w:tblLook w:val="04A0" w:firstRow="1" w:lastRow="0" w:firstColumn="1" w:lastColumn="0" w:noHBand="0" w:noVBand="1"/>
      </w:tblPr>
      <w:tblGrid>
        <w:gridCol w:w="1558"/>
        <w:gridCol w:w="1558"/>
        <w:gridCol w:w="2336"/>
        <w:gridCol w:w="780"/>
        <w:gridCol w:w="780"/>
        <w:gridCol w:w="2336"/>
      </w:tblGrid>
      <w:tr w:rsidR="00BD2397" w:rsidRPr="00F9681E" w14:paraId="42BB9325" w14:textId="77777777">
        <w:trPr>
          <w:trHeight w:hRule="exact" w:val="210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C59F93E" w14:textId="77777777" w:rsidR="00BD2397" w:rsidRPr="00F9681E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4.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IMOBILUL</w:t>
            </w:r>
          </w:p>
        </w:tc>
      </w:tr>
      <w:tr w:rsidR="00BD2397" w:rsidRPr="00F9681E" w14:paraId="37E84AF8" w14:textId="77777777" w:rsidTr="003D684B">
        <w:trPr>
          <w:trHeight w:hRule="exact" w:val="301"/>
        </w:trPr>
        <w:tc>
          <w:tcPr>
            <w:tcW w:w="9348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108C131" w14:textId="77777777" w:rsidR="00BD2397" w:rsidRPr="00F9681E" w:rsidRDefault="00B8640C">
            <w:pPr>
              <w:autoSpaceDE w:val="0"/>
              <w:autoSpaceDN w:val="0"/>
              <w:spacing w:after="0" w:line="160" w:lineRule="exact"/>
              <w:ind w:left="138"/>
              <w:rPr>
                <w:sz w:val="16"/>
                <w:szCs w:val="16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teren</w:t>
            </w:r>
            <w:proofErr w:type="spellEnd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   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construcții</w:t>
            </w:r>
            <w:proofErr w:type="spellEnd"/>
          </w:p>
        </w:tc>
      </w:tr>
      <w:tr w:rsidR="00BD2397" w:rsidRPr="00F9681E" w14:paraId="7E574582" w14:textId="77777777">
        <w:trPr>
          <w:trHeight w:hRule="exact" w:val="506"/>
        </w:trPr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590E196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22B1B00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Municipiu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oraș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/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comună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AB78ADE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Sat / sector</w:t>
            </w:r>
          </w:p>
        </w:tc>
      </w:tr>
      <w:tr w:rsidR="00BD2397" w:rsidRPr="00F9681E" w14:paraId="4D60A7A1" w14:textId="77777777">
        <w:trPr>
          <w:trHeight w:hRule="exact" w:val="506"/>
        </w:trPr>
        <w:tc>
          <w:tcPr>
            <w:tcW w:w="1558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5127B6B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Cod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poștal</w:t>
            </w:r>
            <w:proofErr w:type="spellEnd"/>
          </w:p>
        </w:tc>
        <w:tc>
          <w:tcPr>
            <w:tcW w:w="4674" w:type="dxa"/>
            <w:gridSpan w:val="3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115A6FD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Strada</w:t>
            </w:r>
          </w:p>
        </w:tc>
        <w:tc>
          <w:tcPr>
            <w:tcW w:w="780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6B42023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Nr.</w:t>
            </w:r>
          </w:p>
        </w:tc>
        <w:tc>
          <w:tcPr>
            <w:tcW w:w="233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741AB98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Bl. / sc. / et. / ap.</w:t>
            </w:r>
          </w:p>
        </w:tc>
      </w:tr>
      <w:tr w:rsidR="00BD2397" w:rsidRPr="00F9681E" w14:paraId="3C4B91CB" w14:textId="77777777">
        <w:trPr>
          <w:trHeight w:hRule="exact" w:val="512"/>
        </w:trPr>
        <w:tc>
          <w:tcPr>
            <w:tcW w:w="545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00BBB49" w14:textId="77777777" w:rsidR="00BD2397" w:rsidRPr="001F7E48" w:rsidRDefault="00B8640C">
            <w:pPr>
              <w:autoSpaceDE w:val="0"/>
              <w:autoSpaceDN w:val="0"/>
              <w:spacing w:after="0" w:line="168" w:lineRule="exact"/>
              <w:ind w:left="100" w:right="3312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Număr cadastral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dacă imobilul e înscris în e-Terra</w:t>
            </w:r>
          </w:p>
        </w:tc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D1C934C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Carte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funciară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</w:t>
            </w:r>
          </w:p>
        </w:tc>
      </w:tr>
    </w:tbl>
    <w:p w14:paraId="3A24E1A7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716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55B0475B" w14:textId="77777777">
        <w:trPr>
          <w:trHeight w:hRule="exact" w:val="21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33F19365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5.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 xml:space="preserve">ANEXEZ </w:t>
            </w:r>
          </w:p>
        </w:tc>
      </w:tr>
      <w:tr w:rsidR="00BD2397" w:rsidRPr="00F9681E" w14:paraId="4624F5FD" w14:textId="77777777">
        <w:trPr>
          <w:trHeight w:hRule="exact" w:val="76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6AE5AB4" w14:textId="77777777" w:rsidR="00BD2397" w:rsidRPr="001F7E48" w:rsidRDefault="00B8640C">
            <w:pPr>
              <w:tabs>
                <w:tab w:val="left" w:pos="800"/>
              </w:tabs>
              <w:autoSpaceDE w:val="0"/>
              <w:autoSpaceDN w:val="0"/>
              <w:spacing w:after="0" w:line="144" w:lineRule="exact"/>
              <w:ind w:left="45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1. </w:t>
            </w:r>
            <w:r w:rsidRPr="001F7E48">
              <w:rPr>
                <w:sz w:val="16"/>
                <w:szCs w:val="16"/>
                <w:lang w:val="pt-PT"/>
              </w:rPr>
              <w:tab/>
            </w: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Dovada achitării cotei de 0,1% din valoarea lucrărilor autorizate, în conformitate cu prevederile art.143 din Codul amenajării teritoriului, </w:t>
            </w:r>
          </w:p>
          <w:p w14:paraId="49DA93C4" w14:textId="77777777" w:rsidR="00BD2397" w:rsidRPr="000C1C98" w:rsidRDefault="00B8640C">
            <w:pPr>
              <w:autoSpaceDE w:val="0"/>
              <w:autoSpaceDN w:val="0"/>
              <w:spacing w:after="0" w:line="144" w:lineRule="exact"/>
              <w:ind w:left="798"/>
              <w:rPr>
                <w:sz w:val="16"/>
                <w:szCs w:val="16"/>
                <w:lang w:val="pt-PT"/>
              </w:rPr>
            </w:pPr>
            <w:r w:rsidRPr="000C1C9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urbanismului și construcțiilor, în vigoare de la 25.08.2026. </w:t>
            </w:r>
          </w:p>
          <w:p w14:paraId="6163A104" w14:textId="77777777" w:rsidR="00BD2397" w:rsidRPr="00F9681E" w:rsidRDefault="00B8640C">
            <w:pPr>
              <w:autoSpaceDE w:val="0"/>
              <w:autoSpaceDN w:val="0"/>
              <w:spacing w:after="0" w:line="146" w:lineRule="exact"/>
              <w:ind w:left="788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se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anexează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în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>copie</w:t>
            </w:r>
            <w:proofErr w:type="spellEnd"/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</w:rPr>
              <w:t xml:space="preserve">; </w:t>
            </w:r>
          </w:p>
        </w:tc>
      </w:tr>
    </w:tbl>
    <w:p w14:paraId="12FDB518" w14:textId="77777777" w:rsidR="00BD2397" w:rsidRPr="001F7E48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pt-PT"/>
        </w:rPr>
      </w:pPr>
      <w:r w:rsidRPr="001F7E48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 xml:space="preserve">F_A_09 · versiunea 1.0 </w:t>
      </w:r>
      <w:r w:rsidRPr="001F7E48">
        <w:rPr>
          <w:sz w:val="16"/>
          <w:szCs w:val="16"/>
          <w:lang w:val="pt-PT"/>
        </w:rPr>
        <w:tab/>
      </w:r>
      <w:r w:rsidRPr="001F7E48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>pagina 1 din 2</w:t>
      </w:r>
    </w:p>
    <w:p w14:paraId="2A190674" w14:textId="77777777" w:rsidR="00BD2397" w:rsidRPr="001F7E48" w:rsidRDefault="00BD2397">
      <w:pPr>
        <w:spacing w:after="0"/>
        <w:rPr>
          <w:sz w:val="16"/>
          <w:szCs w:val="16"/>
          <w:lang w:val="pt-PT"/>
        </w:rPr>
        <w:sectPr w:rsidR="00BD2397" w:rsidRPr="001F7E48">
          <w:pgSz w:w="11900" w:h="16840"/>
          <w:pgMar w:top="126" w:right="1248" w:bottom="236" w:left="564" w:header="720" w:footer="720" w:gutter="0"/>
          <w:cols w:space="708"/>
          <w:docGrid w:linePitch="360"/>
        </w:sectPr>
      </w:pPr>
    </w:p>
    <w:p w14:paraId="1D19547A" w14:textId="77777777" w:rsidR="00BD2397" w:rsidRPr="001F7E48" w:rsidRDefault="00BD2397">
      <w:pPr>
        <w:autoSpaceDE w:val="0"/>
        <w:autoSpaceDN w:val="0"/>
        <w:spacing w:after="0" w:line="126" w:lineRule="exact"/>
        <w:rPr>
          <w:sz w:val="16"/>
          <w:szCs w:val="16"/>
          <w:lang w:val="pt-PT"/>
        </w:rPr>
      </w:pPr>
    </w:p>
    <w:p w14:paraId="6FCA98F8" w14:textId="77777777" w:rsidR="00BD2397" w:rsidRPr="001F7E48" w:rsidRDefault="00B8640C">
      <w:pPr>
        <w:tabs>
          <w:tab w:val="left" w:pos="9838"/>
        </w:tabs>
        <w:autoSpaceDE w:val="0"/>
        <w:autoSpaceDN w:val="0"/>
        <w:spacing w:after="0" w:line="200" w:lineRule="exact"/>
        <w:ind w:left="1370"/>
        <w:rPr>
          <w:sz w:val="16"/>
          <w:szCs w:val="16"/>
          <w:lang w:val="pt-PT"/>
        </w:rPr>
      </w:pPr>
      <w:r w:rsidRPr="001F7E48">
        <w:rPr>
          <w:rFonts w:ascii="Arial" w:eastAsia="Arial" w:hAnsi="Arial"/>
          <w:color w:val="000000"/>
          <w:sz w:val="16"/>
          <w:szCs w:val="16"/>
          <w:lang w:val="pt-PT"/>
        </w:rPr>
        <w:t xml:space="preserve">MONITORUL OFICIAL AL ROMÂNIEI, PARTEA I, Nr. 711 bis/26.VIII.2026 </w:t>
      </w:r>
      <w:r w:rsidRPr="001F7E48">
        <w:rPr>
          <w:sz w:val="16"/>
          <w:szCs w:val="16"/>
          <w:lang w:val="pt-PT"/>
        </w:rPr>
        <w:tab/>
      </w:r>
      <w:r w:rsidRPr="001F7E48">
        <w:rPr>
          <w:rFonts w:ascii="Arial" w:eastAsia="Arial" w:hAnsi="Arial"/>
          <w:color w:val="000000"/>
          <w:sz w:val="16"/>
          <w:szCs w:val="16"/>
          <w:lang w:val="pt-PT"/>
        </w:rPr>
        <w:t>33</w:t>
      </w:r>
    </w:p>
    <w:p w14:paraId="4A5B5B54" w14:textId="77777777" w:rsidR="00BD2397" w:rsidRPr="00F9681E" w:rsidRDefault="00B8640C">
      <w:pPr>
        <w:autoSpaceDE w:val="0"/>
        <w:autoSpaceDN w:val="0"/>
        <w:spacing w:after="0" w:line="144" w:lineRule="exact"/>
        <w:rPr>
          <w:sz w:val="16"/>
          <w:szCs w:val="16"/>
        </w:rPr>
      </w:pPr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 xml:space="preserve">F_A_09 · </w:t>
      </w:r>
      <w:proofErr w:type="spellStart"/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>versiunea</w:t>
      </w:r>
      <w:proofErr w:type="spellEnd"/>
      <w:r w:rsidRPr="00F9681E">
        <w:rPr>
          <w:rFonts w:ascii="TimesNewRomanPSMT" w:eastAsia="TimesNewRomanPSMT" w:hAnsi="TimesNewRomanPSMT"/>
          <w:color w:val="595959"/>
          <w:w w:val="97"/>
          <w:sz w:val="16"/>
          <w:szCs w:val="16"/>
        </w:rPr>
        <w:t xml:space="preserve"> 1.0 </w:t>
      </w: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F9681E" w14:paraId="724C1E74" w14:textId="77777777">
        <w:trPr>
          <w:trHeight w:hRule="exact" w:val="19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DCB7B76" w14:textId="77777777" w:rsidR="00BD2397" w:rsidRPr="00F9681E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sv-SE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>6. OBIECTIV FINANȚAT DIN PROGRAME DE INVESTIȚII, DUPĂ CAZ</w:t>
            </w:r>
          </w:p>
        </w:tc>
      </w:tr>
      <w:tr w:rsidR="00BD2397" w:rsidRPr="001900A5" w14:paraId="472685E9" w14:textId="77777777">
        <w:trPr>
          <w:trHeight w:hRule="exact" w:val="341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6D393802" w14:textId="77777777" w:rsidR="00BD2397" w:rsidRPr="00F9681E" w:rsidRDefault="00B8640C">
            <w:pPr>
              <w:autoSpaceDE w:val="0"/>
              <w:autoSpaceDN w:val="0"/>
              <w:spacing w:after="0" w:line="204" w:lineRule="exact"/>
              <w:ind w:left="238" w:right="1872"/>
              <w:rPr>
                <w:sz w:val="16"/>
                <w:szCs w:val="16"/>
                <w:lang w:val="sv-SE"/>
              </w:rPr>
            </w:pP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sv-SE"/>
              </w:rPr>
              <w:t xml:space="preserve">PNRR (Planul Național de Redresare și Reziliență)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PNDL (Planul Național de Dezvoltare Locală)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PNIAS (Programul Național de investiții Anghel Saligny)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PNDR (Programul Național de Dezvoltare Rurală)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POR (Programul Operațional Regional)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POIM (Programul Operațional Infrastructură Mare)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 CCRSR (Programul național de consolidare a clădirilor cu risc seismic ridicat)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PCLSCN (Programul de construcții de locuințe sociale și de necesitate)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 PEC (Programul național multianual privind creșterea performanței energetice a blocurilor de locuințe)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PNI Mihail Cantacuzino (Programul național de investiții pentru consolidarea spitalelor „Mihail Cantacuzino”) </w:t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CNI – MDLPA Program Național de Construcții de Interes Public sau Social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ANL – MDLPA Programe de construcții de locuințe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CNAIR – Ministerul Transporturilor și Infrastructurii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sv-SE"/>
              </w:rPr>
              <w:t>☐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Alt program de investiții: </w:t>
            </w:r>
            <w:r w:rsidRPr="00F9681E">
              <w:rPr>
                <w:sz w:val="16"/>
                <w:szCs w:val="16"/>
                <w:lang w:val="sv-SE"/>
              </w:rPr>
              <w:br/>
            </w:r>
            <w:r w:rsidRPr="00F9681E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sv-SE"/>
              </w:rPr>
              <w:t>Numele programului de investiții</w:t>
            </w:r>
            <w:r w:rsidRPr="00F9681E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sv-SE"/>
              </w:rPr>
              <w:t xml:space="preserve">            . </w:t>
            </w:r>
          </w:p>
        </w:tc>
      </w:tr>
    </w:tbl>
    <w:p w14:paraId="2BEC05C0" w14:textId="77777777" w:rsidR="00BD2397" w:rsidRPr="00F9681E" w:rsidRDefault="00BD2397">
      <w:pPr>
        <w:autoSpaceDE w:val="0"/>
        <w:autoSpaceDN w:val="0"/>
        <w:spacing w:after="0" w:line="114" w:lineRule="exact"/>
        <w:rPr>
          <w:sz w:val="16"/>
          <w:szCs w:val="16"/>
          <w:lang w:val="sv-SE"/>
        </w:rPr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1558"/>
        <w:gridCol w:w="4674"/>
        <w:gridCol w:w="3116"/>
      </w:tblGrid>
      <w:tr w:rsidR="00BD2397" w:rsidRPr="00F9681E" w14:paraId="1BCF1A32" w14:textId="77777777">
        <w:trPr>
          <w:trHeight w:hRule="exact" w:val="212"/>
        </w:trPr>
        <w:tc>
          <w:tcPr>
            <w:tcW w:w="9348" w:type="dxa"/>
            <w:gridSpan w:val="3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18A562E1" w14:textId="77777777" w:rsidR="00BD2397" w:rsidRPr="00F9681E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sv-SE"/>
              </w:rPr>
              <w:t xml:space="preserve">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7. </w:t>
            </w:r>
            <w:r w:rsidRPr="00F9681E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DATA ȘI SEMNĂTURA</w:t>
            </w:r>
          </w:p>
        </w:tc>
      </w:tr>
      <w:tr w:rsidR="00BD2397" w:rsidRPr="00F9681E" w14:paraId="49BF20CA" w14:textId="77777777">
        <w:trPr>
          <w:trHeight w:hRule="exact" w:val="506"/>
        </w:trPr>
        <w:tc>
          <w:tcPr>
            <w:tcW w:w="1558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732CBC70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Data</w:t>
            </w:r>
          </w:p>
        </w:tc>
        <w:tc>
          <w:tcPr>
            <w:tcW w:w="4674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6461172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Titularul</w:t>
            </w:r>
            <w:proofErr w:type="spellEnd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autorizației</w:t>
            </w:r>
            <w:proofErr w:type="spellEnd"/>
          </w:p>
        </w:tc>
        <w:tc>
          <w:tcPr>
            <w:tcW w:w="311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9180687" w14:textId="77777777" w:rsidR="00BD2397" w:rsidRPr="00F9681E" w:rsidRDefault="00B8640C">
            <w:pPr>
              <w:autoSpaceDE w:val="0"/>
              <w:autoSpaceDN w:val="0"/>
              <w:spacing w:after="0" w:line="144" w:lineRule="exact"/>
              <w:ind w:left="98"/>
              <w:rPr>
                <w:sz w:val="16"/>
                <w:szCs w:val="16"/>
              </w:rPr>
            </w:pPr>
            <w:proofErr w:type="spellStart"/>
            <w:r w:rsidRPr="00F9681E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</w:tbl>
    <w:p w14:paraId="4459C49E" w14:textId="77777777" w:rsidR="00BD2397" w:rsidRPr="00F9681E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5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1900A5" w14:paraId="0ECD8DC2" w14:textId="77777777">
        <w:trPr>
          <w:trHeight w:hRule="exact" w:val="32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2D8B611" w14:textId="77777777" w:rsidR="00BD2397" w:rsidRPr="001F5194" w:rsidRDefault="00B8640C">
            <w:pPr>
              <w:autoSpaceDE w:val="0"/>
              <w:autoSpaceDN w:val="0"/>
              <w:spacing w:after="0" w:line="158" w:lineRule="exact"/>
              <w:ind w:left="100" w:right="144"/>
              <w:rPr>
                <w:sz w:val="16"/>
                <w:szCs w:val="16"/>
                <w:lang w:val="pt-PT"/>
              </w:rPr>
            </w:pPr>
            <w:r w:rsidRPr="001F5194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  <w:lang w:val="pt-PT"/>
              </w:rPr>
              <w:t xml:space="preserve">Formularul se anexează la autorizația de construire / desființare în două exemplare. Titularul autorizației este obligat să păstreze pe șantier un exemplar al acestei înștiințări, cu numărul și data înregistrării la inspectoratul teritorial în construcții. </w:t>
            </w:r>
          </w:p>
        </w:tc>
      </w:tr>
    </w:tbl>
    <w:p w14:paraId="7EC40E4F" w14:textId="77777777" w:rsidR="00BD2397" w:rsidRPr="001F5194" w:rsidRDefault="00B8640C">
      <w:pPr>
        <w:tabs>
          <w:tab w:val="left" w:pos="4128"/>
        </w:tabs>
        <w:autoSpaceDE w:val="0"/>
        <w:autoSpaceDN w:val="0"/>
        <w:spacing w:after="0" w:line="144" w:lineRule="exact"/>
        <w:rPr>
          <w:sz w:val="16"/>
          <w:szCs w:val="16"/>
          <w:lang w:val="pt-PT"/>
        </w:rPr>
      </w:pPr>
      <w:r w:rsidRPr="001F5194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 xml:space="preserve">F_A_09 · versiunea 1.0 </w:t>
      </w:r>
      <w:r w:rsidRPr="001F5194">
        <w:rPr>
          <w:sz w:val="16"/>
          <w:szCs w:val="16"/>
          <w:lang w:val="pt-PT"/>
        </w:rPr>
        <w:tab/>
      </w:r>
      <w:r w:rsidRPr="001F5194">
        <w:rPr>
          <w:rFonts w:ascii="TimesNewRomanPSMT" w:eastAsia="TimesNewRomanPSMT" w:hAnsi="TimesNewRomanPSMT"/>
          <w:color w:val="595959"/>
          <w:w w:val="97"/>
          <w:sz w:val="16"/>
          <w:szCs w:val="16"/>
          <w:lang w:val="pt-PT"/>
        </w:rPr>
        <w:t>pagina 2 din 2</w:t>
      </w:r>
    </w:p>
    <w:p w14:paraId="5B60AA1D" w14:textId="77777777" w:rsidR="00BD2397" w:rsidRPr="001F5194" w:rsidRDefault="00BD2397">
      <w:pPr>
        <w:autoSpaceDE w:val="0"/>
        <w:autoSpaceDN w:val="0"/>
        <w:spacing w:after="0" w:line="126" w:lineRule="exact"/>
        <w:rPr>
          <w:lang w:val="pt-PT"/>
        </w:rPr>
      </w:pPr>
    </w:p>
    <w:sectPr w:rsidR="00BD2397" w:rsidRPr="001F5194" w:rsidSect="00034616">
      <w:pgSz w:w="11900" w:h="16840"/>
      <w:pgMar w:top="126" w:right="1358" w:bottom="236" w:left="56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162EA"/>
    <w:rsid w:val="0015074B"/>
    <w:rsid w:val="00184E29"/>
    <w:rsid w:val="00187A6E"/>
    <w:rsid w:val="001900A5"/>
    <w:rsid w:val="001C63D4"/>
    <w:rsid w:val="001F5194"/>
    <w:rsid w:val="001F7E48"/>
    <w:rsid w:val="0029639D"/>
    <w:rsid w:val="002A5EAB"/>
    <w:rsid w:val="002B0E1B"/>
    <w:rsid w:val="00326F90"/>
    <w:rsid w:val="003C5479"/>
    <w:rsid w:val="003D684B"/>
    <w:rsid w:val="003F7FDF"/>
    <w:rsid w:val="004761A5"/>
    <w:rsid w:val="00616AC8"/>
    <w:rsid w:val="00646AD5"/>
    <w:rsid w:val="0068581A"/>
    <w:rsid w:val="00786EB1"/>
    <w:rsid w:val="008D0C1E"/>
    <w:rsid w:val="00912339"/>
    <w:rsid w:val="00944F95"/>
    <w:rsid w:val="009F0C11"/>
    <w:rsid w:val="009F6DF1"/>
    <w:rsid w:val="00A1149B"/>
    <w:rsid w:val="00A531FA"/>
    <w:rsid w:val="00A83438"/>
    <w:rsid w:val="00AA1D8D"/>
    <w:rsid w:val="00AB1449"/>
    <w:rsid w:val="00B40836"/>
    <w:rsid w:val="00B47730"/>
    <w:rsid w:val="00B84130"/>
    <w:rsid w:val="00B8640C"/>
    <w:rsid w:val="00BB3B32"/>
    <w:rsid w:val="00BD2397"/>
    <w:rsid w:val="00BE77F5"/>
    <w:rsid w:val="00C44B4D"/>
    <w:rsid w:val="00C53134"/>
    <w:rsid w:val="00CA3FBF"/>
    <w:rsid w:val="00CB0664"/>
    <w:rsid w:val="00CB26DE"/>
    <w:rsid w:val="00CE6227"/>
    <w:rsid w:val="00D70A05"/>
    <w:rsid w:val="00E5523C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90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zaucimpiei@cjmure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4</cp:revision>
  <dcterms:created xsi:type="dcterms:W3CDTF">2026-09-07T10:46:00Z</dcterms:created>
  <dcterms:modified xsi:type="dcterms:W3CDTF">2026-09-08T08:07:00Z</dcterms:modified>
</cp:coreProperties>
</file>