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4C5D59C1" w14:textId="77777777" w:rsidR="00BD2397" w:rsidRPr="001F7E48" w:rsidRDefault="00BD2397">
      <w:pPr>
        <w:autoSpaceDE w:val="0"/>
        <w:autoSpaceDN w:val="0"/>
        <w:spacing w:after="0" w:line="126" w:lineRule="exact"/>
        <w:rPr>
          <w:lang w:val="pt-PT"/>
        </w:rPr>
      </w:pPr>
    </w:p>
    <w:p w14:paraId="19FADB4E" w14:textId="77777777" w:rsidR="00BD2397" w:rsidRPr="001F7E48" w:rsidRDefault="00BD2397">
      <w:pPr>
        <w:autoSpaceDE w:val="0"/>
        <w:autoSpaceDN w:val="0"/>
        <w:spacing w:after="0" w:line="126" w:lineRule="exact"/>
        <w:rPr>
          <w:lang w:val="pt-PT"/>
        </w:rPr>
      </w:pPr>
    </w:p>
    <w:p w14:paraId="5CAE9067" w14:textId="77777777" w:rsidR="00BD2397" w:rsidRPr="001F7E48" w:rsidRDefault="00BD2397">
      <w:pPr>
        <w:autoSpaceDE w:val="0"/>
        <w:autoSpaceDN w:val="0"/>
        <w:spacing w:after="0" w:line="126" w:lineRule="exact"/>
        <w:rPr>
          <w:lang w:val="pt-PT"/>
        </w:rPr>
      </w:pPr>
    </w:p>
    <w:p w14:paraId="63BC7A4B" w14:textId="77777777" w:rsidR="00BD2397" w:rsidRPr="001F7E48" w:rsidRDefault="00BD2397">
      <w:pPr>
        <w:autoSpaceDE w:val="0"/>
        <w:autoSpaceDN w:val="0"/>
        <w:spacing w:after="0" w:line="126" w:lineRule="exact"/>
        <w:rPr>
          <w:lang w:val="pt-PT"/>
        </w:rPr>
      </w:pPr>
    </w:p>
    <w:p w14:paraId="10EEED62" w14:textId="77777777" w:rsidR="00BD2397" w:rsidRPr="001F7E48" w:rsidRDefault="00BD2397">
      <w:pPr>
        <w:autoSpaceDE w:val="0"/>
        <w:autoSpaceDN w:val="0"/>
        <w:spacing w:after="0" w:line="126" w:lineRule="exact"/>
        <w:rPr>
          <w:lang w:val="pt-PT"/>
        </w:rPr>
      </w:pPr>
    </w:p>
    <w:p w14:paraId="7130DB22" w14:textId="77777777" w:rsidR="00BD2397" w:rsidRPr="001F5194" w:rsidRDefault="00BD2397">
      <w:pPr>
        <w:autoSpaceDE w:val="0"/>
        <w:autoSpaceDN w:val="0"/>
        <w:spacing w:after="0" w:line="126" w:lineRule="exact"/>
        <w:rPr>
          <w:lang w:val="pt-PT"/>
        </w:rPr>
      </w:pPr>
    </w:p>
    <w:p w14:paraId="7E80B467" w14:textId="77777777" w:rsidR="00BD2397" w:rsidRPr="00912339" w:rsidRDefault="00BD2397">
      <w:pPr>
        <w:autoSpaceDE w:val="0"/>
        <w:autoSpaceDN w:val="0"/>
        <w:spacing w:after="0" w:line="126" w:lineRule="exact"/>
        <w:rPr>
          <w:lang w:val="sv-SE"/>
        </w:rPr>
      </w:pPr>
    </w:p>
    <w:p w14:paraId="56FDE675" w14:textId="77777777" w:rsidR="00BD2397" w:rsidRPr="00912339" w:rsidRDefault="00BD2397">
      <w:pPr>
        <w:autoSpaceDE w:val="0"/>
        <w:autoSpaceDN w:val="0"/>
        <w:spacing w:after="0" w:line="126" w:lineRule="exact"/>
        <w:rPr>
          <w:lang w:val="sv-SE"/>
        </w:rPr>
      </w:pPr>
    </w:p>
    <w:p w14:paraId="4652A387" w14:textId="2DC55033" w:rsidR="00B9266D" w:rsidRPr="00B9266D" w:rsidRDefault="00B9266D" w:rsidP="00B9266D">
      <w:pPr>
        <w:autoSpaceDE w:val="0"/>
        <w:autoSpaceDN w:val="0"/>
        <w:spacing w:after="0" w:line="292" w:lineRule="exact"/>
        <w:rPr>
          <w:rFonts w:ascii="Arial Narrow" w:hAnsi="Arial Narrow"/>
          <w:sz w:val="16"/>
          <w:szCs w:val="16"/>
          <w:lang w:val="pt-PT"/>
        </w:rPr>
      </w:pPr>
      <w:r w:rsidRPr="00B9266D">
        <w:rPr>
          <w:rFonts w:ascii="Arial Narrow" w:hAnsi="Arial Narrow"/>
          <w:sz w:val="16"/>
          <w:szCs w:val="16"/>
        </w:rPr>
        <w:drawing>
          <wp:anchor distT="0" distB="0" distL="114300" distR="114300" simplePos="0" relativeHeight="251858944" behindDoc="0" locked="0" layoutInCell="1" allowOverlap="1" wp14:anchorId="69CECE56" wp14:editId="30C5C28C">
            <wp:simplePos x="0" y="0"/>
            <wp:positionH relativeFrom="column">
              <wp:posOffset>346710</wp:posOffset>
            </wp:positionH>
            <wp:positionV relativeFrom="paragraph">
              <wp:posOffset>149225</wp:posOffset>
            </wp:positionV>
            <wp:extent cx="719455" cy="1076325"/>
            <wp:effectExtent l="0" t="0" r="4445" b="9525"/>
            <wp:wrapSquare wrapText="bothSides"/>
            <wp:docPr id="1337794197" name="I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B9266D">
        <w:rPr>
          <w:rFonts w:ascii="Arial Narrow" w:hAnsi="Arial Narrow"/>
          <w:sz w:val="16"/>
          <w:szCs w:val="16"/>
        </w:rPr>
        <w:drawing>
          <wp:anchor distT="0" distB="0" distL="114300" distR="114300" simplePos="0" relativeHeight="251856896" behindDoc="0" locked="0" layoutInCell="1" allowOverlap="1" wp14:anchorId="3DCEB6BF" wp14:editId="7DB1A346">
            <wp:simplePos x="0" y="0"/>
            <wp:positionH relativeFrom="column">
              <wp:posOffset>347345</wp:posOffset>
            </wp:positionH>
            <wp:positionV relativeFrom="paragraph">
              <wp:posOffset>180975</wp:posOffset>
            </wp:positionV>
            <wp:extent cx="516255" cy="762000"/>
            <wp:effectExtent l="0" t="0" r="0" b="0"/>
            <wp:wrapSquare wrapText="right"/>
            <wp:docPr id="1788951299"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6B58497B" w14:textId="77777777" w:rsidR="00B9266D" w:rsidRPr="00B9266D" w:rsidRDefault="00B9266D" w:rsidP="00B9266D">
      <w:pPr>
        <w:autoSpaceDE w:val="0"/>
        <w:autoSpaceDN w:val="0"/>
        <w:spacing w:after="0" w:line="292" w:lineRule="exact"/>
        <w:rPr>
          <w:rFonts w:ascii="Arial Narrow" w:hAnsi="Arial Narrow"/>
          <w:b/>
          <w:sz w:val="16"/>
          <w:szCs w:val="16"/>
          <w:lang w:val="pt-PT"/>
        </w:rPr>
      </w:pPr>
      <w:r w:rsidRPr="00B9266D">
        <w:rPr>
          <w:rFonts w:ascii="Arial Narrow" w:hAnsi="Arial Narrow"/>
          <w:sz w:val="16"/>
          <w:szCs w:val="16"/>
          <w:lang w:val="pt-PT"/>
        </w:rPr>
        <w:t xml:space="preserve">Judeţul  MUREŞ                                                                                                    </w:t>
      </w:r>
      <w:r w:rsidRPr="00B9266D">
        <w:rPr>
          <w:rFonts w:ascii="Arial Narrow" w:hAnsi="Arial Narrow"/>
          <w:b/>
          <w:sz w:val="16"/>
          <w:szCs w:val="16"/>
          <w:lang w:val="pt-PT"/>
        </w:rPr>
        <w:t xml:space="preserve"> </w:t>
      </w:r>
      <w:r w:rsidRPr="00B9266D">
        <w:rPr>
          <w:rFonts w:ascii="Arial Narrow" w:hAnsi="Arial Narrow"/>
          <w:sz w:val="16"/>
          <w:szCs w:val="16"/>
          <w:lang w:val="pt-PT"/>
        </w:rPr>
        <w:t xml:space="preserve">   </w:t>
      </w:r>
      <w:r w:rsidRPr="00B9266D">
        <w:rPr>
          <w:rFonts w:ascii="Arial Narrow" w:hAnsi="Arial Narrow"/>
          <w:b/>
          <w:sz w:val="16"/>
          <w:szCs w:val="16"/>
          <w:lang w:val="pt-PT"/>
        </w:rPr>
        <w:t xml:space="preserve"> </w:t>
      </w:r>
      <w:r w:rsidRPr="00B9266D">
        <w:rPr>
          <w:rFonts w:ascii="Arial Narrow" w:hAnsi="Arial Narrow"/>
          <w:sz w:val="16"/>
          <w:szCs w:val="16"/>
          <w:lang w:val="pt-PT"/>
        </w:rPr>
        <w:t xml:space="preserve"> </w:t>
      </w:r>
      <w:r w:rsidRPr="00B9266D">
        <w:rPr>
          <w:rFonts w:ascii="Arial Narrow" w:hAnsi="Arial Narrow"/>
          <w:sz w:val="16"/>
          <w:szCs w:val="16"/>
          <w:lang w:val="pt-PT"/>
        </w:rPr>
        <w:tab/>
      </w:r>
    </w:p>
    <w:p w14:paraId="3507F2EA" w14:textId="26EEC1B2" w:rsidR="00B9266D" w:rsidRPr="00B9266D" w:rsidRDefault="00B9266D" w:rsidP="00B9266D">
      <w:pPr>
        <w:autoSpaceDE w:val="0"/>
        <w:autoSpaceDN w:val="0"/>
        <w:spacing w:after="0" w:line="292" w:lineRule="exact"/>
        <w:rPr>
          <w:rFonts w:ascii="Arial Narrow" w:hAnsi="Arial Narrow"/>
          <w:b/>
          <w:bCs/>
          <w:sz w:val="16"/>
          <w:szCs w:val="16"/>
          <w:lang w:val="pt-PT"/>
        </w:rPr>
      </w:pPr>
      <w:r w:rsidRPr="00B9266D">
        <w:rPr>
          <w:rFonts w:ascii="Arial Narrow" w:hAnsi="Arial Narrow"/>
          <w:sz w:val="16"/>
          <w:szCs w:val="16"/>
        </w:rPr>
        <mc:AlternateContent>
          <mc:Choice Requires="wps">
            <w:drawing>
              <wp:anchor distT="0" distB="0" distL="114300" distR="114300" simplePos="0" relativeHeight="251857920" behindDoc="0" locked="0" layoutInCell="1" allowOverlap="1" wp14:anchorId="3E45A0BE" wp14:editId="6C1CC642">
                <wp:simplePos x="0" y="0"/>
                <wp:positionH relativeFrom="column">
                  <wp:posOffset>3457575</wp:posOffset>
                </wp:positionH>
                <wp:positionV relativeFrom="paragraph">
                  <wp:posOffset>34925</wp:posOffset>
                </wp:positionV>
                <wp:extent cx="361950" cy="134620"/>
                <wp:effectExtent l="0" t="0" r="0" b="0"/>
                <wp:wrapNone/>
                <wp:docPr id="148410541" name="Casetă tex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46D52" w14:textId="77777777" w:rsidR="00B9266D" w:rsidRDefault="00B9266D" w:rsidP="00B9266D"/>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5A0BE" id="_x0000_t202" coordsize="21600,21600" o:spt="202" path="m,l,21600r21600,l21600,xe">
                <v:stroke joinstyle="miter"/>
                <v:path gradientshapeok="t" o:connecttype="rect"/>
              </v:shapetype>
              <v:shape id="Casetă text 10" o:spid="_x0000_s1026" type="#_x0000_t202" style="position:absolute;margin-left:272.25pt;margin-top:2.75pt;width:28.5pt;height:10.6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ErAwIAAPE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" stroked="f">
                <v:textbox>
                  <w:txbxContent>
                    <w:p w14:paraId="10346D52" w14:textId="77777777" w:rsidR="00B9266D" w:rsidRDefault="00B9266D" w:rsidP="00B9266D"/>
                  </w:txbxContent>
                </v:textbox>
              </v:shape>
            </w:pict>
          </mc:Fallback>
        </mc:AlternateContent>
      </w:r>
      <w:r w:rsidRPr="00B9266D">
        <w:rPr>
          <w:rFonts w:ascii="Arial Narrow" w:hAnsi="Arial Narrow"/>
          <w:bCs/>
          <w:sz w:val="16"/>
          <w:szCs w:val="16"/>
          <w:lang w:val="pt-PT"/>
        </w:rPr>
        <w:t>Comuna Zau de Câmpie</w:t>
      </w:r>
      <w:r w:rsidRPr="00B9266D">
        <w:rPr>
          <w:rFonts w:ascii="Arial Narrow" w:hAnsi="Arial Narrow"/>
          <w:bCs/>
          <w:sz w:val="16"/>
          <w:szCs w:val="16"/>
          <w:lang w:val="pt-PT"/>
        </w:rPr>
        <w:tab/>
      </w:r>
      <w:r w:rsidRPr="00B9266D">
        <w:rPr>
          <w:rFonts w:ascii="Arial Narrow" w:hAnsi="Arial Narrow"/>
          <w:bCs/>
          <w:sz w:val="16"/>
          <w:szCs w:val="16"/>
          <w:lang w:val="pt-PT"/>
        </w:rPr>
        <w:tab/>
      </w:r>
      <w:r w:rsidRPr="00B9266D">
        <w:rPr>
          <w:rFonts w:ascii="Arial Narrow" w:hAnsi="Arial Narrow"/>
          <w:bCs/>
          <w:sz w:val="16"/>
          <w:szCs w:val="16"/>
          <w:lang w:val="pt-PT"/>
        </w:rPr>
        <w:tab/>
      </w:r>
      <w:r w:rsidRPr="00B9266D">
        <w:rPr>
          <w:rFonts w:ascii="Arial Narrow" w:hAnsi="Arial Narrow"/>
          <w:bCs/>
          <w:sz w:val="16"/>
          <w:szCs w:val="16"/>
          <w:lang w:val="pt-PT"/>
        </w:rPr>
        <w:tab/>
      </w:r>
      <w:r w:rsidRPr="00B9266D">
        <w:rPr>
          <w:rFonts w:ascii="Arial Narrow" w:hAnsi="Arial Narrow"/>
          <w:bCs/>
          <w:sz w:val="16"/>
          <w:szCs w:val="16"/>
          <w:lang w:val="pt-PT"/>
        </w:rPr>
        <w:tab/>
      </w:r>
      <w:r w:rsidRPr="00B9266D">
        <w:rPr>
          <w:rFonts w:ascii="Arial Narrow" w:hAnsi="Arial Narrow"/>
          <w:bCs/>
          <w:sz w:val="16"/>
          <w:szCs w:val="16"/>
          <w:lang w:val="pt-PT"/>
        </w:rPr>
        <w:tab/>
      </w:r>
    </w:p>
    <w:p w14:paraId="0CFEBEF9" w14:textId="77777777" w:rsidR="00B9266D" w:rsidRPr="00B9266D" w:rsidRDefault="00B9266D" w:rsidP="00B9266D">
      <w:pPr>
        <w:autoSpaceDE w:val="0"/>
        <w:autoSpaceDN w:val="0"/>
        <w:spacing w:after="0" w:line="292" w:lineRule="exact"/>
        <w:rPr>
          <w:rFonts w:ascii="Arial Narrow" w:hAnsi="Arial Narrow"/>
          <w:bCs/>
          <w:sz w:val="16"/>
          <w:szCs w:val="16"/>
          <w:lang w:val="pt-PT"/>
        </w:rPr>
      </w:pPr>
      <w:r w:rsidRPr="00B9266D">
        <w:rPr>
          <w:rFonts w:ascii="Arial Narrow" w:hAnsi="Arial Narrow"/>
          <w:bCs/>
          <w:sz w:val="16"/>
          <w:szCs w:val="16"/>
          <w:lang w:val="pt-PT"/>
        </w:rPr>
        <w:t>CIF4375917, Zau de Câmpie, strada Republicii, nr.18</w:t>
      </w:r>
    </w:p>
    <w:p w14:paraId="23F10045" w14:textId="77777777" w:rsidR="00B9266D" w:rsidRPr="00B9266D" w:rsidRDefault="00B9266D" w:rsidP="00B9266D">
      <w:pPr>
        <w:autoSpaceDE w:val="0"/>
        <w:autoSpaceDN w:val="0"/>
        <w:spacing w:after="0" w:line="292" w:lineRule="exact"/>
        <w:rPr>
          <w:rFonts w:ascii="Arial Narrow" w:hAnsi="Arial Narrow"/>
          <w:bCs/>
          <w:sz w:val="16"/>
          <w:szCs w:val="16"/>
          <w:lang w:val="pt-PT"/>
        </w:rPr>
      </w:pPr>
      <w:r w:rsidRPr="00B9266D">
        <w:rPr>
          <w:rFonts w:ascii="Arial Narrow" w:hAnsi="Arial Narrow"/>
          <w:bCs/>
          <w:sz w:val="16"/>
          <w:szCs w:val="16"/>
          <w:lang w:val="pt-PT"/>
        </w:rPr>
        <w:t>Telefon: 0265 486112</w:t>
      </w:r>
    </w:p>
    <w:p w14:paraId="6FA4182D" w14:textId="77777777" w:rsidR="00B9266D" w:rsidRPr="00B9266D" w:rsidRDefault="00B9266D" w:rsidP="00B9266D">
      <w:pPr>
        <w:autoSpaceDE w:val="0"/>
        <w:autoSpaceDN w:val="0"/>
        <w:spacing w:after="0" w:line="292" w:lineRule="exact"/>
        <w:rPr>
          <w:rFonts w:ascii="Arial Narrow" w:hAnsi="Arial Narrow"/>
          <w:bCs/>
          <w:sz w:val="16"/>
          <w:szCs w:val="16"/>
          <w:lang w:val="pt-PT"/>
        </w:rPr>
      </w:pPr>
      <w:r w:rsidRPr="00B9266D">
        <w:rPr>
          <w:rFonts w:ascii="Arial Narrow" w:hAnsi="Arial Narrow"/>
          <w:bCs/>
          <w:sz w:val="16"/>
          <w:szCs w:val="16"/>
          <w:lang w:val="pt-PT"/>
        </w:rPr>
        <w:t xml:space="preserve"> E-mail: </w:t>
      </w:r>
      <w:hyperlink r:id="rId9" w:history="1">
        <w:r w:rsidRPr="00B9266D">
          <w:rPr>
            <w:rStyle w:val="Hyperlink"/>
            <w:rFonts w:ascii="Arial Narrow" w:hAnsi="Arial Narrow"/>
            <w:bCs/>
            <w:sz w:val="16"/>
            <w:szCs w:val="16"/>
            <w:lang w:val="pt-PT"/>
          </w:rPr>
          <w:t>zaucimpiei@cjmures.ro</w:t>
        </w:r>
      </w:hyperlink>
    </w:p>
    <w:p w14:paraId="054070A2" w14:textId="77777777" w:rsidR="00B9266D" w:rsidRPr="00B9266D" w:rsidRDefault="00B9266D" w:rsidP="00B9266D">
      <w:pPr>
        <w:autoSpaceDE w:val="0"/>
        <w:autoSpaceDN w:val="0"/>
        <w:spacing w:after="0" w:line="292" w:lineRule="exact"/>
        <w:rPr>
          <w:rFonts w:ascii="Arial Narrow" w:hAnsi="Arial Narrow"/>
          <w:bCs/>
          <w:sz w:val="16"/>
          <w:szCs w:val="16"/>
          <w:lang w:val="pt-PT"/>
        </w:rPr>
      </w:pPr>
      <w:r w:rsidRPr="00B9266D">
        <w:rPr>
          <w:rFonts w:ascii="Arial Narrow" w:hAnsi="Arial Narrow"/>
          <w:sz w:val="16"/>
          <w:szCs w:val="16"/>
          <w:lang w:val="pt-PT"/>
        </w:rPr>
        <w:t xml:space="preserve"> Număr de înregistrare.................data...............................  </w:t>
      </w:r>
    </w:p>
    <w:p w14:paraId="142DBB1D" w14:textId="77777777" w:rsidR="00B9266D" w:rsidRPr="00B9266D" w:rsidRDefault="00B9266D" w:rsidP="00B9266D">
      <w:pPr>
        <w:autoSpaceDE w:val="0"/>
        <w:autoSpaceDN w:val="0"/>
        <w:spacing w:after="0" w:line="292" w:lineRule="exact"/>
        <w:rPr>
          <w:rFonts w:ascii="Arial Narrow" w:hAnsi="Arial Narrow"/>
          <w:sz w:val="16"/>
          <w:szCs w:val="16"/>
          <w:lang w:val="pt-PT"/>
        </w:rPr>
      </w:pPr>
    </w:p>
    <w:p w14:paraId="0A73F639" w14:textId="77777777" w:rsidR="00786EB1" w:rsidRPr="00B9266D" w:rsidRDefault="00786EB1">
      <w:pPr>
        <w:autoSpaceDE w:val="0"/>
        <w:autoSpaceDN w:val="0"/>
        <w:spacing w:after="0" w:line="292" w:lineRule="exact"/>
        <w:rPr>
          <w:lang w:val="pt-BR"/>
        </w:rPr>
      </w:pPr>
    </w:p>
    <w:p w14:paraId="1DB99A16" w14:textId="77777777" w:rsidR="00BD2397" w:rsidRPr="008F01A5" w:rsidRDefault="00B8640C">
      <w:pPr>
        <w:autoSpaceDE w:val="0"/>
        <w:autoSpaceDN w:val="0"/>
        <w:spacing w:after="0" w:line="246" w:lineRule="exact"/>
        <w:ind w:left="2160" w:right="2736"/>
        <w:jc w:val="center"/>
        <w:rPr>
          <w:sz w:val="16"/>
          <w:szCs w:val="16"/>
          <w:lang w:val="pt-PT"/>
        </w:rPr>
      </w:pPr>
      <w:r w:rsidRPr="008F01A5">
        <w:rPr>
          <w:rFonts w:ascii="TimesNewRomanPS" w:eastAsia="TimesNewRomanPS" w:hAnsi="TimesNewRomanPS"/>
          <w:b/>
          <w:color w:val="000000"/>
          <w:sz w:val="23"/>
          <w:lang w:val="pt-PT"/>
        </w:rPr>
        <w:t xml:space="preserve">INFORMARE </w:t>
      </w:r>
      <w:r w:rsidRPr="008F01A5">
        <w:rPr>
          <w:lang w:val="pt-PT"/>
        </w:rPr>
        <w:br/>
      </w:r>
      <w:r w:rsidRPr="008F01A5">
        <w:rPr>
          <w:rFonts w:ascii="TimesNewRomanPSMT" w:eastAsia="TimesNewRomanPSMT" w:hAnsi="TimesNewRomanPSMT"/>
          <w:color w:val="000000"/>
          <w:w w:val="102"/>
          <w:sz w:val="16"/>
          <w:szCs w:val="16"/>
          <w:lang w:val="pt-PT"/>
        </w:rPr>
        <w:t>privind necesitatea solicitării și emiterii unei autorizații de construire</w:t>
      </w:r>
    </w:p>
    <w:tbl>
      <w:tblPr>
        <w:tblW w:w="0" w:type="auto"/>
        <w:tblInd w:w="4" w:type="dxa"/>
        <w:tblLayout w:type="fixed"/>
        <w:tblLook w:val="04A0" w:firstRow="1" w:lastRow="0" w:firstColumn="1" w:lastColumn="0" w:noHBand="0" w:noVBand="1"/>
      </w:tblPr>
      <w:tblGrid>
        <w:gridCol w:w="2338"/>
        <w:gridCol w:w="778"/>
        <w:gridCol w:w="1558"/>
        <w:gridCol w:w="4674"/>
      </w:tblGrid>
      <w:tr w:rsidR="00BD2397" w:rsidRPr="00F9681E" w14:paraId="173C4BD7" w14:textId="77777777">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4590C5D" w14:textId="77777777" w:rsidR="00BD2397" w:rsidRPr="00F9681E" w:rsidRDefault="00B8640C">
            <w:pPr>
              <w:autoSpaceDE w:val="0"/>
              <w:autoSpaceDN w:val="0"/>
              <w:spacing w:after="0" w:line="176"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REFERINȚE</w:t>
            </w:r>
          </w:p>
        </w:tc>
      </w:tr>
      <w:tr w:rsidR="00BD2397" w:rsidRPr="00F9681E" w14:paraId="074BC4B8" w14:textId="77777777">
        <w:trPr>
          <w:trHeight w:hRule="exact" w:val="502"/>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7F363AE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Notificarea</w:t>
            </w:r>
            <w:proofErr w:type="spellEnd"/>
            <w:r w:rsidRPr="00F9681E">
              <w:rPr>
                <w:rFonts w:ascii="TimesNewRomanPS" w:eastAsia="TimesNewRomanPS" w:hAnsi="TimesNewRomanPS"/>
                <w:b/>
                <w:color w:val="0D5F78"/>
                <w:w w:val="97"/>
                <w:sz w:val="16"/>
                <w:szCs w:val="16"/>
              </w:rPr>
              <w:t xml:space="preserve"> nr.</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5E7F0B9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din 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4AED2907"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 xml:space="preserve">a </w:t>
            </w:r>
            <w:proofErr w:type="spellStart"/>
            <w:r w:rsidRPr="00F9681E">
              <w:rPr>
                <w:rFonts w:ascii="TimesNewRomanPS" w:eastAsia="TimesNewRomanPS" w:hAnsi="TimesNewRomanPS"/>
                <w:b/>
                <w:color w:val="0D5F78"/>
                <w:w w:val="97"/>
                <w:sz w:val="16"/>
                <w:szCs w:val="16"/>
              </w:rPr>
              <w:t>beneficiarului</w:t>
            </w:r>
            <w:proofErr w:type="spellEnd"/>
          </w:p>
        </w:tc>
      </w:tr>
      <w:tr w:rsidR="00BD2397" w:rsidRPr="00F9681E" w14:paraId="45CAE278" w14:textId="77777777">
        <w:trPr>
          <w:trHeight w:hRule="exact" w:val="508"/>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00C66BC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Proiect</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cod</w:t>
            </w:r>
            <w:proofErr w:type="gramEnd"/>
          </w:p>
        </w:tc>
        <w:tc>
          <w:tcPr>
            <w:tcW w:w="6232"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5721C68D"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Imobilul</w:t>
            </w:r>
            <w:proofErr w:type="spellEnd"/>
          </w:p>
        </w:tc>
      </w:tr>
    </w:tbl>
    <w:p w14:paraId="135EF355" w14:textId="77777777" w:rsidR="00BD2397" w:rsidRPr="00F9681E" w:rsidRDefault="00BD2397">
      <w:pPr>
        <w:autoSpaceDE w:val="0"/>
        <w:autoSpaceDN w:val="0"/>
        <w:spacing w:after="0" w:line="114" w:lineRule="exact"/>
        <w:rPr>
          <w:sz w:val="16"/>
          <w:szCs w:val="16"/>
        </w:rPr>
      </w:pPr>
    </w:p>
    <w:tbl>
      <w:tblPr>
        <w:tblW w:w="0" w:type="auto"/>
        <w:tblInd w:w="4" w:type="dxa"/>
        <w:tblLayout w:type="fixed"/>
        <w:tblLook w:val="04A0" w:firstRow="1" w:lastRow="0" w:firstColumn="1" w:lastColumn="0" w:noHBand="0" w:noVBand="1"/>
      </w:tblPr>
      <w:tblGrid>
        <w:gridCol w:w="9348"/>
      </w:tblGrid>
      <w:tr w:rsidR="00BD2397" w:rsidRPr="00F9681E" w14:paraId="57420057"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CA9C046"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INFORMAREA</w:t>
            </w:r>
          </w:p>
        </w:tc>
      </w:tr>
      <w:tr w:rsidR="00BD2397" w:rsidRPr="00F9681E" w14:paraId="09373083" w14:textId="77777777">
        <w:trPr>
          <w:trHeight w:hRule="exact" w:val="328"/>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A13EB51" w14:textId="77777777" w:rsidR="00BD2397" w:rsidRPr="00F9681E" w:rsidRDefault="00B8640C">
            <w:pPr>
              <w:autoSpaceDE w:val="0"/>
              <w:autoSpaceDN w:val="0"/>
              <w:spacing w:after="0" w:line="158" w:lineRule="exact"/>
              <w:ind w:left="100" w:right="432"/>
              <w:rPr>
                <w:sz w:val="16"/>
                <w:szCs w:val="16"/>
              </w:rPr>
            </w:pPr>
            <w:proofErr w:type="spellStart"/>
            <w:r w:rsidRPr="00F9681E">
              <w:rPr>
                <w:rFonts w:ascii="TimesNewRomanPSMT" w:eastAsia="TimesNewRomanPSMT" w:hAnsi="TimesNewRomanPSMT"/>
                <w:color w:val="000000"/>
                <w:w w:val="97"/>
                <w:sz w:val="16"/>
                <w:szCs w:val="16"/>
              </w:rPr>
              <w:t>Lucrările</w:t>
            </w:r>
            <w:proofErr w:type="spellEnd"/>
            <w:r w:rsidRPr="00F9681E">
              <w:rPr>
                <w:rFonts w:ascii="TimesNewRomanPSMT" w:eastAsia="TimesNewRomanPSMT" w:hAnsi="TimesNewRomanPSMT"/>
                <w:color w:val="000000"/>
                <w:w w:val="97"/>
                <w:sz w:val="16"/>
                <w:szCs w:val="16"/>
              </w:rPr>
              <w:t xml:space="preserve"> care fac </w:t>
            </w:r>
            <w:proofErr w:type="spellStart"/>
            <w:r w:rsidRPr="00F9681E">
              <w:rPr>
                <w:rFonts w:ascii="TimesNewRomanPSMT" w:eastAsia="TimesNewRomanPSMT" w:hAnsi="TimesNewRomanPSMT"/>
                <w:color w:val="000000"/>
                <w:w w:val="97"/>
                <w:sz w:val="16"/>
                <w:szCs w:val="16"/>
              </w:rPr>
              <w:t>obiectul</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notificării</w:t>
            </w:r>
            <w:proofErr w:type="spellEnd"/>
            <w:r w:rsidRPr="00F9681E">
              <w:rPr>
                <w:rFonts w:ascii="TimesNewRomanPSMT" w:eastAsia="TimesNewRomanPSMT" w:hAnsi="TimesNewRomanPSMT"/>
                <w:color w:val="000000"/>
                <w:w w:val="97"/>
                <w:sz w:val="16"/>
                <w:szCs w:val="16"/>
              </w:rPr>
              <w:t xml:space="preserve"> NU se </w:t>
            </w:r>
            <w:proofErr w:type="spellStart"/>
            <w:r w:rsidRPr="00F9681E">
              <w:rPr>
                <w:rFonts w:ascii="TimesNewRomanPSMT" w:eastAsia="TimesNewRomanPSMT" w:hAnsi="TimesNewRomanPSMT"/>
                <w:color w:val="000000"/>
                <w:w w:val="97"/>
                <w:sz w:val="16"/>
                <w:szCs w:val="16"/>
              </w:rPr>
              <w:t>încadrează</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în</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categoriile</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prevăzute</w:t>
            </w:r>
            <w:proofErr w:type="spellEnd"/>
            <w:r w:rsidRPr="00F9681E">
              <w:rPr>
                <w:rFonts w:ascii="TimesNewRomanPSMT" w:eastAsia="TimesNewRomanPSMT" w:hAnsi="TimesNewRomanPSMT"/>
                <w:color w:val="000000"/>
                <w:w w:val="97"/>
                <w:sz w:val="16"/>
                <w:szCs w:val="16"/>
              </w:rPr>
              <w:t xml:space="preserve"> la art. 294 din Legea nr.169/2026 </w:t>
            </w:r>
            <w:proofErr w:type="spellStart"/>
            <w:r w:rsidRPr="00F9681E">
              <w:rPr>
                <w:rFonts w:ascii="TimesNewRomanPSMT" w:eastAsia="TimesNewRomanPSMT" w:hAnsi="TimesNewRomanPSMT"/>
                <w:color w:val="000000"/>
                <w:w w:val="97"/>
                <w:sz w:val="16"/>
                <w:szCs w:val="16"/>
              </w:rPr>
              <w:t>și</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necesită</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obținerea</w:t>
            </w:r>
            <w:proofErr w:type="spellEnd"/>
            <w:r w:rsidRPr="00F9681E">
              <w:rPr>
                <w:rFonts w:ascii="TimesNewRomanPSMT" w:eastAsia="TimesNewRomanPSMT" w:hAnsi="TimesNewRomanPSMT"/>
                <w:color w:val="000000"/>
                <w:w w:val="97"/>
                <w:sz w:val="16"/>
                <w:szCs w:val="16"/>
              </w:rPr>
              <w:t xml:space="preserve"> </w:t>
            </w:r>
            <w:proofErr w:type="spellStart"/>
            <w:r w:rsidRPr="00F9681E">
              <w:rPr>
                <w:rFonts w:ascii="TimesNewRomanPSMT" w:eastAsia="TimesNewRomanPSMT" w:hAnsi="TimesNewRomanPSMT"/>
                <w:color w:val="000000"/>
                <w:w w:val="97"/>
                <w:sz w:val="16"/>
                <w:szCs w:val="16"/>
              </w:rPr>
              <w:t>autorizației</w:t>
            </w:r>
            <w:proofErr w:type="spellEnd"/>
            <w:r w:rsidRPr="00F9681E">
              <w:rPr>
                <w:rFonts w:ascii="TimesNewRomanPSMT" w:eastAsia="TimesNewRomanPSMT" w:hAnsi="TimesNewRomanPSMT"/>
                <w:color w:val="000000"/>
                <w:w w:val="97"/>
                <w:sz w:val="16"/>
                <w:szCs w:val="16"/>
              </w:rPr>
              <w:t xml:space="preserve"> de </w:t>
            </w:r>
            <w:proofErr w:type="spellStart"/>
            <w:r w:rsidRPr="00F9681E">
              <w:rPr>
                <w:rFonts w:ascii="TimesNewRomanPSMT" w:eastAsia="TimesNewRomanPSMT" w:hAnsi="TimesNewRomanPSMT"/>
                <w:color w:val="000000"/>
                <w:w w:val="97"/>
                <w:sz w:val="16"/>
                <w:szCs w:val="16"/>
              </w:rPr>
              <w:t>construire</w:t>
            </w:r>
            <w:proofErr w:type="spellEnd"/>
            <w:r w:rsidRPr="00F9681E">
              <w:rPr>
                <w:rFonts w:ascii="TimesNewRomanPSMT" w:eastAsia="TimesNewRomanPSMT" w:hAnsi="TimesNewRomanPSMT"/>
                <w:color w:val="000000"/>
                <w:w w:val="97"/>
                <w:sz w:val="16"/>
                <w:szCs w:val="16"/>
              </w:rPr>
              <w:t xml:space="preserve">. </w:t>
            </w:r>
          </w:p>
        </w:tc>
      </w:tr>
      <w:tr w:rsidR="00BD2397" w:rsidRPr="00F9681E" w14:paraId="0B84A21F" w14:textId="77777777">
        <w:trPr>
          <w:trHeight w:hRule="exact" w:val="186"/>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54CB9E7"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Motivarea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încadrării</w:t>
            </w:r>
            <w:proofErr w:type="spellEnd"/>
          </w:p>
        </w:tc>
      </w:tr>
      <w:tr w:rsidR="00BD2397" w:rsidRPr="00F9681E" w14:paraId="583AAEB8" w14:textId="77777777">
        <w:trPr>
          <w:trHeight w:hRule="exact" w:val="76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A4C3282" w14:textId="77777777" w:rsidR="00BD2397" w:rsidRPr="00F9681E" w:rsidRDefault="00BD2397">
            <w:pPr>
              <w:spacing w:after="0"/>
              <w:rPr>
                <w:sz w:val="16"/>
                <w:szCs w:val="16"/>
              </w:rPr>
            </w:pPr>
          </w:p>
        </w:tc>
      </w:tr>
    </w:tbl>
    <w:p w14:paraId="5E4DAEAB" w14:textId="77777777" w:rsidR="00BD2397" w:rsidRPr="00F9681E" w:rsidRDefault="00BD2397">
      <w:pPr>
        <w:autoSpaceDE w:val="0"/>
        <w:autoSpaceDN w:val="0"/>
        <w:spacing w:after="0" w:line="114" w:lineRule="exact"/>
        <w:rPr>
          <w:sz w:val="16"/>
          <w:szCs w:val="16"/>
        </w:rPr>
      </w:pPr>
    </w:p>
    <w:tbl>
      <w:tblPr>
        <w:tblW w:w="0" w:type="auto"/>
        <w:tblInd w:w="4" w:type="dxa"/>
        <w:tblLayout w:type="fixed"/>
        <w:tblLook w:val="04A0" w:firstRow="1" w:lastRow="0" w:firstColumn="1" w:lastColumn="0" w:noHBand="0" w:noVBand="1"/>
      </w:tblPr>
      <w:tblGrid>
        <w:gridCol w:w="5452"/>
        <w:gridCol w:w="2340"/>
        <w:gridCol w:w="1556"/>
      </w:tblGrid>
      <w:tr w:rsidR="00BD2397" w:rsidRPr="00F9681E" w14:paraId="6977A9C8" w14:textId="77777777">
        <w:trPr>
          <w:trHeight w:hRule="exact" w:val="210"/>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532D08D"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w:t>
            </w:r>
            <w:r w:rsidRPr="00F9681E">
              <w:rPr>
                <w:rFonts w:ascii="TimesNewRomanPS" w:eastAsia="TimesNewRomanPS" w:hAnsi="TimesNewRomanPS"/>
                <w:b/>
                <w:color w:val="000000"/>
                <w:w w:val="102"/>
                <w:sz w:val="16"/>
                <w:szCs w:val="16"/>
              </w:rPr>
              <w:t>SEMNĂTURA</w:t>
            </w:r>
          </w:p>
        </w:tc>
      </w:tr>
      <w:tr w:rsidR="00BD2397" w:rsidRPr="00F9681E" w14:paraId="5B79340C" w14:textId="77777777">
        <w:trPr>
          <w:trHeight w:hRule="exact" w:val="506"/>
        </w:trPr>
        <w:tc>
          <w:tcPr>
            <w:tcW w:w="5452" w:type="dxa"/>
            <w:tcBorders>
              <w:top w:val="single" w:sz="4" w:space="0" w:color="767676"/>
              <w:left w:val="single" w:sz="3" w:space="0" w:color="767676"/>
              <w:bottom w:val="single" w:sz="3" w:space="0" w:color="767676"/>
              <w:right w:val="single" w:sz="4" w:space="0" w:color="767676"/>
            </w:tcBorders>
            <w:tcMar>
              <w:left w:w="0" w:type="dxa"/>
              <w:right w:w="0" w:type="dxa"/>
            </w:tcMar>
          </w:tcPr>
          <w:p w14:paraId="2EB94176"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Reprezentantul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autorității</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numele</w:t>
            </w:r>
            <w:proofErr w:type="spellEnd"/>
            <w:r w:rsidRPr="00F9681E">
              <w:rPr>
                <w:rFonts w:ascii="TimesNewRomanPS" w:eastAsia="TimesNewRomanPS" w:hAnsi="TimesNewRomanPS"/>
                <w:b/>
                <w:color w:val="0D5F78"/>
                <w:w w:val="97"/>
                <w:sz w:val="16"/>
                <w:szCs w:val="16"/>
              </w:rPr>
              <w:t xml:space="preserve"> </w:t>
            </w:r>
          </w:p>
        </w:tc>
        <w:tc>
          <w:tcPr>
            <w:tcW w:w="2340" w:type="dxa"/>
            <w:tcBorders>
              <w:top w:val="single" w:sz="4" w:space="0" w:color="767676"/>
              <w:left w:val="single" w:sz="4" w:space="0" w:color="767676"/>
              <w:bottom w:val="single" w:sz="3" w:space="0" w:color="767676"/>
              <w:right w:val="single" w:sz="4" w:space="0" w:color="767676"/>
            </w:tcBorders>
            <w:tcMar>
              <w:left w:w="0" w:type="dxa"/>
              <w:right w:w="0" w:type="dxa"/>
            </w:tcMar>
          </w:tcPr>
          <w:p w14:paraId="1411239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Data</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708FE60B"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Semnatura</w:t>
            </w:r>
            <w:proofErr w:type="spellEnd"/>
          </w:p>
        </w:tc>
      </w:tr>
    </w:tbl>
    <w:p w14:paraId="53CE9A88" w14:textId="77777777" w:rsidR="00BD2397" w:rsidRPr="00F9681E" w:rsidRDefault="00B8640C">
      <w:pPr>
        <w:tabs>
          <w:tab w:val="left" w:pos="4236"/>
        </w:tabs>
        <w:autoSpaceDE w:val="0"/>
        <w:autoSpaceDN w:val="0"/>
        <w:spacing w:after="0" w:line="144" w:lineRule="exact"/>
        <w:ind w:left="108"/>
        <w:rPr>
          <w:sz w:val="16"/>
          <w:szCs w:val="16"/>
          <w:lang w:val="sv-SE"/>
        </w:rPr>
      </w:pPr>
      <w:r w:rsidRPr="00F9681E">
        <w:rPr>
          <w:rFonts w:ascii="TimesNewRomanPSMT" w:eastAsia="TimesNewRomanPSMT" w:hAnsi="TimesNewRomanPSMT"/>
          <w:color w:val="595959"/>
          <w:w w:val="97"/>
          <w:sz w:val="16"/>
          <w:szCs w:val="16"/>
          <w:lang w:val="sv-SE"/>
        </w:rPr>
        <w:t xml:space="preserve">F_NOT_04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1 din 1</w:t>
      </w:r>
    </w:p>
    <w:p w14:paraId="380B3C02" w14:textId="77777777" w:rsidR="00BD2397" w:rsidRPr="00912339" w:rsidRDefault="00BD2397">
      <w:pPr>
        <w:spacing w:after="0"/>
        <w:rPr>
          <w:lang w:val="sv-SE"/>
        </w:rPr>
        <w:sectPr w:rsidR="00BD2397" w:rsidRPr="00912339">
          <w:pgSz w:w="11900" w:h="16840"/>
          <w:pgMar w:top="126" w:right="546" w:bottom="236" w:left="1166" w:header="720" w:footer="720" w:gutter="0"/>
          <w:cols w:space="708"/>
          <w:docGrid w:linePitch="360"/>
        </w:sectPr>
      </w:pPr>
    </w:p>
    <w:p w14:paraId="2209E215" w14:textId="77777777" w:rsidR="00BD2397" w:rsidRPr="00912339" w:rsidRDefault="00BD2397">
      <w:pPr>
        <w:autoSpaceDE w:val="0"/>
        <w:autoSpaceDN w:val="0"/>
        <w:spacing w:after="0" w:line="126" w:lineRule="exact"/>
        <w:rPr>
          <w:lang w:val="sv-SE"/>
        </w:rPr>
      </w:pPr>
    </w:p>
    <w:p w14:paraId="0FF9D4A9" w14:textId="5A832A81" w:rsidR="00B9266D" w:rsidRPr="00B9266D" w:rsidRDefault="00B9266D" w:rsidP="00B9266D">
      <w:pPr>
        <w:autoSpaceDE w:val="0"/>
        <w:autoSpaceDN w:val="0"/>
        <w:spacing w:after="0" w:line="292" w:lineRule="exact"/>
        <w:rPr>
          <w:lang w:val="pt-PT"/>
        </w:rPr>
      </w:pPr>
      <w:r w:rsidRPr="00B9266D">
        <w:drawing>
          <wp:anchor distT="0" distB="0" distL="114300" distR="114300" simplePos="0" relativeHeight="251863040" behindDoc="0" locked="0" layoutInCell="1" allowOverlap="1" wp14:anchorId="73AAB9A2" wp14:editId="725FA67E">
            <wp:simplePos x="0" y="0"/>
            <wp:positionH relativeFrom="column">
              <wp:posOffset>346710</wp:posOffset>
            </wp:positionH>
            <wp:positionV relativeFrom="paragraph">
              <wp:posOffset>149225</wp:posOffset>
            </wp:positionV>
            <wp:extent cx="719455" cy="1076325"/>
            <wp:effectExtent l="0" t="0" r="4445" b="9525"/>
            <wp:wrapSquare wrapText="bothSides"/>
            <wp:docPr id="1920098155"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B9266D">
        <w:drawing>
          <wp:anchor distT="0" distB="0" distL="114300" distR="114300" simplePos="0" relativeHeight="251860992" behindDoc="0" locked="0" layoutInCell="1" allowOverlap="1" wp14:anchorId="77A07741" wp14:editId="11020BEC">
            <wp:simplePos x="0" y="0"/>
            <wp:positionH relativeFrom="column">
              <wp:posOffset>347345</wp:posOffset>
            </wp:positionH>
            <wp:positionV relativeFrom="paragraph">
              <wp:posOffset>180975</wp:posOffset>
            </wp:positionV>
            <wp:extent cx="516255" cy="762000"/>
            <wp:effectExtent l="0" t="0" r="0" b="0"/>
            <wp:wrapSquare wrapText="right"/>
            <wp:docPr id="1572412289"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7E601A9A" w14:textId="77777777" w:rsidR="00B9266D" w:rsidRPr="00B9266D" w:rsidRDefault="00B9266D" w:rsidP="00B9266D">
      <w:pPr>
        <w:autoSpaceDE w:val="0"/>
        <w:autoSpaceDN w:val="0"/>
        <w:spacing w:after="0" w:line="292" w:lineRule="exact"/>
        <w:rPr>
          <w:b/>
          <w:lang w:val="pt-PT"/>
        </w:rPr>
      </w:pPr>
      <w:r w:rsidRPr="00B9266D">
        <w:rPr>
          <w:lang w:val="pt-PT"/>
        </w:rPr>
        <w:t xml:space="preserve">Judeţul  MUREŞ                                                                                                    </w:t>
      </w:r>
      <w:r w:rsidRPr="00B9266D">
        <w:rPr>
          <w:b/>
          <w:lang w:val="pt-PT"/>
        </w:rPr>
        <w:t xml:space="preserve"> </w:t>
      </w:r>
      <w:r w:rsidRPr="00B9266D">
        <w:rPr>
          <w:lang w:val="pt-PT"/>
        </w:rPr>
        <w:t xml:space="preserve">   </w:t>
      </w:r>
      <w:r w:rsidRPr="00B9266D">
        <w:rPr>
          <w:b/>
          <w:lang w:val="pt-PT"/>
        </w:rPr>
        <w:t xml:space="preserve"> </w:t>
      </w:r>
      <w:r w:rsidRPr="00B9266D">
        <w:rPr>
          <w:lang w:val="pt-PT"/>
        </w:rPr>
        <w:t xml:space="preserve"> </w:t>
      </w:r>
      <w:r w:rsidRPr="00B9266D">
        <w:rPr>
          <w:lang w:val="pt-PT"/>
        </w:rPr>
        <w:tab/>
      </w:r>
    </w:p>
    <w:p w14:paraId="47E98F07" w14:textId="4E3D7082" w:rsidR="00B9266D" w:rsidRPr="00B9266D" w:rsidRDefault="00B9266D" w:rsidP="00B9266D">
      <w:pPr>
        <w:autoSpaceDE w:val="0"/>
        <w:autoSpaceDN w:val="0"/>
        <w:spacing w:after="0" w:line="292" w:lineRule="exact"/>
        <w:rPr>
          <w:b/>
          <w:bCs/>
          <w:lang w:val="pt-PT"/>
        </w:rPr>
      </w:pPr>
      <w:r w:rsidRPr="00B9266D">
        <mc:AlternateContent>
          <mc:Choice Requires="wps">
            <w:drawing>
              <wp:anchor distT="0" distB="0" distL="114300" distR="114300" simplePos="0" relativeHeight="251862016" behindDoc="0" locked="0" layoutInCell="1" allowOverlap="1" wp14:anchorId="620BFF1C" wp14:editId="15E6B1BE">
                <wp:simplePos x="0" y="0"/>
                <wp:positionH relativeFrom="column">
                  <wp:posOffset>3457575</wp:posOffset>
                </wp:positionH>
                <wp:positionV relativeFrom="paragraph">
                  <wp:posOffset>34925</wp:posOffset>
                </wp:positionV>
                <wp:extent cx="361950" cy="134620"/>
                <wp:effectExtent l="0" t="0" r="0" b="0"/>
                <wp:wrapNone/>
                <wp:docPr id="965154837" name="Casetă tex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46B0D0" w14:textId="77777777" w:rsidR="00B9266D" w:rsidRDefault="00B9266D" w:rsidP="00B9266D"/>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BFF1C" id="Casetă text 16" o:spid="_x0000_s1027" type="#_x0000_t202" style="position:absolute;margin-left:272.25pt;margin-top:2.75pt;width:28.5pt;height:10.6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HdBQIAAPg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" stroked="f">
                <v:textbox>
                  <w:txbxContent>
                    <w:p w14:paraId="0146B0D0" w14:textId="77777777" w:rsidR="00B9266D" w:rsidRDefault="00B9266D" w:rsidP="00B9266D"/>
                  </w:txbxContent>
                </v:textbox>
              </v:shape>
            </w:pict>
          </mc:Fallback>
        </mc:AlternateContent>
      </w:r>
      <w:r w:rsidRPr="00B9266D">
        <w:rPr>
          <w:bCs/>
          <w:lang w:val="pt-PT"/>
        </w:rPr>
        <w:t>Comuna Zau de Câmpie</w:t>
      </w:r>
      <w:r w:rsidRPr="00B9266D">
        <w:rPr>
          <w:bCs/>
          <w:lang w:val="pt-PT"/>
        </w:rPr>
        <w:tab/>
      </w:r>
      <w:r w:rsidRPr="00B9266D">
        <w:rPr>
          <w:bCs/>
          <w:lang w:val="pt-PT"/>
        </w:rPr>
        <w:tab/>
      </w:r>
      <w:r w:rsidRPr="00B9266D">
        <w:rPr>
          <w:bCs/>
          <w:lang w:val="pt-PT"/>
        </w:rPr>
        <w:tab/>
      </w:r>
      <w:r w:rsidRPr="00B9266D">
        <w:rPr>
          <w:bCs/>
          <w:lang w:val="pt-PT"/>
        </w:rPr>
        <w:tab/>
      </w:r>
      <w:r w:rsidRPr="00B9266D">
        <w:rPr>
          <w:bCs/>
          <w:lang w:val="pt-PT"/>
        </w:rPr>
        <w:tab/>
      </w:r>
      <w:r w:rsidRPr="00B9266D">
        <w:rPr>
          <w:bCs/>
          <w:lang w:val="pt-PT"/>
        </w:rPr>
        <w:tab/>
      </w:r>
    </w:p>
    <w:p w14:paraId="6620D230" w14:textId="77777777" w:rsidR="00B9266D" w:rsidRPr="00B9266D" w:rsidRDefault="00B9266D" w:rsidP="00B9266D">
      <w:pPr>
        <w:autoSpaceDE w:val="0"/>
        <w:autoSpaceDN w:val="0"/>
        <w:spacing w:after="0" w:line="292" w:lineRule="exact"/>
        <w:rPr>
          <w:bCs/>
          <w:lang w:val="pt-PT"/>
        </w:rPr>
      </w:pPr>
      <w:r w:rsidRPr="00B9266D">
        <w:rPr>
          <w:bCs/>
          <w:lang w:val="pt-PT"/>
        </w:rPr>
        <w:t>CIF4375917, Zau de Câmpie, strada Republicii, nr.18</w:t>
      </w:r>
    </w:p>
    <w:p w14:paraId="142C62B1" w14:textId="77777777" w:rsidR="00B9266D" w:rsidRPr="00B9266D" w:rsidRDefault="00B9266D" w:rsidP="00B9266D">
      <w:pPr>
        <w:autoSpaceDE w:val="0"/>
        <w:autoSpaceDN w:val="0"/>
        <w:spacing w:after="0" w:line="292" w:lineRule="exact"/>
        <w:rPr>
          <w:bCs/>
          <w:lang w:val="pt-PT"/>
        </w:rPr>
      </w:pPr>
      <w:r w:rsidRPr="00B9266D">
        <w:rPr>
          <w:bCs/>
          <w:lang w:val="pt-PT"/>
        </w:rPr>
        <w:t>Telefon: 0265 486112</w:t>
      </w:r>
    </w:p>
    <w:p w14:paraId="05D2DF52" w14:textId="77777777" w:rsidR="00B9266D" w:rsidRPr="00B9266D" w:rsidRDefault="00B9266D" w:rsidP="00B9266D">
      <w:pPr>
        <w:autoSpaceDE w:val="0"/>
        <w:autoSpaceDN w:val="0"/>
        <w:spacing w:after="0" w:line="292" w:lineRule="exact"/>
        <w:rPr>
          <w:bCs/>
          <w:lang w:val="pt-PT"/>
        </w:rPr>
      </w:pPr>
      <w:r w:rsidRPr="00B9266D">
        <w:rPr>
          <w:bCs/>
          <w:lang w:val="pt-PT"/>
        </w:rPr>
        <w:t xml:space="preserve"> E-mail: </w:t>
      </w:r>
      <w:hyperlink r:id="rId10" w:history="1">
        <w:r w:rsidRPr="00B9266D">
          <w:rPr>
            <w:rStyle w:val="Hyperlink"/>
            <w:bCs/>
            <w:lang w:val="pt-PT"/>
          </w:rPr>
          <w:t>zaucimpiei@cjmures.ro</w:t>
        </w:r>
      </w:hyperlink>
    </w:p>
    <w:p w14:paraId="05CDF70D" w14:textId="77777777" w:rsidR="00B9266D" w:rsidRPr="00B9266D" w:rsidRDefault="00B9266D" w:rsidP="00B9266D">
      <w:pPr>
        <w:autoSpaceDE w:val="0"/>
        <w:autoSpaceDN w:val="0"/>
        <w:spacing w:after="0" w:line="292" w:lineRule="exact"/>
        <w:rPr>
          <w:bCs/>
          <w:lang w:val="pt-PT"/>
        </w:rPr>
      </w:pPr>
      <w:r w:rsidRPr="00B9266D">
        <w:rPr>
          <w:lang w:val="pt-PT"/>
        </w:rPr>
        <w:t xml:space="preserve"> Număr de înregistrare.................data...............................  </w:t>
      </w:r>
    </w:p>
    <w:p w14:paraId="498B7248" w14:textId="77777777" w:rsidR="00B9266D" w:rsidRPr="00B9266D" w:rsidRDefault="00B9266D" w:rsidP="00B9266D">
      <w:pPr>
        <w:autoSpaceDE w:val="0"/>
        <w:autoSpaceDN w:val="0"/>
        <w:spacing w:after="0" w:line="292" w:lineRule="exact"/>
        <w:rPr>
          <w:lang w:val="pt-PT"/>
        </w:rPr>
      </w:pPr>
    </w:p>
    <w:p w14:paraId="3233E0D9" w14:textId="77777777" w:rsidR="00786EB1" w:rsidRPr="008F01A5" w:rsidRDefault="00786EB1">
      <w:pPr>
        <w:autoSpaceDE w:val="0"/>
        <w:autoSpaceDN w:val="0"/>
        <w:spacing w:after="0" w:line="292" w:lineRule="exact"/>
        <w:rPr>
          <w:lang w:val="pt-PT"/>
        </w:rPr>
      </w:pPr>
    </w:p>
    <w:p w14:paraId="0B45A14D" w14:textId="77777777" w:rsidR="00BD2397" w:rsidRPr="008F01A5" w:rsidRDefault="00B8640C">
      <w:pPr>
        <w:autoSpaceDE w:val="0"/>
        <w:autoSpaceDN w:val="0"/>
        <w:spacing w:after="0" w:line="246" w:lineRule="exact"/>
        <w:ind w:left="3744" w:right="3024"/>
        <w:jc w:val="center"/>
        <w:rPr>
          <w:sz w:val="16"/>
          <w:szCs w:val="16"/>
          <w:lang w:val="pt-PT"/>
        </w:rPr>
      </w:pPr>
      <w:r w:rsidRPr="008F01A5">
        <w:rPr>
          <w:rFonts w:ascii="TimesNewRomanPS" w:eastAsia="TimesNewRomanPS" w:hAnsi="TimesNewRomanPS"/>
          <w:b/>
          <w:color w:val="000000"/>
          <w:sz w:val="23"/>
          <w:lang w:val="pt-PT"/>
        </w:rPr>
        <w:t xml:space="preserve">INFORMARE </w:t>
      </w:r>
      <w:r w:rsidRPr="008F01A5">
        <w:rPr>
          <w:lang w:val="pt-PT"/>
        </w:rPr>
        <w:br/>
      </w:r>
      <w:r w:rsidRPr="008F01A5">
        <w:rPr>
          <w:rFonts w:ascii="TimesNewRomanPSMT" w:eastAsia="TimesNewRomanPSMT" w:hAnsi="TimesNewRomanPSMT"/>
          <w:color w:val="000000"/>
          <w:w w:val="102"/>
          <w:sz w:val="16"/>
          <w:szCs w:val="16"/>
          <w:lang w:val="pt-PT"/>
        </w:rPr>
        <w:t>privind respingerea motivată a notificării</w:t>
      </w:r>
    </w:p>
    <w:tbl>
      <w:tblPr>
        <w:tblW w:w="0" w:type="auto"/>
        <w:tblInd w:w="606" w:type="dxa"/>
        <w:tblLayout w:type="fixed"/>
        <w:tblLook w:val="04A0" w:firstRow="1" w:lastRow="0" w:firstColumn="1" w:lastColumn="0" w:noHBand="0" w:noVBand="1"/>
      </w:tblPr>
      <w:tblGrid>
        <w:gridCol w:w="2338"/>
        <w:gridCol w:w="778"/>
        <w:gridCol w:w="1558"/>
        <w:gridCol w:w="4674"/>
      </w:tblGrid>
      <w:tr w:rsidR="00BD2397" w:rsidRPr="00F9681E" w14:paraId="6FDE18C7" w14:textId="77777777">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949D0DB" w14:textId="77777777" w:rsidR="00BD2397" w:rsidRPr="00F9681E" w:rsidRDefault="00B8640C">
            <w:pPr>
              <w:autoSpaceDE w:val="0"/>
              <w:autoSpaceDN w:val="0"/>
              <w:spacing w:after="0" w:line="176"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REFERINȚE</w:t>
            </w:r>
          </w:p>
        </w:tc>
      </w:tr>
      <w:tr w:rsidR="00BD2397" w:rsidRPr="00F9681E" w14:paraId="18242A7F" w14:textId="77777777">
        <w:trPr>
          <w:trHeight w:hRule="exact" w:val="502"/>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3669857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Notificarea</w:t>
            </w:r>
            <w:proofErr w:type="spellEnd"/>
            <w:r w:rsidRPr="00F9681E">
              <w:rPr>
                <w:rFonts w:ascii="TimesNewRomanPS" w:eastAsia="TimesNewRomanPS" w:hAnsi="TimesNewRomanPS"/>
                <w:b/>
                <w:color w:val="0D5F78"/>
                <w:w w:val="97"/>
                <w:sz w:val="16"/>
                <w:szCs w:val="16"/>
              </w:rPr>
              <w:t xml:space="preserve"> nr.</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932647A"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din 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6D4556E9"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 xml:space="preserve">a </w:t>
            </w:r>
            <w:proofErr w:type="spellStart"/>
            <w:r w:rsidRPr="00F9681E">
              <w:rPr>
                <w:rFonts w:ascii="TimesNewRomanPS" w:eastAsia="TimesNewRomanPS" w:hAnsi="TimesNewRomanPS"/>
                <w:b/>
                <w:color w:val="0D5F78"/>
                <w:w w:val="97"/>
                <w:sz w:val="16"/>
                <w:szCs w:val="16"/>
              </w:rPr>
              <w:t>beneficiarului</w:t>
            </w:r>
            <w:proofErr w:type="spellEnd"/>
          </w:p>
        </w:tc>
      </w:tr>
      <w:tr w:rsidR="00BD2397" w:rsidRPr="00F9681E" w14:paraId="1C7BDE31" w14:textId="77777777">
        <w:trPr>
          <w:trHeight w:hRule="exact" w:val="508"/>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3E7F1BBC"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Proiect</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cod</w:t>
            </w:r>
            <w:proofErr w:type="gramEnd"/>
          </w:p>
        </w:tc>
        <w:tc>
          <w:tcPr>
            <w:tcW w:w="6232"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2D57CDB8"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Imobilul</w:t>
            </w:r>
            <w:proofErr w:type="spellEnd"/>
          </w:p>
        </w:tc>
      </w:tr>
    </w:tbl>
    <w:p w14:paraId="5707C92D" w14:textId="77777777" w:rsidR="00BD2397" w:rsidRPr="00F9681E" w:rsidRDefault="00BD2397">
      <w:pPr>
        <w:autoSpaceDE w:val="0"/>
        <w:autoSpaceDN w:val="0"/>
        <w:spacing w:after="0" w:line="114" w:lineRule="exact"/>
        <w:rPr>
          <w:sz w:val="16"/>
          <w:szCs w:val="16"/>
        </w:rPr>
      </w:pPr>
    </w:p>
    <w:tbl>
      <w:tblPr>
        <w:tblW w:w="0" w:type="auto"/>
        <w:tblInd w:w="606" w:type="dxa"/>
        <w:tblLayout w:type="fixed"/>
        <w:tblLook w:val="04A0" w:firstRow="1" w:lastRow="0" w:firstColumn="1" w:lastColumn="0" w:noHBand="0" w:noVBand="1"/>
      </w:tblPr>
      <w:tblGrid>
        <w:gridCol w:w="9348"/>
      </w:tblGrid>
      <w:tr w:rsidR="00BD2397" w:rsidRPr="00F9681E" w14:paraId="69771BBD"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0BDB935"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RESPINGEREA</w:t>
            </w:r>
          </w:p>
        </w:tc>
      </w:tr>
      <w:tr w:rsidR="00BD2397" w:rsidRPr="00F9681E" w14:paraId="7CBBF95E" w14:textId="77777777">
        <w:trPr>
          <w:trHeight w:hRule="exact" w:val="83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9701AAC" w14:textId="77777777" w:rsidR="00BD2397" w:rsidRPr="00F9681E" w:rsidRDefault="00B8640C">
            <w:pPr>
              <w:autoSpaceDE w:val="0"/>
              <w:autoSpaceDN w:val="0"/>
              <w:spacing w:after="0" w:line="206" w:lineRule="exact"/>
              <w:ind w:left="100" w:right="1152"/>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neîncadrarea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în</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categoriile</w:t>
            </w:r>
            <w:proofErr w:type="spellEnd"/>
            <w:r w:rsidRPr="00F9681E">
              <w:rPr>
                <w:rFonts w:ascii="TimesNewRomanPSMT" w:eastAsia="TimesNewRomanPSMT" w:hAnsi="TimesNewRomanPSMT"/>
                <w:color w:val="000000"/>
                <w:w w:val="103"/>
                <w:sz w:val="16"/>
                <w:szCs w:val="16"/>
              </w:rPr>
              <w:t xml:space="preserve"> art. 294 din Legea nr.169/2026 </w:t>
            </w:r>
            <w:proofErr w:type="spellStart"/>
            <w:r w:rsidRPr="00F9681E">
              <w:rPr>
                <w:rFonts w:ascii="TimesNewRomanPSMT" w:eastAsia="TimesNewRomanPSMT" w:hAnsi="TimesNewRomanPSMT"/>
                <w:color w:val="000000"/>
                <w:w w:val="103"/>
                <w:sz w:val="16"/>
                <w:szCs w:val="16"/>
              </w:rPr>
              <w:t>privind</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Codul</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amenajării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teritoriului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urbanismului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și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construcțiilor</w:t>
            </w:r>
            <w:proofErr w:type="spellEnd"/>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nerespectarea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condițiilor</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privind</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calitatea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în</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construcții</w:t>
            </w:r>
            <w:proofErr w:type="spellEnd"/>
            <w:r w:rsidRPr="00F9681E">
              <w:rPr>
                <w:sz w:val="16"/>
                <w:szCs w:val="16"/>
              </w:rPr>
              <w:br/>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nerespectarea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condițiilor</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privind</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mediul</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ori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patrimoniul</w:t>
            </w:r>
            <w:proofErr w:type="spellEnd"/>
            <w:r w:rsidRPr="00F9681E">
              <w:rPr>
                <w:rFonts w:ascii="TimesNewRomanPSMT" w:eastAsia="TimesNewRomanPSMT" w:hAnsi="TimesNewRomanPSMT"/>
                <w:color w:val="000000"/>
                <w:w w:val="103"/>
                <w:sz w:val="16"/>
                <w:szCs w:val="16"/>
              </w:rPr>
              <w:t xml:space="preserve"> cultural</w:t>
            </w:r>
            <w:r w:rsidRPr="00F9681E">
              <w:rPr>
                <w:sz w:val="16"/>
                <w:szCs w:val="16"/>
              </w:rPr>
              <w:br/>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alt </w:t>
            </w:r>
            <w:proofErr w:type="spellStart"/>
            <w:r w:rsidRPr="00F9681E">
              <w:rPr>
                <w:rFonts w:ascii="TimesNewRomanPSMT" w:eastAsia="TimesNewRomanPSMT" w:hAnsi="TimesNewRomanPSMT"/>
                <w:color w:val="000000"/>
                <w:w w:val="103"/>
                <w:sz w:val="16"/>
                <w:szCs w:val="16"/>
              </w:rPr>
              <w:t>motiv</w:t>
            </w:r>
            <w:proofErr w:type="spellEnd"/>
          </w:p>
        </w:tc>
      </w:tr>
      <w:tr w:rsidR="00BD2397" w:rsidRPr="00F9681E" w14:paraId="785B7986" w14:textId="77777777">
        <w:trPr>
          <w:trHeight w:hRule="exact" w:val="19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25A96E4"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Motivarea</w:t>
            </w:r>
            <w:proofErr w:type="spellEnd"/>
          </w:p>
        </w:tc>
      </w:tr>
      <w:tr w:rsidR="00BD2397" w:rsidRPr="00F9681E" w14:paraId="2C2CED7A" w14:textId="77777777" w:rsidTr="00187A6E">
        <w:trPr>
          <w:trHeight w:hRule="exact" w:val="1225"/>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6851FB92" w14:textId="77777777" w:rsidR="00BD2397" w:rsidRPr="00F9681E" w:rsidRDefault="00BD2397">
            <w:pPr>
              <w:spacing w:after="0"/>
              <w:rPr>
                <w:sz w:val="16"/>
                <w:szCs w:val="16"/>
              </w:rPr>
            </w:pPr>
          </w:p>
        </w:tc>
      </w:tr>
      <w:tr w:rsidR="00BD2397" w:rsidRPr="00B9266D" w14:paraId="3ED62649" w14:textId="77777777">
        <w:trPr>
          <w:trHeight w:hRule="exact" w:val="326"/>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29F2834" w14:textId="77777777" w:rsidR="00BD2397" w:rsidRPr="008F01A5" w:rsidRDefault="00B8640C">
            <w:pPr>
              <w:autoSpaceDE w:val="0"/>
              <w:autoSpaceDN w:val="0"/>
              <w:spacing w:after="0" w:line="158" w:lineRule="exact"/>
              <w:ind w:left="100" w:right="288"/>
              <w:rPr>
                <w:sz w:val="16"/>
                <w:szCs w:val="16"/>
                <w:lang w:val="pt-PT"/>
              </w:rPr>
            </w:pPr>
            <w:r w:rsidRPr="008F01A5">
              <w:rPr>
                <w:rFonts w:ascii="TimesNewRomanPSMT" w:eastAsia="TimesNewRomanPSMT" w:hAnsi="TimesNewRomanPSMT"/>
                <w:color w:val="000000"/>
                <w:w w:val="97"/>
                <w:sz w:val="16"/>
                <w:szCs w:val="16"/>
                <w:lang w:val="pt-PT"/>
              </w:rPr>
              <w:t xml:space="preserve">Lucrările nu pot începe în baza notificării transmise. O nouă notificare poate fi transmisă numai pentru o soluție care se încadrează integral în condițiile Legii nr.169/2026. </w:t>
            </w:r>
          </w:p>
        </w:tc>
      </w:tr>
    </w:tbl>
    <w:p w14:paraId="38879EBA" w14:textId="77777777" w:rsidR="00BD2397" w:rsidRPr="008F01A5"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5452"/>
        <w:gridCol w:w="2340"/>
        <w:gridCol w:w="1556"/>
      </w:tblGrid>
      <w:tr w:rsidR="00BD2397" w:rsidRPr="00F9681E" w14:paraId="69CC41D0" w14:textId="77777777">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5E1281A"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3. </w:t>
            </w:r>
            <w:r w:rsidRPr="00F9681E">
              <w:rPr>
                <w:rFonts w:ascii="TimesNewRomanPS" w:eastAsia="TimesNewRomanPS" w:hAnsi="TimesNewRomanPS"/>
                <w:b/>
                <w:color w:val="000000"/>
                <w:w w:val="102"/>
                <w:sz w:val="16"/>
                <w:szCs w:val="16"/>
              </w:rPr>
              <w:t>SEMNĂTURA</w:t>
            </w:r>
          </w:p>
        </w:tc>
      </w:tr>
      <w:tr w:rsidR="00BD2397" w:rsidRPr="00F9681E" w14:paraId="328B765C" w14:textId="77777777">
        <w:trPr>
          <w:trHeight w:hRule="exact" w:val="506"/>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14:paraId="5C05B6A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Reprezentantul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autorității</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numele</w:t>
            </w:r>
            <w:proofErr w:type="spellEnd"/>
          </w:p>
        </w:tc>
        <w:tc>
          <w:tcPr>
            <w:tcW w:w="2340" w:type="dxa"/>
            <w:tcBorders>
              <w:top w:val="single" w:sz="4" w:space="0" w:color="767676"/>
              <w:left w:val="single" w:sz="4" w:space="0" w:color="767676"/>
              <w:bottom w:val="single" w:sz="4" w:space="0" w:color="767676"/>
              <w:right w:val="single" w:sz="4" w:space="0" w:color="767676"/>
            </w:tcBorders>
            <w:tcMar>
              <w:left w:w="0" w:type="dxa"/>
              <w:right w:w="0" w:type="dxa"/>
            </w:tcMar>
          </w:tcPr>
          <w:p w14:paraId="623C382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Data</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3B43C939"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Semnătura</w:t>
            </w:r>
            <w:proofErr w:type="spellEnd"/>
          </w:p>
        </w:tc>
      </w:tr>
    </w:tbl>
    <w:p w14:paraId="2B487B6B" w14:textId="77777777" w:rsidR="00BD2397" w:rsidRPr="00F9681E" w:rsidRDefault="00B8640C">
      <w:pPr>
        <w:tabs>
          <w:tab w:val="left" w:pos="4838"/>
        </w:tabs>
        <w:autoSpaceDE w:val="0"/>
        <w:autoSpaceDN w:val="0"/>
        <w:spacing w:after="0" w:line="144" w:lineRule="exact"/>
        <w:ind w:left="710"/>
        <w:rPr>
          <w:sz w:val="16"/>
          <w:szCs w:val="16"/>
          <w:lang w:val="sv-SE"/>
        </w:rPr>
      </w:pPr>
      <w:r w:rsidRPr="00F9681E">
        <w:rPr>
          <w:rFonts w:ascii="TimesNewRomanPSMT" w:eastAsia="TimesNewRomanPSMT" w:hAnsi="TimesNewRomanPSMT"/>
          <w:color w:val="595959"/>
          <w:w w:val="97"/>
          <w:sz w:val="16"/>
          <w:szCs w:val="16"/>
          <w:lang w:val="sv-SE"/>
        </w:rPr>
        <w:t xml:space="preserve">F_NOT_05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1 din 1</w:t>
      </w:r>
    </w:p>
    <w:p w14:paraId="16B3831A" w14:textId="77777777" w:rsidR="00BD2397" w:rsidRPr="00912339" w:rsidRDefault="00BD2397">
      <w:pPr>
        <w:spacing w:after="0"/>
        <w:rPr>
          <w:lang w:val="sv-SE"/>
        </w:rPr>
        <w:sectPr w:rsidR="00BD2397" w:rsidRPr="00912339">
          <w:pgSz w:w="11900" w:h="16840"/>
          <w:pgMar w:top="126" w:right="1358" w:bottom="236" w:left="564" w:header="720" w:footer="720" w:gutter="0"/>
          <w:cols w:space="708"/>
          <w:docGrid w:linePitch="360"/>
        </w:sectPr>
      </w:pPr>
    </w:p>
    <w:p w14:paraId="7FB93E01" w14:textId="77777777" w:rsidR="00BD2397" w:rsidRPr="00912339" w:rsidRDefault="00BD2397">
      <w:pPr>
        <w:autoSpaceDE w:val="0"/>
        <w:autoSpaceDN w:val="0"/>
        <w:spacing w:after="0" w:line="126" w:lineRule="exact"/>
        <w:rPr>
          <w:lang w:val="sv-SE"/>
        </w:rPr>
      </w:pPr>
    </w:p>
    <w:p w14:paraId="4D959442" w14:textId="59847837" w:rsidR="00B9266D" w:rsidRPr="00B9266D" w:rsidRDefault="00B9266D" w:rsidP="00B9266D">
      <w:pPr>
        <w:autoSpaceDE w:val="0"/>
        <w:autoSpaceDN w:val="0"/>
        <w:spacing w:after="0" w:line="292" w:lineRule="exact"/>
        <w:rPr>
          <w:rFonts w:ascii="Arial" w:eastAsia="Arial" w:hAnsi="Arial"/>
          <w:color w:val="000000"/>
          <w:sz w:val="17"/>
          <w:lang w:val="pt-PT"/>
        </w:rPr>
      </w:pPr>
      <w:r w:rsidRPr="00B9266D">
        <w:rPr>
          <w:rFonts w:ascii="Arial" w:eastAsia="Arial" w:hAnsi="Arial"/>
          <w:color w:val="000000"/>
          <w:sz w:val="17"/>
        </w:rPr>
        <w:drawing>
          <wp:anchor distT="0" distB="0" distL="114300" distR="114300" simplePos="0" relativeHeight="251867136" behindDoc="0" locked="0" layoutInCell="1" allowOverlap="1" wp14:anchorId="66948520" wp14:editId="57D67647">
            <wp:simplePos x="0" y="0"/>
            <wp:positionH relativeFrom="column">
              <wp:posOffset>346710</wp:posOffset>
            </wp:positionH>
            <wp:positionV relativeFrom="paragraph">
              <wp:posOffset>149225</wp:posOffset>
            </wp:positionV>
            <wp:extent cx="719455" cy="1076325"/>
            <wp:effectExtent l="0" t="0" r="4445" b="9525"/>
            <wp:wrapSquare wrapText="bothSides"/>
            <wp:docPr id="646848496"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B9266D">
        <w:rPr>
          <w:rFonts w:ascii="Arial" w:eastAsia="Arial" w:hAnsi="Arial"/>
          <w:color w:val="000000"/>
          <w:sz w:val="17"/>
        </w:rPr>
        <w:drawing>
          <wp:anchor distT="0" distB="0" distL="114300" distR="114300" simplePos="0" relativeHeight="251865088" behindDoc="0" locked="0" layoutInCell="1" allowOverlap="1" wp14:anchorId="6AC4084B" wp14:editId="493E0ADA">
            <wp:simplePos x="0" y="0"/>
            <wp:positionH relativeFrom="column">
              <wp:posOffset>347345</wp:posOffset>
            </wp:positionH>
            <wp:positionV relativeFrom="paragraph">
              <wp:posOffset>180975</wp:posOffset>
            </wp:positionV>
            <wp:extent cx="516255" cy="762000"/>
            <wp:effectExtent l="0" t="0" r="0" b="0"/>
            <wp:wrapSquare wrapText="right"/>
            <wp:docPr id="1335129317"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7E65808A" w14:textId="77777777" w:rsidR="00B9266D" w:rsidRPr="00B9266D" w:rsidRDefault="00B9266D" w:rsidP="00B9266D">
      <w:pPr>
        <w:autoSpaceDE w:val="0"/>
        <w:autoSpaceDN w:val="0"/>
        <w:spacing w:after="0" w:line="292" w:lineRule="exact"/>
        <w:rPr>
          <w:rFonts w:ascii="Arial" w:eastAsia="Arial" w:hAnsi="Arial"/>
          <w:b/>
          <w:color w:val="000000"/>
          <w:sz w:val="17"/>
          <w:lang w:val="pt-PT"/>
        </w:rPr>
      </w:pPr>
      <w:r w:rsidRPr="00B9266D">
        <w:rPr>
          <w:rFonts w:ascii="Arial" w:eastAsia="Arial" w:hAnsi="Arial"/>
          <w:color w:val="000000"/>
          <w:sz w:val="17"/>
          <w:lang w:val="pt-PT"/>
        </w:rPr>
        <w:t xml:space="preserve">Judeţul  MUREŞ                                                                                                    </w:t>
      </w:r>
      <w:r w:rsidRPr="00B9266D">
        <w:rPr>
          <w:rFonts w:ascii="Arial" w:eastAsia="Arial" w:hAnsi="Arial"/>
          <w:b/>
          <w:color w:val="000000"/>
          <w:sz w:val="17"/>
          <w:lang w:val="pt-PT"/>
        </w:rPr>
        <w:t xml:space="preserve"> </w:t>
      </w:r>
      <w:r w:rsidRPr="00B9266D">
        <w:rPr>
          <w:rFonts w:ascii="Arial" w:eastAsia="Arial" w:hAnsi="Arial"/>
          <w:color w:val="000000"/>
          <w:sz w:val="17"/>
          <w:lang w:val="pt-PT"/>
        </w:rPr>
        <w:t xml:space="preserve">   </w:t>
      </w:r>
      <w:r w:rsidRPr="00B9266D">
        <w:rPr>
          <w:rFonts w:ascii="Arial" w:eastAsia="Arial" w:hAnsi="Arial"/>
          <w:b/>
          <w:color w:val="000000"/>
          <w:sz w:val="17"/>
          <w:lang w:val="pt-PT"/>
        </w:rPr>
        <w:t xml:space="preserve"> </w:t>
      </w:r>
      <w:r w:rsidRPr="00B9266D">
        <w:rPr>
          <w:rFonts w:ascii="Arial" w:eastAsia="Arial" w:hAnsi="Arial"/>
          <w:color w:val="000000"/>
          <w:sz w:val="17"/>
          <w:lang w:val="pt-PT"/>
        </w:rPr>
        <w:t xml:space="preserve"> </w:t>
      </w:r>
      <w:r w:rsidRPr="00B9266D">
        <w:rPr>
          <w:rFonts w:ascii="Arial" w:eastAsia="Arial" w:hAnsi="Arial"/>
          <w:color w:val="000000"/>
          <w:sz w:val="17"/>
          <w:lang w:val="pt-PT"/>
        </w:rPr>
        <w:tab/>
      </w:r>
    </w:p>
    <w:p w14:paraId="170122CD" w14:textId="2C1A9598" w:rsidR="00B9266D" w:rsidRPr="00B9266D" w:rsidRDefault="00B9266D" w:rsidP="00B9266D">
      <w:pPr>
        <w:autoSpaceDE w:val="0"/>
        <w:autoSpaceDN w:val="0"/>
        <w:spacing w:after="0" w:line="292" w:lineRule="exact"/>
        <w:rPr>
          <w:rFonts w:ascii="Arial" w:eastAsia="Arial" w:hAnsi="Arial"/>
          <w:b/>
          <w:bCs/>
          <w:color w:val="000000"/>
          <w:sz w:val="17"/>
          <w:lang w:val="pt-PT"/>
        </w:rPr>
      </w:pPr>
      <w:r w:rsidRPr="00B9266D">
        <w:rPr>
          <w:rFonts w:ascii="Arial" w:eastAsia="Arial" w:hAnsi="Arial"/>
          <w:color w:val="000000"/>
          <w:sz w:val="17"/>
        </w:rPr>
        <mc:AlternateContent>
          <mc:Choice Requires="wps">
            <w:drawing>
              <wp:anchor distT="0" distB="0" distL="114300" distR="114300" simplePos="0" relativeHeight="251866112" behindDoc="0" locked="0" layoutInCell="1" allowOverlap="1" wp14:anchorId="7D7F261F" wp14:editId="2E41C475">
                <wp:simplePos x="0" y="0"/>
                <wp:positionH relativeFrom="column">
                  <wp:posOffset>3457575</wp:posOffset>
                </wp:positionH>
                <wp:positionV relativeFrom="paragraph">
                  <wp:posOffset>34925</wp:posOffset>
                </wp:positionV>
                <wp:extent cx="361950" cy="134620"/>
                <wp:effectExtent l="0" t="0" r="0" b="0"/>
                <wp:wrapNone/>
                <wp:docPr id="1743520469" name="Casetă tex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65D4A" w14:textId="77777777" w:rsidR="00B9266D" w:rsidRDefault="00B9266D" w:rsidP="00B9266D"/>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F261F" id="Casetă text 22" o:spid="_x0000_s1028" type="#_x0000_t202" style="position:absolute;margin-left:272.25pt;margin-top:2.75pt;width:28.5pt;height:10.6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3PhBwIAAPg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" stroked="f">
                <v:textbox>
                  <w:txbxContent>
                    <w:p w14:paraId="11E65D4A" w14:textId="77777777" w:rsidR="00B9266D" w:rsidRDefault="00B9266D" w:rsidP="00B9266D"/>
                  </w:txbxContent>
                </v:textbox>
              </v:shape>
            </w:pict>
          </mc:Fallback>
        </mc:AlternateContent>
      </w:r>
      <w:r w:rsidRPr="00B9266D">
        <w:rPr>
          <w:rFonts w:ascii="Arial" w:eastAsia="Arial" w:hAnsi="Arial"/>
          <w:bCs/>
          <w:color w:val="000000"/>
          <w:sz w:val="17"/>
          <w:lang w:val="pt-PT"/>
        </w:rPr>
        <w:t>Comuna Zau de Câmpie</w:t>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p>
    <w:p w14:paraId="21A0BEE8"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bCs/>
          <w:color w:val="000000"/>
          <w:sz w:val="17"/>
          <w:lang w:val="pt-PT"/>
        </w:rPr>
        <w:t>CIF4375917, Zau de Câmpie, strada Republicii, nr.18</w:t>
      </w:r>
    </w:p>
    <w:p w14:paraId="2EC8991B"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bCs/>
          <w:color w:val="000000"/>
          <w:sz w:val="17"/>
          <w:lang w:val="pt-PT"/>
        </w:rPr>
        <w:t>Telefon: 0265 486112</w:t>
      </w:r>
    </w:p>
    <w:p w14:paraId="60A67DF1"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bCs/>
          <w:color w:val="000000"/>
          <w:sz w:val="17"/>
          <w:lang w:val="pt-PT"/>
        </w:rPr>
        <w:t xml:space="preserve"> E-mail: </w:t>
      </w:r>
      <w:hyperlink r:id="rId11" w:history="1">
        <w:r w:rsidRPr="00B9266D">
          <w:rPr>
            <w:rStyle w:val="Hyperlink"/>
            <w:rFonts w:ascii="Arial" w:eastAsia="Arial" w:hAnsi="Arial"/>
            <w:bCs/>
            <w:sz w:val="17"/>
            <w:lang w:val="pt-PT"/>
          </w:rPr>
          <w:t>zaucimpiei@cjmures.ro</w:t>
        </w:r>
      </w:hyperlink>
    </w:p>
    <w:p w14:paraId="6E3A7E49"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color w:val="000000"/>
          <w:sz w:val="17"/>
          <w:lang w:val="pt-PT"/>
        </w:rPr>
        <w:t xml:space="preserve"> Număr de înregistrare.................data...............................  </w:t>
      </w:r>
    </w:p>
    <w:p w14:paraId="550B9A66" w14:textId="77777777" w:rsidR="00B9266D" w:rsidRPr="00B9266D" w:rsidRDefault="00B9266D" w:rsidP="00B9266D">
      <w:pPr>
        <w:autoSpaceDE w:val="0"/>
        <w:autoSpaceDN w:val="0"/>
        <w:spacing w:after="0" w:line="292" w:lineRule="exact"/>
        <w:rPr>
          <w:rFonts w:ascii="Arial" w:eastAsia="Arial" w:hAnsi="Arial"/>
          <w:color w:val="000000"/>
          <w:sz w:val="17"/>
          <w:lang w:val="pt-PT"/>
        </w:rPr>
      </w:pPr>
    </w:p>
    <w:p w14:paraId="1EC9BB34" w14:textId="77777777" w:rsidR="00F9681E" w:rsidRDefault="00F9681E">
      <w:pPr>
        <w:autoSpaceDE w:val="0"/>
        <w:autoSpaceDN w:val="0"/>
        <w:spacing w:after="0" w:line="292" w:lineRule="exact"/>
      </w:pPr>
    </w:p>
    <w:p w14:paraId="3C1F83D8" w14:textId="77777777" w:rsidR="00786EB1" w:rsidRDefault="00786EB1">
      <w:pPr>
        <w:autoSpaceDE w:val="0"/>
        <w:autoSpaceDN w:val="0"/>
        <w:spacing w:after="0" w:line="292" w:lineRule="exact"/>
      </w:pPr>
    </w:p>
    <w:p w14:paraId="2011DA06" w14:textId="77777777" w:rsidR="00BD2397" w:rsidRPr="008F01A5" w:rsidRDefault="00B8640C">
      <w:pPr>
        <w:autoSpaceDE w:val="0"/>
        <w:autoSpaceDN w:val="0"/>
        <w:spacing w:after="0" w:line="246" w:lineRule="exact"/>
        <w:ind w:left="2448" w:right="3168"/>
        <w:jc w:val="center"/>
        <w:rPr>
          <w:sz w:val="16"/>
          <w:szCs w:val="16"/>
          <w:lang w:val="pt-PT"/>
        </w:rPr>
      </w:pPr>
      <w:r w:rsidRPr="008F01A5">
        <w:rPr>
          <w:rFonts w:ascii="TimesNewRomanPS" w:eastAsia="TimesNewRomanPS" w:hAnsi="TimesNewRomanPS"/>
          <w:b/>
          <w:color w:val="000000"/>
          <w:sz w:val="23"/>
          <w:lang w:val="pt-PT"/>
        </w:rPr>
        <w:t>EXTRAS / DOVADĂ</w:t>
      </w:r>
      <w:r w:rsidRPr="008F01A5">
        <w:rPr>
          <w:lang w:val="pt-PT"/>
        </w:rPr>
        <w:br/>
      </w:r>
      <w:r w:rsidRPr="008F01A5">
        <w:rPr>
          <w:rFonts w:ascii="TimesNewRomanPSMT" w:eastAsia="TimesNewRomanPSMT" w:hAnsi="TimesNewRomanPSMT"/>
          <w:color w:val="000000"/>
          <w:w w:val="102"/>
          <w:sz w:val="16"/>
          <w:szCs w:val="16"/>
          <w:lang w:val="pt-PT"/>
        </w:rPr>
        <w:t>privind împlinirea termenului și stadiul procedurii notificării</w:t>
      </w:r>
    </w:p>
    <w:tbl>
      <w:tblPr>
        <w:tblW w:w="0" w:type="auto"/>
        <w:tblInd w:w="4" w:type="dxa"/>
        <w:tblLayout w:type="fixed"/>
        <w:tblLook w:val="04A0" w:firstRow="1" w:lastRow="0" w:firstColumn="1" w:lastColumn="0" w:noHBand="0" w:noVBand="1"/>
      </w:tblPr>
      <w:tblGrid>
        <w:gridCol w:w="2338"/>
        <w:gridCol w:w="778"/>
        <w:gridCol w:w="1558"/>
        <w:gridCol w:w="4674"/>
      </w:tblGrid>
      <w:tr w:rsidR="00BD2397" w:rsidRPr="00F9681E" w14:paraId="7A23CB43" w14:textId="77777777">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7E5E8E0" w14:textId="77777777" w:rsidR="00BD2397" w:rsidRPr="00F9681E" w:rsidRDefault="00B8640C">
            <w:pPr>
              <w:autoSpaceDE w:val="0"/>
              <w:autoSpaceDN w:val="0"/>
              <w:spacing w:after="0" w:line="176"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REFERINȚE</w:t>
            </w:r>
          </w:p>
        </w:tc>
      </w:tr>
      <w:tr w:rsidR="00BD2397" w:rsidRPr="00F9681E" w14:paraId="1CE936F1" w14:textId="77777777">
        <w:trPr>
          <w:trHeight w:hRule="exact" w:val="502"/>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4A39CD2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Notificarea</w:t>
            </w:r>
            <w:proofErr w:type="spellEnd"/>
            <w:r w:rsidRPr="00F9681E">
              <w:rPr>
                <w:rFonts w:ascii="TimesNewRomanPS" w:eastAsia="TimesNewRomanPS" w:hAnsi="TimesNewRomanPS"/>
                <w:b/>
                <w:color w:val="0D5F78"/>
                <w:w w:val="97"/>
                <w:sz w:val="16"/>
                <w:szCs w:val="16"/>
              </w:rPr>
              <w:t xml:space="preserve"> nr.</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267FA509"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din 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09EB24A3"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 xml:space="preserve">a </w:t>
            </w:r>
            <w:proofErr w:type="spellStart"/>
            <w:r w:rsidRPr="00F9681E">
              <w:rPr>
                <w:rFonts w:ascii="TimesNewRomanPS" w:eastAsia="TimesNewRomanPS" w:hAnsi="TimesNewRomanPS"/>
                <w:b/>
                <w:color w:val="0D5F78"/>
                <w:w w:val="97"/>
                <w:sz w:val="16"/>
                <w:szCs w:val="16"/>
              </w:rPr>
              <w:t>beneficiarului</w:t>
            </w:r>
            <w:proofErr w:type="spellEnd"/>
          </w:p>
        </w:tc>
      </w:tr>
      <w:tr w:rsidR="00BD2397" w:rsidRPr="00F9681E" w14:paraId="34B9F124" w14:textId="77777777">
        <w:trPr>
          <w:trHeight w:hRule="exact" w:val="508"/>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39ED7818"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Proiect</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cod</w:t>
            </w:r>
            <w:proofErr w:type="gramEnd"/>
          </w:p>
        </w:tc>
        <w:tc>
          <w:tcPr>
            <w:tcW w:w="6232"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66250190"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Imobilul</w:t>
            </w:r>
            <w:proofErr w:type="spellEnd"/>
          </w:p>
        </w:tc>
      </w:tr>
    </w:tbl>
    <w:p w14:paraId="5C64C745" w14:textId="77777777" w:rsidR="00BD2397" w:rsidRPr="00F9681E" w:rsidRDefault="00BD2397">
      <w:pPr>
        <w:autoSpaceDE w:val="0"/>
        <w:autoSpaceDN w:val="0"/>
        <w:spacing w:after="0" w:line="114" w:lineRule="exact"/>
        <w:rPr>
          <w:sz w:val="16"/>
          <w:szCs w:val="16"/>
        </w:rPr>
      </w:pPr>
    </w:p>
    <w:tbl>
      <w:tblPr>
        <w:tblW w:w="0" w:type="auto"/>
        <w:tblInd w:w="4" w:type="dxa"/>
        <w:tblLayout w:type="fixed"/>
        <w:tblLook w:val="04A0" w:firstRow="1" w:lastRow="0" w:firstColumn="1" w:lastColumn="0" w:noHBand="0" w:noVBand="1"/>
      </w:tblPr>
      <w:tblGrid>
        <w:gridCol w:w="3894"/>
        <w:gridCol w:w="5454"/>
      </w:tblGrid>
      <w:tr w:rsidR="00BD2397" w:rsidRPr="00F9681E" w14:paraId="51CC822A" w14:textId="77777777">
        <w:trPr>
          <w:trHeight w:hRule="exact" w:val="210"/>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13D9010"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EXTRASUL</w:t>
            </w:r>
          </w:p>
        </w:tc>
      </w:tr>
      <w:tr w:rsidR="00BD2397" w:rsidRPr="00B9266D" w14:paraId="7C962DAC" w14:textId="77777777">
        <w:trPr>
          <w:trHeight w:hRule="exact" w:val="834"/>
        </w:trPr>
        <w:tc>
          <w:tcPr>
            <w:tcW w:w="934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2DAA629F" w14:textId="77777777" w:rsidR="00BD2397" w:rsidRPr="008F01A5" w:rsidRDefault="00B8640C">
            <w:pPr>
              <w:autoSpaceDE w:val="0"/>
              <w:autoSpaceDN w:val="0"/>
              <w:spacing w:after="0" w:line="206" w:lineRule="exact"/>
              <w:ind w:left="100" w:right="3456"/>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termenul s-a împlinit fără solicitare de clarificări — lucrările POT ÎNCEPE (acord tacit)</w:t>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procedura este în clarificare</w:t>
            </w:r>
            <w:r w:rsidRPr="008F01A5">
              <w:rPr>
                <w:sz w:val="16"/>
                <w:szCs w:val="16"/>
                <w:lang w:val="pt-PT"/>
              </w:rPr>
              <w:br/>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a fost emisă informarea privind necesitatea autorizației</w:t>
            </w:r>
            <w:r w:rsidRPr="008F01A5">
              <w:rPr>
                <w:sz w:val="16"/>
                <w:szCs w:val="16"/>
                <w:lang w:val="pt-PT"/>
              </w:rPr>
              <w:br/>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notificarea a fost respinsă</w:t>
            </w:r>
          </w:p>
        </w:tc>
      </w:tr>
      <w:tr w:rsidR="00BD2397" w:rsidRPr="00B9266D" w14:paraId="73D68B73" w14:textId="77777777">
        <w:trPr>
          <w:trHeight w:hRule="exact" w:val="506"/>
        </w:trPr>
        <w:tc>
          <w:tcPr>
            <w:tcW w:w="3894" w:type="dxa"/>
            <w:tcBorders>
              <w:top w:val="single" w:sz="4" w:space="0" w:color="767676"/>
              <w:left w:val="single" w:sz="3" w:space="0" w:color="767676"/>
              <w:bottom w:val="single" w:sz="4" w:space="0" w:color="767676"/>
              <w:right w:val="single" w:sz="4" w:space="0" w:color="767676"/>
            </w:tcBorders>
            <w:tcMar>
              <w:left w:w="0" w:type="dxa"/>
              <w:right w:w="0" w:type="dxa"/>
            </w:tcMar>
          </w:tcPr>
          <w:p w14:paraId="28631D5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împlinirii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termenului</w:t>
            </w:r>
            <w:proofErr w:type="spellEnd"/>
          </w:p>
        </w:tc>
        <w:tc>
          <w:tcPr>
            <w:tcW w:w="5454" w:type="dxa"/>
            <w:tcBorders>
              <w:top w:val="single" w:sz="4" w:space="0" w:color="767676"/>
              <w:left w:val="single" w:sz="4" w:space="0" w:color="767676"/>
              <w:bottom w:val="single" w:sz="4" w:space="0" w:color="767676"/>
              <w:right w:val="single" w:sz="3" w:space="0" w:color="767676"/>
            </w:tcBorders>
            <w:tcMar>
              <w:left w:w="0" w:type="dxa"/>
              <w:right w:w="0" w:type="dxa"/>
            </w:tcMar>
          </w:tcPr>
          <w:p w14:paraId="7D6A589D" w14:textId="77777777" w:rsidR="00BD2397" w:rsidRPr="008F01A5" w:rsidRDefault="00B8640C">
            <w:pPr>
              <w:autoSpaceDE w:val="0"/>
              <w:autoSpaceDN w:val="0"/>
              <w:spacing w:after="0" w:line="146" w:lineRule="exact"/>
              <w:ind w:left="102"/>
              <w:rPr>
                <w:sz w:val="16"/>
                <w:szCs w:val="16"/>
                <w:lang w:val="pt-PT"/>
              </w:rPr>
            </w:pPr>
            <w:r w:rsidRPr="008F01A5">
              <w:rPr>
                <w:rFonts w:ascii="TimesNewRomanPS" w:eastAsia="TimesNewRomanPS" w:hAnsi="TimesNewRomanPS"/>
                <w:b/>
                <w:color w:val="0D5F78"/>
                <w:w w:val="97"/>
                <w:sz w:val="16"/>
                <w:szCs w:val="16"/>
                <w:lang w:val="pt-PT"/>
              </w:rPr>
              <w:t>Termenul de 3 ani pentru realizarea lucrărilor expiră la</w:t>
            </w:r>
          </w:p>
        </w:tc>
      </w:tr>
      <w:tr w:rsidR="00BD2397" w:rsidRPr="00B9266D" w14:paraId="7B8CA8C2" w14:textId="77777777">
        <w:trPr>
          <w:trHeight w:hRule="exact" w:val="170"/>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8B0A3E8" w14:textId="77777777" w:rsidR="00BD2397" w:rsidRPr="00F9681E" w:rsidRDefault="00B8640C">
            <w:pPr>
              <w:autoSpaceDE w:val="0"/>
              <w:autoSpaceDN w:val="0"/>
              <w:spacing w:after="0" w:line="146" w:lineRule="exact"/>
              <w:ind w:left="100"/>
              <w:rPr>
                <w:sz w:val="16"/>
                <w:szCs w:val="16"/>
                <w:lang w:val="sv-SE"/>
              </w:rPr>
            </w:pPr>
            <w:r w:rsidRPr="00F9681E">
              <w:rPr>
                <w:rFonts w:ascii="TimesNewRomanPSMT" w:eastAsia="TimesNewRomanPSMT" w:hAnsi="TimesNewRomanPSMT"/>
                <w:color w:val="000000"/>
                <w:w w:val="97"/>
                <w:sz w:val="16"/>
                <w:szCs w:val="16"/>
                <w:lang w:val="sv-SE"/>
              </w:rPr>
              <w:t xml:space="preserve">Prezentul extras atestă stadiul procedurii la data emiterii. </w:t>
            </w:r>
          </w:p>
        </w:tc>
      </w:tr>
    </w:tbl>
    <w:p w14:paraId="5E33247E" w14:textId="77777777" w:rsidR="00BD2397" w:rsidRPr="00F9681E" w:rsidRDefault="00BD2397">
      <w:pPr>
        <w:autoSpaceDE w:val="0"/>
        <w:autoSpaceDN w:val="0"/>
        <w:spacing w:after="0" w:line="114" w:lineRule="exact"/>
        <w:rPr>
          <w:sz w:val="16"/>
          <w:szCs w:val="16"/>
          <w:lang w:val="sv-SE"/>
        </w:rPr>
      </w:pPr>
    </w:p>
    <w:tbl>
      <w:tblPr>
        <w:tblW w:w="0" w:type="auto"/>
        <w:tblInd w:w="4" w:type="dxa"/>
        <w:tblLayout w:type="fixed"/>
        <w:tblLook w:val="04A0" w:firstRow="1" w:lastRow="0" w:firstColumn="1" w:lastColumn="0" w:noHBand="0" w:noVBand="1"/>
      </w:tblPr>
      <w:tblGrid>
        <w:gridCol w:w="5452"/>
        <w:gridCol w:w="2340"/>
        <w:gridCol w:w="1556"/>
      </w:tblGrid>
      <w:tr w:rsidR="00BD2397" w:rsidRPr="00F9681E" w14:paraId="4286E4E9" w14:textId="77777777">
        <w:trPr>
          <w:trHeight w:hRule="exact" w:val="210"/>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B0BE617"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lang w:val="sv-SE"/>
              </w:rPr>
              <w:t xml:space="preserve"> </w:t>
            </w:r>
            <w:r w:rsidRPr="00F9681E">
              <w:rPr>
                <w:rFonts w:ascii="TimesNewRomanPS" w:eastAsia="TimesNewRomanPS" w:hAnsi="TimesNewRomanPS"/>
                <w:b/>
                <w:color w:val="000000"/>
                <w:w w:val="103"/>
                <w:sz w:val="16"/>
                <w:szCs w:val="16"/>
              </w:rPr>
              <w:t xml:space="preserve">3. </w:t>
            </w:r>
            <w:r w:rsidRPr="00F9681E">
              <w:rPr>
                <w:rFonts w:ascii="TimesNewRomanPS" w:eastAsia="TimesNewRomanPS" w:hAnsi="TimesNewRomanPS"/>
                <w:b/>
                <w:color w:val="000000"/>
                <w:w w:val="102"/>
                <w:sz w:val="16"/>
                <w:szCs w:val="16"/>
              </w:rPr>
              <w:t>SEMNĂTURA</w:t>
            </w:r>
          </w:p>
        </w:tc>
      </w:tr>
      <w:tr w:rsidR="00BD2397" w:rsidRPr="00F9681E" w14:paraId="7BE77DC3" w14:textId="77777777">
        <w:trPr>
          <w:trHeight w:hRule="exact" w:val="512"/>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14:paraId="4C088F7E"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Reprezentantul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autorității</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numele</w:t>
            </w:r>
            <w:proofErr w:type="spellEnd"/>
          </w:p>
        </w:tc>
        <w:tc>
          <w:tcPr>
            <w:tcW w:w="2340" w:type="dxa"/>
            <w:tcBorders>
              <w:top w:val="single" w:sz="4" w:space="0" w:color="767676"/>
              <w:left w:val="single" w:sz="4" w:space="0" w:color="767676"/>
              <w:bottom w:val="single" w:sz="4" w:space="0" w:color="767676"/>
              <w:right w:val="single" w:sz="4" w:space="0" w:color="767676"/>
            </w:tcBorders>
            <w:tcMar>
              <w:left w:w="0" w:type="dxa"/>
              <w:right w:w="0" w:type="dxa"/>
            </w:tcMar>
          </w:tcPr>
          <w:p w14:paraId="7F75AE3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Data</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60AA2F5A"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semnătura</w:t>
            </w:r>
            <w:proofErr w:type="spellEnd"/>
          </w:p>
        </w:tc>
      </w:tr>
    </w:tbl>
    <w:p w14:paraId="7AD09B85" w14:textId="77777777" w:rsidR="00BD2397" w:rsidRPr="00F9681E" w:rsidRDefault="00B8640C">
      <w:pPr>
        <w:tabs>
          <w:tab w:val="left" w:pos="4236"/>
        </w:tabs>
        <w:autoSpaceDE w:val="0"/>
        <w:autoSpaceDN w:val="0"/>
        <w:spacing w:after="0" w:line="144" w:lineRule="exact"/>
        <w:ind w:left="108"/>
        <w:rPr>
          <w:sz w:val="16"/>
          <w:szCs w:val="16"/>
          <w:lang w:val="sv-SE"/>
        </w:rPr>
      </w:pPr>
      <w:r w:rsidRPr="00F9681E">
        <w:rPr>
          <w:rFonts w:ascii="TimesNewRomanPSMT" w:eastAsia="TimesNewRomanPSMT" w:hAnsi="TimesNewRomanPSMT"/>
          <w:color w:val="595959"/>
          <w:w w:val="97"/>
          <w:sz w:val="16"/>
          <w:szCs w:val="16"/>
          <w:lang w:val="sv-SE"/>
        </w:rPr>
        <w:t xml:space="preserve">F_NOT_06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1 din 1</w:t>
      </w:r>
    </w:p>
    <w:p w14:paraId="2FEB3CEC" w14:textId="77777777" w:rsidR="00BD2397" w:rsidRPr="00912339" w:rsidRDefault="00BD2397">
      <w:pPr>
        <w:spacing w:after="0"/>
        <w:rPr>
          <w:lang w:val="sv-SE"/>
        </w:rPr>
        <w:sectPr w:rsidR="00BD2397" w:rsidRPr="00912339">
          <w:pgSz w:w="11900" w:h="16840"/>
          <w:pgMar w:top="126" w:right="546" w:bottom="236" w:left="1166" w:header="720" w:footer="720" w:gutter="0"/>
          <w:cols w:space="708"/>
          <w:docGrid w:linePitch="360"/>
        </w:sectPr>
      </w:pPr>
    </w:p>
    <w:p w14:paraId="6E8CEA18" w14:textId="77777777" w:rsidR="00BD2397" w:rsidRPr="00912339" w:rsidRDefault="00BD2397">
      <w:pPr>
        <w:autoSpaceDE w:val="0"/>
        <w:autoSpaceDN w:val="0"/>
        <w:spacing w:after="0" w:line="126" w:lineRule="exact"/>
        <w:rPr>
          <w:lang w:val="sv-SE"/>
        </w:rPr>
      </w:pPr>
    </w:p>
    <w:p w14:paraId="5D2F09AD" w14:textId="1C966FB4" w:rsidR="00B9266D" w:rsidRPr="00B9266D" w:rsidRDefault="00B9266D" w:rsidP="00B9266D">
      <w:pPr>
        <w:autoSpaceDE w:val="0"/>
        <w:autoSpaceDN w:val="0"/>
        <w:spacing w:after="0" w:line="292" w:lineRule="exact"/>
        <w:rPr>
          <w:rFonts w:ascii="Arial" w:eastAsia="Arial" w:hAnsi="Arial"/>
          <w:color w:val="000000"/>
          <w:sz w:val="17"/>
          <w:lang w:val="pt-PT"/>
        </w:rPr>
      </w:pPr>
      <w:r w:rsidRPr="00B9266D">
        <w:rPr>
          <w:rFonts w:ascii="Arial" w:eastAsia="Arial" w:hAnsi="Arial"/>
          <w:color w:val="000000"/>
          <w:sz w:val="17"/>
        </w:rPr>
        <w:drawing>
          <wp:anchor distT="0" distB="0" distL="114300" distR="114300" simplePos="0" relativeHeight="251871232" behindDoc="0" locked="0" layoutInCell="1" allowOverlap="1" wp14:anchorId="1B606717" wp14:editId="44E19178">
            <wp:simplePos x="0" y="0"/>
            <wp:positionH relativeFrom="column">
              <wp:posOffset>346710</wp:posOffset>
            </wp:positionH>
            <wp:positionV relativeFrom="paragraph">
              <wp:posOffset>149225</wp:posOffset>
            </wp:positionV>
            <wp:extent cx="719455" cy="1076325"/>
            <wp:effectExtent l="0" t="0" r="4445" b="9525"/>
            <wp:wrapSquare wrapText="bothSides"/>
            <wp:docPr id="1151853350" name="I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B9266D">
        <w:rPr>
          <w:rFonts w:ascii="Arial" w:eastAsia="Arial" w:hAnsi="Arial"/>
          <w:color w:val="000000"/>
          <w:sz w:val="17"/>
        </w:rPr>
        <w:drawing>
          <wp:anchor distT="0" distB="0" distL="114300" distR="114300" simplePos="0" relativeHeight="251869184" behindDoc="0" locked="0" layoutInCell="1" allowOverlap="1" wp14:anchorId="5C5FAF1A" wp14:editId="605ED9D9">
            <wp:simplePos x="0" y="0"/>
            <wp:positionH relativeFrom="column">
              <wp:posOffset>347345</wp:posOffset>
            </wp:positionH>
            <wp:positionV relativeFrom="paragraph">
              <wp:posOffset>180975</wp:posOffset>
            </wp:positionV>
            <wp:extent cx="516255" cy="762000"/>
            <wp:effectExtent l="0" t="0" r="0" b="0"/>
            <wp:wrapSquare wrapText="right"/>
            <wp:docPr id="2003955632" name="I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709320AA" w14:textId="77777777" w:rsidR="00B9266D" w:rsidRPr="00B9266D" w:rsidRDefault="00B9266D" w:rsidP="00B9266D">
      <w:pPr>
        <w:autoSpaceDE w:val="0"/>
        <w:autoSpaceDN w:val="0"/>
        <w:spacing w:after="0" w:line="292" w:lineRule="exact"/>
        <w:rPr>
          <w:rFonts w:ascii="Arial" w:eastAsia="Arial" w:hAnsi="Arial"/>
          <w:b/>
          <w:color w:val="000000"/>
          <w:sz w:val="17"/>
          <w:lang w:val="pt-PT"/>
        </w:rPr>
      </w:pPr>
      <w:r w:rsidRPr="00B9266D">
        <w:rPr>
          <w:rFonts w:ascii="Arial" w:eastAsia="Arial" w:hAnsi="Arial"/>
          <w:color w:val="000000"/>
          <w:sz w:val="17"/>
          <w:lang w:val="pt-PT"/>
        </w:rPr>
        <w:t xml:space="preserve">Judeţul  MUREŞ                                                                                                    </w:t>
      </w:r>
      <w:r w:rsidRPr="00B9266D">
        <w:rPr>
          <w:rFonts w:ascii="Arial" w:eastAsia="Arial" w:hAnsi="Arial"/>
          <w:b/>
          <w:color w:val="000000"/>
          <w:sz w:val="17"/>
          <w:lang w:val="pt-PT"/>
        </w:rPr>
        <w:t xml:space="preserve"> </w:t>
      </w:r>
      <w:r w:rsidRPr="00B9266D">
        <w:rPr>
          <w:rFonts w:ascii="Arial" w:eastAsia="Arial" w:hAnsi="Arial"/>
          <w:color w:val="000000"/>
          <w:sz w:val="17"/>
          <w:lang w:val="pt-PT"/>
        </w:rPr>
        <w:t xml:space="preserve">   </w:t>
      </w:r>
      <w:r w:rsidRPr="00B9266D">
        <w:rPr>
          <w:rFonts w:ascii="Arial" w:eastAsia="Arial" w:hAnsi="Arial"/>
          <w:b/>
          <w:color w:val="000000"/>
          <w:sz w:val="17"/>
          <w:lang w:val="pt-PT"/>
        </w:rPr>
        <w:t xml:space="preserve"> </w:t>
      </w:r>
      <w:r w:rsidRPr="00B9266D">
        <w:rPr>
          <w:rFonts w:ascii="Arial" w:eastAsia="Arial" w:hAnsi="Arial"/>
          <w:color w:val="000000"/>
          <w:sz w:val="17"/>
          <w:lang w:val="pt-PT"/>
        </w:rPr>
        <w:t xml:space="preserve"> </w:t>
      </w:r>
      <w:r w:rsidRPr="00B9266D">
        <w:rPr>
          <w:rFonts w:ascii="Arial" w:eastAsia="Arial" w:hAnsi="Arial"/>
          <w:color w:val="000000"/>
          <w:sz w:val="17"/>
          <w:lang w:val="pt-PT"/>
        </w:rPr>
        <w:tab/>
      </w:r>
    </w:p>
    <w:p w14:paraId="57590C66" w14:textId="1BDA7CDC" w:rsidR="00B9266D" w:rsidRPr="00B9266D" w:rsidRDefault="00B9266D" w:rsidP="00B9266D">
      <w:pPr>
        <w:autoSpaceDE w:val="0"/>
        <w:autoSpaceDN w:val="0"/>
        <w:spacing w:after="0" w:line="292" w:lineRule="exact"/>
        <w:rPr>
          <w:rFonts w:ascii="Arial" w:eastAsia="Arial" w:hAnsi="Arial"/>
          <w:b/>
          <w:bCs/>
          <w:color w:val="000000"/>
          <w:sz w:val="17"/>
          <w:lang w:val="pt-PT"/>
        </w:rPr>
      </w:pPr>
      <w:r w:rsidRPr="00B9266D">
        <w:rPr>
          <w:rFonts w:ascii="Arial" w:eastAsia="Arial" w:hAnsi="Arial"/>
          <w:color w:val="000000"/>
          <w:sz w:val="17"/>
        </w:rPr>
        <mc:AlternateContent>
          <mc:Choice Requires="wps">
            <w:drawing>
              <wp:anchor distT="0" distB="0" distL="114300" distR="114300" simplePos="0" relativeHeight="251870208" behindDoc="0" locked="0" layoutInCell="1" allowOverlap="1" wp14:anchorId="5DCD58CD" wp14:editId="121A73D5">
                <wp:simplePos x="0" y="0"/>
                <wp:positionH relativeFrom="column">
                  <wp:posOffset>3457575</wp:posOffset>
                </wp:positionH>
                <wp:positionV relativeFrom="paragraph">
                  <wp:posOffset>34925</wp:posOffset>
                </wp:positionV>
                <wp:extent cx="361950" cy="134620"/>
                <wp:effectExtent l="0" t="0" r="0" b="0"/>
                <wp:wrapNone/>
                <wp:docPr id="1836872273" name="Casetă tex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D4A0F1" w14:textId="77777777" w:rsidR="00B9266D" w:rsidRDefault="00B9266D" w:rsidP="00B9266D"/>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D58CD" id="Casetă text 28" o:spid="_x0000_s1029" type="#_x0000_t202" style="position:absolute;margin-left:272.25pt;margin-top:2.75pt;width:28.5pt;height:10.6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331BwIAAPg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" stroked="f">
                <v:textbox>
                  <w:txbxContent>
                    <w:p w14:paraId="29D4A0F1" w14:textId="77777777" w:rsidR="00B9266D" w:rsidRDefault="00B9266D" w:rsidP="00B9266D"/>
                  </w:txbxContent>
                </v:textbox>
              </v:shape>
            </w:pict>
          </mc:Fallback>
        </mc:AlternateContent>
      </w:r>
      <w:r w:rsidRPr="00B9266D">
        <w:rPr>
          <w:rFonts w:ascii="Arial" w:eastAsia="Arial" w:hAnsi="Arial"/>
          <w:bCs/>
          <w:color w:val="000000"/>
          <w:sz w:val="17"/>
          <w:lang w:val="pt-PT"/>
        </w:rPr>
        <w:t>Comuna Zau de Câmpie</w:t>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p>
    <w:p w14:paraId="0E3D7B9A"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bCs/>
          <w:color w:val="000000"/>
          <w:sz w:val="17"/>
          <w:lang w:val="pt-PT"/>
        </w:rPr>
        <w:t>CIF4375917, Zau de Câmpie, strada Republicii, nr.18</w:t>
      </w:r>
    </w:p>
    <w:p w14:paraId="67BB6E8D"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bCs/>
          <w:color w:val="000000"/>
          <w:sz w:val="17"/>
          <w:lang w:val="pt-PT"/>
        </w:rPr>
        <w:t>Telefon: 0265 486112</w:t>
      </w:r>
    </w:p>
    <w:p w14:paraId="1C8D0C7D"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bCs/>
          <w:color w:val="000000"/>
          <w:sz w:val="17"/>
          <w:lang w:val="pt-PT"/>
        </w:rPr>
        <w:t xml:space="preserve"> E-mail: </w:t>
      </w:r>
      <w:hyperlink r:id="rId12" w:history="1">
        <w:r w:rsidRPr="00B9266D">
          <w:rPr>
            <w:rStyle w:val="Hyperlink"/>
            <w:rFonts w:ascii="Arial" w:eastAsia="Arial" w:hAnsi="Arial"/>
            <w:bCs/>
            <w:sz w:val="17"/>
            <w:lang w:val="pt-PT"/>
          </w:rPr>
          <w:t>zaucimpiei@cjmures.ro</w:t>
        </w:r>
      </w:hyperlink>
    </w:p>
    <w:p w14:paraId="6A24D526" w14:textId="77777777" w:rsidR="00B9266D" w:rsidRPr="00B9266D" w:rsidRDefault="00B9266D" w:rsidP="00B9266D">
      <w:pPr>
        <w:autoSpaceDE w:val="0"/>
        <w:autoSpaceDN w:val="0"/>
        <w:spacing w:after="0" w:line="292" w:lineRule="exact"/>
        <w:rPr>
          <w:rFonts w:ascii="Arial" w:eastAsia="Arial" w:hAnsi="Arial"/>
          <w:bCs/>
          <w:color w:val="000000"/>
          <w:sz w:val="17"/>
          <w:lang w:val="pt-PT"/>
        </w:rPr>
      </w:pPr>
      <w:r w:rsidRPr="00B9266D">
        <w:rPr>
          <w:rFonts w:ascii="Arial" w:eastAsia="Arial" w:hAnsi="Arial"/>
          <w:color w:val="000000"/>
          <w:sz w:val="17"/>
          <w:lang w:val="pt-PT"/>
        </w:rPr>
        <w:t xml:space="preserve"> Număr de înregistrare.................data...............................  </w:t>
      </w:r>
    </w:p>
    <w:p w14:paraId="2212066C" w14:textId="77777777" w:rsidR="00B9266D" w:rsidRPr="00B9266D" w:rsidRDefault="00B9266D" w:rsidP="00B9266D">
      <w:pPr>
        <w:autoSpaceDE w:val="0"/>
        <w:autoSpaceDN w:val="0"/>
        <w:spacing w:after="0" w:line="292" w:lineRule="exact"/>
        <w:rPr>
          <w:rFonts w:ascii="Arial" w:eastAsia="Arial" w:hAnsi="Arial"/>
          <w:color w:val="000000"/>
          <w:sz w:val="17"/>
          <w:lang w:val="pt-PT"/>
        </w:rPr>
      </w:pPr>
    </w:p>
    <w:p w14:paraId="208FA9AE" w14:textId="77777777" w:rsidR="00786EB1" w:rsidRPr="008F01A5" w:rsidRDefault="00786EB1">
      <w:pPr>
        <w:autoSpaceDE w:val="0"/>
        <w:autoSpaceDN w:val="0"/>
        <w:spacing w:after="0" w:line="292" w:lineRule="exact"/>
        <w:rPr>
          <w:lang w:val="pt-PT"/>
        </w:rPr>
      </w:pPr>
    </w:p>
    <w:p w14:paraId="426D313B" w14:textId="77777777" w:rsidR="00786EB1" w:rsidRPr="008F01A5" w:rsidRDefault="00786EB1">
      <w:pPr>
        <w:autoSpaceDE w:val="0"/>
        <w:autoSpaceDN w:val="0"/>
        <w:spacing w:after="0" w:line="292" w:lineRule="exact"/>
        <w:rPr>
          <w:lang w:val="pt-PT"/>
        </w:rPr>
      </w:pPr>
    </w:p>
    <w:p w14:paraId="72068709" w14:textId="77777777" w:rsidR="00786EB1" w:rsidRPr="008F01A5" w:rsidRDefault="00786EB1">
      <w:pPr>
        <w:autoSpaceDE w:val="0"/>
        <w:autoSpaceDN w:val="0"/>
        <w:spacing w:after="0" w:line="292" w:lineRule="exact"/>
        <w:rPr>
          <w:lang w:val="pt-PT"/>
        </w:rPr>
      </w:pPr>
    </w:p>
    <w:p w14:paraId="7F7765F8" w14:textId="77777777" w:rsidR="00BD2397" w:rsidRPr="008F01A5" w:rsidRDefault="00B8640C">
      <w:pPr>
        <w:autoSpaceDE w:val="0"/>
        <w:autoSpaceDN w:val="0"/>
        <w:spacing w:after="0" w:line="246" w:lineRule="exact"/>
        <w:ind w:left="1728" w:right="1008"/>
        <w:jc w:val="center"/>
        <w:rPr>
          <w:sz w:val="16"/>
          <w:szCs w:val="16"/>
          <w:lang w:val="pt-PT"/>
        </w:rPr>
      </w:pPr>
      <w:r w:rsidRPr="008F01A5">
        <w:rPr>
          <w:rFonts w:ascii="TimesNewRomanPS" w:eastAsia="TimesNewRomanPS" w:hAnsi="TimesNewRomanPS"/>
          <w:b/>
          <w:color w:val="000000"/>
          <w:sz w:val="23"/>
          <w:lang w:val="pt-PT"/>
        </w:rPr>
        <w:t xml:space="preserve">ÎNȘTIINȚARE </w:t>
      </w:r>
      <w:r w:rsidRPr="008F01A5">
        <w:rPr>
          <w:lang w:val="pt-PT"/>
        </w:rPr>
        <w:br/>
      </w:r>
      <w:r w:rsidRPr="008F01A5">
        <w:rPr>
          <w:rFonts w:ascii="TimesNewRomanPSMT" w:eastAsia="TimesNewRomanPSMT" w:hAnsi="TimesNewRomanPSMT"/>
          <w:color w:val="000000"/>
          <w:w w:val="102"/>
          <w:sz w:val="16"/>
          <w:szCs w:val="16"/>
          <w:lang w:val="pt-PT"/>
        </w:rPr>
        <w:t>privind finalizarea lucrărilor notificate și solicitarea participării reprezentantului UAT la recepție</w:t>
      </w:r>
    </w:p>
    <w:tbl>
      <w:tblPr>
        <w:tblW w:w="0" w:type="auto"/>
        <w:tblInd w:w="606" w:type="dxa"/>
        <w:tblLayout w:type="fixed"/>
        <w:tblLook w:val="04A0" w:firstRow="1" w:lastRow="0" w:firstColumn="1" w:lastColumn="0" w:noHBand="0" w:noVBand="1"/>
      </w:tblPr>
      <w:tblGrid>
        <w:gridCol w:w="9348"/>
      </w:tblGrid>
      <w:tr w:rsidR="00BD2397" w:rsidRPr="00F9681E" w14:paraId="0089EAA4" w14:textId="77777777">
        <w:trPr>
          <w:trHeight w:hRule="exact" w:val="210"/>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228FC51F"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CĂTRE</w:t>
            </w:r>
          </w:p>
        </w:tc>
      </w:tr>
      <w:tr w:rsidR="00BD2397" w:rsidRPr="00B9266D" w14:paraId="53FD91F5" w14:textId="77777777">
        <w:trPr>
          <w:trHeight w:hRule="exact" w:val="51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45FB47C8" w14:textId="77777777" w:rsidR="00BD2397" w:rsidRPr="008F01A5" w:rsidRDefault="00B8640C">
            <w:pPr>
              <w:autoSpaceDE w:val="0"/>
              <w:autoSpaceDN w:val="0"/>
              <w:spacing w:after="0" w:line="168" w:lineRule="exact"/>
              <w:ind w:left="100" w:right="4320"/>
              <w:rPr>
                <w:sz w:val="16"/>
                <w:szCs w:val="16"/>
                <w:lang w:val="pt-PT"/>
              </w:rPr>
            </w:pPr>
            <w:r w:rsidRPr="008F01A5">
              <w:rPr>
                <w:rFonts w:ascii="TimesNewRomanPS" w:eastAsia="TimesNewRomanPS" w:hAnsi="TimesNewRomanPS"/>
                <w:b/>
                <w:color w:val="0D5F78"/>
                <w:w w:val="97"/>
                <w:sz w:val="16"/>
                <w:szCs w:val="16"/>
                <w:lang w:val="pt-PT"/>
              </w:rPr>
              <w:t xml:space="preserve">Instituția </w:t>
            </w:r>
            <w:r w:rsidRPr="008F01A5">
              <w:rPr>
                <w:sz w:val="16"/>
                <w:szCs w:val="16"/>
                <w:lang w:val="pt-PT"/>
              </w:rPr>
              <w:br/>
            </w:r>
            <w:r w:rsidRPr="008F01A5">
              <w:rPr>
                <w:rFonts w:ascii="TimesNewRomanPS" w:eastAsia="TimesNewRomanPS" w:hAnsi="TimesNewRomanPS"/>
                <w:i/>
                <w:color w:val="7A7A7A"/>
                <w:w w:val="97"/>
                <w:sz w:val="16"/>
                <w:szCs w:val="16"/>
                <w:lang w:val="pt-PT"/>
              </w:rPr>
              <w:t>primăria municipiului / orașului / comunei · primăria de sector · consiliul județean</w:t>
            </w:r>
          </w:p>
        </w:tc>
      </w:tr>
      <w:tr w:rsidR="00BD2397" w:rsidRPr="00B9266D" w14:paraId="2D5911A4" w14:textId="77777777" w:rsidTr="00187A6E">
        <w:trPr>
          <w:trHeight w:hRule="exact" w:val="391"/>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1D54230" w14:textId="77777777" w:rsidR="00BD2397" w:rsidRPr="008F01A5" w:rsidRDefault="00B8640C">
            <w:pPr>
              <w:autoSpaceDE w:val="0"/>
              <w:autoSpaceDN w:val="0"/>
              <w:spacing w:after="0" w:line="146" w:lineRule="exact"/>
              <w:jc w:val="center"/>
              <w:rPr>
                <w:sz w:val="16"/>
                <w:szCs w:val="16"/>
                <w:lang w:val="pt-PT"/>
              </w:rPr>
            </w:pPr>
            <w:r w:rsidRPr="008F01A5">
              <w:rPr>
                <w:rFonts w:ascii="TimesNewRomanPSMT" w:eastAsia="TimesNewRomanPSMT" w:hAnsi="TimesNewRomanPSMT"/>
                <w:color w:val="000000"/>
                <w:w w:val="97"/>
                <w:sz w:val="16"/>
                <w:szCs w:val="16"/>
                <w:lang w:val="pt-PT"/>
              </w:rPr>
              <w:t xml:space="preserve">Cererea va fi transmisă către președintele consiliului județean, primarul general, primarul de sector sau primarul municipiului / orașului / comunei, după caz. </w:t>
            </w:r>
          </w:p>
        </w:tc>
      </w:tr>
    </w:tbl>
    <w:p w14:paraId="4D069120" w14:textId="77777777" w:rsidR="00BD2397" w:rsidRPr="008F01A5"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F9681E" w14:paraId="12BE7F72" w14:textId="77777777">
        <w:trPr>
          <w:trHeight w:hRule="exact" w:val="212"/>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FFA5C95"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2. </w:t>
            </w:r>
            <w:r w:rsidRPr="00F9681E">
              <w:rPr>
                <w:rFonts w:ascii="TimesNewRomanPS" w:eastAsia="TimesNewRomanPS" w:hAnsi="TimesNewRomanPS"/>
                <w:b/>
                <w:color w:val="000000"/>
                <w:w w:val="102"/>
                <w:sz w:val="16"/>
                <w:szCs w:val="16"/>
              </w:rPr>
              <w:t>SOLICITANTUL</w:t>
            </w:r>
          </w:p>
        </w:tc>
      </w:tr>
      <w:tr w:rsidR="00BD2397" w:rsidRPr="00F9681E" w14:paraId="141115AB" w14:textId="77777777">
        <w:trPr>
          <w:trHeight w:hRule="exact" w:val="504"/>
        </w:trPr>
        <w:tc>
          <w:tcPr>
            <w:tcW w:w="5452" w:type="dxa"/>
            <w:gridSpan w:val="5"/>
            <w:tcBorders>
              <w:top w:val="single" w:sz="3" w:space="0" w:color="767676"/>
              <w:left w:val="single" w:sz="3" w:space="0" w:color="767676"/>
              <w:bottom w:val="single" w:sz="3" w:space="0" w:color="767676"/>
              <w:right w:val="single" w:sz="4" w:space="0" w:color="767676"/>
            </w:tcBorders>
            <w:tcMar>
              <w:left w:w="0" w:type="dxa"/>
              <w:right w:w="0" w:type="dxa"/>
            </w:tcMar>
          </w:tcPr>
          <w:p w14:paraId="312BFE8C"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14:paraId="7FD11B4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320FDA76" w14:textId="77777777">
        <w:trPr>
          <w:trHeight w:hRule="exact" w:val="188"/>
        </w:trPr>
        <w:tc>
          <w:tcPr>
            <w:tcW w:w="9348" w:type="dxa"/>
            <w:gridSpan w:val="8"/>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6E78F9B0"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Act de </w:t>
            </w:r>
            <w:proofErr w:type="spellStart"/>
            <w:r w:rsidRPr="00F9681E">
              <w:rPr>
                <w:rFonts w:ascii="TimesNewRomanPSMT" w:eastAsia="TimesNewRomanPSMT" w:hAnsi="TimesNewRomanPSMT"/>
                <w:color w:val="000000"/>
                <w:w w:val="103"/>
                <w:sz w:val="16"/>
                <w:szCs w:val="16"/>
              </w:rPr>
              <w:t>identitate</w:t>
            </w:r>
            <w:proofErr w:type="spellEnd"/>
          </w:p>
        </w:tc>
      </w:tr>
      <w:tr w:rsidR="00BD2397" w:rsidRPr="00F9681E" w14:paraId="7AA0F46D" w14:textId="77777777">
        <w:trPr>
          <w:trHeight w:hRule="exact" w:val="504"/>
        </w:trPr>
        <w:tc>
          <w:tcPr>
            <w:tcW w:w="1558" w:type="dxa"/>
            <w:tcBorders>
              <w:top w:val="single" w:sz="3" w:space="0" w:color="767676"/>
              <w:left w:val="single" w:sz="3" w:space="0" w:color="767676"/>
              <w:bottom w:val="single" w:sz="4" w:space="0" w:color="767676"/>
              <w:right w:val="single" w:sz="3" w:space="0" w:color="767676"/>
            </w:tcBorders>
            <w:tcMar>
              <w:left w:w="0" w:type="dxa"/>
              <w:right w:w="0" w:type="dxa"/>
            </w:tcMar>
          </w:tcPr>
          <w:p w14:paraId="253CAEB8"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Seria</w:t>
            </w:r>
          </w:p>
        </w:tc>
        <w:tc>
          <w:tcPr>
            <w:tcW w:w="1558" w:type="dxa"/>
            <w:tcBorders>
              <w:top w:val="single" w:sz="3" w:space="0" w:color="767676"/>
              <w:left w:val="single" w:sz="3" w:space="0" w:color="767676"/>
              <w:bottom w:val="single" w:sz="4" w:space="0" w:color="767676"/>
              <w:right w:val="single" w:sz="4" w:space="0" w:color="767676"/>
            </w:tcBorders>
            <w:tcMar>
              <w:left w:w="0" w:type="dxa"/>
              <w:right w:w="0" w:type="dxa"/>
            </w:tcMar>
          </w:tcPr>
          <w:p w14:paraId="2407981F"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Numărul</w:t>
            </w:r>
            <w:proofErr w:type="spellEnd"/>
          </w:p>
        </w:tc>
        <w:tc>
          <w:tcPr>
            <w:tcW w:w="4676" w:type="dxa"/>
            <w:gridSpan w:val="5"/>
            <w:tcBorders>
              <w:top w:val="single" w:sz="3" w:space="0" w:color="767676"/>
              <w:left w:val="single" w:sz="4" w:space="0" w:color="767676"/>
              <w:bottom w:val="single" w:sz="4" w:space="0" w:color="767676"/>
              <w:right w:val="single" w:sz="4" w:space="0" w:color="767676"/>
            </w:tcBorders>
            <w:tcMar>
              <w:left w:w="0" w:type="dxa"/>
              <w:right w:w="0" w:type="dxa"/>
            </w:tcMar>
          </w:tcPr>
          <w:p w14:paraId="5263977B"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Eliberat</w:t>
            </w:r>
            <w:proofErr w:type="spellEnd"/>
            <w:r w:rsidRPr="00F9681E">
              <w:rPr>
                <w:rFonts w:ascii="TimesNewRomanPS" w:eastAsia="TimesNewRomanPS" w:hAnsi="TimesNewRomanPS"/>
                <w:b/>
                <w:color w:val="0D5F78"/>
                <w:w w:val="97"/>
                <w:sz w:val="16"/>
                <w:szCs w:val="16"/>
              </w:rPr>
              <w:t xml:space="preserve"> de</w:t>
            </w:r>
          </w:p>
        </w:tc>
        <w:tc>
          <w:tcPr>
            <w:tcW w:w="1556" w:type="dxa"/>
            <w:tcBorders>
              <w:top w:val="single" w:sz="3" w:space="0" w:color="767676"/>
              <w:left w:val="single" w:sz="4" w:space="0" w:color="767676"/>
              <w:bottom w:val="single" w:sz="4" w:space="0" w:color="767676"/>
              <w:right w:val="single" w:sz="3" w:space="0" w:color="767676"/>
            </w:tcBorders>
            <w:tcMar>
              <w:left w:w="0" w:type="dxa"/>
              <w:right w:w="0" w:type="dxa"/>
            </w:tcMar>
          </w:tcPr>
          <w:p w14:paraId="51B728B1" w14:textId="77777777" w:rsidR="00BD2397" w:rsidRPr="00F9681E" w:rsidRDefault="00B8640C">
            <w:pPr>
              <w:autoSpaceDE w:val="0"/>
              <w:autoSpaceDN w:val="0"/>
              <w:spacing w:after="0" w:line="144" w:lineRule="exact"/>
              <w:ind w:left="98"/>
              <w:rPr>
                <w:sz w:val="16"/>
                <w:szCs w:val="16"/>
              </w:rPr>
            </w:pPr>
            <w:r w:rsidRPr="00F9681E">
              <w:rPr>
                <w:rFonts w:ascii="TimesNewRomanPS" w:eastAsia="TimesNewRomanPS" w:hAnsi="TimesNewRomanPS"/>
                <w:b/>
                <w:color w:val="0D5F78"/>
                <w:w w:val="97"/>
                <w:sz w:val="16"/>
                <w:szCs w:val="16"/>
              </w:rPr>
              <w:t>La data</w:t>
            </w:r>
          </w:p>
        </w:tc>
      </w:tr>
      <w:tr w:rsidR="00BD2397" w:rsidRPr="00F9681E" w14:paraId="75853B5B" w14:textId="77777777">
        <w:trPr>
          <w:trHeight w:hRule="exact" w:val="190"/>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BCDE98B"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6FF48F9C" w14:textId="77777777">
        <w:trPr>
          <w:trHeight w:hRule="exact" w:val="502"/>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1343054D"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0D2F1C8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63668B22"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7B40AD2E" w14:textId="77777777">
        <w:trPr>
          <w:trHeight w:hRule="exact" w:val="506"/>
        </w:trPr>
        <w:tc>
          <w:tcPr>
            <w:tcW w:w="311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143641F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3" w:space="0" w:color="767676"/>
              <w:right w:val="single" w:sz="4" w:space="0" w:color="767676"/>
            </w:tcBorders>
            <w:tcMar>
              <w:left w:w="0" w:type="dxa"/>
              <w:right w:w="0" w:type="dxa"/>
            </w:tcMar>
          </w:tcPr>
          <w:p w14:paraId="008D88F6"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50CBEBE1"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3" w:space="0" w:color="767676"/>
              <w:right w:val="single" w:sz="4" w:space="0" w:color="767676"/>
            </w:tcBorders>
            <w:tcMar>
              <w:left w:w="0" w:type="dxa"/>
              <w:right w:w="0" w:type="dxa"/>
            </w:tcMar>
          </w:tcPr>
          <w:p w14:paraId="3A24FE84"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3" w:space="0" w:color="767676"/>
              <w:right w:val="single" w:sz="3" w:space="0" w:color="767676"/>
            </w:tcBorders>
            <w:tcMar>
              <w:left w:w="0" w:type="dxa"/>
              <w:right w:w="0" w:type="dxa"/>
            </w:tcMar>
          </w:tcPr>
          <w:p w14:paraId="3844E2D9"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3" w:space="0" w:color="767676"/>
              <w:right w:val="single" w:sz="4" w:space="0" w:color="767676"/>
            </w:tcBorders>
            <w:tcMar>
              <w:left w:w="0" w:type="dxa"/>
              <w:right w:w="0" w:type="dxa"/>
            </w:tcMar>
          </w:tcPr>
          <w:p w14:paraId="45BF70F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5C5D1D7A"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7BFC602F" w14:textId="77777777">
        <w:trPr>
          <w:trHeight w:hRule="exact" w:val="188"/>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7B40B212"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49292E66" w14:textId="77777777">
        <w:trPr>
          <w:trHeight w:hRule="exact" w:val="504"/>
        </w:trPr>
        <w:tc>
          <w:tcPr>
            <w:tcW w:w="3894"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1C02F0D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4" w:space="0" w:color="767676"/>
              <w:left w:val="single" w:sz="4" w:space="0" w:color="767676"/>
              <w:bottom w:val="single" w:sz="4" w:space="0" w:color="767676"/>
              <w:right w:val="single" w:sz="3" w:space="0" w:color="767676"/>
            </w:tcBorders>
            <w:tcMar>
              <w:left w:w="0" w:type="dxa"/>
              <w:right w:w="0" w:type="dxa"/>
            </w:tcMar>
          </w:tcPr>
          <w:p w14:paraId="37DD8AF8"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E-mail</w:t>
            </w:r>
          </w:p>
        </w:tc>
      </w:tr>
    </w:tbl>
    <w:p w14:paraId="4BE5E4E2" w14:textId="77777777" w:rsidR="00BD2397" w:rsidRPr="00F9681E" w:rsidRDefault="00BD2397">
      <w:pPr>
        <w:autoSpaceDE w:val="0"/>
        <w:autoSpaceDN w:val="0"/>
        <w:spacing w:after="0" w:line="118" w:lineRule="exact"/>
        <w:rPr>
          <w:sz w:val="16"/>
          <w:szCs w:val="16"/>
        </w:rPr>
      </w:pPr>
    </w:p>
    <w:tbl>
      <w:tblPr>
        <w:tblW w:w="0" w:type="auto"/>
        <w:tblInd w:w="606" w:type="dxa"/>
        <w:tblLayout w:type="fixed"/>
        <w:tblLook w:val="04A0" w:firstRow="1" w:lastRow="0" w:firstColumn="1" w:lastColumn="0" w:noHBand="0" w:noVBand="1"/>
      </w:tblPr>
      <w:tblGrid>
        <w:gridCol w:w="2338"/>
        <w:gridCol w:w="2336"/>
        <w:gridCol w:w="4674"/>
      </w:tblGrid>
      <w:tr w:rsidR="00BD2397" w:rsidRPr="00F9681E" w14:paraId="564A182E" w14:textId="77777777">
        <w:trPr>
          <w:trHeight w:hRule="exact" w:val="208"/>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D8A862C"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w:t>
            </w:r>
            <w:r w:rsidRPr="00F9681E">
              <w:rPr>
                <w:rFonts w:ascii="TimesNewRomanPS" w:eastAsia="TimesNewRomanPS" w:hAnsi="TimesNewRomanPS"/>
                <w:b/>
                <w:color w:val="000000"/>
                <w:w w:val="102"/>
                <w:sz w:val="16"/>
                <w:szCs w:val="16"/>
              </w:rPr>
              <w:t>NOTIFICAREA</w:t>
            </w:r>
          </w:p>
        </w:tc>
      </w:tr>
      <w:tr w:rsidR="00BD2397" w:rsidRPr="00F9681E" w14:paraId="6D733F31" w14:textId="77777777">
        <w:trPr>
          <w:trHeight w:hRule="exact" w:val="50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738E8083"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Nr. / </w:t>
            </w:r>
            <w:proofErr w:type="gramStart"/>
            <w:r w:rsidRPr="00F9681E">
              <w:rPr>
                <w:rFonts w:ascii="TimesNewRomanPS" w:eastAsia="TimesNewRomanPS" w:hAnsi="TimesNewRomanPS"/>
                <w:b/>
                <w:color w:val="0D5F78"/>
                <w:w w:val="97"/>
                <w:sz w:val="16"/>
                <w:szCs w:val="16"/>
              </w:rPr>
              <w:t>data</w:t>
            </w:r>
            <w:proofErr w:type="gram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notificării</w:t>
            </w:r>
            <w:proofErr w:type="spellEnd"/>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3CE51FB2"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Proiect</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cod</w:t>
            </w:r>
            <w:proofErr w:type="gramEnd"/>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3CFDBE1D" w14:textId="77777777" w:rsidR="00BD2397" w:rsidRPr="00F9681E" w:rsidRDefault="00B8640C">
            <w:pPr>
              <w:autoSpaceDE w:val="0"/>
              <w:autoSpaceDN w:val="0"/>
              <w:spacing w:after="0" w:line="146" w:lineRule="exact"/>
              <w:ind w:left="102"/>
              <w:rPr>
                <w:sz w:val="16"/>
                <w:szCs w:val="16"/>
              </w:rPr>
            </w:pPr>
            <w:proofErr w:type="spellStart"/>
            <w:r w:rsidRPr="00F9681E">
              <w:rPr>
                <w:rFonts w:ascii="TimesNewRomanPS" w:eastAsia="TimesNewRomanPS" w:hAnsi="TimesNewRomanPS"/>
                <w:b/>
                <w:color w:val="0D5F78"/>
                <w:w w:val="97"/>
                <w:sz w:val="16"/>
                <w:szCs w:val="16"/>
              </w:rPr>
              <w:t>Imobilul</w:t>
            </w:r>
            <w:proofErr w:type="spellEnd"/>
          </w:p>
        </w:tc>
      </w:tr>
    </w:tbl>
    <w:p w14:paraId="794C20C6" w14:textId="77777777" w:rsidR="00BD2397" w:rsidRPr="00F9681E" w:rsidRDefault="00BD2397">
      <w:pPr>
        <w:autoSpaceDE w:val="0"/>
        <w:autoSpaceDN w:val="0"/>
        <w:spacing w:after="0" w:line="118" w:lineRule="exact"/>
        <w:rPr>
          <w:sz w:val="16"/>
          <w:szCs w:val="16"/>
        </w:rPr>
      </w:pPr>
    </w:p>
    <w:tbl>
      <w:tblPr>
        <w:tblW w:w="0" w:type="auto"/>
        <w:tblInd w:w="606" w:type="dxa"/>
        <w:tblLayout w:type="fixed"/>
        <w:tblLook w:val="04A0" w:firstRow="1" w:lastRow="0" w:firstColumn="1" w:lastColumn="0" w:noHBand="0" w:noVBand="1"/>
      </w:tblPr>
      <w:tblGrid>
        <w:gridCol w:w="3116"/>
        <w:gridCol w:w="1558"/>
        <w:gridCol w:w="4674"/>
      </w:tblGrid>
      <w:tr w:rsidR="00BD2397" w:rsidRPr="00F9681E" w14:paraId="20BBB7E0" w14:textId="77777777">
        <w:trPr>
          <w:trHeight w:hRule="exact" w:val="210"/>
        </w:trPr>
        <w:tc>
          <w:tcPr>
            <w:tcW w:w="9348" w:type="dxa"/>
            <w:gridSpan w:val="3"/>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7892545F"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4. </w:t>
            </w:r>
            <w:r w:rsidRPr="00F9681E">
              <w:rPr>
                <w:rFonts w:ascii="TimesNewRomanPS" w:eastAsia="TimesNewRomanPS" w:hAnsi="TimesNewRomanPS"/>
                <w:b/>
                <w:color w:val="000000"/>
                <w:w w:val="102"/>
                <w:sz w:val="16"/>
                <w:szCs w:val="16"/>
              </w:rPr>
              <w:t>EXECUȚIA ȘI RECEPȚIA</w:t>
            </w:r>
          </w:p>
        </w:tc>
      </w:tr>
      <w:tr w:rsidR="00BD2397" w:rsidRPr="00F9681E" w14:paraId="7C556923" w14:textId="77777777">
        <w:trPr>
          <w:trHeight w:hRule="exact" w:val="510"/>
        </w:trPr>
        <w:tc>
          <w:tcPr>
            <w:tcW w:w="4674"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5C89CD7C" w14:textId="77777777" w:rsidR="00BD2397" w:rsidRPr="008F01A5" w:rsidRDefault="00B8640C">
            <w:pPr>
              <w:autoSpaceDE w:val="0"/>
              <w:autoSpaceDN w:val="0"/>
              <w:spacing w:after="0" w:line="166" w:lineRule="exact"/>
              <w:ind w:left="100" w:right="3024"/>
              <w:rPr>
                <w:sz w:val="16"/>
                <w:szCs w:val="16"/>
                <w:lang w:val="pt-PT"/>
              </w:rPr>
            </w:pPr>
            <w:r w:rsidRPr="008F01A5">
              <w:rPr>
                <w:rFonts w:ascii="TimesNewRomanPS" w:eastAsia="TimesNewRomanPS" w:hAnsi="TimesNewRomanPS"/>
                <w:b/>
                <w:color w:val="0D5F78"/>
                <w:w w:val="97"/>
                <w:sz w:val="16"/>
                <w:szCs w:val="16"/>
                <w:lang w:val="pt-PT"/>
              </w:rPr>
              <w:t xml:space="preserve">Data începerii lucrărilor </w:t>
            </w:r>
            <w:r w:rsidRPr="008F01A5">
              <w:rPr>
                <w:sz w:val="16"/>
                <w:szCs w:val="16"/>
                <w:lang w:val="pt-PT"/>
              </w:rPr>
              <w:br/>
            </w:r>
            <w:r w:rsidRPr="008F01A5">
              <w:rPr>
                <w:rFonts w:ascii="TimesNewRomanPS" w:eastAsia="TimesNewRomanPS" w:hAnsi="TimesNewRomanPS"/>
                <w:i/>
                <w:color w:val="7A7A7A"/>
                <w:w w:val="97"/>
                <w:sz w:val="16"/>
                <w:szCs w:val="16"/>
                <w:lang w:val="pt-PT"/>
              </w:rPr>
              <w:t>se declară aici</w:t>
            </w:r>
          </w:p>
        </w:tc>
        <w:tc>
          <w:tcPr>
            <w:tcW w:w="4674" w:type="dxa"/>
            <w:tcBorders>
              <w:top w:val="single" w:sz="3" w:space="0" w:color="767676"/>
              <w:left w:val="single" w:sz="3" w:space="0" w:color="767676"/>
              <w:bottom w:val="single" w:sz="4" w:space="0" w:color="767676"/>
              <w:right w:val="single" w:sz="3" w:space="0" w:color="767676"/>
            </w:tcBorders>
            <w:tcMar>
              <w:left w:w="0" w:type="dxa"/>
              <w:right w:w="0" w:type="dxa"/>
            </w:tcMar>
          </w:tcPr>
          <w:p w14:paraId="2D9D0855"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finalizării</w:t>
            </w:r>
            <w:proofErr w:type="spellEnd"/>
          </w:p>
        </w:tc>
      </w:tr>
      <w:tr w:rsidR="00BD2397" w:rsidRPr="00F9681E" w14:paraId="62BA344C" w14:textId="77777777">
        <w:trPr>
          <w:trHeight w:hRule="exact" w:val="506"/>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73AF4FC2"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propusă</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pentru</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recepție</w:t>
            </w:r>
            <w:proofErr w:type="spellEnd"/>
          </w:p>
        </w:tc>
        <w:tc>
          <w:tcPr>
            <w:tcW w:w="1558" w:type="dxa"/>
            <w:tcBorders>
              <w:top w:val="single" w:sz="4" w:space="0" w:color="767676"/>
              <w:left w:val="single" w:sz="4" w:space="0" w:color="767676"/>
              <w:bottom w:val="single" w:sz="4" w:space="0" w:color="767676"/>
              <w:right w:val="single" w:sz="3" w:space="0" w:color="767676"/>
            </w:tcBorders>
            <w:tcMar>
              <w:left w:w="0" w:type="dxa"/>
              <w:right w:w="0" w:type="dxa"/>
            </w:tcMar>
          </w:tcPr>
          <w:p w14:paraId="2793C2F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ora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6AABFA9C" w14:textId="77777777" w:rsidR="00BD2397" w:rsidRPr="00F9681E" w:rsidRDefault="00B8640C">
            <w:pPr>
              <w:autoSpaceDE w:val="0"/>
              <w:autoSpaceDN w:val="0"/>
              <w:spacing w:after="0" w:line="146" w:lineRule="exact"/>
              <w:ind w:left="102"/>
              <w:rPr>
                <w:sz w:val="16"/>
                <w:szCs w:val="16"/>
              </w:rPr>
            </w:pPr>
            <w:proofErr w:type="spellStart"/>
            <w:r w:rsidRPr="00F9681E">
              <w:rPr>
                <w:rFonts w:ascii="TimesNewRomanPS" w:eastAsia="TimesNewRomanPS" w:hAnsi="TimesNewRomanPS"/>
                <w:b/>
                <w:color w:val="0D5F78"/>
                <w:w w:val="97"/>
                <w:sz w:val="16"/>
                <w:szCs w:val="16"/>
              </w:rPr>
              <w:t>locul</w:t>
            </w:r>
            <w:proofErr w:type="spellEnd"/>
          </w:p>
        </w:tc>
      </w:tr>
      <w:tr w:rsidR="00BD2397" w:rsidRPr="00B9266D" w14:paraId="55EFBAAC" w14:textId="77777777">
        <w:trPr>
          <w:trHeight w:hRule="exact" w:val="326"/>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C752A98" w14:textId="77777777" w:rsidR="00BD2397" w:rsidRPr="008F01A5" w:rsidRDefault="00B8640C">
            <w:pPr>
              <w:autoSpaceDE w:val="0"/>
              <w:autoSpaceDN w:val="0"/>
              <w:spacing w:after="0" w:line="158" w:lineRule="exact"/>
              <w:ind w:left="100" w:right="576"/>
              <w:rPr>
                <w:sz w:val="16"/>
                <w:szCs w:val="16"/>
                <w:lang w:val="pt-PT"/>
              </w:rPr>
            </w:pPr>
            <w:r w:rsidRPr="008F01A5">
              <w:rPr>
                <w:rFonts w:ascii="TimesNewRomanPSMT" w:eastAsia="TimesNewRomanPSMT" w:hAnsi="TimesNewRomanPSMT"/>
                <w:color w:val="000000"/>
                <w:w w:val="97"/>
                <w:sz w:val="16"/>
                <w:szCs w:val="16"/>
                <w:lang w:val="pt-PT"/>
              </w:rPr>
              <w:t xml:space="preserve">Legea nr.169/2026 privind Codul amenajării teritoriului, urbanismului și construcțiilor nu instituie o înștiințare distinctă privind începerea lucrărilor notificate; data începerii se declară în prezentul formular și se consemnează în procesul-verbal de recepție. </w:t>
            </w:r>
          </w:p>
        </w:tc>
      </w:tr>
    </w:tbl>
    <w:p w14:paraId="68D92DD3" w14:textId="77777777" w:rsidR="00BD2397" w:rsidRPr="008F01A5"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1558"/>
        <w:gridCol w:w="4674"/>
        <w:gridCol w:w="3116"/>
      </w:tblGrid>
      <w:tr w:rsidR="00BD2397" w:rsidRPr="00F9681E" w14:paraId="54F0859A" w14:textId="77777777">
        <w:trPr>
          <w:trHeight w:hRule="exact" w:val="210"/>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EBFF395"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5. </w:t>
            </w:r>
            <w:r w:rsidRPr="00F9681E">
              <w:rPr>
                <w:rFonts w:ascii="TimesNewRomanPS" w:eastAsia="TimesNewRomanPS" w:hAnsi="TimesNewRomanPS"/>
                <w:b/>
                <w:color w:val="000000"/>
                <w:w w:val="102"/>
                <w:sz w:val="16"/>
                <w:szCs w:val="16"/>
              </w:rPr>
              <w:t>DATA ȘI SEMNĂTURA</w:t>
            </w:r>
          </w:p>
        </w:tc>
      </w:tr>
      <w:tr w:rsidR="00BD2397" w:rsidRPr="00F9681E" w14:paraId="557AA949" w14:textId="77777777">
        <w:trPr>
          <w:trHeight w:hRule="exact" w:val="506"/>
        </w:trPr>
        <w:tc>
          <w:tcPr>
            <w:tcW w:w="1558" w:type="dxa"/>
            <w:tcBorders>
              <w:top w:val="single" w:sz="4" w:space="0" w:color="767676"/>
              <w:left w:val="single" w:sz="3" w:space="0" w:color="767676"/>
              <w:bottom w:val="single" w:sz="4" w:space="0" w:color="000000"/>
              <w:right w:val="single" w:sz="3" w:space="0" w:color="767676"/>
            </w:tcBorders>
            <w:tcMar>
              <w:left w:w="0" w:type="dxa"/>
              <w:right w:w="0" w:type="dxa"/>
            </w:tcMar>
          </w:tcPr>
          <w:p w14:paraId="2A424322"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Data</w:t>
            </w:r>
          </w:p>
        </w:tc>
        <w:tc>
          <w:tcPr>
            <w:tcW w:w="4674" w:type="dxa"/>
            <w:tcBorders>
              <w:top w:val="single" w:sz="4" w:space="0" w:color="767676"/>
              <w:left w:val="single" w:sz="3" w:space="0" w:color="767676"/>
              <w:bottom w:val="single" w:sz="4" w:space="0" w:color="000000"/>
              <w:right w:val="single" w:sz="3" w:space="0" w:color="767676"/>
            </w:tcBorders>
            <w:tcMar>
              <w:left w:w="0" w:type="dxa"/>
              <w:right w:w="0" w:type="dxa"/>
            </w:tcMar>
          </w:tcPr>
          <w:p w14:paraId="4B162F3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Beneficiarul</w:t>
            </w:r>
            <w:proofErr w:type="spellEnd"/>
          </w:p>
        </w:tc>
        <w:tc>
          <w:tcPr>
            <w:tcW w:w="3116" w:type="dxa"/>
            <w:tcBorders>
              <w:top w:val="single" w:sz="4" w:space="0" w:color="767676"/>
              <w:left w:val="single" w:sz="3" w:space="0" w:color="767676"/>
              <w:bottom w:val="single" w:sz="4" w:space="0" w:color="000000"/>
              <w:right w:val="single" w:sz="3" w:space="0" w:color="767676"/>
            </w:tcBorders>
            <w:tcMar>
              <w:left w:w="0" w:type="dxa"/>
              <w:right w:w="0" w:type="dxa"/>
            </w:tcMar>
          </w:tcPr>
          <w:p w14:paraId="2D1D3B5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Semnătura</w:t>
            </w:r>
            <w:proofErr w:type="spellEnd"/>
          </w:p>
        </w:tc>
      </w:tr>
    </w:tbl>
    <w:p w14:paraId="5DBD3B32" w14:textId="77777777" w:rsidR="00BD2397" w:rsidRPr="00F9681E" w:rsidRDefault="00B8640C">
      <w:pPr>
        <w:tabs>
          <w:tab w:val="left" w:pos="4838"/>
        </w:tabs>
        <w:autoSpaceDE w:val="0"/>
        <w:autoSpaceDN w:val="0"/>
        <w:spacing w:after="0" w:line="144" w:lineRule="exact"/>
        <w:ind w:left="710"/>
        <w:rPr>
          <w:sz w:val="16"/>
          <w:szCs w:val="16"/>
          <w:lang w:val="sv-SE"/>
        </w:rPr>
      </w:pPr>
      <w:r w:rsidRPr="00F9681E">
        <w:rPr>
          <w:rFonts w:ascii="TimesNewRomanPSMT" w:eastAsia="TimesNewRomanPSMT" w:hAnsi="TimesNewRomanPSMT"/>
          <w:color w:val="595959"/>
          <w:w w:val="97"/>
          <w:sz w:val="16"/>
          <w:szCs w:val="16"/>
          <w:lang w:val="sv-SE"/>
        </w:rPr>
        <w:t xml:space="preserve">F_NOT_07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1 din 1</w:t>
      </w:r>
    </w:p>
    <w:p w14:paraId="3F94D9A9" w14:textId="77777777" w:rsidR="00BD2397" w:rsidRPr="00912339" w:rsidRDefault="00BD2397">
      <w:pPr>
        <w:spacing w:after="0"/>
        <w:rPr>
          <w:lang w:val="sv-SE"/>
        </w:rPr>
        <w:sectPr w:rsidR="00BD2397" w:rsidRPr="00912339">
          <w:pgSz w:w="11900" w:h="16840"/>
          <w:pgMar w:top="126" w:right="1358" w:bottom="236" w:left="564" w:header="720" w:footer="720" w:gutter="0"/>
          <w:cols w:space="708"/>
          <w:docGrid w:linePitch="360"/>
        </w:sectPr>
      </w:pPr>
    </w:p>
    <w:p w14:paraId="4C6F02D5" w14:textId="77777777" w:rsidR="00BD2397" w:rsidRPr="00912339" w:rsidRDefault="00BD2397">
      <w:pPr>
        <w:autoSpaceDE w:val="0"/>
        <w:autoSpaceDN w:val="0"/>
        <w:spacing w:after="0" w:line="126" w:lineRule="exact"/>
        <w:rPr>
          <w:lang w:val="sv-SE"/>
        </w:rPr>
      </w:pPr>
    </w:p>
    <w:p w14:paraId="59CC886F" w14:textId="77777777" w:rsidR="00BD2397" w:rsidRPr="00912339" w:rsidRDefault="00B8640C">
      <w:pPr>
        <w:tabs>
          <w:tab w:val="left" w:pos="9868"/>
        </w:tabs>
        <w:autoSpaceDE w:val="0"/>
        <w:autoSpaceDN w:val="0"/>
        <w:spacing w:after="0" w:line="200" w:lineRule="exact"/>
        <w:ind w:left="1400"/>
        <w:rPr>
          <w:lang w:val="sv-SE"/>
        </w:rPr>
      </w:pPr>
      <w:r w:rsidRPr="00912339">
        <w:rPr>
          <w:rFonts w:ascii="Arial" w:eastAsia="Arial" w:hAnsi="Arial"/>
          <w:color w:val="000000"/>
          <w:sz w:val="17"/>
          <w:lang w:val="sv-SE"/>
        </w:rPr>
        <w:t xml:space="preserve">MONITORUL OFICIAL AL ROMÂNIEI, PARTEA I, Nr. 711 bis/26.VIII.2026 </w:t>
      </w:r>
      <w:r w:rsidRPr="00912339">
        <w:rPr>
          <w:lang w:val="sv-SE"/>
        </w:rPr>
        <w:tab/>
      </w:r>
      <w:r w:rsidRPr="00912339">
        <w:rPr>
          <w:rFonts w:ascii="Arial" w:eastAsia="Arial" w:hAnsi="Arial"/>
          <w:color w:val="000000"/>
          <w:sz w:val="17"/>
          <w:lang w:val="sv-SE"/>
        </w:rPr>
        <w:t>53</w:t>
      </w:r>
    </w:p>
    <w:p w14:paraId="169AE91D" w14:textId="77777777" w:rsidR="00BD2397" w:rsidRPr="00912339" w:rsidRDefault="00B8640C">
      <w:pPr>
        <w:autoSpaceDE w:val="0"/>
        <w:autoSpaceDN w:val="0"/>
        <w:spacing w:after="0" w:line="194" w:lineRule="exact"/>
        <w:ind w:left="30"/>
        <w:rPr>
          <w:lang w:val="sv-SE"/>
        </w:rPr>
      </w:pPr>
      <w:r w:rsidRPr="00912339">
        <w:rPr>
          <w:rFonts w:ascii="TimesNewRomanPS" w:eastAsia="TimesNewRomanPS" w:hAnsi="TimesNewRomanPS"/>
          <w:b/>
          <w:i/>
          <w:color w:val="000000"/>
          <w:w w:val="102"/>
          <w:sz w:val="16"/>
          <w:u w:val="single"/>
          <w:lang w:val="sv-SE"/>
        </w:rPr>
        <w:t>ANEXA NR.4</w:t>
      </w:r>
      <w:r w:rsidRPr="00912339">
        <w:rPr>
          <w:rFonts w:ascii="TimesNewRomanPS" w:eastAsia="TimesNewRomanPS" w:hAnsi="TimesNewRomanPS"/>
          <w:b/>
          <w:i/>
          <w:color w:val="000000"/>
          <w:w w:val="102"/>
          <w:sz w:val="16"/>
          <w:lang w:val="sv-SE"/>
        </w:rPr>
        <w:t xml:space="preserve"> </w:t>
      </w:r>
    </w:p>
    <w:p w14:paraId="4FEDA865" w14:textId="77777777" w:rsidR="00BD2397" w:rsidRPr="00912339" w:rsidRDefault="00B8640C">
      <w:pPr>
        <w:autoSpaceDE w:val="0"/>
        <w:autoSpaceDN w:val="0"/>
        <w:spacing w:after="0" w:line="194" w:lineRule="exact"/>
        <w:ind w:left="30"/>
        <w:rPr>
          <w:lang w:val="sv-SE"/>
        </w:rPr>
      </w:pPr>
      <w:r w:rsidRPr="00912339">
        <w:rPr>
          <w:rFonts w:ascii="TimesNewRomanPS" w:eastAsia="TimesNewRomanPS" w:hAnsi="TimesNewRomanPS"/>
          <w:b/>
          <w:color w:val="595959"/>
          <w:w w:val="102"/>
          <w:sz w:val="16"/>
          <w:lang w:val="sv-SE"/>
        </w:rPr>
        <w:t>F_01 · versiunea 1.0</w:t>
      </w:r>
    </w:p>
    <w:p w14:paraId="6B6200A2" w14:textId="77777777" w:rsidR="00BD2397" w:rsidRPr="00912339" w:rsidRDefault="00B8640C">
      <w:pPr>
        <w:autoSpaceDE w:val="0"/>
        <w:autoSpaceDN w:val="0"/>
        <w:spacing w:after="0" w:line="270" w:lineRule="exact"/>
        <w:ind w:right="4880"/>
        <w:jc w:val="right"/>
        <w:rPr>
          <w:lang w:val="sv-SE"/>
        </w:rPr>
      </w:pPr>
      <w:r w:rsidRPr="00912339">
        <w:rPr>
          <w:rFonts w:ascii="Arial" w:eastAsia="Arial" w:hAnsi="Arial"/>
          <w:b/>
          <w:color w:val="000000"/>
          <w:sz w:val="23"/>
          <w:lang w:val="sv-SE"/>
        </w:rPr>
        <w:t xml:space="preserve">CARTUȘ </w:t>
      </w:r>
    </w:p>
    <w:p w14:paraId="29BF2DCE" w14:textId="77777777" w:rsidR="00BD2397" w:rsidRPr="00912339" w:rsidRDefault="00B8640C">
      <w:pPr>
        <w:autoSpaceDE w:val="0"/>
        <w:autoSpaceDN w:val="0"/>
        <w:spacing w:after="0" w:line="224" w:lineRule="exact"/>
        <w:ind w:left="30" w:right="680" w:firstLine="698"/>
        <w:jc w:val="both"/>
        <w:rPr>
          <w:lang w:val="sv-SE"/>
        </w:rPr>
      </w:pPr>
      <w:r w:rsidRPr="00912339">
        <w:rPr>
          <w:rFonts w:ascii="TimesNewRomanPS" w:eastAsia="TimesNewRomanPS" w:hAnsi="TimesNewRomanPS"/>
          <w:i/>
          <w:color w:val="000000"/>
          <w:w w:val="102"/>
          <w:sz w:val="16"/>
          <w:lang w:val="sv-SE"/>
        </w:rPr>
        <w:t xml:space="preserve">“Fiecare planșă din secțiunea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 </w:t>
      </w:r>
    </w:p>
    <w:tbl>
      <w:tblPr>
        <w:tblW w:w="0" w:type="auto"/>
        <w:tblInd w:w="165" w:type="dxa"/>
        <w:tblLayout w:type="fixed"/>
        <w:tblLook w:val="04A0" w:firstRow="1" w:lastRow="0" w:firstColumn="1" w:lastColumn="0" w:noHBand="0" w:noVBand="1"/>
      </w:tblPr>
      <w:tblGrid>
        <w:gridCol w:w="1646"/>
        <w:gridCol w:w="998"/>
        <w:gridCol w:w="1460"/>
        <w:gridCol w:w="1104"/>
        <w:gridCol w:w="2978"/>
        <w:gridCol w:w="1134"/>
      </w:tblGrid>
      <w:tr w:rsidR="00BD2397" w:rsidRPr="00B9266D" w14:paraId="34445444" w14:textId="77777777">
        <w:trPr>
          <w:trHeight w:hRule="exact" w:val="234"/>
        </w:trPr>
        <w:tc>
          <w:tcPr>
            <w:tcW w:w="1646" w:type="dxa"/>
            <w:tcBorders>
              <w:top w:val="single" w:sz="4" w:space="0" w:color="000000"/>
              <w:left w:val="single" w:sz="4" w:space="0" w:color="000000"/>
              <w:bottom w:val="single" w:sz="3" w:space="0" w:color="000000"/>
              <w:right w:val="single" w:sz="4" w:space="0" w:color="000000"/>
            </w:tcBorders>
            <w:tcMar>
              <w:left w:w="0" w:type="dxa"/>
              <w:right w:w="0" w:type="dxa"/>
            </w:tcMar>
          </w:tcPr>
          <w:p w14:paraId="264D017E" w14:textId="77777777" w:rsidR="00BD2397" w:rsidRPr="00912339" w:rsidRDefault="00BD2397">
            <w:pPr>
              <w:spacing w:after="0"/>
              <w:rPr>
                <w:lang w:val="sv-SE"/>
              </w:rPr>
            </w:pPr>
          </w:p>
        </w:tc>
        <w:tc>
          <w:tcPr>
            <w:tcW w:w="998" w:type="dxa"/>
            <w:tcBorders>
              <w:top w:val="single" w:sz="4" w:space="0" w:color="000000"/>
              <w:left w:val="single" w:sz="4" w:space="0" w:color="000000"/>
              <w:bottom w:val="single" w:sz="3" w:space="0" w:color="000000"/>
              <w:right w:val="single" w:sz="3" w:space="0" w:color="000000"/>
            </w:tcBorders>
            <w:tcMar>
              <w:left w:w="0" w:type="dxa"/>
              <w:right w:w="0" w:type="dxa"/>
            </w:tcMar>
          </w:tcPr>
          <w:p w14:paraId="733F0773" w14:textId="77777777" w:rsidR="00BD2397" w:rsidRPr="00912339" w:rsidRDefault="00BD2397">
            <w:pPr>
              <w:spacing w:after="0"/>
              <w:rPr>
                <w:lang w:val="sv-SE"/>
              </w:rPr>
            </w:pPr>
          </w:p>
        </w:tc>
        <w:tc>
          <w:tcPr>
            <w:tcW w:w="1460" w:type="dxa"/>
            <w:tcBorders>
              <w:top w:val="single" w:sz="4" w:space="0" w:color="000000"/>
              <w:left w:val="single" w:sz="3" w:space="0" w:color="000000"/>
              <w:bottom w:val="single" w:sz="3" w:space="0" w:color="000000"/>
              <w:right w:val="single" w:sz="3" w:space="0" w:color="000000"/>
            </w:tcBorders>
            <w:tcMar>
              <w:left w:w="0" w:type="dxa"/>
              <w:right w:w="0" w:type="dxa"/>
            </w:tcMar>
          </w:tcPr>
          <w:p w14:paraId="540DCE52" w14:textId="77777777" w:rsidR="00BD2397" w:rsidRPr="00912339" w:rsidRDefault="00BD2397">
            <w:pPr>
              <w:spacing w:after="0"/>
              <w:rPr>
                <w:lang w:val="sv-SE"/>
              </w:rPr>
            </w:pPr>
          </w:p>
        </w:tc>
        <w:tc>
          <w:tcPr>
            <w:tcW w:w="1104" w:type="dxa"/>
            <w:tcBorders>
              <w:top w:val="single" w:sz="4" w:space="0" w:color="000000"/>
              <w:left w:val="single" w:sz="3" w:space="0" w:color="000000"/>
              <w:bottom w:val="single" w:sz="3" w:space="0" w:color="000000"/>
              <w:right w:val="single" w:sz="4" w:space="0" w:color="000000"/>
            </w:tcBorders>
            <w:tcMar>
              <w:left w:w="0" w:type="dxa"/>
              <w:right w:w="0" w:type="dxa"/>
            </w:tcMar>
          </w:tcPr>
          <w:p w14:paraId="30B11042" w14:textId="77777777" w:rsidR="00BD2397" w:rsidRPr="00912339" w:rsidRDefault="00BD2397">
            <w:pPr>
              <w:spacing w:after="0"/>
              <w:rPr>
                <w:lang w:val="sv-SE"/>
              </w:rPr>
            </w:pPr>
          </w:p>
        </w:tc>
        <w:tc>
          <w:tcPr>
            <w:tcW w:w="4112" w:type="dxa"/>
            <w:gridSpan w:val="2"/>
            <w:tcBorders>
              <w:top w:val="single" w:sz="4" w:space="0" w:color="000000"/>
              <w:left w:val="single" w:sz="4" w:space="0" w:color="000000"/>
              <w:bottom w:val="single" w:sz="3" w:space="0" w:color="000000"/>
              <w:right w:val="single" w:sz="3" w:space="0" w:color="000000"/>
            </w:tcBorders>
            <w:tcMar>
              <w:left w:w="0" w:type="dxa"/>
              <w:right w:w="0" w:type="dxa"/>
            </w:tcMar>
          </w:tcPr>
          <w:p w14:paraId="13C9801B" w14:textId="77777777" w:rsidR="00BD2397" w:rsidRPr="00912339" w:rsidRDefault="00BD2397">
            <w:pPr>
              <w:spacing w:after="0"/>
              <w:rPr>
                <w:lang w:val="sv-SE"/>
              </w:rPr>
            </w:pPr>
          </w:p>
        </w:tc>
      </w:tr>
      <w:tr w:rsidR="00BD2397" w:rsidRPr="00B9266D" w14:paraId="6587B19F" w14:textId="77777777">
        <w:trPr>
          <w:trHeight w:hRule="exact" w:val="234"/>
        </w:trPr>
        <w:tc>
          <w:tcPr>
            <w:tcW w:w="1646" w:type="dxa"/>
            <w:tcBorders>
              <w:top w:val="single" w:sz="3" w:space="0" w:color="000000"/>
              <w:left w:val="single" w:sz="4" w:space="0" w:color="000000"/>
              <w:bottom w:val="single" w:sz="4" w:space="0" w:color="000000"/>
              <w:right w:val="single" w:sz="4" w:space="0" w:color="000000"/>
            </w:tcBorders>
            <w:tcMar>
              <w:left w:w="0" w:type="dxa"/>
              <w:right w:w="0" w:type="dxa"/>
            </w:tcMar>
          </w:tcPr>
          <w:p w14:paraId="3C6180FB" w14:textId="77777777" w:rsidR="00BD2397" w:rsidRPr="00912339" w:rsidRDefault="00BD2397">
            <w:pPr>
              <w:spacing w:after="0"/>
              <w:rPr>
                <w:lang w:val="sv-SE"/>
              </w:rPr>
            </w:pPr>
          </w:p>
        </w:tc>
        <w:tc>
          <w:tcPr>
            <w:tcW w:w="998" w:type="dxa"/>
            <w:tcBorders>
              <w:top w:val="single" w:sz="3" w:space="0" w:color="000000"/>
              <w:left w:val="single" w:sz="4" w:space="0" w:color="000000"/>
              <w:bottom w:val="single" w:sz="4" w:space="0" w:color="000000"/>
              <w:right w:val="single" w:sz="3" w:space="0" w:color="000000"/>
            </w:tcBorders>
            <w:tcMar>
              <w:left w:w="0" w:type="dxa"/>
              <w:right w:w="0" w:type="dxa"/>
            </w:tcMar>
          </w:tcPr>
          <w:p w14:paraId="039DF394" w14:textId="77777777" w:rsidR="00BD2397" w:rsidRPr="00912339" w:rsidRDefault="00BD2397">
            <w:pPr>
              <w:spacing w:after="0"/>
              <w:rPr>
                <w:lang w:val="sv-SE"/>
              </w:rPr>
            </w:pPr>
          </w:p>
        </w:tc>
        <w:tc>
          <w:tcPr>
            <w:tcW w:w="1460" w:type="dxa"/>
            <w:tcBorders>
              <w:top w:val="single" w:sz="3" w:space="0" w:color="000000"/>
              <w:left w:val="single" w:sz="3" w:space="0" w:color="000000"/>
              <w:bottom w:val="single" w:sz="4" w:space="0" w:color="000000"/>
              <w:right w:val="single" w:sz="3" w:space="0" w:color="000000"/>
            </w:tcBorders>
            <w:tcMar>
              <w:left w:w="0" w:type="dxa"/>
              <w:right w:w="0" w:type="dxa"/>
            </w:tcMar>
          </w:tcPr>
          <w:p w14:paraId="5D9638CD" w14:textId="77777777" w:rsidR="00BD2397" w:rsidRPr="00912339" w:rsidRDefault="00BD2397">
            <w:pPr>
              <w:spacing w:after="0"/>
              <w:rPr>
                <w:lang w:val="sv-SE"/>
              </w:rPr>
            </w:pPr>
          </w:p>
        </w:tc>
        <w:tc>
          <w:tcPr>
            <w:tcW w:w="1104" w:type="dxa"/>
            <w:tcBorders>
              <w:top w:val="single" w:sz="3" w:space="0" w:color="000000"/>
              <w:left w:val="single" w:sz="3" w:space="0" w:color="000000"/>
              <w:bottom w:val="single" w:sz="4" w:space="0" w:color="000000"/>
              <w:right w:val="single" w:sz="4" w:space="0" w:color="000000"/>
            </w:tcBorders>
            <w:tcMar>
              <w:left w:w="0" w:type="dxa"/>
              <w:right w:w="0" w:type="dxa"/>
            </w:tcMar>
          </w:tcPr>
          <w:p w14:paraId="670DE79D" w14:textId="77777777" w:rsidR="00BD2397" w:rsidRPr="00912339" w:rsidRDefault="00BD2397">
            <w:pPr>
              <w:spacing w:after="0"/>
              <w:rPr>
                <w:lang w:val="sv-SE"/>
              </w:rPr>
            </w:pPr>
          </w:p>
        </w:tc>
        <w:tc>
          <w:tcPr>
            <w:tcW w:w="4112" w:type="dxa"/>
            <w:gridSpan w:val="2"/>
            <w:tcBorders>
              <w:top w:val="single" w:sz="3" w:space="0" w:color="000000"/>
              <w:left w:val="single" w:sz="4" w:space="0" w:color="000000"/>
              <w:bottom w:val="single" w:sz="4" w:space="0" w:color="000000"/>
              <w:right w:val="single" w:sz="3" w:space="0" w:color="000000"/>
            </w:tcBorders>
            <w:tcMar>
              <w:left w:w="0" w:type="dxa"/>
              <w:right w:w="0" w:type="dxa"/>
            </w:tcMar>
          </w:tcPr>
          <w:p w14:paraId="1B7B5565" w14:textId="77777777" w:rsidR="00BD2397" w:rsidRPr="00912339" w:rsidRDefault="00BD2397">
            <w:pPr>
              <w:spacing w:after="0"/>
              <w:rPr>
                <w:lang w:val="sv-SE"/>
              </w:rPr>
            </w:pPr>
          </w:p>
        </w:tc>
      </w:tr>
      <w:tr w:rsidR="00BD2397" w:rsidRPr="00B9266D" w14:paraId="343E5004" w14:textId="77777777">
        <w:trPr>
          <w:trHeight w:hRule="exact" w:val="232"/>
        </w:trPr>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1B607DD" w14:textId="77777777" w:rsidR="00BD2397" w:rsidRPr="00912339" w:rsidRDefault="00BD2397">
            <w:pPr>
              <w:spacing w:after="0"/>
              <w:rPr>
                <w:lang w:val="sv-SE"/>
              </w:rPr>
            </w:pPr>
          </w:p>
        </w:tc>
        <w:tc>
          <w:tcPr>
            <w:tcW w:w="998" w:type="dxa"/>
            <w:tcBorders>
              <w:top w:val="single" w:sz="4" w:space="0" w:color="000000"/>
              <w:left w:val="single" w:sz="4" w:space="0" w:color="000000"/>
              <w:bottom w:val="single" w:sz="4" w:space="0" w:color="000000"/>
              <w:right w:val="single" w:sz="3" w:space="0" w:color="000000"/>
            </w:tcBorders>
            <w:tcMar>
              <w:left w:w="0" w:type="dxa"/>
              <w:right w:w="0" w:type="dxa"/>
            </w:tcMar>
          </w:tcPr>
          <w:p w14:paraId="5F5880BA" w14:textId="77777777" w:rsidR="00BD2397" w:rsidRPr="00912339" w:rsidRDefault="00BD2397">
            <w:pPr>
              <w:spacing w:after="0"/>
              <w:rPr>
                <w:lang w:val="sv-SE"/>
              </w:rPr>
            </w:pPr>
          </w:p>
        </w:tc>
        <w:tc>
          <w:tcPr>
            <w:tcW w:w="1460" w:type="dxa"/>
            <w:tcBorders>
              <w:top w:val="single" w:sz="4" w:space="0" w:color="000000"/>
              <w:left w:val="single" w:sz="3" w:space="0" w:color="000000"/>
              <w:bottom w:val="single" w:sz="4" w:space="0" w:color="000000"/>
              <w:right w:val="single" w:sz="3" w:space="0" w:color="000000"/>
            </w:tcBorders>
            <w:tcMar>
              <w:left w:w="0" w:type="dxa"/>
              <w:right w:w="0" w:type="dxa"/>
            </w:tcMar>
          </w:tcPr>
          <w:p w14:paraId="614F386F" w14:textId="77777777" w:rsidR="00BD2397" w:rsidRPr="00912339" w:rsidRDefault="00BD2397">
            <w:pPr>
              <w:spacing w:after="0"/>
              <w:rPr>
                <w:lang w:val="sv-SE"/>
              </w:rPr>
            </w:pPr>
          </w:p>
        </w:tc>
        <w:tc>
          <w:tcPr>
            <w:tcW w:w="1104" w:type="dxa"/>
            <w:tcBorders>
              <w:top w:val="single" w:sz="4" w:space="0" w:color="000000"/>
              <w:left w:val="single" w:sz="3" w:space="0" w:color="000000"/>
              <w:bottom w:val="single" w:sz="4" w:space="0" w:color="000000"/>
              <w:right w:val="single" w:sz="4" w:space="0" w:color="000000"/>
            </w:tcBorders>
            <w:tcMar>
              <w:left w:w="0" w:type="dxa"/>
              <w:right w:w="0" w:type="dxa"/>
            </w:tcMar>
          </w:tcPr>
          <w:p w14:paraId="3734E480" w14:textId="77777777" w:rsidR="00BD2397" w:rsidRPr="00912339" w:rsidRDefault="00BD2397">
            <w:pPr>
              <w:spacing w:after="0"/>
              <w:rPr>
                <w:lang w:val="sv-SE"/>
              </w:rPr>
            </w:pPr>
          </w:p>
        </w:tc>
        <w:tc>
          <w:tcPr>
            <w:tcW w:w="4112" w:type="dxa"/>
            <w:gridSpan w:val="2"/>
            <w:tcBorders>
              <w:top w:val="single" w:sz="4" w:space="0" w:color="000000"/>
              <w:left w:val="single" w:sz="4" w:space="0" w:color="000000"/>
              <w:bottom w:val="single" w:sz="4" w:space="0" w:color="000000"/>
              <w:right w:val="single" w:sz="3" w:space="0" w:color="000000"/>
            </w:tcBorders>
            <w:tcMar>
              <w:left w:w="0" w:type="dxa"/>
              <w:right w:w="0" w:type="dxa"/>
            </w:tcMar>
          </w:tcPr>
          <w:p w14:paraId="032EC4BE" w14:textId="77777777" w:rsidR="00BD2397" w:rsidRPr="00912339" w:rsidRDefault="00BD2397">
            <w:pPr>
              <w:spacing w:after="0"/>
              <w:rPr>
                <w:lang w:val="sv-SE"/>
              </w:rPr>
            </w:pPr>
          </w:p>
        </w:tc>
      </w:tr>
      <w:tr w:rsidR="00BD2397" w:rsidRPr="00B9266D" w14:paraId="43DF990C" w14:textId="77777777">
        <w:trPr>
          <w:trHeight w:hRule="exact" w:val="704"/>
        </w:trPr>
        <w:tc>
          <w:tcPr>
            <w:tcW w:w="1646" w:type="dxa"/>
            <w:tcBorders>
              <w:top w:val="single" w:sz="4" w:space="0" w:color="000000"/>
              <w:left w:val="single" w:sz="4" w:space="0" w:color="000000"/>
              <w:bottom w:val="single" w:sz="23" w:space="0" w:color="000000"/>
              <w:right w:val="single" w:sz="4" w:space="0" w:color="000000"/>
            </w:tcBorders>
            <w:tcMar>
              <w:left w:w="0" w:type="dxa"/>
              <w:right w:w="0" w:type="dxa"/>
            </w:tcMar>
          </w:tcPr>
          <w:p w14:paraId="55907CA0" w14:textId="77777777" w:rsidR="00BD2397" w:rsidRDefault="00B8640C">
            <w:pPr>
              <w:autoSpaceDE w:val="0"/>
              <w:autoSpaceDN w:val="0"/>
              <w:spacing w:after="0" w:line="222" w:lineRule="exact"/>
              <w:jc w:val="center"/>
            </w:pPr>
            <w:r>
              <w:rPr>
                <w:rFonts w:ascii="TimesNewRomanPS" w:eastAsia="TimesNewRomanPS" w:hAnsi="TimesNewRomanPS"/>
                <w:b/>
                <w:color w:val="000000"/>
                <w:w w:val="102"/>
                <w:sz w:val="16"/>
              </w:rPr>
              <w:t xml:space="preserve">VERIFICATOR/ EXPERT </w:t>
            </w:r>
            <w:r>
              <w:rPr>
                <w:rFonts w:ascii="TimesNewRomanPS" w:eastAsia="TimesNewRomanPS" w:hAnsi="TimesNewRomanPS"/>
                <w:b/>
                <w:color w:val="000000"/>
                <w:w w:val="96"/>
                <w:sz w:val="11"/>
              </w:rPr>
              <w:t>7)</w:t>
            </w:r>
          </w:p>
        </w:tc>
        <w:tc>
          <w:tcPr>
            <w:tcW w:w="998" w:type="dxa"/>
            <w:tcBorders>
              <w:top w:val="single" w:sz="4" w:space="0" w:color="000000"/>
              <w:left w:val="single" w:sz="4" w:space="0" w:color="000000"/>
              <w:bottom w:val="single" w:sz="23" w:space="0" w:color="000000"/>
              <w:right w:val="single" w:sz="3" w:space="0" w:color="000000"/>
            </w:tcBorders>
            <w:tcMar>
              <w:left w:w="0" w:type="dxa"/>
              <w:right w:w="0" w:type="dxa"/>
            </w:tcMar>
          </w:tcPr>
          <w:p w14:paraId="2309E86F" w14:textId="77777777" w:rsidR="00BD2397" w:rsidRDefault="00B8640C">
            <w:pPr>
              <w:autoSpaceDE w:val="0"/>
              <w:autoSpaceDN w:val="0"/>
              <w:spacing w:after="0" w:line="210" w:lineRule="exact"/>
              <w:jc w:val="center"/>
            </w:pPr>
            <w:r>
              <w:rPr>
                <w:rFonts w:ascii="TimesNewRomanPS" w:eastAsia="TimesNewRomanPS" w:hAnsi="TimesNewRomanPS"/>
                <w:b/>
                <w:color w:val="000000"/>
                <w:w w:val="102"/>
                <w:sz w:val="16"/>
              </w:rPr>
              <w:t xml:space="preserve">NUME </w:t>
            </w:r>
            <w:r>
              <w:rPr>
                <w:rFonts w:ascii="TimesNewRomanPS" w:eastAsia="TimesNewRomanPS" w:hAnsi="TimesNewRomanPS"/>
                <w:b/>
                <w:color w:val="000000"/>
                <w:w w:val="96"/>
                <w:sz w:val="11"/>
              </w:rPr>
              <w:t>5)</w:t>
            </w:r>
          </w:p>
        </w:tc>
        <w:tc>
          <w:tcPr>
            <w:tcW w:w="1460" w:type="dxa"/>
            <w:tcBorders>
              <w:top w:val="single" w:sz="4" w:space="0" w:color="000000"/>
              <w:left w:val="single" w:sz="3" w:space="0" w:color="000000"/>
              <w:bottom w:val="single" w:sz="23" w:space="0" w:color="000000"/>
              <w:right w:val="single" w:sz="3" w:space="0" w:color="000000"/>
            </w:tcBorders>
            <w:tcMar>
              <w:left w:w="0" w:type="dxa"/>
              <w:right w:w="0" w:type="dxa"/>
            </w:tcMar>
          </w:tcPr>
          <w:p w14:paraId="4E26A9CA" w14:textId="77777777" w:rsidR="00BD2397" w:rsidRDefault="00B8640C">
            <w:pPr>
              <w:autoSpaceDE w:val="0"/>
              <w:autoSpaceDN w:val="0"/>
              <w:spacing w:after="0" w:line="194" w:lineRule="exact"/>
              <w:jc w:val="center"/>
            </w:pPr>
            <w:r>
              <w:rPr>
                <w:rFonts w:ascii="TimesNewRomanPS" w:eastAsia="TimesNewRomanPS" w:hAnsi="TimesNewRomanPS"/>
                <w:b/>
                <w:color w:val="000000"/>
                <w:w w:val="102"/>
                <w:sz w:val="16"/>
              </w:rPr>
              <w:t>SEMNATURA</w:t>
            </w:r>
          </w:p>
        </w:tc>
        <w:tc>
          <w:tcPr>
            <w:tcW w:w="1104" w:type="dxa"/>
            <w:tcBorders>
              <w:top w:val="single" w:sz="4" w:space="0" w:color="000000"/>
              <w:left w:val="single" w:sz="3" w:space="0" w:color="000000"/>
              <w:bottom w:val="single" w:sz="23" w:space="0" w:color="000000"/>
              <w:right w:val="single" w:sz="4" w:space="0" w:color="000000"/>
            </w:tcBorders>
            <w:tcMar>
              <w:left w:w="0" w:type="dxa"/>
              <w:right w:w="0" w:type="dxa"/>
            </w:tcMar>
          </w:tcPr>
          <w:p w14:paraId="3C4C7E74" w14:textId="77777777" w:rsidR="00BD2397" w:rsidRDefault="00B8640C">
            <w:pPr>
              <w:autoSpaceDE w:val="0"/>
              <w:autoSpaceDN w:val="0"/>
              <w:spacing w:after="0" w:line="140" w:lineRule="exact"/>
              <w:jc w:val="center"/>
            </w:pPr>
            <w:r>
              <w:rPr>
                <w:rFonts w:ascii="TimesNewRomanPS" w:eastAsia="TimesNewRomanPS" w:hAnsi="TimesNewRomanPS"/>
                <w:b/>
                <w:color w:val="000000"/>
                <w:w w:val="102"/>
                <w:sz w:val="16"/>
              </w:rPr>
              <w:t xml:space="preserve">CERINȚA </w:t>
            </w:r>
            <w:r>
              <w:rPr>
                <w:rFonts w:ascii="TimesNewRomanPS" w:eastAsia="TimesNewRomanPS" w:hAnsi="TimesNewRomanPS"/>
                <w:b/>
                <w:color w:val="000000"/>
                <w:w w:val="96"/>
                <w:sz w:val="11"/>
              </w:rPr>
              <w:t xml:space="preserve">8) </w:t>
            </w:r>
          </w:p>
        </w:tc>
        <w:tc>
          <w:tcPr>
            <w:tcW w:w="4112" w:type="dxa"/>
            <w:gridSpan w:val="2"/>
            <w:tcBorders>
              <w:top w:val="single" w:sz="4" w:space="0" w:color="000000"/>
              <w:left w:val="single" w:sz="4" w:space="0" w:color="000000"/>
              <w:bottom w:val="single" w:sz="23" w:space="0" w:color="000000"/>
              <w:right w:val="single" w:sz="3" w:space="0" w:color="000000"/>
            </w:tcBorders>
            <w:tcMar>
              <w:left w:w="0" w:type="dxa"/>
              <w:right w:w="0" w:type="dxa"/>
            </w:tcMar>
          </w:tcPr>
          <w:p w14:paraId="5D9BFA56" w14:textId="77777777" w:rsidR="00BD2397" w:rsidRPr="008F01A5" w:rsidRDefault="00B8640C">
            <w:pPr>
              <w:autoSpaceDE w:val="0"/>
              <w:autoSpaceDN w:val="0"/>
              <w:spacing w:after="0" w:line="222" w:lineRule="exact"/>
              <w:ind w:left="432" w:right="432"/>
              <w:jc w:val="center"/>
              <w:rPr>
                <w:lang w:val="pt-PT"/>
              </w:rPr>
            </w:pPr>
            <w:r w:rsidRPr="008F01A5">
              <w:rPr>
                <w:rFonts w:ascii="TimesNewRomanPS" w:eastAsia="TimesNewRomanPS" w:hAnsi="TimesNewRomanPS"/>
                <w:b/>
                <w:color w:val="000000"/>
                <w:w w:val="102"/>
                <w:sz w:val="14"/>
                <w:lang w:val="pt-PT"/>
              </w:rPr>
              <w:t xml:space="preserve">REFERAT de verificare/RAPORT de expertiză tehnică </w:t>
            </w:r>
            <w:r w:rsidRPr="008F01A5">
              <w:rPr>
                <w:lang w:val="pt-PT"/>
              </w:rPr>
              <w:br/>
            </w:r>
            <w:r w:rsidRPr="008F01A5">
              <w:rPr>
                <w:rFonts w:ascii="TimesNewRomanPSMT" w:eastAsia="TimesNewRomanPSMT" w:hAnsi="TimesNewRomanPSMT"/>
                <w:color w:val="000000"/>
                <w:w w:val="102"/>
                <w:sz w:val="14"/>
                <w:lang w:val="pt-PT"/>
              </w:rPr>
              <w:t>titlu/nr./data</w:t>
            </w:r>
            <w:r w:rsidRPr="008F01A5">
              <w:rPr>
                <w:rFonts w:ascii="TimesNewRomanPS" w:eastAsia="TimesNewRomanPS" w:hAnsi="TimesNewRomanPS"/>
                <w:b/>
                <w:color w:val="000000"/>
                <w:w w:val="96"/>
                <w:sz w:val="9"/>
                <w:lang w:val="pt-PT"/>
              </w:rPr>
              <w:t>9)</w:t>
            </w:r>
          </w:p>
        </w:tc>
      </w:tr>
      <w:tr w:rsidR="00BD2397" w14:paraId="531F35A9" w14:textId="77777777">
        <w:trPr>
          <w:trHeight w:hRule="exact" w:val="719"/>
        </w:trPr>
        <w:tc>
          <w:tcPr>
            <w:tcW w:w="5208" w:type="dxa"/>
            <w:gridSpan w:val="4"/>
            <w:tcBorders>
              <w:top w:val="single" w:sz="23" w:space="0" w:color="000000"/>
              <w:left w:val="single" w:sz="23" w:space="0" w:color="000000"/>
              <w:bottom w:val="single" w:sz="17" w:space="0" w:color="000000"/>
              <w:right w:val="single" w:sz="4" w:space="0" w:color="000000"/>
            </w:tcBorders>
            <w:tcMar>
              <w:left w:w="0" w:type="dxa"/>
              <w:right w:w="0" w:type="dxa"/>
            </w:tcMar>
          </w:tcPr>
          <w:p w14:paraId="73FF3919" w14:textId="77777777" w:rsidR="00BD2397" w:rsidRDefault="00B8640C">
            <w:pPr>
              <w:autoSpaceDE w:val="0"/>
              <w:autoSpaceDN w:val="0"/>
              <w:spacing w:after="0" w:line="126" w:lineRule="exact"/>
              <w:jc w:val="center"/>
            </w:pPr>
            <w:r>
              <w:rPr>
                <w:rFonts w:ascii="TimesNewRomanPSMT" w:eastAsia="TimesNewRomanPSMT" w:hAnsi="TimesNewRomanPSMT"/>
                <w:color w:val="000000"/>
                <w:w w:val="96"/>
                <w:sz w:val="9"/>
              </w:rPr>
              <w:t xml:space="preserve">1) </w:t>
            </w:r>
          </w:p>
        </w:tc>
        <w:tc>
          <w:tcPr>
            <w:tcW w:w="2978" w:type="dxa"/>
            <w:tcBorders>
              <w:top w:val="single" w:sz="23" w:space="0" w:color="000000"/>
              <w:left w:val="single" w:sz="4" w:space="0" w:color="000000"/>
              <w:bottom w:val="single" w:sz="17" w:space="0" w:color="000000"/>
              <w:right w:val="single" w:sz="4" w:space="0" w:color="000000"/>
            </w:tcBorders>
            <w:tcMar>
              <w:left w:w="0" w:type="dxa"/>
              <w:right w:w="0" w:type="dxa"/>
            </w:tcMar>
          </w:tcPr>
          <w:p w14:paraId="213E68D3" w14:textId="77777777" w:rsidR="00BD2397" w:rsidRDefault="00B8640C">
            <w:pPr>
              <w:autoSpaceDE w:val="0"/>
              <w:autoSpaceDN w:val="0"/>
              <w:spacing w:after="0" w:line="194" w:lineRule="exact"/>
              <w:ind w:left="102"/>
            </w:pPr>
            <w:proofErr w:type="spellStart"/>
            <w:r>
              <w:rPr>
                <w:rFonts w:ascii="TimesNewRomanPS" w:eastAsia="TimesNewRomanPS" w:hAnsi="TimesNewRomanPS"/>
                <w:b/>
                <w:color w:val="000000"/>
                <w:w w:val="102"/>
                <w:sz w:val="16"/>
                <w:u w:val="single"/>
              </w:rPr>
              <w:t>Beneficiar</w:t>
            </w:r>
            <w:proofErr w:type="spellEnd"/>
            <w:r>
              <w:rPr>
                <w:rFonts w:ascii="TimesNewRomanPS" w:eastAsia="TimesNewRomanPS" w:hAnsi="TimesNewRomanPS"/>
                <w:b/>
                <w:color w:val="000000"/>
                <w:w w:val="102"/>
                <w:sz w:val="16"/>
                <w:u w:val="single"/>
              </w:rPr>
              <w:t>:</w:t>
            </w:r>
            <w:r>
              <w:rPr>
                <w:rFonts w:ascii="TimesNewRomanPS" w:eastAsia="TimesNewRomanPS" w:hAnsi="TimesNewRomanPS"/>
                <w:b/>
                <w:color w:val="000000"/>
                <w:w w:val="102"/>
                <w:sz w:val="16"/>
              </w:rPr>
              <w:t xml:space="preserve"> </w:t>
            </w:r>
          </w:p>
        </w:tc>
        <w:tc>
          <w:tcPr>
            <w:tcW w:w="1134" w:type="dxa"/>
            <w:tcBorders>
              <w:top w:val="single" w:sz="23" w:space="0" w:color="000000"/>
              <w:left w:val="single" w:sz="4" w:space="0" w:color="000000"/>
              <w:bottom w:val="single" w:sz="17" w:space="0" w:color="000000"/>
              <w:right w:val="single" w:sz="24" w:space="0" w:color="000000"/>
            </w:tcBorders>
            <w:tcMar>
              <w:left w:w="0" w:type="dxa"/>
              <w:right w:w="0" w:type="dxa"/>
            </w:tcMar>
          </w:tcPr>
          <w:p w14:paraId="72481A20" w14:textId="77777777" w:rsidR="00BD2397" w:rsidRDefault="00B8640C">
            <w:pPr>
              <w:autoSpaceDE w:val="0"/>
              <w:autoSpaceDN w:val="0"/>
              <w:spacing w:after="0" w:line="224" w:lineRule="exact"/>
              <w:ind w:left="144" w:right="144"/>
              <w:jc w:val="center"/>
            </w:pPr>
            <w:proofErr w:type="spellStart"/>
            <w:r>
              <w:rPr>
                <w:rFonts w:ascii="TimesNewRomanPS" w:eastAsia="TimesNewRomanPS" w:hAnsi="TimesNewRomanPS"/>
                <w:b/>
                <w:color w:val="000000"/>
                <w:w w:val="102"/>
                <w:sz w:val="16"/>
              </w:rPr>
              <w:t>Proiect</w:t>
            </w:r>
            <w:proofErr w:type="spellEnd"/>
            <w:r>
              <w:rPr>
                <w:rFonts w:ascii="TimesNewRomanPS" w:eastAsia="TimesNewRomanPS" w:hAnsi="TimesNewRomanPS"/>
                <w:b/>
                <w:color w:val="000000"/>
                <w:w w:val="102"/>
                <w:sz w:val="16"/>
              </w:rPr>
              <w:t xml:space="preserve"> nr. </w:t>
            </w:r>
            <w:r>
              <w:rPr>
                <w:rFonts w:ascii="TimesNewRomanPS" w:eastAsia="TimesNewRomanPS" w:hAnsi="TimesNewRomanPS"/>
                <w:b/>
                <w:color w:val="000000"/>
                <w:w w:val="96"/>
                <w:sz w:val="11"/>
              </w:rPr>
              <w:t>10)</w:t>
            </w:r>
          </w:p>
        </w:tc>
      </w:tr>
      <w:tr w:rsidR="00BD2397" w14:paraId="3E9F8A6E" w14:textId="77777777">
        <w:trPr>
          <w:trHeight w:hRule="exact" w:val="261"/>
        </w:trPr>
        <w:tc>
          <w:tcPr>
            <w:tcW w:w="1646" w:type="dxa"/>
            <w:vMerge w:val="restart"/>
            <w:tcBorders>
              <w:top w:val="single" w:sz="4" w:space="0" w:color="000000"/>
              <w:left w:val="single" w:sz="23" w:space="0" w:color="000000"/>
              <w:bottom w:val="single" w:sz="4" w:space="0" w:color="000000"/>
              <w:right w:val="single" w:sz="4" w:space="0" w:color="000000"/>
            </w:tcBorders>
            <w:tcMar>
              <w:left w:w="0" w:type="dxa"/>
              <w:right w:w="0" w:type="dxa"/>
            </w:tcMar>
          </w:tcPr>
          <w:p w14:paraId="6F5A6DEE" w14:textId="77777777" w:rsidR="00BD2397" w:rsidRDefault="00B8640C">
            <w:pPr>
              <w:autoSpaceDE w:val="0"/>
              <w:autoSpaceDN w:val="0"/>
              <w:spacing w:after="0" w:line="196" w:lineRule="exact"/>
              <w:jc w:val="center"/>
            </w:pPr>
            <w:r>
              <w:rPr>
                <w:rFonts w:ascii="TimesNewRomanPS" w:eastAsia="TimesNewRomanPS" w:hAnsi="TimesNewRomanPS"/>
                <w:b/>
                <w:color w:val="000000"/>
                <w:w w:val="102"/>
                <w:sz w:val="14"/>
              </w:rPr>
              <w:t xml:space="preserve">ȘEF PROIECT </w:t>
            </w:r>
          </w:p>
        </w:tc>
        <w:tc>
          <w:tcPr>
            <w:tcW w:w="998" w:type="dxa"/>
            <w:vMerge w:val="restart"/>
            <w:tcBorders>
              <w:top w:val="single" w:sz="4" w:space="0" w:color="000000"/>
              <w:left w:val="single" w:sz="4" w:space="0" w:color="000000"/>
              <w:bottom w:val="single" w:sz="4" w:space="0" w:color="000000"/>
              <w:right w:val="single" w:sz="3" w:space="0" w:color="000000"/>
            </w:tcBorders>
            <w:tcMar>
              <w:left w:w="0" w:type="dxa"/>
              <w:right w:w="0" w:type="dxa"/>
            </w:tcMar>
          </w:tcPr>
          <w:p w14:paraId="7B3845FC" w14:textId="77777777" w:rsidR="00BD2397" w:rsidRDefault="00B8640C">
            <w:pPr>
              <w:autoSpaceDE w:val="0"/>
              <w:autoSpaceDN w:val="0"/>
              <w:spacing w:after="0" w:line="210" w:lineRule="exact"/>
              <w:jc w:val="center"/>
            </w:pPr>
            <w:r>
              <w:rPr>
                <w:rFonts w:ascii="TimesNewRomanPS" w:eastAsia="TimesNewRomanPS" w:hAnsi="TimesNewRomanPS"/>
                <w:b/>
                <w:color w:val="000000"/>
                <w:w w:val="102"/>
                <w:sz w:val="14"/>
              </w:rPr>
              <w:t xml:space="preserve">NUME </w:t>
            </w:r>
            <w:r>
              <w:rPr>
                <w:rFonts w:ascii="TimesNewRomanPS" w:eastAsia="TimesNewRomanPS" w:hAnsi="TimesNewRomanPS"/>
                <w:b/>
                <w:color w:val="000000"/>
                <w:w w:val="96"/>
                <w:sz w:val="9"/>
              </w:rPr>
              <w:t xml:space="preserve">5) </w:t>
            </w:r>
          </w:p>
        </w:tc>
        <w:tc>
          <w:tcPr>
            <w:tcW w:w="1460" w:type="dxa"/>
            <w:vMerge w:val="restart"/>
            <w:tcBorders>
              <w:top w:val="single" w:sz="4" w:space="0" w:color="000000"/>
              <w:left w:val="single" w:sz="3" w:space="0" w:color="000000"/>
              <w:bottom w:val="single" w:sz="4" w:space="0" w:color="000000"/>
              <w:right w:val="single" w:sz="3" w:space="0" w:color="000000"/>
            </w:tcBorders>
            <w:tcMar>
              <w:left w:w="0" w:type="dxa"/>
              <w:right w:w="0" w:type="dxa"/>
            </w:tcMar>
          </w:tcPr>
          <w:p w14:paraId="38E1BE92" w14:textId="77777777" w:rsidR="00BD2397" w:rsidRDefault="00B8640C">
            <w:pPr>
              <w:autoSpaceDE w:val="0"/>
              <w:autoSpaceDN w:val="0"/>
              <w:spacing w:after="0" w:line="196" w:lineRule="exact"/>
              <w:jc w:val="center"/>
            </w:pPr>
            <w:r>
              <w:rPr>
                <w:rFonts w:ascii="TimesNewRomanPS" w:eastAsia="TimesNewRomanPS" w:hAnsi="TimesNewRomanPS"/>
                <w:b/>
                <w:color w:val="000000"/>
                <w:w w:val="102"/>
                <w:sz w:val="14"/>
              </w:rPr>
              <w:t>SEMNATURA</w:t>
            </w:r>
          </w:p>
        </w:tc>
        <w:tc>
          <w:tcPr>
            <w:tcW w:w="1104" w:type="dxa"/>
            <w:vMerge w:val="restart"/>
            <w:tcBorders>
              <w:top w:val="single" w:sz="4" w:space="0" w:color="000000"/>
              <w:left w:val="single" w:sz="3" w:space="0" w:color="000000"/>
              <w:bottom w:val="single" w:sz="24" w:space="0" w:color="000000"/>
              <w:right w:val="single" w:sz="4" w:space="0" w:color="000000"/>
            </w:tcBorders>
            <w:tcMar>
              <w:left w:w="0" w:type="dxa"/>
              <w:right w:w="0" w:type="dxa"/>
            </w:tcMar>
          </w:tcPr>
          <w:p w14:paraId="4758C1C7" w14:textId="77777777" w:rsidR="00BD2397" w:rsidRDefault="00B8640C">
            <w:pPr>
              <w:autoSpaceDE w:val="0"/>
              <w:autoSpaceDN w:val="0"/>
              <w:spacing w:after="0" w:line="138" w:lineRule="exact"/>
              <w:ind w:left="288" w:right="144"/>
              <w:jc w:val="center"/>
            </w:pPr>
            <w:r>
              <w:rPr>
                <w:rFonts w:ascii="TimesNewRomanPS" w:eastAsia="TimesNewRomanPS" w:hAnsi="TimesNewRomanPS"/>
                <w:b/>
                <w:color w:val="000000"/>
                <w:w w:val="102"/>
                <w:sz w:val="10"/>
              </w:rPr>
              <w:t xml:space="preserve">Data: </w:t>
            </w:r>
            <w:r>
              <w:br/>
            </w:r>
            <w:r>
              <w:rPr>
                <w:rFonts w:ascii="TimesNewRomanPS" w:eastAsia="TimesNewRomanPS" w:hAnsi="TimesNewRomanPS"/>
                <w:b/>
                <w:color w:val="000000"/>
                <w:w w:val="96"/>
                <w:sz w:val="9"/>
              </w:rPr>
              <w:t xml:space="preserve">4) </w:t>
            </w:r>
          </w:p>
        </w:tc>
        <w:tc>
          <w:tcPr>
            <w:tcW w:w="2978" w:type="dxa"/>
            <w:vMerge w:val="restart"/>
            <w:tcBorders>
              <w:top w:val="single" w:sz="4" w:space="0" w:color="000000"/>
              <w:left w:val="single" w:sz="4" w:space="0" w:color="000000"/>
              <w:bottom w:val="single" w:sz="24" w:space="0" w:color="000000"/>
              <w:right w:val="single" w:sz="4" w:space="0" w:color="000000"/>
            </w:tcBorders>
            <w:tcMar>
              <w:left w:w="0" w:type="dxa"/>
              <w:right w:w="0" w:type="dxa"/>
            </w:tcMar>
          </w:tcPr>
          <w:p w14:paraId="330EC7DC" w14:textId="77777777" w:rsidR="00BD2397" w:rsidRDefault="00B8640C">
            <w:pPr>
              <w:tabs>
                <w:tab w:val="left" w:pos="1432"/>
              </w:tabs>
              <w:autoSpaceDE w:val="0"/>
              <w:autoSpaceDN w:val="0"/>
              <w:spacing w:after="0" w:line="138" w:lineRule="exact"/>
              <w:ind w:left="102" w:right="1296"/>
            </w:pPr>
            <w:proofErr w:type="spellStart"/>
            <w:r>
              <w:rPr>
                <w:rFonts w:ascii="TimesNewRomanPS" w:eastAsia="TimesNewRomanPS" w:hAnsi="TimesNewRomanPS"/>
                <w:b/>
                <w:color w:val="000000"/>
                <w:w w:val="102"/>
                <w:sz w:val="10"/>
                <w:u w:val="single"/>
              </w:rPr>
              <w:t>Titlu</w:t>
            </w:r>
            <w:proofErr w:type="spellEnd"/>
            <w:r>
              <w:rPr>
                <w:rFonts w:ascii="TimesNewRomanPS" w:eastAsia="TimesNewRomanPS" w:hAnsi="TimesNewRomanPS"/>
                <w:b/>
                <w:color w:val="000000"/>
                <w:w w:val="102"/>
                <w:sz w:val="10"/>
                <w:u w:val="single"/>
              </w:rPr>
              <w:t xml:space="preserve"> </w:t>
            </w:r>
            <w:proofErr w:type="spellStart"/>
            <w:r>
              <w:rPr>
                <w:rFonts w:ascii="TimesNewRomanPS" w:eastAsia="TimesNewRomanPS" w:hAnsi="TimesNewRomanPS"/>
                <w:b/>
                <w:color w:val="000000"/>
                <w:w w:val="102"/>
                <w:sz w:val="10"/>
                <w:u w:val="single"/>
              </w:rPr>
              <w:t>plansa</w:t>
            </w:r>
            <w:proofErr w:type="spellEnd"/>
            <w:r>
              <w:rPr>
                <w:rFonts w:ascii="TimesNewRomanPS" w:eastAsia="TimesNewRomanPS" w:hAnsi="TimesNewRomanPS"/>
                <w:b/>
                <w:color w:val="000000"/>
                <w:w w:val="102"/>
                <w:sz w:val="10"/>
                <w:u w:val="single"/>
              </w:rPr>
              <w:t>:</w:t>
            </w:r>
            <w:r>
              <w:rPr>
                <w:rFonts w:ascii="TimesNewRomanPS" w:eastAsia="TimesNewRomanPS" w:hAnsi="TimesNewRomanPS"/>
                <w:b/>
                <w:color w:val="000000"/>
                <w:w w:val="102"/>
                <w:sz w:val="10"/>
              </w:rPr>
              <w:t xml:space="preserve"> </w:t>
            </w:r>
            <w:r>
              <w:br/>
            </w:r>
            <w:r>
              <w:tab/>
            </w:r>
            <w:r>
              <w:rPr>
                <w:rFonts w:ascii="TimesNewRomanPS" w:eastAsia="TimesNewRomanPS" w:hAnsi="TimesNewRomanPS"/>
                <w:b/>
                <w:color w:val="000000"/>
                <w:w w:val="96"/>
                <w:sz w:val="9"/>
              </w:rPr>
              <w:t xml:space="preserve">3) </w:t>
            </w:r>
          </w:p>
        </w:tc>
        <w:tc>
          <w:tcPr>
            <w:tcW w:w="1134" w:type="dxa"/>
            <w:vMerge w:val="restart"/>
            <w:tcBorders>
              <w:top w:val="single" w:sz="4" w:space="0" w:color="000000"/>
              <w:left w:val="single" w:sz="4" w:space="0" w:color="000000"/>
              <w:bottom w:val="single" w:sz="24" w:space="0" w:color="000000"/>
              <w:right w:val="single" w:sz="24" w:space="0" w:color="000000"/>
            </w:tcBorders>
            <w:tcMar>
              <w:left w:w="0" w:type="dxa"/>
              <w:right w:w="0" w:type="dxa"/>
            </w:tcMar>
          </w:tcPr>
          <w:p w14:paraId="59161139" w14:textId="77777777" w:rsidR="00BD2397" w:rsidRDefault="00B8640C">
            <w:pPr>
              <w:autoSpaceDE w:val="0"/>
              <w:autoSpaceDN w:val="0"/>
              <w:spacing w:after="0" w:line="138" w:lineRule="exact"/>
              <w:jc w:val="center"/>
            </w:pPr>
            <w:proofErr w:type="spellStart"/>
            <w:r>
              <w:rPr>
                <w:rFonts w:ascii="TimesNewRomanPS" w:eastAsia="TimesNewRomanPS" w:hAnsi="TimesNewRomanPS"/>
                <w:b/>
                <w:color w:val="000000"/>
                <w:w w:val="102"/>
                <w:sz w:val="10"/>
              </w:rPr>
              <w:t>Planșa</w:t>
            </w:r>
            <w:proofErr w:type="spellEnd"/>
            <w:r>
              <w:rPr>
                <w:rFonts w:ascii="TimesNewRomanPS" w:eastAsia="TimesNewRomanPS" w:hAnsi="TimesNewRomanPS"/>
                <w:b/>
                <w:color w:val="000000"/>
                <w:w w:val="102"/>
                <w:sz w:val="10"/>
              </w:rPr>
              <w:t xml:space="preserve"> nr. </w:t>
            </w:r>
            <w:r>
              <w:rPr>
                <w:rFonts w:ascii="TimesNewRomanPS" w:eastAsia="TimesNewRomanPS" w:hAnsi="TimesNewRomanPS"/>
                <w:b/>
                <w:color w:val="000000"/>
                <w:w w:val="96"/>
                <w:sz w:val="9"/>
              </w:rPr>
              <w:t>12)</w:t>
            </w:r>
          </w:p>
        </w:tc>
      </w:tr>
      <w:tr w:rsidR="00BD2397" w14:paraId="12202633" w14:textId="77777777">
        <w:trPr>
          <w:trHeight w:hRule="exact" w:val="246"/>
        </w:trPr>
        <w:tc>
          <w:tcPr>
            <w:tcW w:w="1685" w:type="dxa"/>
            <w:vMerge/>
            <w:tcBorders>
              <w:top w:val="single" w:sz="17" w:space="0" w:color="000000"/>
              <w:left w:val="single" w:sz="23" w:space="0" w:color="000000"/>
              <w:bottom w:val="single" w:sz="4" w:space="0" w:color="000000"/>
              <w:right w:val="single" w:sz="4" w:space="0" w:color="000000"/>
            </w:tcBorders>
          </w:tcPr>
          <w:p w14:paraId="098E65D2" w14:textId="77777777" w:rsidR="00BD2397" w:rsidRDefault="00BD2397"/>
        </w:tc>
        <w:tc>
          <w:tcPr>
            <w:tcW w:w="1685" w:type="dxa"/>
            <w:vMerge/>
            <w:tcBorders>
              <w:top w:val="single" w:sz="17" w:space="0" w:color="000000"/>
              <w:left w:val="single" w:sz="4" w:space="0" w:color="000000"/>
              <w:bottom w:val="single" w:sz="4" w:space="0" w:color="000000"/>
              <w:right w:val="single" w:sz="3" w:space="0" w:color="000000"/>
            </w:tcBorders>
          </w:tcPr>
          <w:p w14:paraId="36E4E42F" w14:textId="77777777" w:rsidR="00BD2397" w:rsidRDefault="00BD2397"/>
        </w:tc>
        <w:tc>
          <w:tcPr>
            <w:tcW w:w="1685" w:type="dxa"/>
            <w:vMerge/>
            <w:tcBorders>
              <w:top w:val="single" w:sz="17" w:space="0" w:color="000000"/>
              <w:left w:val="single" w:sz="3" w:space="0" w:color="000000"/>
              <w:bottom w:val="single" w:sz="4" w:space="0" w:color="000000"/>
              <w:right w:val="single" w:sz="3" w:space="0" w:color="000000"/>
            </w:tcBorders>
          </w:tcPr>
          <w:p w14:paraId="0612B013" w14:textId="77777777" w:rsidR="00BD2397" w:rsidRDefault="00BD2397"/>
        </w:tc>
        <w:tc>
          <w:tcPr>
            <w:tcW w:w="1685" w:type="dxa"/>
            <w:vMerge/>
            <w:tcBorders>
              <w:top w:val="single" w:sz="17" w:space="0" w:color="000000"/>
              <w:left w:val="single" w:sz="3" w:space="0" w:color="000000"/>
              <w:bottom w:val="single" w:sz="4" w:space="0" w:color="000000"/>
              <w:right w:val="single" w:sz="4" w:space="0" w:color="000000"/>
            </w:tcBorders>
          </w:tcPr>
          <w:p w14:paraId="15F989F1" w14:textId="77777777" w:rsidR="00BD2397" w:rsidRDefault="00BD2397"/>
        </w:tc>
        <w:tc>
          <w:tcPr>
            <w:tcW w:w="1685" w:type="dxa"/>
            <w:vMerge/>
            <w:tcBorders>
              <w:top w:val="single" w:sz="17" w:space="0" w:color="000000"/>
              <w:left w:val="single" w:sz="4" w:space="0" w:color="000000"/>
              <w:bottom w:val="single" w:sz="4" w:space="0" w:color="000000"/>
              <w:right w:val="single" w:sz="4" w:space="0" w:color="000000"/>
            </w:tcBorders>
          </w:tcPr>
          <w:p w14:paraId="212DAF81" w14:textId="77777777" w:rsidR="00BD2397" w:rsidRDefault="00BD2397"/>
        </w:tc>
        <w:tc>
          <w:tcPr>
            <w:tcW w:w="1685" w:type="dxa"/>
            <w:vMerge/>
            <w:tcBorders>
              <w:top w:val="single" w:sz="17" w:space="0" w:color="000000"/>
              <w:left w:val="single" w:sz="4" w:space="0" w:color="000000"/>
              <w:bottom w:val="single" w:sz="4" w:space="0" w:color="000000"/>
              <w:right w:val="single" w:sz="24" w:space="0" w:color="000000"/>
            </w:tcBorders>
          </w:tcPr>
          <w:p w14:paraId="70B2B03E" w14:textId="77777777" w:rsidR="00BD2397" w:rsidRDefault="00BD2397"/>
        </w:tc>
      </w:tr>
      <w:tr w:rsidR="00BD2397" w14:paraId="1404EFD6" w14:textId="77777777">
        <w:trPr>
          <w:trHeight w:hRule="exact" w:val="257"/>
        </w:trPr>
        <w:tc>
          <w:tcPr>
            <w:tcW w:w="1646" w:type="dxa"/>
            <w:tcBorders>
              <w:top w:val="single" w:sz="4" w:space="0" w:color="000000"/>
              <w:left w:val="single" w:sz="23" w:space="0" w:color="000000"/>
              <w:bottom w:val="single" w:sz="4" w:space="0" w:color="000000"/>
              <w:right w:val="single" w:sz="4" w:space="0" w:color="000000"/>
            </w:tcBorders>
            <w:tcMar>
              <w:left w:w="0" w:type="dxa"/>
              <w:right w:w="0" w:type="dxa"/>
            </w:tcMar>
          </w:tcPr>
          <w:p w14:paraId="766626C0" w14:textId="77777777" w:rsidR="00BD2397" w:rsidRDefault="00B8640C">
            <w:pPr>
              <w:autoSpaceDE w:val="0"/>
              <w:autoSpaceDN w:val="0"/>
              <w:spacing w:after="0" w:line="194" w:lineRule="exact"/>
              <w:jc w:val="center"/>
            </w:pPr>
            <w:r>
              <w:rPr>
                <w:rFonts w:ascii="TimesNewRomanPS" w:eastAsia="TimesNewRomanPS" w:hAnsi="TimesNewRomanPS"/>
                <w:b/>
                <w:color w:val="000000"/>
                <w:w w:val="102"/>
                <w:sz w:val="16"/>
              </w:rPr>
              <w:t xml:space="preserve">PROIECTAT </w:t>
            </w:r>
          </w:p>
        </w:tc>
        <w:tc>
          <w:tcPr>
            <w:tcW w:w="998" w:type="dxa"/>
            <w:tcBorders>
              <w:top w:val="single" w:sz="4" w:space="0" w:color="000000"/>
              <w:left w:val="single" w:sz="4" w:space="0" w:color="000000"/>
              <w:bottom w:val="single" w:sz="4" w:space="0" w:color="000000"/>
              <w:right w:val="single" w:sz="3" w:space="0" w:color="000000"/>
            </w:tcBorders>
            <w:tcMar>
              <w:left w:w="0" w:type="dxa"/>
              <w:right w:w="0" w:type="dxa"/>
            </w:tcMar>
          </w:tcPr>
          <w:p w14:paraId="47E984BE" w14:textId="77777777" w:rsidR="00BD2397" w:rsidRDefault="00BD2397">
            <w:pPr>
              <w:spacing w:after="0"/>
            </w:pPr>
          </w:p>
        </w:tc>
        <w:tc>
          <w:tcPr>
            <w:tcW w:w="1460" w:type="dxa"/>
            <w:tcBorders>
              <w:top w:val="single" w:sz="4" w:space="0" w:color="000000"/>
              <w:left w:val="single" w:sz="3" w:space="0" w:color="000000"/>
              <w:bottom w:val="single" w:sz="4" w:space="0" w:color="000000"/>
              <w:right w:val="single" w:sz="3" w:space="0" w:color="000000"/>
            </w:tcBorders>
            <w:tcMar>
              <w:left w:w="0" w:type="dxa"/>
              <w:right w:w="0" w:type="dxa"/>
            </w:tcMar>
          </w:tcPr>
          <w:p w14:paraId="64964390" w14:textId="77777777" w:rsidR="00BD2397" w:rsidRDefault="00BD2397">
            <w:pPr>
              <w:spacing w:after="0"/>
            </w:pPr>
          </w:p>
        </w:tc>
        <w:tc>
          <w:tcPr>
            <w:tcW w:w="1685" w:type="dxa"/>
            <w:vMerge/>
            <w:tcBorders>
              <w:top w:val="single" w:sz="17" w:space="0" w:color="000000"/>
              <w:left w:val="single" w:sz="3" w:space="0" w:color="000000"/>
              <w:bottom w:val="single" w:sz="4" w:space="0" w:color="000000"/>
              <w:right w:val="single" w:sz="4" w:space="0" w:color="000000"/>
            </w:tcBorders>
          </w:tcPr>
          <w:p w14:paraId="73AAE3A5" w14:textId="77777777" w:rsidR="00BD2397" w:rsidRDefault="00BD2397"/>
        </w:tc>
        <w:tc>
          <w:tcPr>
            <w:tcW w:w="1685" w:type="dxa"/>
            <w:vMerge/>
            <w:tcBorders>
              <w:top w:val="single" w:sz="17" w:space="0" w:color="000000"/>
              <w:left w:val="single" w:sz="4" w:space="0" w:color="000000"/>
              <w:bottom w:val="single" w:sz="4" w:space="0" w:color="000000"/>
              <w:right w:val="single" w:sz="4" w:space="0" w:color="000000"/>
            </w:tcBorders>
          </w:tcPr>
          <w:p w14:paraId="7DEC2633" w14:textId="77777777" w:rsidR="00BD2397" w:rsidRDefault="00BD2397"/>
        </w:tc>
        <w:tc>
          <w:tcPr>
            <w:tcW w:w="1685" w:type="dxa"/>
            <w:vMerge/>
            <w:tcBorders>
              <w:top w:val="single" w:sz="17" w:space="0" w:color="000000"/>
              <w:left w:val="single" w:sz="4" w:space="0" w:color="000000"/>
              <w:bottom w:val="single" w:sz="4" w:space="0" w:color="000000"/>
              <w:right w:val="single" w:sz="24" w:space="0" w:color="000000"/>
            </w:tcBorders>
          </w:tcPr>
          <w:p w14:paraId="67827D11" w14:textId="77777777" w:rsidR="00BD2397" w:rsidRDefault="00BD2397"/>
        </w:tc>
      </w:tr>
      <w:tr w:rsidR="00BD2397" w14:paraId="7B4FB670" w14:textId="77777777">
        <w:trPr>
          <w:trHeight w:hRule="exact" w:val="447"/>
        </w:trPr>
        <w:tc>
          <w:tcPr>
            <w:tcW w:w="1646" w:type="dxa"/>
            <w:tcBorders>
              <w:top w:val="single" w:sz="4" w:space="0" w:color="000000"/>
              <w:left w:val="single" w:sz="23" w:space="0" w:color="000000"/>
              <w:bottom w:val="single" w:sz="24" w:space="0" w:color="000000"/>
              <w:right w:val="single" w:sz="4" w:space="0" w:color="000000"/>
            </w:tcBorders>
            <w:tcMar>
              <w:left w:w="0" w:type="dxa"/>
              <w:right w:w="0" w:type="dxa"/>
            </w:tcMar>
          </w:tcPr>
          <w:p w14:paraId="1C71A57C" w14:textId="77777777" w:rsidR="00BD2397" w:rsidRDefault="00B8640C">
            <w:pPr>
              <w:autoSpaceDE w:val="0"/>
              <w:autoSpaceDN w:val="0"/>
              <w:spacing w:after="0" w:line="194" w:lineRule="exact"/>
              <w:jc w:val="center"/>
            </w:pPr>
            <w:r>
              <w:rPr>
                <w:rFonts w:ascii="TimesNewRomanPS" w:eastAsia="TimesNewRomanPS" w:hAnsi="TimesNewRomanPS"/>
                <w:b/>
                <w:color w:val="000000"/>
                <w:w w:val="102"/>
                <w:sz w:val="16"/>
              </w:rPr>
              <w:t xml:space="preserve">DESENAT </w:t>
            </w:r>
          </w:p>
        </w:tc>
        <w:tc>
          <w:tcPr>
            <w:tcW w:w="998" w:type="dxa"/>
            <w:tcBorders>
              <w:top w:val="single" w:sz="4" w:space="0" w:color="000000"/>
              <w:left w:val="single" w:sz="4" w:space="0" w:color="000000"/>
              <w:bottom w:val="single" w:sz="24" w:space="0" w:color="000000"/>
              <w:right w:val="single" w:sz="3" w:space="0" w:color="000000"/>
            </w:tcBorders>
            <w:tcMar>
              <w:left w:w="0" w:type="dxa"/>
              <w:right w:w="0" w:type="dxa"/>
            </w:tcMar>
          </w:tcPr>
          <w:p w14:paraId="4EE63720" w14:textId="77777777" w:rsidR="00BD2397" w:rsidRDefault="00BD2397">
            <w:pPr>
              <w:spacing w:after="0"/>
            </w:pPr>
          </w:p>
        </w:tc>
        <w:tc>
          <w:tcPr>
            <w:tcW w:w="1460" w:type="dxa"/>
            <w:tcBorders>
              <w:top w:val="single" w:sz="4" w:space="0" w:color="000000"/>
              <w:left w:val="single" w:sz="3" w:space="0" w:color="000000"/>
              <w:bottom w:val="single" w:sz="24" w:space="0" w:color="000000"/>
              <w:right w:val="single" w:sz="3" w:space="0" w:color="000000"/>
            </w:tcBorders>
            <w:tcMar>
              <w:left w:w="0" w:type="dxa"/>
              <w:right w:w="0" w:type="dxa"/>
            </w:tcMar>
          </w:tcPr>
          <w:p w14:paraId="70DD9F7D" w14:textId="77777777" w:rsidR="00BD2397" w:rsidRDefault="00BD2397">
            <w:pPr>
              <w:spacing w:after="0"/>
            </w:pPr>
          </w:p>
        </w:tc>
        <w:tc>
          <w:tcPr>
            <w:tcW w:w="1685" w:type="dxa"/>
            <w:vMerge/>
            <w:tcBorders>
              <w:top w:val="single" w:sz="4" w:space="0" w:color="000000"/>
              <w:left w:val="single" w:sz="3" w:space="0" w:color="000000"/>
              <w:bottom w:val="single" w:sz="24" w:space="0" w:color="000000"/>
              <w:right w:val="single" w:sz="4" w:space="0" w:color="000000"/>
            </w:tcBorders>
          </w:tcPr>
          <w:p w14:paraId="013C6896" w14:textId="77777777" w:rsidR="00BD2397" w:rsidRDefault="00BD2397"/>
        </w:tc>
        <w:tc>
          <w:tcPr>
            <w:tcW w:w="1685" w:type="dxa"/>
            <w:vMerge/>
            <w:tcBorders>
              <w:top w:val="single" w:sz="4" w:space="0" w:color="000000"/>
              <w:left w:val="single" w:sz="4" w:space="0" w:color="000000"/>
              <w:bottom w:val="single" w:sz="24" w:space="0" w:color="000000"/>
              <w:right w:val="single" w:sz="4" w:space="0" w:color="000000"/>
            </w:tcBorders>
          </w:tcPr>
          <w:p w14:paraId="058504CF" w14:textId="77777777" w:rsidR="00BD2397" w:rsidRDefault="00BD2397"/>
        </w:tc>
        <w:tc>
          <w:tcPr>
            <w:tcW w:w="1685" w:type="dxa"/>
            <w:vMerge/>
            <w:tcBorders>
              <w:top w:val="single" w:sz="4" w:space="0" w:color="000000"/>
              <w:left w:val="single" w:sz="4" w:space="0" w:color="000000"/>
              <w:bottom w:val="single" w:sz="24" w:space="0" w:color="000000"/>
              <w:right w:val="single" w:sz="24" w:space="0" w:color="000000"/>
            </w:tcBorders>
          </w:tcPr>
          <w:p w14:paraId="5B162329" w14:textId="77777777" w:rsidR="00BD2397" w:rsidRDefault="00BD2397"/>
        </w:tc>
      </w:tr>
    </w:tbl>
    <w:p w14:paraId="3C16DFC6" w14:textId="77777777" w:rsidR="00BD2397" w:rsidRPr="008F01A5" w:rsidRDefault="00B8640C">
      <w:pPr>
        <w:autoSpaceDE w:val="0"/>
        <w:autoSpaceDN w:val="0"/>
        <w:spacing w:after="0" w:line="226" w:lineRule="exact"/>
        <w:ind w:left="30" w:right="864"/>
        <w:rPr>
          <w:lang w:val="pt-PT"/>
        </w:rPr>
      </w:pPr>
      <w:r w:rsidRPr="008F01A5">
        <w:rPr>
          <w:rFonts w:ascii="TimesNewRomanPS" w:eastAsia="TimesNewRomanPS" w:hAnsi="TimesNewRomanPS"/>
          <w:b/>
          <w:color w:val="000000"/>
          <w:w w:val="102"/>
          <w:sz w:val="16"/>
          <w:lang w:val="pt-PT"/>
        </w:rPr>
        <w:t xml:space="preserve">NOTĂ: </w:t>
      </w:r>
      <w:r w:rsidRPr="008F01A5">
        <w:rPr>
          <w:lang w:val="pt-PT"/>
        </w:rPr>
        <w:br/>
      </w:r>
      <w:r w:rsidRPr="008F01A5">
        <w:rPr>
          <w:rFonts w:ascii="TimesNewRomanPSMT" w:eastAsia="TimesNewRomanPSMT" w:hAnsi="TimesNewRomanPSMT"/>
          <w:color w:val="000000"/>
          <w:w w:val="102"/>
          <w:sz w:val="16"/>
          <w:lang w:val="pt-PT"/>
        </w:rPr>
        <w:t xml:space="preserve">Modelul de cartuș prezentat are caracter informativ, fiecare elaborator având libertatea de a prezenta un alt format, cu condiția furnizării următoarelor date: </w:t>
      </w:r>
      <w:r w:rsidRPr="008F01A5">
        <w:rPr>
          <w:lang w:val="pt-PT"/>
        </w:rPr>
        <w:br/>
      </w:r>
      <w:r w:rsidRPr="008F01A5">
        <w:rPr>
          <w:rFonts w:ascii="TimesNewRomanPSMT" w:eastAsia="TimesNewRomanPSMT" w:hAnsi="TimesNewRomanPSMT"/>
          <w:color w:val="000000"/>
          <w:w w:val="96"/>
          <w:sz w:val="11"/>
          <w:lang w:val="pt-PT"/>
        </w:rPr>
        <w:t xml:space="preserve">1) </w:t>
      </w:r>
      <w:r w:rsidRPr="008F01A5">
        <w:rPr>
          <w:rFonts w:ascii="TimesNewRomanPSMT" w:eastAsia="TimesNewRomanPSMT" w:hAnsi="TimesNewRomanPSMT"/>
          <w:color w:val="000000"/>
          <w:w w:val="102"/>
          <w:sz w:val="16"/>
          <w:lang w:val="pt-PT"/>
        </w:rPr>
        <w:t xml:space="preserve">  numele firmei  Societate comercială/Birou de arhitectură  sau al proiectantului elaborator  persoană fizică </w:t>
      </w:r>
    </w:p>
    <w:p w14:paraId="549376C9" w14:textId="77777777" w:rsidR="00BD2397" w:rsidRPr="008F01A5" w:rsidRDefault="00B8640C">
      <w:pPr>
        <w:autoSpaceDE w:val="0"/>
        <w:autoSpaceDN w:val="0"/>
        <w:spacing w:after="0" w:line="224" w:lineRule="exact"/>
        <w:ind w:left="30" w:right="1008"/>
        <w:rPr>
          <w:lang w:val="pt-PT"/>
        </w:rPr>
      </w:pPr>
      <w:r w:rsidRPr="008F01A5">
        <w:rPr>
          <w:rFonts w:ascii="TimesNewRomanPSMT" w:eastAsia="TimesNewRomanPSMT" w:hAnsi="TimesNewRomanPSMT"/>
          <w:color w:val="000000"/>
          <w:w w:val="102"/>
          <w:sz w:val="16"/>
          <w:lang w:val="pt-PT"/>
        </w:rPr>
        <w:t xml:space="preserve">autorizată , numărul de înmatriculare sau numărul autorizației; </w:t>
      </w:r>
      <w:r w:rsidRPr="008F01A5">
        <w:rPr>
          <w:lang w:val="pt-PT"/>
        </w:rPr>
        <w:br/>
      </w:r>
      <w:r w:rsidRPr="008F01A5">
        <w:rPr>
          <w:rFonts w:ascii="TimesNewRomanPSMT" w:eastAsia="TimesNewRomanPSMT" w:hAnsi="TimesNewRomanPSMT"/>
          <w:color w:val="000000"/>
          <w:w w:val="96"/>
          <w:sz w:val="11"/>
          <w:lang w:val="pt-PT"/>
        </w:rPr>
        <w:t>2)</w:t>
      </w:r>
      <w:r w:rsidRPr="008F01A5">
        <w:rPr>
          <w:rFonts w:ascii="TimesNewRomanPSMT" w:eastAsia="TimesNewRomanPSMT" w:hAnsi="TimesNewRomanPSMT"/>
          <w:color w:val="000000"/>
          <w:w w:val="102"/>
          <w:sz w:val="16"/>
          <w:lang w:val="pt-PT"/>
        </w:rPr>
        <w:t xml:space="preserve">   titlul documentației </w:t>
      </w:r>
      <w:r w:rsidRPr="008F01A5">
        <w:rPr>
          <w:lang w:val="pt-PT"/>
        </w:rPr>
        <w:br/>
      </w:r>
      <w:r w:rsidRPr="008F01A5">
        <w:rPr>
          <w:rFonts w:ascii="TimesNewRomanPSMT" w:eastAsia="TimesNewRomanPSMT" w:hAnsi="TimesNewRomanPSMT"/>
          <w:color w:val="000000"/>
          <w:w w:val="96"/>
          <w:sz w:val="11"/>
          <w:lang w:val="pt-PT"/>
        </w:rPr>
        <w:t>3)</w:t>
      </w:r>
      <w:r w:rsidRPr="008F01A5">
        <w:rPr>
          <w:rFonts w:ascii="TimesNewRomanPSMT" w:eastAsia="TimesNewRomanPSMT" w:hAnsi="TimesNewRomanPSMT"/>
          <w:color w:val="000000"/>
          <w:w w:val="102"/>
          <w:sz w:val="16"/>
          <w:lang w:val="pt-PT"/>
        </w:rPr>
        <w:t xml:space="preserve">   titlul planșei și, după caz, al „obiect” </w:t>
      </w:r>
      <w:r w:rsidRPr="008F01A5">
        <w:rPr>
          <w:lang w:val="pt-PT"/>
        </w:rPr>
        <w:br/>
      </w:r>
      <w:r w:rsidRPr="008F01A5">
        <w:rPr>
          <w:rFonts w:ascii="TimesNewRomanPSMT" w:eastAsia="TimesNewRomanPSMT" w:hAnsi="TimesNewRomanPSMT"/>
          <w:color w:val="000000"/>
          <w:w w:val="96"/>
          <w:sz w:val="11"/>
          <w:lang w:val="pt-PT"/>
        </w:rPr>
        <w:t>4)</w:t>
      </w:r>
      <w:r w:rsidRPr="008F01A5">
        <w:rPr>
          <w:rFonts w:ascii="TimesNewRomanPSMT" w:eastAsia="TimesNewRomanPSMT" w:hAnsi="TimesNewRomanPSMT"/>
          <w:color w:val="000000"/>
          <w:w w:val="102"/>
          <w:sz w:val="16"/>
          <w:lang w:val="pt-PT"/>
        </w:rPr>
        <w:t xml:space="preserve">   data elaborării documentației </w:t>
      </w:r>
      <w:r w:rsidRPr="008F01A5">
        <w:rPr>
          <w:lang w:val="pt-PT"/>
        </w:rPr>
        <w:br/>
      </w:r>
      <w:r w:rsidRPr="008F01A5">
        <w:rPr>
          <w:rFonts w:ascii="TimesNewRomanPSMT" w:eastAsia="TimesNewRomanPSMT" w:hAnsi="TimesNewRomanPSMT"/>
          <w:color w:val="000000"/>
          <w:w w:val="96"/>
          <w:sz w:val="11"/>
          <w:lang w:val="pt-PT"/>
        </w:rPr>
        <w:t xml:space="preserve">5)     </w:t>
      </w:r>
      <w:r w:rsidRPr="008F01A5">
        <w:rPr>
          <w:rFonts w:ascii="TimesNewRomanPSMT" w:eastAsia="TimesNewRomanPSMT" w:hAnsi="TimesNewRomanPSMT"/>
          <w:color w:val="000000"/>
          <w:w w:val="102"/>
          <w:sz w:val="16"/>
          <w:lang w:val="pt-PT"/>
        </w:rPr>
        <w:t xml:space="preserve">numele și titlul profesional </w:t>
      </w:r>
      <w:r w:rsidRPr="008F01A5">
        <w:rPr>
          <w:lang w:val="pt-PT"/>
        </w:rPr>
        <w:br/>
      </w:r>
      <w:r w:rsidRPr="008F01A5">
        <w:rPr>
          <w:rFonts w:ascii="TimesNewRomanPSMT" w:eastAsia="TimesNewRomanPSMT" w:hAnsi="TimesNewRomanPSMT"/>
          <w:color w:val="000000"/>
          <w:w w:val="96"/>
          <w:sz w:val="11"/>
          <w:lang w:val="pt-PT"/>
        </w:rPr>
        <w:t>6)</w:t>
      </w:r>
      <w:r w:rsidRPr="008F01A5">
        <w:rPr>
          <w:rFonts w:ascii="TimesNewRomanPSMT" w:eastAsia="TimesNewRomanPSMT" w:hAnsi="TimesNewRomanPSMT"/>
          <w:color w:val="000000"/>
          <w:w w:val="102"/>
          <w:sz w:val="16"/>
          <w:lang w:val="pt-PT"/>
        </w:rPr>
        <w:t xml:space="preserve">   calitatea elaboratorilor (exclusiv  pentru firme) în conformitate cu competențele profesionale prevăzute de Lege </w:t>
      </w:r>
      <w:r w:rsidRPr="008F01A5">
        <w:rPr>
          <w:rFonts w:ascii="TimesNewRomanPSMT" w:eastAsia="TimesNewRomanPSMT" w:hAnsi="TimesNewRomanPSMT"/>
          <w:color w:val="000000"/>
          <w:w w:val="96"/>
          <w:sz w:val="11"/>
          <w:lang w:val="pt-PT"/>
        </w:rPr>
        <w:t>7)</w:t>
      </w:r>
      <w:r w:rsidRPr="008F01A5">
        <w:rPr>
          <w:rFonts w:ascii="TimesNewRomanPSMT" w:eastAsia="TimesNewRomanPSMT" w:hAnsi="TimesNewRomanPSMT"/>
          <w:color w:val="000000"/>
          <w:w w:val="102"/>
          <w:sz w:val="16"/>
          <w:lang w:val="pt-PT"/>
        </w:rPr>
        <w:t xml:space="preserve">   calitatea de verificator de proiecte/expert tehnic, după caz </w:t>
      </w:r>
      <w:r w:rsidRPr="008F01A5">
        <w:rPr>
          <w:lang w:val="pt-PT"/>
        </w:rPr>
        <w:br/>
      </w:r>
      <w:r w:rsidRPr="008F01A5">
        <w:rPr>
          <w:rFonts w:ascii="TimesNewRomanPSMT" w:eastAsia="TimesNewRomanPSMT" w:hAnsi="TimesNewRomanPSMT"/>
          <w:color w:val="000000"/>
          <w:w w:val="96"/>
          <w:sz w:val="11"/>
          <w:lang w:val="pt-PT"/>
        </w:rPr>
        <w:t>8)</w:t>
      </w:r>
      <w:r w:rsidRPr="008F01A5">
        <w:rPr>
          <w:rFonts w:ascii="TimesNewRomanPSMT" w:eastAsia="TimesNewRomanPSMT" w:hAnsi="TimesNewRomanPSMT"/>
          <w:color w:val="000000"/>
          <w:w w:val="102"/>
          <w:sz w:val="16"/>
          <w:lang w:val="pt-PT"/>
        </w:rPr>
        <w:t xml:space="preserve">   cerința de calitate conform Legii nr.10/1995 pentru care s-a făcut verificarea </w:t>
      </w:r>
      <w:r w:rsidRPr="008F01A5">
        <w:rPr>
          <w:lang w:val="pt-PT"/>
        </w:rPr>
        <w:br/>
      </w:r>
      <w:r w:rsidRPr="008F01A5">
        <w:rPr>
          <w:rFonts w:ascii="TimesNewRomanPSMT" w:eastAsia="TimesNewRomanPSMT" w:hAnsi="TimesNewRomanPSMT"/>
          <w:color w:val="000000"/>
          <w:w w:val="96"/>
          <w:sz w:val="11"/>
          <w:lang w:val="pt-PT"/>
        </w:rPr>
        <w:t xml:space="preserve">9)     </w:t>
      </w:r>
      <w:r w:rsidRPr="008F01A5">
        <w:rPr>
          <w:rFonts w:ascii="TimesNewRomanPSMT" w:eastAsia="TimesNewRomanPSMT" w:hAnsi="TimesNewRomanPSMT"/>
          <w:color w:val="000000"/>
          <w:w w:val="102"/>
          <w:sz w:val="16"/>
          <w:lang w:val="pt-PT"/>
        </w:rPr>
        <w:t xml:space="preserve">titlul referatului de verificare/expertizei tehnice nr. și data acestuia </w:t>
      </w:r>
      <w:r w:rsidRPr="008F01A5">
        <w:rPr>
          <w:lang w:val="pt-PT"/>
        </w:rPr>
        <w:br/>
      </w:r>
      <w:r w:rsidRPr="008F01A5">
        <w:rPr>
          <w:rFonts w:ascii="TimesNewRomanPSMT" w:eastAsia="TimesNewRomanPSMT" w:hAnsi="TimesNewRomanPSMT"/>
          <w:color w:val="000000"/>
          <w:w w:val="96"/>
          <w:sz w:val="11"/>
          <w:lang w:val="pt-PT"/>
        </w:rPr>
        <w:t xml:space="preserve">10)     </w:t>
      </w:r>
      <w:r w:rsidRPr="008F01A5">
        <w:rPr>
          <w:rFonts w:ascii="TimesNewRomanPSMT" w:eastAsia="TimesNewRomanPSMT" w:hAnsi="TimesNewRomanPSMT"/>
          <w:color w:val="000000"/>
          <w:w w:val="102"/>
          <w:sz w:val="16"/>
          <w:lang w:val="pt-PT"/>
        </w:rPr>
        <w:t xml:space="preserve">numărul documentației la elaborator </w:t>
      </w:r>
      <w:r w:rsidRPr="008F01A5">
        <w:rPr>
          <w:lang w:val="pt-PT"/>
        </w:rPr>
        <w:br/>
      </w:r>
      <w:r w:rsidRPr="008F01A5">
        <w:rPr>
          <w:rFonts w:ascii="TimesNewRomanPSMT" w:eastAsia="TimesNewRomanPSMT" w:hAnsi="TimesNewRomanPSMT"/>
          <w:color w:val="000000"/>
          <w:w w:val="96"/>
          <w:sz w:val="11"/>
          <w:lang w:val="pt-PT"/>
        </w:rPr>
        <w:t xml:space="preserve">11)     </w:t>
      </w:r>
      <w:r w:rsidRPr="008F01A5">
        <w:rPr>
          <w:rFonts w:ascii="TimesNewRomanPSMT" w:eastAsia="TimesNewRomanPSMT" w:hAnsi="TimesNewRomanPSMT"/>
          <w:color w:val="000000"/>
          <w:w w:val="102"/>
          <w:sz w:val="16"/>
          <w:lang w:val="pt-PT"/>
        </w:rPr>
        <w:t xml:space="preserve">faza de proiectare </w:t>
      </w:r>
    </w:p>
    <w:p w14:paraId="3840DE47" w14:textId="77777777" w:rsidR="00BD2397" w:rsidRPr="008F01A5" w:rsidRDefault="00B8640C">
      <w:pPr>
        <w:autoSpaceDE w:val="0"/>
        <w:autoSpaceDN w:val="0"/>
        <w:spacing w:after="0" w:line="194" w:lineRule="exact"/>
        <w:ind w:left="30"/>
        <w:rPr>
          <w:lang w:val="pt-PT"/>
        </w:rPr>
      </w:pPr>
      <w:r w:rsidRPr="008F01A5">
        <w:rPr>
          <w:rFonts w:ascii="TimesNewRomanPS" w:eastAsia="TimesNewRomanPS" w:hAnsi="TimesNewRomanPS"/>
          <w:b/>
          <w:color w:val="595959"/>
          <w:w w:val="102"/>
          <w:sz w:val="16"/>
          <w:lang w:val="pt-PT"/>
        </w:rPr>
        <w:t>F_01 · versiunea 1.0</w:t>
      </w:r>
    </w:p>
    <w:p w14:paraId="2B9C1ACB" w14:textId="77777777" w:rsidR="00BD2397" w:rsidRPr="008F01A5" w:rsidRDefault="00BD2397">
      <w:pPr>
        <w:spacing w:after="0"/>
        <w:rPr>
          <w:lang w:val="pt-PT"/>
        </w:rPr>
        <w:sectPr w:rsidR="00BD2397" w:rsidRPr="008F01A5">
          <w:pgSz w:w="11900" w:h="16840"/>
          <w:pgMar w:top="126" w:right="546" w:bottom="586" w:left="1244" w:header="720" w:footer="720" w:gutter="0"/>
          <w:cols w:space="708"/>
          <w:docGrid w:linePitch="360"/>
        </w:sectPr>
      </w:pPr>
    </w:p>
    <w:p w14:paraId="1EBC9EC9" w14:textId="77777777" w:rsidR="00BD2397" w:rsidRPr="008F01A5" w:rsidRDefault="00BD2397">
      <w:pPr>
        <w:autoSpaceDE w:val="0"/>
        <w:autoSpaceDN w:val="0"/>
        <w:spacing w:after="0" w:line="126" w:lineRule="exact"/>
        <w:rPr>
          <w:lang w:val="pt-PT"/>
        </w:rPr>
      </w:pPr>
    </w:p>
    <w:p w14:paraId="452451F9" w14:textId="77777777" w:rsidR="00BD2397" w:rsidRPr="008F01A5" w:rsidRDefault="00B8640C">
      <w:pPr>
        <w:tabs>
          <w:tab w:val="left" w:pos="2080"/>
        </w:tabs>
        <w:autoSpaceDE w:val="0"/>
        <w:autoSpaceDN w:val="0"/>
        <w:spacing w:after="0" w:line="200" w:lineRule="exact"/>
        <w:rPr>
          <w:lang w:val="pt-PT"/>
        </w:rPr>
      </w:pPr>
      <w:r w:rsidRPr="008F01A5">
        <w:rPr>
          <w:rFonts w:ascii="Arial" w:eastAsia="Arial" w:hAnsi="Arial"/>
          <w:color w:val="000000"/>
          <w:sz w:val="17"/>
          <w:lang w:val="pt-PT"/>
        </w:rPr>
        <w:t>54 MONITORUL OFICIAL AL ROMÂNIEI, PARTEA I, Nr. 711 bis/26.VIII.2026</w:t>
      </w:r>
    </w:p>
    <w:p w14:paraId="1D6985D7" w14:textId="77777777" w:rsidR="00BD2397" w:rsidRPr="00F9681E" w:rsidRDefault="00B8640C">
      <w:pPr>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F ̲</w:t>
      </w:r>
      <w:proofErr w:type="gramStart"/>
      <w:r w:rsidRPr="00F9681E">
        <w:rPr>
          <w:rFonts w:ascii="TimesNewRomanPSMT" w:eastAsia="TimesNewRomanPSMT" w:hAnsi="TimesNewRomanPSMT"/>
          <w:color w:val="595959"/>
          <w:w w:val="97"/>
          <w:sz w:val="16"/>
          <w:szCs w:val="16"/>
        </w:rPr>
        <w:t>̲  02</w:t>
      </w:r>
      <w:proofErr w:type="gramEnd"/>
      <w:r w:rsidRPr="00F9681E">
        <w:rPr>
          <w:rFonts w:ascii="TimesNewRomanPSMT" w:eastAsia="TimesNewRomanPSMT" w:hAnsi="TimesNewRomanPSMT"/>
          <w:color w:val="595959"/>
          <w:w w:val="97"/>
          <w:sz w:val="16"/>
          <w:szCs w:val="16"/>
        </w:rPr>
        <w:t xml:space="preserve"> · </w:t>
      </w:r>
      <w:proofErr w:type="spellStart"/>
      <w:r w:rsidRPr="00F9681E">
        <w:rPr>
          <w:rFonts w:ascii="TimesNewRomanPSMT" w:eastAsia="TimesNewRomanPSMT" w:hAnsi="TimesNewRomanPSMT"/>
          <w:color w:val="595959"/>
          <w:w w:val="97"/>
          <w:sz w:val="16"/>
          <w:szCs w:val="16"/>
        </w:rPr>
        <w:t>versiunea</w:t>
      </w:r>
      <w:proofErr w:type="spellEnd"/>
      <w:r w:rsidRPr="00F9681E">
        <w:rPr>
          <w:rFonts w:ascii="TimesNewRomanPSMT" w:eastAsia="TimesNewRomanPSMT" w:hAnsi="TimesNewRomanPSMT"/>
          <w:color w:val="595959"/>
          <w:w w:val="97"/>
          <w:sz w:val="16"/>
          <w:szCs w:val="16"/>
        </w:rPr>
        <w:t xml:space="preserve"> 1.0 </w:t>
      </w:r>
    </w:p>
    <w:tbl>
      <w:tblPr>
        <w:tblW w:w="0" w:type="auto"/>
        <w:tblInd w:w="606" w:type="dxa"/>
        <w:tblLayout w:type="fixed"/>
        <w:tblLook w:val="04A0" w:firstRow="1" w:lastRow="0" w:firstColumn="1" w:lastColumn="0" w:noHBand="0" w:noVBand="1"/>
      </w:tblPr>
      <w:tblGrid>
        <w:gridCol w:w="2338"/>
        <w:gridCol w:w="778"/>
        <w:gridCol w:w="840"/>
        <w:gridCol w:w="718"/>
        <w:gridCol w:w="778"/>
        <w:gridCol w:w="780"/>
        <w:gridCol w:w="780"/>
        <w:gridCol w:w="780"/>
        <w:gridCol w:w="1556"/>
      </w:tblGrid>
      <w:tr w:rsidR="00BD2397" w:rsidRPr="00B9266D" w14:paraId="620D1305" w14:textId="77777777">
        <w:trPr>
          <w:trHeight w:hRule="exact" w:val="280"/>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4404E69" w14:textId="77777777" w:rsidR="00BD2397" w:rsidRPr="008F01A5" w:rsidRDefault="00B8640C">
            <w:pPr>
              <w:autoSpaceDE w:val="0"/>
              <w:autoSpaceDN w:val="0"/>
              <w:spacing w:after="0" w:line="234" w:lineRule="exact"/>
              <w:jc w:val="center"/>
              <w:rPr>
                <w:sz w:val="16"/>
                <w:szCs w:val="16"/>
                <w:lang w:val="pt-PT"/>
              </w:rPr>
            </w:pPr>
            <w:r w:rsidRPr="008F01A5">
              <w:rPr>
                <w:rFonts w:ascii="TimesNewRomanPS" w:eastAsia="TimesNewRomanPS" w:hAnsi="TimesNewRomanPS"/>
                <w:b/>
                <w:color w:val="000000"/>
                <w:w w:val="101"/>
                <w:sz w:val="16"/>
                <w:szCs w:val="16"/>
                <w:lang w:val="pt-PT"/>
              </w:rPr>
              <w:t xml:space="preserve">ȘANTIER ÎN LUCRU — PANOU DE IDENTIFICARE A INVESTIȚIEI / LUCRĂRILOR </w:t>
            </w:r>
          </w:p>
        </w:tc>
      </w:tr>
      <w:tr w:rsidR="00BD2397" w:rsidRPr="00B9266D" w14:paraId="468462C5" w14:textId="77777777">
        <w:trPr>
          <w:trHeight w:hRule="exact" w:val="210"/>
        </w:trPr>
        <w:tc>
          <w:tcPr>
            <w:tcW w:w="9348" w:type="dxa"/>
            <w:gridSpan w:val="9"/>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A9F90D7" w14:textId="77777777" w:rsidR="00BD2397" w:rsidRPr="008F01A5" w:rsidRDefault="00B8640C">
            <w:pPr>
              <w:autoSpaceDE w:val="0"/>
              <w:autoSpaceDN w:val="0"/>
              <w:spacing w:after="0" w:line="176" w:lineRule="exact"/>
              <w:ind w:left="100"/>
              <w:rPr>
                <w:sz w:val="16"/>
                <w:szCs w:val="16"/>
                <w:lang w:val="pt-PT"/>
              </w:rPr>
            </w:pPr>
            <w:r w:rsidRPr="008F01A5">
              <w:rPr>
                <w:rFonts w:ascii="TimesNewRomanPS" w:eastAsia="TimesNewRomanPS" w:hAnsi="TimesNewRomanPS"/>
                <w:b/>
                <w:color w:val="000000"/>
                <w:w w:val="103"/>
                <w:sz w:val="16"/>
                <w:szCs w:val="16"/>
                <w:lang w:val="pt-PT"/>
              </w:rPr>
              <w:t xml:space="preserve"> 1. </w:t>
            </w:r>
            <w:r w:rsidRPr="008F01A5">
              <w:rPr>
                <w:rFonts w:ascii="TimesNewRomanPS" w:eastAsia="TimesNewRomanPS" w:hAnsi="TimesNewRomanPS"/>
                <w:b/>
                <w:color w:val="000000"/>
                <w:w w:val="102"/>
                <w:sz w:val="16"/>
                <w:szCs w:val="16"/>
                <w:lang w:val="pt-PT"/>
              </w:rPr>
              <w:t>ACTUL DE REGLEMENTARE / AUTORIZARE SAU NOTIFICARE</w:t>
            </w:r>
          </w:p>
        </w:tc>
      </w:tr>
      <w:tr w:rsidR="00BD2397" w:rsidRPr="00B9266D" w14:paraId="5A05A78E" w14:textId="77777777">
        <w:trPr>
          <w:trHeight w:hRule="exact" w:val="422"/>
        </w:trPr>
        <w:tc>
          <w:tcPr>
            <w:tcW w:w="3956"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14:paraId="5FCDF129" w14:textId="77777777" w:rsidR="00BD2397" w:rsidRPr="008F01A5" w:rsidRDefault="00B8640C">
            <w:pPr>
              <w:autoSpaceDE w:val="0"/>
              <w:autoSpaceDN w:val="0"/>
              <w:spacing w:after="0" w:line="204" w:lineRule="exact"/>
              <w:ind w:left="140" w:right="144"/>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AUTORIZAȚIE DE CONSTRUIRE / DESFIINȚARE </w:t>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NOTIFICARE LUCRĂRI </w:t>
            </w:r>
          </w:p>
        </w:tc>
        <w:tc>
          <w:tcPr>
            <w:tcW w:w="5392" w:type="dxa"/>
            <w:gridSpan w:val="6"/>
            <w:vMerge w:val="restart"/>
            <w:tcBorders>
              <w:top w:val="single" w:sz="4" w:space="0" w:color="767676"/>
              <w:left w:val="single" w:sz="3" w:space="0" w:color="767676"/>
              <w:bottom w:val="single" w:sz="4" w:space="0" w:color="767676"/>
              <w:right w:val="single" w:sz="3" w:space="0" w:color="767676"/>
            </w:tcBorders>
            <w:tcMar>
              <w:left w:w="0" w:type="dxa"/>
              <w:right w:w="0" w:type="dxa"/>
            </w:tcMar>
          </w:tcPr>
          <w:p w14:paraId="7AA9AAAD" w14:textId="77777777" w:rsidR="00BD2397" w:rsidRPr="008F01A5" w:rsidRDefault="00B8640C">
            <w:pPr>
              <w:autoSpaceDE w:val="0"/>
              <w:autoSpaceDN w:val="0"/>
              <w:spacing w:after="0" w:line="178" w:lineRule="exact"/>
              <w:jc w:val="center"/>
              <w:rPr>
                <w:sz w:val="16"/>
                <w:szCs w:val="16"/>
                <w:lang w:val="pt-PT"/>
              </w:rPr>
            </w:pPr>
            <w:r w:rsidRPr="008F01A5">
              <w:rPr>
                <w:rFonts w:ascii="TimesNewRomanPSMT" w:eastAsia="TimesNewRomanPSMT" w:hAnsi="TimesNewRomanPSMT"/>
                <w:color w:val="000000"/>
                <w:w w:val="103"/>
                <w:sz w:val="16"/>
                <w:szCs w:val="16"/>
                <w:lang w:val="pt-PT"/>
              </w:rPr>
              <w:t xml:space="preserve">VEDERE DE ANSAMBLU A OBIECTIVULUI </w:t>
            </w:r>
            <w:r w:rsidRPr="008F01A5">
              <w:rPr>
                <w:sz w:val="16"/>
                <w:szCs w:val="16"/>
                <w:lang w:val="pt-PT"/>
              </w:rPr>
              <w:br/>
            </w:r>
            <w:r w:rsidRPr="008F01A5">
              <w:rPr>
                <w:rFonts w:ascii="TimesNewRomanPSMT" w:eastAsia="TimesNewRomanPSMT" w:hAnsi="TimesNewRomanPSMT"/>
                <w:color w:val="000000"/>
                <w:w w:val="103"/>
                <w:sz w:val="16"/>
                <w:szCs w:val="16"/>
                <w:lang w:val="pt-PT"/>
              </w:rPr>
              <w:t>(fotografia machetei, perspectivă 3D sau fațada reprezentativă din proiectul tehnic simplificat / documentația tehnică)</w:t>
            </w:r>
          </w:p>
        </w:tc>
      </w:tr>
      <w:tr w:rsidR="00BD2397" w:rsidRPr="00B9266D" w14:paraId="1139E479" w14:textId="77777777">
        <w:trPr>
          <w:trHeight w:hRule="exact" w:val="512"/>
        </w:trPr>
        <w:tc>
          <w:tcPr>
            <w:tcW w:w="395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25F9E467" w14:textId="77777777" w:rsidR="00BD2397" w:rsidRPr="008F01A5" w:rsidRDefault="00B8640C">
            <w:pPr>
              <w:autoSpaceDE w:val="0"/>
              <w:autoSpaceDN w:val="0"/>
              <w:spacing w:after="0" w:line="166" w:lineRule="exact"/>
              <w:ind w:left="100" w:right="1872"/>
              <w:rPr>
                <w:sz w:val="16"/>
                <w:szCs w:val="16"/>
                <w:lang w:val="pt-PT"/>
              </w:rPr>
            </w:pPr>
            <w:r w:rsidRPr="008F01A5">
              <w:rPr>
                <w:rFonts w:ascii="TimesNewRomanPS" w:eastAsia="TimesNewRomanPS" w:hAnsi="TimesNewRomanPS"/>
                <w:b/>
                <w:color w:val="0D5F78"/>
                <w:w w:val="97"/>
                <w:sz w:val="16"/>
                <w:szCs w:val="16"/>
                <w:lang w:val="pt-PT"/>
              </w:rPr>
              <w:t xml:space="preserve">Număr și dată de înregistrare </w:t>
            </w:r>
            <w:r w:rsidRPr="008F01A5">
              <w:rPr>
                <w:sz w:val="16"/>
                <w:szCs w:val="16"/>
                <w:lang w:val="pt-PT"/>
              </w:rPr>
              <w:br/>
            </w:r>
            <w:r w:rsidRPr="008F01A5">
              <w:rPr>
                <w:rFonts w:ascii="TimesNewRomanPS" w:eastAsia="TimesNewRomanPS" w:hAnsi="TimesNewRomanPS"/>
                <w:i/>
                <w:color w:val="7A7A7A"/>
                <w:w w:val="97"/>
                <w:sz w:val="16"/>
                <w:szCs w:val="16"/>
                <w:lang w:val="pt-PT"/>
              </w:rPr>
              <w:t>nr. / zz.ll.aaaa</w:t>
            </w:r>
          </w:p>
        </w:tc>
        <w:tc>
          <w:tcPr>
            <w:tcW w:w="6654" w:type="dxa"/>
            <w:gridSpan w:val="6"/>
            <w:vMerge/>
            <w:tcBorders>
              <w:top w:val="single" w:sz="4" w:space="0" w:color="767676"/>
              <w:left w:val="single" w:sz="3" w:space="0" w:color="767676"/>
              <w:bottom w:val="single" w:sz="4" w:space="0" w:color="767676"/>
              <w:right w:val="single" w:sz="3" w:space="0" w:color="767676"/>
            </w:tcBorders>
          </w:tcPr>
          <w:p w14:paraId="7EBC19E2" w14:textId="77777777" w:rsidR="00BD2397" w:rsidRPr="008F01A5" w:rsidRDefault="00BD2397">
            <w:pPr>
              <w:rPr>
                <w:sz w:val="16"/>
                <w:szCs w:val="16"/>
                <w:lang w:val="pt-PT"/>
              </w:rPr>
            </w:pPr>
          </w:p>
        </w:tc>
      </w:tr>
      <w:tr w:rsidR="00BD2397" w:rsidRPr="00B9266D" w14:paraId="04EE4DDF" w14:textId="77777777">
        <w:trPr>
          <w:trHeight w:hRule="exact" w:val="512"/>
        </w:trPr>
        <w:tc>
          <w:tcPr>
            <w:tcW w:w="3956"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14:paraId="74FEA2B0" w14:textId="77777777" w:rsidR="00BD2397" w:rsidRPr="008F01A5" w:rsidRDefault="00B8640C">
            <w:pPr>
              <w:autoSpaceDE w:val="0"/>
              <w:autoSpaceDN w:val="0"/>
              <w:spacing w:after="0" w:line="166" w:lineRule="exact"/>
              <w:ind w:left="100" w:right="1728"/>
              <w:rPr>
                <w:sz w:val="16"/>
                <w:szCs w:val="16"/>
                <w:lang w:val="pt-PT"/>
              </w:rPr>
            </w:pPr>
            <w:r w:rsidRPr="008F01A5">
              <w:rPr>
                <w:rFonts w:ascii="TimesNewRomanPS" w:eastAsia="TimesNewRomanPS" w:hAnsi="TimesNewRomanPS"/>
                <w:b/>
                <w:color w:val="0D5F78"/>
                <w:w w:val="97"/>
                <w:sz w:val="16"/>
                <w:szCs w:val="16"/>
                <w:lang w:val="pt-PT"/>
              </w:rPr>
              <w:t xml:space="preserve">Autoritatea emitentă / primitoare </w:t>
            </w:r>
            <w:r w:rsidRPr="008F01A5">
              <w:rPr>
                <w:rFonts w:ascii="TimesNewRomanPS" w:eastAsia="TimesNewRomanPS" w:hAnsi="TimesNewRomanPS"/>
                <w:i/>
                <w:color w:val="7A7A7A"/>
                <w:w w:val="97"/>
                <w:sz w:val="16"/>
                <w:szCs w:val="16"/>
                <w:lang w:val="pt-PT"/>
              </w:rPr>
              <w:t>Primăria / Consiliul Județean</w:t>
            </w:r>
          </w:p>
        </w:tc>
        <w:tc>
          <w:tcPr>
            <w:tcW w:w="6654" w:type="dxa"/>
            <w:gridSpan w:val="6"/>
            <w:vMerge/>
            <w:tcBorders>
              <w:top w:val="single" w:sz="4" w:space="0" w:color="767676"/>
              <w:left w:val="single" w:sz="3" w:space="0" w:color="767676"/>
              <w:bottom w:val="single" w:sz="4" w:space="0" w:color="767676"/>
              <w:right w:val="single" w:sz="3" w:space="0" w:color="767676"/>
            </w:tcBorders>
          </w:tcPr>
          <w:p w14:paraId="67B424A2" w14:textId="77777777" w:rsidR="00BD2397" w:rsidRPr="008F01A5" w:rsidRDefault="00BD2397">
            <w:pPr>
              <w:rPr>
                <w:sz w:val="16"/>
                <w:szCs w:val="16"/>
                <w:lang w:val="pt-PT"/>
              </w:rPr>
            </w:pPr>
          </w:p>
        </w:tc>
      </w:tr>
      <w:tr w:rsidR="00BD2397" w:rsidRPr="00B9266D" w14:paraId="160ACF31" w14:textId="77777777">
        <w:trPr>
          <w:trHeight w:hRule="exact" w:val="502"/>
        </w:trPr>
        <w:tc>
          <w:tcPr>
            <w:tcW w:w="3956"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452E1085" w14:textId="77777777" w:rsidR="00BD2397" w:rsidRPr="008F01A5" w:rsidRDefault="00B8640C">
            <w:pPr>
              <w:autoSpaceDE w:val="0"/>
              <w:autoSpaceDN w:val="0"/>
              <w:spacing w:after="0" w:line="146" w:lineRule="exact"/>
              <w:ind w:left="100"/>
              <w:rPr>
                <w:sz w:val="16"/>
                <w:szCs w:val="16"/>
                <w:lang w:val="pt-PT"/>
              </w:rPr>
            </w:pPr>
            <w:r w:rsidRPr="008F01A5">
              <w:rPr>
                <w:rFonts w:ascii="TimesNewRomanPS" w:eastAsia="TimesNewRomanPS" w:hAnsi="TimesNewRomanPS"/>
                <w:b/>
                <w:color w:val="0D5F78"/>
                <w:w w:val="97"/>
                <w:sz w:val="16"/>
                <w:szCs w:val="16"/>
                <w:lang w:val="pt-PT"/>
              </w:rPr>
              <w:t>Identificator în Registrul Național al Construcțiilor (RNC)</w:t>
            </w:r>
          </w:p>
        </w:tc>
        <w:tc>
          <w:tcPr>
            <w:tcW w:w="6654" w:type="dxa"/>
            <w:gridSpan w:val="6"/>
            <w:vMerge/>
            <w:tcBorders>
              <w:top w:val="single" w:sz="4" w:space="0" w:color="767676"/>
              <w:left w:val="single" w:sz="3" w:space="0" w:color="767676"/>
              <w:bottom w:val="single" w:sz="4" w:space="0" w:color="767676"/>
              <w:right w:val="single" w:sz="3" w:space="0" w:color="767676"/>
            </w:tcBorders>
          </w:tcPr>
          <w:p w14:paraId="133C941D" w14:textId="77777777" w:rsidR="00BD2397" w:rsidRPr="008F01A5" w:rsidRDefault="00BD2397">
            <w:pPr>
              <w:rPr>
                <w:sz w:val="16"/>
                <w:szCs w:val="16"/>
                <w:lang w:val="pt-PT"/>
              </w:rPr>
            </w:pPr>
          </w:p>
        </w:tc>
      </w:tr>
      <w:tr w:rsidR="00BD2397" w:rsidRPr="00F9681E" w14:paraId="79D01516" w14:textId="77777777">
        <w:trPr>
          <w:trHeight w:hRule="exact" w:val="506"/>
        </w:trPr>
        <w:tc>
          <w:tcPr>
            <w:tcW w:w="395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37BB362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Termen de </w:t>
            </w:r>
            <w:proofErr w:type="spellStart"/>
            <w:r w:rsidRPr="00F9681E">
              <w:rPr>
                <w:rFonts w:ascii="TimesNewRomanPS" w:eastAsia="TimesNewRomanPS" w:hAnsi="TimesNewRomanPS"/>
                <w:b/>
                <w:color w:val="0D5F78"/>
                <w:w w:val="97"/>
                <w:sz w:val="16"/>
                <w:szCs w:val="16"/>
              </w:rPr>
              <w:t>execuție</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luni</w:t>
            </w:r>
            <w:proofErr w:type="spellEnd"/>
            <w:r w:rsidRPr="00F9681E">
              <w:rPr>
                <w:rFonts w:ascii="TimesNewRomanPS" w:eastAsia="TimesNewRomanPS" w:hAnsi="TimesNewRomanPS"/>
                <w:b/>
                <w:color w:val="0D5F78"/>
                <w:w w:val="97"/>
                <w:sz w:val="16"/>
                <w:szCs w:val="16"/>
              </w:rPr>
              <w:t>)</w:t>
            </w:r>
          </w:p>
        </w:tc>
        <w:tc>
          <w:tcPr>
            <w:tcW w:w="3056" w:type="dxa"/>
            <w:gridSpan w:val="4"/>
            <w:tcBorders>
              <w:top w:val="single" w:sz="4" w:space="0" w:color="767676"/>
              <w:left w:val="single" w:sz="3" w:space="0" w:color="767676"/>
              <w:bottom w:val="single" w:sz="4" w:space="0" w:color="767676"/>
              <w:right w:val="single" w:sz="3" w:space="0" w:color="767676"/>
            </w:tcBorders>
            <w:tcMar>
              <w:left w:w="0" w:type="dxa"/>
              <w:right w:w="0" w:type="dxa"/>
            </w:tcMar>
          </w:tcPr>
          <w:p w14:paraId="241A896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începerii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lucrărilor</w:t>
            </w:r>
            <w:proofErr w:type="spellEnd"/>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2917316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Data </w:t>
            </w:r>
            <w:proofErr w:type="spellStart"/>
            <w:r w:rsidRPr="00F9681E">
              <w:rPr>
                <w:rFonts w:ascii="TimesNewRomanPS" w:eastAsia="TimesNewRomanPS" w:hAnsi="TimesNewRomanPS"/>
                <w:b/>
                <w:color w:val="0D5F78"/>
                <w:w w:val="97"/>
                <w:sz w:val="16"/>
                <w:szCs w:val="16"/>
              </w:rPr>
              <w:t>finalizării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lucrărilor</w:t>
            </w:r>
            <w:proofErr w:type="spellEnd"/>
          </w:p>
        </w:tc>
      </w:tr>
      <w:tr w:rsidR="00BD2397" w:rsidRPr="00F9681E" w14:paraId="28B9795F" w14:textId="77777777">
        <w:trPr>
          <w:trHeight w:hRule="exact" w:val="578"/>
        </w:trPr>
        <w:tc>
          <w:tcPr>
            <w:tcW w:w="311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3EC5DBD0"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2. </w:t>
            </w:r>
            <w:r w:rsidRPr="00F9681E">
              <w:rPr>
                <w:rFonts w:ascii="TimesNewRomanPS" w:eastAsia="TimesNewRomanPS" w:hAnsi="TimesNewRomanPS"/>
                <w:b/>
                <w:color w:val="000000"/>
                <w:w w:val="102"/>
                <w:sz w:val="16"/>
                <w:szCs w:val="16"/>
              </w:rPr>
              <w:t>ECHIPA DE PROIECTARE</w:t>
            </w:r>
          </w:p>
        </w:tc>
        <w:tc>
          <w:tcPr>
            <w:tcW w:w="1558" w:type="dxa"/>
            <w:gridSpan w:val="2"/>
            <w:tcBorders>
              <w:top w:val="single" w:sz="4" w:space="0" w:color="767676"/>
              <w:left w:val="single" w:sz="4" w:space="0" w:color="767676"/>
              <w:bottom w:val="single" w:sz="3" w:space="0" w:color="767676"/>
              <w:right w:val="single" w:sz="3" w:space="0" w:color="767676"/>
            </w:tcBorders>
            <w:tcMar>
              <w:left w:w="0" w:type="dxa"/>
              <w:right w:w="0" w:type="dxa"/>
            </w:tcMar>
          </w:tcPr>
          <w:p w14:paraId="478E86EA" w14:textId="77777777" w:rsidR="00BD2397" w:rsidRPr="00F9681E" w:rsidRDefault="00B8640C">
            <w:pPr>
              <w:autoSpaceDE w:val="0"/>
              <w:autoSpaceDN w:val="0"/>
              <w:spacing w:after="0" w:line="200" w:lineRule="exact"/>
              <w:ind w:left="100"/>
              <w:rPr>
                <w:sz w:val="16"/>
                <w:szCs w:val="16"/>
              </w:rPr>
            </w:pPr>
            <w:proofErr w:type="spellStart"/>
            <w:r w:rsidRPr="00F9681E">
              <w:rPr>
                <w:rFonts w:ascii="TimesNewRomanPSMT" w:eastAsia="TimesNewRomanPSMT" w:hAnsi="TimesNewRomanPSMT"/>
                <w:color w:val="000000"/>
                <w:w w:val="102"/>
                <w:sz w:val="16"/>
                <w:szCs w:val="16"/>
              </w:rPr>
              <w:t>Proiectant</w:t>
            </w:r>
            <w:proofErr w:type="spellEnd"/>
            <w:r w:rsidRPr="00F9681E">
              <w:rPr>
                <w:rFonts w:ascii="TimesNewRomanPSMT" w:eastAsia="TimesNewRomanPSMT" w:hAnsi="TimesNewRomanPSMT"/>
                <w:color w:val="000000"/>
                <w:w w:val="102"/>
                <w:sz w:val="16"/>
                <w:szCs w:val="16"/>
              </w:rPr>
              <w:t xml:space="preserve"> general / </w:t>
            </w:r>
            <w:proofErr w:type="spellStart"/>
            <w:r w:rsidRPr="00F9681E">
              <w:rPr>
                <w:rFonts w:ascii="TimesNewRomanPSMT" w:eastAsia="TimesNewRomanPSMT" w:hAnsi="TimesNewRomanPSMT"/>
                <w:color w:val="000000"/>
                <w:w w:val="102"/>
                <w:sz w:val="16"/>
                <w:szCs w:val="16"/>
              </w:rPr>
              <w:t>arhitectură</w:t>
            </w:r>
            <w:proofErr w:type="spellEnd"/>
          </w:p>
        </w:tc>
        <w:tc>
          <w:tcPr>
            <w:tcW w:w="1558"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41DA9C5E" w14:textId="77777777" w:rsidR="00BD2397" w:rsidRPr="00F9681E" w:rsidRDefault="00B8640C">
            <w:pPr>
              <w:autoSpaceDE w:val="0"/>
              <w:autoSpaceDN w:val="0"/>
              <w:spacing w:after="0" w:line="200" w:lineRule="exact"/>
              <w:ind w:left="102" w:right="432"/>
              <w:rPr>
                <w:sz w:val="16"/>
                <w:szCs w:val="16"/>
              </w:rPr>
            </w:pPr>
            <w:proofErr w:type="spellStart"/>
            <w:r w:rsidRPr="00F9681E">
              <w:rPr>
                <w:rFonts w:ascii="TimesNewRomanPSMT" w:eastAsia="TimesNewRomanPSMT" w:hAnsi="TimesNewRomanPSMT"/>
                <w:color w:val="000000"/>
                <w:w w:val="102"/>
                <w:sz w:val="16"/>
                <w:szCs w:val="16"/>
              </w:rPr>
              <w:t>Proiectant</w:t>
            </w:r>
            <w:proofErr w:type="spellEnd"/>
            <w:r w:rsidRPr="00F9681E">
              <w:rPr>
                <w:rFonts w:ascii="TimesNewRomanPSMT" w:eastAsia="TimesNewRomanPSMT" w:hAnsi="TimesNewRomanPSMT"/>
                <w:color w:val="000000"/>
                <w:w w:val="102"/>
                <w:sz w:val="16"/>
                <w:szCs w:val="16"/>
              </w:rPr>
              <w:t xml:space="preserve"> de </w:t>
            </w:r>
            <w:proofErr w:type="spellStart"/>
            <w:r w:rsidRPr="00F9681E">
              <w:rPr>
                <w:rFonts w:ascii="TimesNewRomanPSMT" w:eastAsia="TimesNewRomanPSMT" w:hAnsi="TimesNewRomanPSMT"/>
                <w:color w:val="000000"/>
                <w:w w:val="102"/>
                <w:sz w:val="16"/>
                <w:szCs w:val="16"/>
              </w:rPr>
              <w:t>structură</w:t>
            </w:r>
            <w:proofErr w:type="spellEnd"/>
          </w:p>
        </w:tc>
        <w:tc>
          <w:tcPr>
            <w:tcW w:w="1560"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7AADA86C" w14:textId="77777777" w:rsidR="00BD2397" w:rsidRPr="00F9681E" w:rsidRDefault="00B8640C">
            <w:pPr>
              <w:autoSpaceDE w:val="0"/>
              <w:autoSpaceDN w:val="0"/>
              <w:spacing w:after="0" w:line="200" w:lineRule="exact"/>
              <w:ind w:left="100" w:right="432"/>
              <w:rPr>
                <w:sz w:val="16"/>
                <w:szCs w:val="16"/>
              </w:rPr>
            </w:pPr>
            <w:proofErr w:type="spellStart"/>
            <w:r w:rsidRPr="00F9681E">
              <w:rPr>
                <w:rFonts w:ascii="TimesNewRomanPSMT" w:eastAsia="TimesNewRomanPSMT" w:hAnsi="TimesNewRomanPSMT"/>
                <w:color w:val="000000"/>
                <w:w w:val="102"/>
                <w:sz w:val="16"/>
                <w:szCs w:val="16"/>
              </w:rPr>
              <w:t>Proiectant</w:t>
            </w:r>
            <w:proofErr w:type="spellEnd"/>
            <w:r w:rsidRPr="00F9681E">
              <w:rPr>
                <w:rFonts w:ascii="TimesNewRomanPSMT" w:eastAsia="TimesNewRomanPSMT" w:hAnsi="TimesNewRomanPSMT"/>
                <w:color w:val="000000"/>
                <w:w w:val="102"/>
                <w:sz w:val="16"/>
                <w:szCs w:val="16"/>
              </w:rPr>
              <w:t xml:space="preserve"> de </w:t>
            </w:r>
            <w:proofErr w:type="spellStart"/>
            <w:r w:rsidRPr="00F9681E">
              <w:rPr>
                <w:rFonts w:ascii="TimesNewRomanPSMT" w:eastAsia="TimesNewRomanPSMT" w:hAnsi="TimesNewRomanPSMT"/>
                <w:color w:val="000000"/>
                <w:w w:val="102"/>
                <w:sz w:val="16"/>
                <w:szCs w:val="16"/>
              </w:rPr>
              <w:t>instalații</w:t>
            </w:r>
            <w:proofErr w:type="spellEnd"/>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7323351C" w14:textId="77777777" w:rsidR="00BD2397" w:rsidRPr="00F9681E" w:rsidRDefault="00B8640C">
            <w:pPr>
              <w:autoSpaceDE w:val="0"/>
              <w:autoSpaceDN w:val="0"/>
              <w:spacing w:after="0" w:line="202" w:lineRule="exact"/>
              <w:ind w:left="98"/>
              <w:rPr>
                <w:sz w:val="16"/>
                <w:szCs w:val="16"/>
              </w:rPr>
            </w:pPr>
            <w:proofErr w:type="spellStart"/>
            <w:r w:rsidRPr="00F9681E">
              <w:rPr>
                <w:rFonts w:ascii="TimesNewRomanPSMT" w:eastAsia="TimesNewRomanPSMT" w:hAnsi="TimesNewRomanPSMT"/>
                <w:color w:val="000000"/>
                <w:w w:val="102"/>
                <w:sz w:val="16"/>
                <w:szCs w:val="16"/>
              </w:rPr>
              <w:t>Alți</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proiectanți</w:t>
            </w:r>
            <w:proofErr w:type="spellEnd"/>
            <w:r w:rsidRPr="00F9681E">
              <w:rPr>
                <w:rFonts w:ascii="TimesNewRomanPSMT" w:eastAsia="TimesNewRomanPSMT" w:hAnsi="TimesNewRomanPSMT"/>
                <w:color w:val="000000"/>
                <w:w w:val="102"/>
                <w:sz w:val="16"/>
                <w:szCs w:val="16"/>
              </w:rPr>
              <w:t xml:space="preserve"> / </w:t>
            </w:r>
            <w:proofErr w:type="spellStart"/>
            <w:r w:rsidRPr="00F9681E">
              <w:rPr>
                <w:rFonts w:ascii="TimesNewRomanPSMT" w:eastAsia="TimesNewRomanPSMT" w:hAnsi="TimesNewRomanPSMT"/>
                <w:color w:val="000000"/>
                <w:w w:val="102"/>
                <w:sz w:val="16"/>
                <w:szCs w:val="16"/>
              </w:rPr>
              <w:t>verificatori</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atestați</w:t>
            </w:r>
            <w:proofErr w:type="spellEnd"/>
          </w:p>
        </w:tc>
      </w:tr>
      <w:tr w:rsidR="00BD2397" w:rsidRPr="00F9681E" w14:paraId="0A083C4B" w14:textId="77777777">
        <w:trPr>
          <w:trHeight w:hRule="exact" w:val="506"/>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6E71F146"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Firma</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numele</w:t>
            </w:r>
            <w:proofErr w:type="spellEnd"/>
          </w:p>
        </w:tc>
        <w:tc>
          <w:tcPr>
            <w:tcW w:w="1558" w:type="dxa"/>
            <w:gridSpan w:val="2"/>
            <w:tcBorders>
              <w:top w:val="single" w:sz="3" w:space="0" w:color="767676"/>
              <w:left w:val="single" w:sz="4" w:space="0" w:color="767676"/>
              <w:bottom w:val="single" w:sz="4" w:space="0" w:color="767676"/>
              <w:right w:val="single" w:sz="3" w:space="0" w:color="767676"/>
            </w:tcBorders>
            <w:tcMar>
              <w:left w:w="0" w:type="dxa"/>
              <w:right w:w="0" w:type="dxa"/>
            </w:tcMar>
          </w:tcPr>
          <w:p w14:paraId="2441FA60" w14:textId="77777777" w:rsidR="00BD2397" w:rsidRPr="00F9681E" w:rsidRDefault="00BD2397">
            <w:pPr>
              <w:spacing w:after="0"/>
              <w:rPr>
                <w:sz w:val="16"/>
                <w:szCs w:val="16"/>
              </w:rPr>
            </w:pPr>
          </w:p>
        </w:tc>
        <w:tc>
          <w:tcPr>
            <w:tcW w:w="1558"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122EF6BD" w14:textId="77777777" w:rsidR="00BD2397" w:rsidRPr="00F9681E" w:rsidRDefault="00BD2397">
            <w:pPr>
              <w:spacing w:after="0"/>
              <w:rPr>
                <w:sz w:val="16"/>
                <w:szCs w:val="16"/>
              </w:rPr>
            </w:pPr>
          </w:p>
        </w:tc>
        <w:tc>
          <w:tcPr>
            <w:tcW w:w="1560"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2EBC7D8A" w14:textId="77777777" w:rsidR="00BD2397" w:rsidRPr="00F9681E" w:rsidRDefault="00BD2397">
            <w:pPr>
              <w:spacing w:after="0"/>
              <w:rPr>
                <w:sz w:val="16"/>
                <w:szCs w:val="16"/>
              </w:rPr>
            </w:pPr>
          </w:p>
        </w:tc>
        <w:tc>
          <w:tcPr>
            <w:tcW w:w="1556" w:type="dxa"/>
            <w:tcBorders>
              <w:top w:val="single" w:sz="3" w:space="0" w:color="767676"/>
              <w:left w:val="single" w:sz="4" w:space="0" w:color="767676"/>
              <w:bottom w:val="single" w:sz="4" w:space="0" w:color="767676"/>
              <w:right w:val="single" w:sz="3" w:space="0" w:color="767676"/>
            </w:tcBorders>
            <w:tcMar>
              <w:left w:w="0" w:type="dxa"/>
              <w:right w:w="0" w:type="dxa"/>
            </w:tcMar>
          </w:tcPr>
          <w:p w14:paraId="1028D88C" w14:textId="77777777" w:rsidR="00BD2397" w:rsidRPr="00F9681E" w:rsidRDefault="00BD2397">
            <w:pPr>
              <w:spacing w:after="0"/>
              <w:rPr>
                <w:sz w:val="16"/>
                <w:szCs w:val="16"/>
              </w:rPr>
            </w:pPr>
          </w:p>
        </w:tc>
      </w:tr>
      <w:tr w:rsidR="00BD2397" w:rsidRPr="00F9681E" w14:paraId="1DCB344F" w14:textId="77777777">
        <w:trPr>
          <w:trHeight w:hRule="exact" w:val="678"/>
        </w:trPr>
        <w:tc>
          <w:tcPr>
            <w:tcW w:w="311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78FDBD05" w14:textId="77777777" w:rsidR="00BD2397" w:rsidRPr="00F9681E" w:rsidRDefault="00B8640C">
            <w:pPr>
              <w:autoSpaceDE w:val="0"/>
              <w:autoSpaceDN w:val="0"/>
              <w:spacing w:after="0" w:line="166" w:lineRule="exact"/>
              <w:ind w:left="100"/>
              <w:rPr>
                <w:sz w:val="16"/>
                <w:szCs w:val="16"/>
              </w:rPr>
            </w:pPr>
            <w:proofErr w:type="spellStart"/>
            <w:r w:rsidRPr="00F9681E">
              <w:rPr>
                <w:rFonts w:ascii="TimesNewRomanPS" w:eastAsia="TimesNewRomanPS" w:hAnsi="TimesNewRomanPS"/>
                <w:b/>
                <w:color w:val="0D5F78"/>
                <w:w w:val="97"/>
                <w:sz w:val="16"/>
                <w:szCs w:val="16"/>
              </w:rPr>
              <w:t>Specialistul</w:t>
            </w:r>
            <w:proofErr w:type="spellEnd"/>
            <w:r w:rsidRPr="00F9681E">
              <w:rPr>
                <w:rFonts w:ascii="TimesNewRomanPS" w:eastAsia="TimesNewRomanPS" w:hAnsi="TimesNewRomanPS"/>
                <w:b/>
                <w:color w:val="0D5F78"/>
                <w:w w:val="97"/>
                <w:sz w:val="16"/>
                <w:szCs w:val="16"/>
              </w:rPr>
              <w:t xml:space="preserve"> </w:t>
            </w:r>
            <w:r w:rsidRPr="00F9681E">
              <w:rPr>
                <w:sz w:val="16"/>
                <w:szCs w:val="16"/>
              </w:rPr>
              <w:br/>
            </w:r>
            <w:proofErr w:type="spellStart"/>
            <w:r w:rsidRPr="00F9681E">
              <w:rPr>
                <w:rFonts w:ascii="TimesNewRomanPS" w:eastAsia="TimesNewRomanPS" w:hAnsi="TimesNewRomanPS"/>
                <w:i/>
                <w:color w:val="7A7A7A"/>
                <w:w w:val="97"/>
                <w:sz w:val="16"/>
                <w:szCs w:val="16"/>
              </w:rPr>
              <w:t>arhitect</w:t>
            </w:r>
            <w:proofErr w:type="spellEnd"/>
            <w:r w:rsidRPr="00F9681E">
              <w:rPr>
                <w:rFonts w:ascii="TimesNewRomanPS" w:eastAsia="TimesNewRomanPS" w:hAnsi="TimesNewRomanPS"/>
                <w:i/>
                <w:color w:val="7A7A7A"/>
                <w:w w:val="97"/>
                <w:sz w:val="16"/>
                <w:szCs w:val="16"/>
              </w:rPr>
              <w:t xml:space="preserve"> cu </w:t>
            </w:r>
            <w:proofErr w:type="spellStart"/>
            <w:r w:rsidRPr="00F9681E">
              <w:rPr>
                <w:rFonts w:ascii="TimesNewRomanPS" w:eastAsia="TimesNewRomanPS" w:hAnsi="TimesNewRomanPS"/>
                <w:i/>
                <w:color w:val="7A7A7A"/>
                <w:w w:val="97"/>
                <w:sz w:val="16"/>
                <w:szCs w:val="16"/>
              </w:rPr>
              <w:t>drept</w:t>
            </w:r>
            <w:proofErr w:type="spellEnd"/>
            <w:r w:rsidRPr="00F9681E">
              <w:rPr>
                <w:rFonts w:ascii="TimesNewRomanPS" w:eastAsia="TimesNewRomanPS" w:hAnsi="TimesNewRomanPS"/>
                <w:i/>
                <w:color w:val="7A7A7A"/>
                <w:w w:val="97"/>
                <w:sz w:val="16"/>
                <w:szCs w:val="16"/>
              </w:rPr>
              <w:t xml:space="preserve"> de </w:t>
            </w:r>
            <w:proofErr w:type="spellStart"/>
            <w:r w:rsidRPr="00F9681E">
              <w:rPr>
                <w:rFonts w:ascii="TimesNewRomanPS" w:eastAsia="TimesNewRomanPS" w:hAnsi="TimesNewRomanPS"/>
                <w:i/>
                <w:color w:val="7A7A7A"/>
                <w:w w:val="97"/>
                <w:sz w:val="16"/>
                <w:szCs w:val="16"/>
              </w:rPr>
              <w:t>semnătură</w:t>
            </w:r>
            <w:proofErr w:type="spellEnd"/>
            <w:r w:rsidRPr="00F9681E">
              <w:rPr>
                <w:rFonts w:ascii="TimesNewRomanPS" w:eastAsia="TimesNewRomanPS" w:hAnsi="TimesNewRomanPS"/>
                <w:i/>
                <w:color w:val="7A7A7A"/>
                <w:w w:val="97"/>
                <w:sz w:val="16"/>
                <w:szCs w:val="16"/>
              </w:rPr>
              <w:t xml:space="preserve"> / </w:t>
            </w:r>
            <w:proofErr w:type="spellStart"/>
            <w:r w:rsidRPr="00F9681E">
              <w:rPr>
                <w:rFonts w:ascii="TimesNewRomanPS" w:eastAsia="TimesNewRomanPS" w:hAnsi="TimesNewRomanPS"/>
                <w:i/>
                <w:color w:val="7A7A7A"/>
                <w:w w:val="97"/>
                <w:sz w:val="16"/>
                <w:szCs w:val="16"/>
              </w:rPr>
              <w:t>inginer</w:t>
            </w:r>
            <w:proofErr w:type="spellEnd"/>
            <w:r w:rsidRPr="00F9681E">
              <w:rPr>
                <w:rFonts w:ascii="TimesNewRomanPS" w:eastAsia="TimesNewRomanPS" w:hAnsi="TimesNewRomanPS"/>
                <w:i/>
                <w:color w:val="7A7A7A"/>
                <w:w w:val="97"/>
                <w:sz w:val="16"/>
                <w:szCs w:val="16"/>
              </w:rPr>
              <w:t xml:space="preserve"> </w:t>
            </w:r>
            <w:proofErr w:type="spellStart"/>
            <w:r w:rsidRPr="00F9681E">
              <w:rPr>
                <w:rFonts w:ascii="TimesNewRomanPS" w:eastAsia="TimesNewRomanPS" w:hAnsi="TimesNewRomanPS"/>
                <w:i/>
                <w:color w:val="7A7A7A"/>
                <w:w w:val="97"/>
                <w:sz w:val="16"/>
                <w:szCs w:val="16"/>
              </w:rPr>
              <w:t>atestat</w:t>
            </w:r>
            <w:proofErr w:type="spellEnd"/>
            <w:r w:rsidRPr="00F9681E">
              <w:rPr>
                <w:rFonts w:ascii="TimesNewRomanPS" w:eastAsia="TimesNewRomanPS" w:hAnsi="TimesNewRomanPS"/>
                <w:i/>
                <w:color w:val="7A7A7A"/>
                <w:w w:val="97"/>
                <w:sz w:val="16"/>
                <w:szCs w:val="16"/>
              </w:rPr>
              <w:t xml:space="preserve"> / </w:t>
            </w:r>
            <w:proofErr w:type="spellStart"/>
            <w:r w:rsidRPr="00F9681E">
              <w:rPr>
                <w:rFonts w:ascii="TimesNewRomanPS" w:eastAsia="TimesNewRomanPS" w:hAnsi="TimesNewRomanPS"/>
                <w:i/>
                <w:color w:val="7A7A7A"/>
                <w:w w:val="97"/>
                <w:sz w:val="16"/>
                <w:szCs w:val="16"/>
              </w:rPr>
              <w:t>domeniu-atestat</w:t>
            </w:r>
            <w:proofErr w:type="spellEnd"/>
          </w:p>
        </w:tc>
        <w:tc>
          <w:tcPr>
            <w:tcW w:w="1558" w:type="dxa"/>
            <w:gridSpan w:val="2"/>
            <w:tcBorders>
              <w:top w:val="single" w:sz="4" w:space="0" w:color="767676"/>
              <w:left w:val="single" w:sz="4" w:space="0" w:color="767676"/>
              <w:bottom w:val="single" w:sz="3" w:space="0" w:color="767676"/>
              <w:right w:val="single" w:sz="3" w:space="0" w:color="767676"/>
            </w:tcBorders>
            <w:tcMar>
              <w:left w:w="0" w:type="dxa"/>
              <w:right w:w="0" w:type="dxa"/>
            </w:tcMar>
          </w:tcPr>
          <w:p w14:paraId="3949565D" w14:textId="77777777" w:rsidR="00BD2397" w:rsidRPr="00F9681E" w:rsidRDefault="00BD2397">
            <w:pPr>
              <w:spacing w:after="0"/>
              <w:rPr>
                <w:sz w:val="16"/>
                <w:szCs w:val="16"/>
              </w:rPr>
            </w:pPr>
          </w:p>
        </w:tc>
        <w:tc>
          <w:tcPr>
            <w:tcW w:w="1558"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4D82F6D7" w14:textId="77777777" w:rsidR="00BD2397" w:rsidRPr="00F9681E" w:rsidRDefault="00BD2397">
            <w:pPr>
              <w:spacing w:after="0"/>
              <w:rPr>
                <w:sz w:val="16"/>
                <w:szCs w:val="16"/>
              </w:rPr>
            </w:pPr>
          </w:p>
        </w:tc>
        <w:tc>
          <w:tcPr>
            <w:tcW w:w="1560"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344473C4" w14:textId="77777777" w:rsidR="00BD2397" w:rsidRPr="00F9681E" w:rsidRDefault="00BD2397">
            <w:pPr>
              <w:spacing w:after="0"/>
              <w:rPr>
                <w:sz w:val="16"/>
                <w:szCs w:val="16"/>
              </w:rPr>
            </w:pP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411A01FE" w14:textId="77777777" w:rsidR="00BD2397" w:rsidRPr="00F9681E" w:rsidRDefault="00BD2397">
            <w:pPr>
              <w:spacing w:after="0"/>
              <w:rPr>
                <w:sz w:val="16"/>
                <w:szCs w:val="16"/>
              </w:rPr>
            </w:pPr>
          </w:p>
        </w:tc>
      </w:tr>
      <w:tr w:rsidR="00BD2397" w:rsidRPr="00F9681E" w14:paraId="1F2D2350"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17A275AC"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e-mail</w:t>
            </w:r>
          </w:p>
        </w:tc>
        <w:tc>
          <w:tcPr>
            <w:tcW w:w="1558" w:type="dxa"/>
            <w:gridSpan w:val="2"/>
            <w:tcBorders>
              <w:top w:val="single" w:sz="3" w:space="0" w:color="767676"/>
              <w:left w:val="single" w:sz="4" w:space="0" w:color="767676"/>
              <w:bottom w:val="single" w:sz="3" w:space="0" w:color="767676"/>
              <w:right w:val="single" w:sz="3" w:space="0" w:color="767676"/>
            </w:tcBorders>
            <w:tcMar>
              <w:left w:w="0" w:type="dxa"/>
              <w:right w:w="0" w:type="dxa"/>
            </w:tcMar>
          </w:tcPr>
          <w:p w14:paraId="4E88F916" w14:textId="77777777" w:rsidR="00BD2397" w:rsidRPr="00F9681E" w:rsidRDefault="00BD2397">
            <w:pPr>
              <w:spacing w:after="0"/>
              <w:rPr>
                <w:sz w:val="16"/>
                <w:szCs w:val="16"/>
              </w:rPr>
            </w:pPr>
          </w:p>
        </w:tc>
        <w:tc>
          <w:tcPr>
            <w:tcW w:w="1558"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77C8A445" w14:textId="77777777" w:rsidR="00BD2397" w:rsidRPr="00F9681E" w:rsidRDefault="00BD2397">
            <w:pPr>
              <w:spacing w:after="0"/>
              <w:rPr>
                <w:sz w:val="16"/>
                <w:szCs w:val="16"/>
              </w:rPr>
            </w:pPr>
          </w:p>
        </w:tc>
        <w:tc>
          <w:tcPr>
            <w:tcW w:w="1560"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6752DEC1" w14:textId="77777777" w:rsidR="00BD2397" w:rsidRPr="00F9681E" w:rsidRDefault="00BD2397">
            <w:pPr>
              <w:spacing w:after="0"/>
              <w:rPr>
                <w:sz w:val="16"/>
                <w:szCs w:val="16"/>
              </w:rPr>
            </w:pP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71387D55" w14:textId="77777777" w:rsidR="00BD2397" w:rsidRPr="00F9681E" w:rsidRDefault="00BD2397">
            <w:pPr>
              <w:spacing w:after="0"/>
              <w:rPr>
                <w:sz w:val="16"/>
                <w:szCs w:val="16"/>
              </w:rPr>
            </w:pPr>
          </w:p>
        </w:tc>
      </w:tr>
      <w:tr w:rsidR="00BD2397" w:rsidRPr="00B9266D" w14:paraId="14FC5899" w14:textId="77777777">
        <w:trPr>
          <w:trHeight w:hRule="exact" w:val="504"/>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21B06A3D"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3. </w:t>
            </w:r>
            <w:r w:rsidRPr="00F9681E">
              <w:rPr>
                <w:rFonts w:ascii="TimesNewRomanPS" w:eastAsia="TimesNewRomanPS" w:hAnsi="TimesNewRomanPS"/>
                <w:b/>
                <w:color w:val="000000"/>
                <w:w w:val="102"/>
                <w:sz w:val="16"/>
                <w:szCs w:val="16"/>
              </w:rPr>
              <w:t xml:space="preserve">EXECUTANTUL </w:t>
            </w:r>
          </w:p>
        </w:tc>
        <w:tc>
          <w:tcPr>
            <w:tcW w:w="3114" w:type="dxa"/>
            <w:gridSpan w:val="4"/>
            <w:tcBorders>
              <w:top w:val="single" w:sz="3" w:space="0" w:color="767676"/>
              <w:left w:val="single" w:sz="3" w:space="0" w:color="767676"/>
              <w:bottom w:val="single" w:sz="4" w:space="0" w:color="767676"/>
              <w:right w:val="single" w:sz="4" w:space="0" w:color="767676"/>
            </w:tcBorders>
            <w:tcMar>
              <w:left w:w="0" w:type="dxa"/>
              <w:right w:w="0" w:type="dxa"/>
            </w:tcMar>
          </w:tcPr>
          <w:p w14:paraId="07E86627" w14:textId="77777777" w:rsidR="00BD2397" w:rsidRPr="00F9681E" w:rsidRDefault="00B8640C">
            <w:pPr>
              <w:autoSpaceDE w:val="0"/>
              <w:autoSpaceDN w:val="0"/>
              <w:spacing w:after="0" w:line="200" w:lineRule="exact"/>
              <w:ind w:left="100" w:right="288"/>
              <w:rPr>
                <w:sz w:val="16"/>
                <w:szCs w:val="16"/>
              </w:rPr>
            </w:pPr>
            <w:r w:rsidRPr="00F9681E">
              <w:rPr>
                <w:rFonts w:ascii="TimesNewRomanPSMT" w:eastAsia="TimesNewRomanPSMT" w:hAnsi="TimesNewRomanPSMT"/>
                <w:color w:val="000000"/>
                <w:w w:val="102"/>
                <w:sz w:val="16"/>
                <w:szCs w:val="16"/>
              </w:rPr>
              <w:t xml:space="preserve">Constructor — </w:t>
            </w:r>
            <w:proofErr w:type="spellStart"/>
            <w:r w:rsidRPr="00F9681E">
              <w:rPr>
                <w:rFonts w:ascii="TimesNewRomanPSMT" w:eastAsia="TimesNewRomanPSMT" w:hAnsi="TimesNewRomanPSMT"/>
                <w:color w:val="000000"/>
                <w:w w:val="102"/>
                <w:sz w:val="16"/>
                <w:szCs w:val="16"/>
              </w:rPr>
              <w:t>antreprenor</w:t>
            </w:r>
            <w:proofErr w:type="spellEnd"/>
            <w:r w:rsidRPr="00F9681E">
              <w:rPr>
                <w:rFonts w:ascii="TimesNewRomanPSMT" w:eastAsia="TimesNewRomanPSMT" w:hAnsi="TimesNewRomanPSMT"/>
                <w:color w:val="000000"/>
                <w:w w:val="102"/>
                <w:sz w:val="16"/>
                <w:szCs w:val="16"/>
              </w:rPr>
              <w:t xml:space="preserve"> general / executant</w:t>
            </w:r>
          </w:p>
        </w:tc>
        <w:tc>
          <w:tcPr>
            <w:tcW w:w="3896" w:type="dxa"/>
            <w:gridSpan w:val="4"/>
            <w:tcBorders>
              <w:top w:val="single" w:sz="3" w:space="0" w:color="767676"/>
              <w:left w:val="single" w:sz="4" w:space="0" w:color="767676"/>
              <w:bottom w:val="single" w:sz="4" w:space="0" w:color="767676"/>
              <w:right w:val="single" w:sz="3" w:space="0" w:color="767676"/>
            </w:tcBorders>
            <w:tcMar>
              <w:left w:w="0" w:type="dxa"/>
              <w:right w:w="0" w:type="dxa"/>
            </w:tcMar>
          </w:tcPr>
          <w:p w14:paraId="79A39E49" w14:textId="77777777" w:rsidR="00BD2397" w:rsidRPr="008F01A5" w:rsidRDefault="00B8640C">
            <w:pPr>
              <w:autoSpaceDE w:val="0"/>
              <w:autoSpaceDN w:val="0"/>
              <w:spacing w:after="0" w:line="200" w:lineRule="exact"/>
              <w:ind w:left="100" w:right="144"/>
              <w:rPr>
                <w:sz w:val="16"/>
                <w:szCs w:val="16"/>
                <w:lang w:val="pt-PT"/>
              </w:rPr>
            </w:pPr>
            <w:r w:rsidRPr="008F01A5">
              <w:rPr>
                <w:rFonts w:ascii="TimesNewRomanPSMT" w:eastAsia="TimesNewRomanPSMT" w:hAnsi="TimesNewRomanPSMT"/>
                <w:color w:val="000000"/>
                <w:w w:val="102"/>
                <w:sz w:val="16"/>
                <w:szCs w:val="16"/>
                <w:lang w:val="pt-PT"/>
              </w:rPr>
              <w:t>Diriginte de șantier / responsabil tehnic cu execuția (RTE)</w:t>
            </w:r>
          </w:p>
        </w:tc>
      </w:tr>
      <w:tr w:rsidR="00BD2397" w:rsidRPr="00F9681E" w14:paraId="7A9092F4" w14:textId="77777777">
        <w:trPr>
          <w:trHeight w:hRule="exact" w:val="50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2FDFA5A6"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Firma</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numele</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și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prenumele</w:t>
            </w:r>
            <w:proofErr w:type="spellEnd"/>
          </w:p>
        </w:tc>
        <w:tc>
          <w:tcPr>
            <w:tcW w:w="3114" w:type="dxa"/>
            <w:gridSpan w:val="4"/>
            <w:tcBorders>
              <w:top w:val="single" w:sz="4" w:space="0" w:color="767676"/>
              <w:left w:val="single" w:sz="3" w:space="0" w:color="767676"/>
              <w:bottom w:val="single" w:sz="4" w:space="0" w:color="767676"/>
              <w:right w:val="single" w:sz="4" w:space="0" w:color="767676"/>
            </w:tcBorders>
            <w:tcMar>
              <w:left w:w="0" w:type="dxa"/>
              <w:right w:w="0" w:type="dxa"/>
            </w:tcMar>
          </w:tcPr>
          <w:p w14:paraId="31E29065" w14:textId="77777777" w:rsidR="00BD2397" w:rsidRPr="00F9681E" w:rsidRDefault="00BD2397">
            <w:pPr>
              <w:spacing w:after="0"/>
              <w:rPr>
                <w:sz w:val="16"/>
                <w:szCs w:val="16"/>
              </w:rPr>
            </w:pPr>
          </w:p>
        </w:tc>
        <w:tc>
          <w:tcPr>
            <w:tcW w:w="389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5BCA4A48" w14:textId="77777777" w:rsidR="00BD2397" w:rsidRPr="00F9681E" w:rsidRDefault="00BD2397">
            <w:pPr>
              <w:spacing w:after="0"/>
              <w:rPr>
                <w:sz w:val="16"/>
                <w:szCs w:val="16"/>
              </w:rPr>
            </w:pPr>
          </w:p>
        </w:tc>
      </w:tr>
      <w:tr w:rsidR="00BD2397" w:rsidRPr="00F9681E" w14:paraId="6693419B" w14:textId="77777777">
        <w:trPr>
          <w:trHeight w:hRule="exact" w:val="50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1762A2F0"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Adresa</w:t>
            </w:r>
            <w:proofErr w:type="spellEnd"/>
            <w:r w:rsidRPr="00F9681E">
              <w:rPr>
                <w:rFonts w:ascii="TimesNewRomanPS" w:eastAsia="TimesNewRomanPS" w:hAnsi="TimesNewRomanPS"/>
                <w:b/>
                <w:color w:val="0D5F78"/>
                <w:w w:val="97"/>
                <w:sz w:val="16"/>
                <w:szCs w:val="16"/>
              </w:rPr>
              <w:t xml:space="preserve"> </w:t>
            </w:r>
          </w:p>
        </w:tc>
        <w:tc>
          <w:tcPr>
            <w:tcW w:w="3114" w:type="dxa"/>
            <w:gridSpan w:val="4"/>
            <w:tcBorders>
              <w:top w:val="single" w:sz="4" w:space="0" w:color="767676"/>
              <w:left w:val="single" w:sz="3" w:space="0" w:color="767676"/>
              <w:bottom w:val="single" w:sz="4" w:space="0" w:color="767676"/>
              <w:right w:val="single" w:sz="4" w:space="0" w:color="767676"/>
            </w:tcBorders>
            <w:tcMar>
              <w:left w:w="0" w:type="dxa"/>
              <w:right w:w="0" w:type="dxa"/>
            </w:tcMar>
          </w:tcPr>
          <w:p w14:paraId="3E119440" w14:textId="77777777" w:rsidR="00BD2397" w:rsidRPr="00F9681E" w:rsidRDefault="00BD2397">
            <w:pPr>
              <w:spacing w:after="0"/>
              <w:rPr>
                <w:sz w:val="16"/>
                <w:szCs w:val="16"/>
              </w:rPr>
            </w:pPr>
          </w:p>
        </w:tc>
        <w:tc>
          <w:tcPr>
            <w:tcW w:w="389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43712488" w14:textId="77777777" w:rsidR="00BD2397" w:rsidRPr="00F9681E" w:rsidRDefault="00BD2397">
            <w:pPr>
              <w:spacing w:after="0"/>
              <w:rPr>
                <w:sz w:val="16"/>
                <w:szCs w:val="16"/>
              </w:rPr>
            </w:pPr>
          </w:p>
        </w:tc>
      </w:tr>
      <w:tr w:rsidR="00BD2397" w:rsidRPr="00F9681E" w14:paraId="5C813CF9" w14:textId="77777777">
        <w:trPr>
          <w:trHeight w:hRule="exact" w:val="506"/>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3A48CD1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Autorizația</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Atestatul</w:t>
            </w:r>
            <w:proofErr w:type="spellEnd"/>
            <w:r w:rsidRPr="00F9681E">
              <w:rPr>
                <w:rFonts w:ascii="TimesNewRomanPS" w:eastAsia="TimesNewRomanPS" w:hAnsi="TimesNewRomanPS"/>
                <w:b/>
                <w:color w:val="0D5F78"/>
                <w:w w:val="97"/>
                <w:sz w:val="16"/>
                <w:szCs w:val="16"/>
              </w:rPr>
              <w:t xml:space="preserve"> nr. </w:t>
            </w:r>
          </w:p>
        </w:tc>
        <w:tc>
          <w:tcPr>
            <w:tcW w:w="3114" w:type="dxa"/>
            <w:gridSpan w:val="4"/>
            <w:tcBorders>
              <w:top w:val="single" w:sz="4" w:space="0" w:color="767676"/>
              <w:left w:val="single" w:sz="3" w:space="0" w:color="767676"/>
              <w:bottom w:val="single" w:sz="4" w:space="0" w:color="767676"/>
              <w:right w:val="single" w:sz="4" w:space="0" w:color="767676"/>
            </w:tcBorders>
            <w:tcMar>
              <w:left w:w="0" w:type="dxa"/>
              <w:right w:w="0" w:type="dxa"/>
            </w:tcMar>
          </w:tcPr>
          <w:p w14:paraId="15F1003E" w14:textId="77777777" w:rsidR="00BD2397" w:rsidRPr="00F9681E" w:rsidRDefault="00BD2397">
            <w:pPr>
              <w:spacing w:after="0"/>
              <w:rPr>
                <w:sz w:val="16"/>
                <w:szCs w:val="16"/>
              </w:rPr>
            </w:pPr>
          </w:p>
        </w:tc>
        <w:tc>
          <w:tcPr>
            <w:tcW w:w="389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59A2FAED" w14:textId="77777777" w:rsidR="00BD2397" w:rsidRPr="00F9681E" w:rsidRDefault="00BD2397">
            <w:pPr>
              <w:spacing w:after="0"/>
              <w:rPr>
                <w:sz w:val="16"/>
                <w:szCs w:val="16"/>
              </w:rPr>
            </w:pPr>
          </w:p>
        </w:tc>
      </w:tr>
      <w:tr w:rsidR="00BD2397" w:rsidRPr="00F9681E" w14:paraId="176863D8" w14:textId="77777777">
        <w:trPr>
          <w:trHeight w:hRule="exact" w:val="50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650D055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e-mail</w:t>
            </w:r>
          </w:p>
        </w:tc>
        <w:tc>
          <w:tcPr>
            <w:tcW w:w="3114" w:type="dxa"/>
            <w:gridSpan w:val="4"/>
            <w:tcBorders>
              <w:top w:val="single" w:sz="4" w:space="0" w:color="767676"/>
              <w:left w:val="single" w:sz="3" w:space="0" w:color="767676"/>
              <w:bottom w:val="single" w:sz="4" w:space="0" w:color="767676"/>
              <w:right w:val="single" w:sz="4" w:space="0" w:color="767676"/>
            </w:tcBorders>
            <w:tcMar>
              <w:left w:w="0" w:type="dxa"/>
              <w:right w:w="0" w:type="dxa"/>
            </w:tcMar>
          </w:tcPr>
          <w:p w14:paraId="3F935949" w14:textId="77777777" w:rsidR="00BD2397" w:rsidRPr="00F9681E" w:rsidRDefault="00BD2397">
            <w:pPr>
              <w:spacing w:after="0"/>
              <w:rPr>
                <w:sz w:val="16"/>
                <w:szCs w:val="16"/>
              </w:rPr>
            </w:pPr>
          </w:p>
        </w:tc>
        <w:tc>
          <w:tcPr>
            <w:tcW w:w="389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12D52E92" w14:textId="77777777" w:rsidR="00BD2397" w:rsidRPr="00F9681E" w:rsidRDefault="00BD2397">
            <w:pPr>
              <w:spacing w:after="0"/>
              <w:rPr>
                <w:sz w:val="16"/>
                <w:szCs w:val="16"/>
              </w:rPr>
            </w:pPr>
          </w:p>
        </w:tc>
      </w:tr>
    </w:tbl>
    <w:p w14:paraId="1ACB0FEA" w14:textId="77777777" w:rsidR="00BD2397" w:rsidRPr="00F9681E" w:rsidRDefault="00BD2397">
      <w:pPr>
        <w:autoSpaceDE w:val="0"/>
        <w:autoSpaceDN w:val="0"/>
        <w:spacing w:after="0" w:line="820" w:lineRule="exact"/>
        <w:rPr>
          <w:sz w:val="16"/>
          <w:szCs w:val="16"/>
        </w:rPr>
      </w:pPr>
    </w:p>
    <w:tbl>
      <w:tblPr>
        <w:tblW w:w="0" w:type="auto"/>
        <w:tblInd w:w="606" w:type="dxa"/>
        <w:tblLayout w:type="fixed"/>
        <w:tblLook w:val="04A0" w:firstRow="1" w:lastRow="0" w:firstColumn="1" w:lastColumn="0" w:noHBand="0" w:noVBand="1"/>
      </w:tblPr>
      <w:tblGrid>
        <w:gridCol w:w="9348"/>
      </w:tblGrid>
      <w:tr w:rsidR="00BD2397" w:rsidRPr="00B9266D" w14:paraId="3AFBB4B7"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B2E518E" w14:textId="77777777" w:rsidR="00BD2397" w:rsidRPr="008F01A5" w:rsidRDefault="00B8640C">
            <w:pPr>
              <w:autoSpaceDE w:val="0"/>
              <w:autoSpaceDN w:val="0"/>
              <w:spacing w:after="0" w:line="176" w:lineRule="exact"/>
              <w:ind w:left="140"/>
              <w:rPr>
                <w:sz w:val="16"/>
                <w:szCs w:val="16"/>
                <w:lang w:val="pt-PT"/>
              </w:rPr>
            </w:pPr>
            <w:r w:rsidRPr="008F01A5">
              <w:rPr>
                <w:rFonts w:ascii="TimesNewRomanPS" w:eastAsia="TimesNewRomanPS" w:hAnsi="TimesNewRomanPS"/>
                <w:b/>
                <w:color w:val="000000"/>
                <w:w w:val="102"/>
                <w:sz w:val="16"/>
                <w:szCs w:val="16"/>
                <w:lang w:val="pt-PT"/>
              </w:rPr>
              <w:t xml:space="preserve">PRECIZARI PRIVIND PANOUL DE IDNETIFICARE A INEVSTIȚIEI </w:t>
            </w:r>
          </w:p>
        </w:tc>
      </w:tr>
      <w:tr w:rsidR="00BD2397" w:rsidRPr="00B9266D" w14:paraId="7614171F" w14:textId="77777777">
        <w:trPr>
          <w:trHeight w:hRule="exact" w:val="646"/>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5509B55" w14:textId="77777777" w:rsidR="00BD2397" w:rsidRPr="008F01A5" w:rsidRDefault="00B8640C">
            <w:pPr>
              <w:autoSpaceDE w:val="0"/>
              <w:autoSpaceDN w:val="0"/>
              <w:spacing w:after="0" w:line="160" w:lineRule="exact"/>
              <w:ind w:left="100" w:right="144"/>
              <w:rPr>
                <w:sz w:val="16"/>
                <w:szCs w:val="16"/>
                <w:lang w:val="pt-PT"/>
              </w:rPr>
            </w:pPr>
            <w:r w:rsidRPr="008F01A5">
              <w:rPr>
                <w:rFonts w:ascii="TimesNewRomanPSMT" w:eastAsia="TimesNewRomanPSMT" w:hAnsi="TimesNewRomanPSMT"/>
                <w:color w:val="000000"/>
                <w:w w:val="97"/>
                <w:sz w:val="16"/>
                <w:szCs w:val="16"/>
                <w:lang w:val="pt-PT"/>
              </w:rPr>
              <w:t xml:space="preserve">1. Prezentul panou se confecționează din materiale rezistente la intemperii, la dimensiunea minimă de 60 × 90 cm, cu înălțimea literelor de minimum 5 cm pentru titlu. </w:t>
            </w:r>
          </w:p>
          <w:p w14:paraId="6063F753" w14:textId="77777777" w:rsidR="00BD2397" w:rsidRPr="008F01A5" w:rsidRDefault="00B8640C">
            <w:pPr>
              <w:autoSpaceDE w:val="0"/>
              <w:autoSpaceDN w:val="0"/>
              <w:spacing w:after="0" w:line="158" w:lineRule="exact"/>
              <w:ind w:left="100" w:right="576"/>
              <w:rPr>
                <w:sz w:val="16"/>
                <w:szCs w:val="16"/>
                <w:lang w:val="pt-PT"/>
              </w:rPr>
            </w:pPr>
            <w:r w:rsidRPr="008F01A5">
              <w:rPr>
                <w:rFonts w:ascii="TimesNewRomanPSMT" w:eastAsia="TimesNewRomanPSMT" w:hAnsi="TimesNewRomanPSMT"/>
                <w:color w:val="000000"/>
                <w:w w:val="97"/>
                <w:sz w:val="16"/>
                <w:szCs w:val="16"/>
                <w:lang w:val="pt-PT"/>
              </w:rPr>
              <w:t xml:space="preserve">2. Panoul se amplasează obligatoriu la loc vizibil de la drumul public, pe toată durata de execuție a lucrărilor (conform art. 298 alin. (5) din Legea nr.169/2026 privind Codul amenajării teritoriului, urbanismului și construcțiilor). </w:t>
            </w:r>
          </w:p>
        </w:tc>
      </w:tr>
    </w:tbl>
    <w:p w14:paraId="7BC7F6A5" w14:textId="77777777" w:rsidR="00BD2397" w:rsidRPr="008F01A5" w:rsidRDefault="00B8640C">
      <w:pPr>
        <w:tabs>
          <w:tab w:val="left" w:pos="4838"/>
        </w:tabs>
        <w:autoSpaceDE w:val="0"/>
        <w:autoSpaceDN w:val="0"/>
        <w:spacing w:after="0" w:line="144" w:lineRule="exact"/>
        <w:ind w:left="710"/>
        <w:rPr>
          <w:sz w:val="16"/>
          <w:szCs w:val="16"/>
          <w:lang w:val="pt-PT"/>
        </w:rPr>
      </w:pPr>
      <w:r w:rsidRPr="008F01A5">
        <w:rPr>
          <w:rFonts w:ascii="TimesNewRomanPSMT" w:eastAsia="TimesNewRomanPSMT" w:hAnsi="TimesNewRomanPSMT"/>
          <w:color w:val="595959"/>
          <w:w w:val="97"/>
          <w:sz w:val="16"/>
          <w:szCs w:val="16"/>
          <w:lang w:val="pt-PT"/>
        </w:rPr>
        <w:t xml:space="preserve">F ̲̲  02 · versiunea 1.0 </w:t>
      </w:r>
      <w:r w:rsidRPr="008F01A5">
        <w:rPr>
          <w:sz w:val="16"/>
          <w:szCs w:val="16"/>
          <w:lang w:val="pt-PT"/>
        </w:rPr>
        <w:tab/>
      </w:r>
      <w:r w:rsidRPr="008F01A5">
        <w:rPr>
          <w:rFonts w:ascii="TimesNewRomanPSMT" w:eastAsia="TimesNewRomanPSMT" w:hAnsi="TimesNewRomanPSMT"/>
          <w:color w:val="595959"/>
          <w:w w:val="97"/>
          <w:sz w:val="16"/>
          <w:szCs w:val="16"/>
          <w:lang w:val="pt-PT"/>
        </w:rPr>
        <w:t>pagina 1 din 1</w:t>
      </w:r>
    </w:p>
    <w:p w14:paraId="414E17D8" w14:textId="77777777" w:rsidR="00BD2397" w:rsidRPr="008F01A5" w:rsidRDefault="00BD2397">
      <w:pPr>
        <w:spacing w:after="0"/>
        <w:rPr>
          <w:lang w:val="pt-PT"/>
        </w:rPr>
        <w:sectPr w:rsidR="00BD2397" w:rsidRPr="008F01A5">
          <w:pgSz w:w="11900" w:h="16840"/>
          <w:pgMar w:top="126" w:right="1358" w:bottom="236" w:left="564" w:header="720" w:footer="720" w:gutter="0"/>
          <w:cols w:space="708"/>
          <w:docGrid w:linePitch="360"/>
        </w:sectPr>
      </w:pPr>
    </w:p>
    <w:p w14:paraId="6BF595B4" w14:textId="77777777" w:rsidR="00BD2397" w:rsidRPr="008F01A5" w:rsidRDefault="00BD2397">
      <w:pPr>
        <w:autoSpaceDE w:val="0"/>
        <w:autoSpaceDN w:val="0"/>
        <w:spacing w:after="0" w:line="126" w:lineRule="exact"/>
        <w:rPr>
          <w:lang w:val="pt-PT"/>
        </w:rPr>
      </w:pPr>
    </w:p>
    <w:p w14:paraId="477D0B3C" w14:textId="77777777" w:rsidR="00BD2397" w:rsidRPr="008F01A5" w:rsidRDefault="00B8640C">
      <w:pPr>
        <w:tabs>
          <w:tab w:val="left" w:pos="10004"/>
        </w:tabs>
        <w:autoSpaceDE w:val="0"/>
        <w:autoSpaceDN w:val="0"/>
        <w:spacing w:after="0" w:line="200" w:lineRule="exact"/>
        <w:ind w:left="1536"/>
        <w:rPr>
          <w:lang w:val="pt-PT"/>
        </w:rPr>
      </w:pPr>
      <w:r w:rsidRPr="008F01A5">
        <w:rPr>
          <w:rFonts w:ascii="Arial" w:eastAsia="Arial" w:hAnsi="Arial"/>
          <w:color w:val="000000"/>
          <w:sz w:val="17"/>
          <w:lang w:val="pt-PT"/>
        </w:rPr>
        <w:t xml:space="preserve">MONITORUL OFICIAL AL ROMÂNIEI, PARTEA I, Nr. 711 bis/26.VIII.2026 </w:t>
      </w:r>
      <w:r w:rsidRPr="008F01A5">
        <w:rPr>
          <w:lang w:val="pt-PT"/>
        </w:rPr>
        <w:tab/>
      </w:r>
      <w:r w:rsidRPr="008F01A5">
        <w:rPr>
          <w:rFonts w:ascii="Arial" w:eastAsia="Arial" w:hAnsi="Arial"/>
          <w:color w:val="000000"/>
          <w:sz w:val="17"/>
          <w:lang w:val="pt-PT"/>
        </w:rPr>
        <w:t>55</w:t>
      </w:r>
    </w:p>
    <w:p w14:paraId="2324C58E" w14:textId="77777777" w:rsidR="00BD2397" w:rsidRPr="00B9266D" w:rsidRDefault="00B8640C">
      <w:pPr>
        <w:autoSpaceDE w:val="0"/>
        <w:autoSpaceDN w:val="0"/>
        <w:spacing w:after="0" w:line="194" w:lineRule="exact"/>
        <w:ind w:left="166"/>
        <w:rPr>
          <w:lang w:val="pt-BR"/>
        </w:rPr>
      </w:pPr>
      <w:r w:rsidRPr="00B9266D">
        <w:rPr>
          <w:rFonts w:ascii="TimesNewRomanPS" w:eastAsia="TimesNewRomanPS" w:hAnsi="TimesNewRomanPS"/>
          <w:b/>
          <w:color w:val="595959"/>
          <w:w w:val="102"/>
          <w:sz w:val="16"/>
          <w:lang w:val="pt-BR"/>
        </w:rPr>
        <w:t>F_03 · versiunea 1.0</w:t>
      </w:r>
    </w:p>
    <w:p w14:paraId="54BB9A5F" w14:textId="77777777" w:rsidR="00BD2397" w:rsidRPr="00B9266D" w:rsidRDefault="00B8640C">
      <w:pPr>
        <w:autoSpaceDE w:val="0"/>
        <w:autoSpaceDN w:val="0"/>
        <w:spacing w:after="0" w:line="222" w:lineRule="exact"/>
        <w:ind w:left="166" w:right="4176"/>
        <w:rPr>
          <w:lang w:val="pt-BR"/>
        </w:rPr>
      </w:pPr>
      <w:r w:rsidRPr="00B9266D">
        <w:rPr>
          <w:rFonts w:ascii="Arial" w:eastAsia="Arial" w:hAnsi="Arial"/>
          <w:b/>
          <w:color w:val="000000"/>
          <w:w w:val="102"/>
          <w:sz w:val="16"/>
          <w:lang w:val="pt-BR"/>
        </w:rPr>
        <w:t>Consiliul Judeţean</w:t>
      </w:r>
      <w:r w:rsidRPr="00B9266D">
        <w:rPr>
          <w:rFonts w:ascii="ArialMT" w:eastAsia="ArialMT" w:hAnsi="ArialMT"/>
          <w:color w:val="000000"/>
          <w:w w:val="102"/>
          <w:sz w:val="16"/>
          <w:lang w:val="pt-BR"/>
        </w:rPr>
        <w:t xml:space="preserve"> …………………………………………………….. </w:t>
      </w:r>
      <w:r w:rsidRPr="00B9266D">
        <w:rPr>
          <w:rFonts w:ascii="Arial" w:eastAsia="Arial" w:hAnsi="Arial"/>
          <w:b/>
          <w:color w:val="000000"/>
          <w:w w:val="102"/>
          <w:sz w:val="16"/>
          <w:lang w:val="pt-BR"/>
        </w:rPr>
        <w:t>Primăria</w:t>
      </w:r>
      <w:r w:rsidRPr="00B9266D">
        <w:rPr>
          <w:rFonts w:ascii="ArialMT" w:eastAsia="ArialMT" w:hAnsi="ArialMT"/>
          <w:color w:val="000000"/>
          <w:w w:val="102"/>
          <w:sz w:val="16"/>
          <w:lang w:val="pt-BR"/>
        </w:rPr>
        <w:t xml:space="preserve"> ………………………………………………………………… </w:t>
      </w:r>
      <w:r w:rsidRPr="00B9266D">
        <w:rPr>
          <w:rFonts w:ascii="Arial" w:eastAsia="Arial" w:hAnsi="Arial"/>
          <w:i/>
          <w:color w:val="000000"/>
          <w:w w:val="102"/>
          <w:sz w:val="16"/>
          <w:lang w:val="pt-BR"/>
        </w:rPr>
        <w:t xml:space="preserve">(autoritatea căreia îi aparţine agentul constatator) </w:t>
      </w:r>
    </w:p>
    <w:p w14:paraId="3C1E1AC9" w14:textId="77777777" w:rsidR="00BD2397" w:rsidRPr="008F01A5" w:rsidRDefault="00B8640C">
      <w:pPr>
        <w:autoSpaceDE w:val="0"/>
        <w:autoSpaceDN w:val="0"/>
        <w:spacing w:after="0" w:line="224" w:lineRule="exact"/>
        <w:ind w:left="3312" w:right="2592"/>
        <w:jc w:val="center"/>
        <w:rPr>
          <w:lang w:val="pt-PT"/>
        </w:rPr>
      </w:pPr>
      <w:r w:rsidRPr="008F01A5">
        <w:rPr>
          <w:rFonts w:ascii="Arial" w:eastAsia="Arial" w:hAnsi="Arial"/>
          <w:b/>
          <w:color w:val="000000"/>
          <w:w w:val="102"/>
          <w:sz w:val="16"/>
          <w:lang w:val="pt-PT"/>
        </w:rPr>
        <w:t xml:space="preserve">PROCES-VERBAL </w:t>
      </w:r>
      <w:r w:rsidRPr="008F01A5">
        <w:rPr>
          <w:lang w:val="pt-PT"/>
        </w:rPr>
        <w:br/>
      </w:r>
      <w:r w:rsidRPr="008F01A5">
        <w:rPr>
          <w:rFonts w:ascii="Arial" w:eastAsia="Arial" w:hAnsi="Arial"/>
          <w:b/>
          <w:color w:val="000000"/>
          <w:w w:val="102"/>
          <w:sz w:val="16"/>
          <w:lang w:val="pt-PT"/>
        </w:rPr>
        <w:t xml:space="preserve">de constatare şi sancţionare a contravenţiilor </w:t>
      </w:r>
      <w:r w:rsidRPr="008F01A5">
        <w:rPr>
          <w:lang w:val="pt-PT"/>
        </w:rPr>
        <w:br/>
      </w:r>
      <w:r w:rsidRPr="008F01A5">
        <w:rPr>
          <w:rFonts w:ascii="Arial" w:eastAsia="Arial" w:hAnsi="Arial"/>
          <w:b/>
          <w:color w:val="000000"/>
          <w:w w:val="102"/>
          <w:sz w:val="16"/>
          <w:lang w:val="pt-PT"/>
        </w:rPr>
        <w:t xml:space="preserve">Nr. …………., încheiat azi, ……………… </w:t>
      </w:r>
    </w:p>
    <w:p w14:paraId="69F6568D" w14:textId="77777777" w:rsidR="00BD2397" w:rsidRPr="008F01A5" w:rsidRDefault="00B8640C">
      <w:pPr>
        <w:autoSpaceDE w:val="0"/>
        <w:autoSpaceDN w:val="0"/>
        <w:spacing w:after="0" w:line="224" w:lineRule="exact"/>
        <w:ind w:left="166" w:right="576"/>
        <w:rPr>
          <w:lang w:val="pt-PT"/>
        </w:rPr>
      </w:pPr>
      <w:r w:rsidRPr="008F01A5">
        <w:rPr>
          <w:rFonts w:ascii="ArialMT" w:eastAsia="ArialMT" w:hAnsi="ArialMT"/>
          <w:color w:val="000000"/>
          <w:w w:val="102"/>
          <w:sz w:val="16"/>
          <w:lang w:val="pt-PT"/>
        </w:rPr>
        <w:t xml:space="preserve">Subsemnatul, ………....…………………..............., în calitate de ……....…….……………, în baza legitimaţiei de control nr. ……..…………….., eliberată de ......….............………….....…………......................, în urma </w:t>
      </w:r>
    </w:p>
    <w:tbl>
      <w:tblPr>
        <w:tblW w:w="0" w:type="auto"/>
        <w:tblInd w:w="72" w:type="dxa"/>
        <w:tblLayout w:type="fixed"/>
        <w:tblLook w:val="04A0" w:firstRow="1" w:lastRow="0" w:firstColumn="1" w:lastColumn="0" w:noHBand="0" w:noVBand="1"/>
      </w:tblPr>
      <w:tblGrid>
        <w:gridCol w:w="1120"/>
        <w:gridCol w:w="960"/>
        <w:gridCol w:w="820"/>
        <w:gridCol w:w="1480"/>
        <w:gridCol w:w="1380"/>
        <w:gridCol w:w="420"/>
        <w:gridCol w:w="2260"/>
        <w:gridCol w:w="740"/>
        <w:gridCol w:w="640"/>
      </w:tblGrid>
      <w:tr w:rsidR="00BD2397" w14:paraId="7168BA7B" w14:textId="77777777">
        <w:trPr>
          <w:trHeight w:hRule="exact" w:val="222"/>
        </w:trPr>
        <w:tc>
          <w:tcPr>
            <w:tcW w:w="1120" w:type="dxa"/>
            <w:tcMar>
              <w:left w:w="0" w:type="dxa"/>
              <w:right w:w="0" w:type="dxa"/>
            </w:tcMar>
          </w:tcPr>
          <w:p w14:paraId="2A634EA5"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controlului</w:t>
            </w:r>
            <w:proofErr w:type="spellEnd"/>
            <w:r>
              <w:rPr>
                <w:rFonts w:ascii="ArialMT" w:eastAsia="ArialMT" w:hAnsi="ArialMT"/>
                <w:color w:val="000000"/>
                <w:w w:val="102"/>
                <w:sz w:val="16"/>
              </w:rPr>
              <w:t xml:space="preserve"> </w:t>
            </w:r>
          </w:p>
        </w:tc>
        <w:tc>
          <w:tcPr>
            <w:tcW w:w="960" w:type="dxa"/>
            <w:tcMar>
              <w:left w:w="0" w:type="dxa"/>
              <w:right w:w="0" w:type="dxa"/>
            </w:tcMar>
          </w:tcPr>
          <w:p w14:paraId="3ECCC73D"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efectuat</w:t>
            </w:r>
            <w:proofErr w:type="spellEnd"/>
            <w:r>
              <w:rPr>
                <w:rFonts w:ascii="ArialMT" w:eastAsia="ArialMT" w:hAnsi="ArialMT"/>
                <w:color w:val="000000"/>
                <w:w w:val="102"/>
                <w:sz w:val="16"/>
              </w:rPr>
              <w:t xml:space="preserve"> </w:t>
            </w:r>
          </w:p>
        </w:tc>
        <w:tc>
          <w:tcPr>
            <w:tcW w:w="820" w:type="dxa"/>
            <w:tcMar>
              <w:left w:w="0" w:type="dxa"/>
              <w:right w:w="0" w:type="dxa"/>
            </w:tcMar>
          </w:tcPr>
          <w:p w14:paraId="51044AF2"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astăzi</w:t>
            </w:r>
            <w:proofErr w:type="spellEnd"/>
            <w:r>
              <w:rPr>
                <w:rFonts w:ascii="ArialMT" w:eastAsia="ArialMT" w:hAnsi="ArialMT"/>
                <w:color w:val="000000"/>
                <w:w w:val="102"/>
                <w:sz w:val="16"/>
              </w:rPr>
              <w:t xml:space="preserve">, </w:t>
            </w:r>
          </w:p>
        </w:tc>
        <w:tc>
          <w:tcPr>
            <w:tcW w:w="1480" w:type="dxa"/>
            <w:tcMar>
              <w:left w:w="0" w:type="dxa"/>
              <w:right w:w="0" w:type="dxa"/>
            </w:tcMar>
          </w:tcPr>
          <w:p w14:paraId="2CBC1350"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1380" w:type="dxa"/>
            <w:tcMar>
              <w:left w:w="0" w:type="dxa"/>
              <w:right w:w="0" w:type="dxa"/>
            </w:tcMar>
          </w:tcPr>
          <w:p w14:paraId="463D9F08"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ora…………, </w:t>
            </w:r>
          </w:p>
        </w:tc>
        <w:tc>
          <w:tcPr>
            <w:tcW w:w="420" w:type="dxa"/>
            <w:tcMar>
              <w:left w:w="0" w:type="dxa"/>
              <w:right w:w="0" w:type="dxa"/>
            </w:tcMar>
          </w:tcPr>
          <w:p w14:paraId="450ACDDF"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la </w:t>
            </w:r>
          </w:p>
        </w:tc>
        <w:tc>
          <w:tcPr>
            <w:tcW w:w="2260" w:type="dxa"/>
            <w:tcMar>
              <w:left w:w="0" w:type="dxa"/>
              <w:right w:w="0" w:type="dxa"/>
            </w:tcMar>
          </w:tcPr>
          <w:p w14:paraId="4A88C74B"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sediul</w:t>
            </w:r>
            <w:proofErr w:type="spellEnd"/>
            <w:r>
              <w:rPr>
                <w:rFonts w:ascii="ArialMT" w:eastAsia="ArialMT" w:hAnsi="ArialMT"/>
                <w:color w:val="000000"/>
                <w:w w:val="102"/>
                <w:sz w:val="16"/>
              </w:rPr>
              <w:t>/</w:t>
            </w:r>
            <w:proofErr w:type="spellStart"/>
            <w:r>
              <w:rPr>
                <w:rFonts w:ascii="ArialMT" w:eastAsia="ArialMT" w:hAnsi="ArialMT"/>
                <w:color w:val="000000"/>
                <w:w w:val="102"/>
                <w:sz w:val="16"/>
              </w:rPr>
              <w:t>şantierul</w:t>
            </w:r>
            <w:proofErr w:type="spellEnd"/>
            <w:r>
              <w:rPr>
                <w:rFonts w:ascii="ArialMT" w:eastAsia="ArialMT" w:hAnsi="ArialMT"/>
                <w:color w:val="000000"/>
                <w:w w:val="102"/>
                <w:sz w:val="16"/>
              </w:rPr>
              <w:t>/</w:t>
            </w:r>
            <w:proofErr w:type="spellStart"/>
            <w:r>
              <w:rPr>
                <w:rFonts w:ascii="ArialMT" w:eastAsia="ArialMT" w:hAnsi="ArialMT"/>
                <w:color w:val="000000"/>
                <w:w w:val="102"/>
                <w:sz w:val="16"/>
              </w:rPr>
              <w:t>imobilul</w:t>
            </w:r>
            <w:proofErr w:type="spellEnd"/>
            <w:r>
              <w:rPr>
                <w:rFonts w:ascii="ArialMT" w:eastAsia="ArialMT" w:hAnsi="ArialMT"/>
                <w:color w:val="000000"/>
                <w:w w:val="102"/>
                <w:sz w:val="16"/>
              </w:rPr>
              <w:t xml:space="preserve"> </w:t>
            </w:r>
          </w:p>
        </w:tc>
        <w:tc>
          <w:tcPr>
            <w:tcW w:w="740" w:type="dxa"/>
            <w:tcMar>
              <w:left w:w="0" w:type="dxa"/>
              <w:right w:w="0" w:type="dxa"/>
            </w:tcMar>
          </w:tcPr>
          <w:p w14:paraId="7C525592"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situat</w:t>
            </w:r>
            <w:proofErr w:type="spellEnd"/>
            <w:r>
              <w:rPr>
                <w:rFonts w:ascii="ArialMT" w:eastAsia="ArialMT" w:hAnsi="ArialMT"/>
                <w:color w:val="000000"/>
                <w:w w:val="102"/>
                <w:sz w:val="16"/>
              </w:rPr>
              <w:t xml:space="preserve"> </w:t>
            </w:r>
          </w:p>
        </w:tc>
        <w:tc>
          <w:tcPr>
            <w:tcW w:w="640" w:type="dxa"/>
            <w:tcMar>
              <w:left w:w="0" w:type="dxa"/>
              <w:right w:w="0" w:type="dxa"/>
            </w:tcMar>
          </w:tcPr>
          <w:p w14:paraId="7DA9AD42" w14:textId="77777777" w:rsidR="00BD2397" w:rsidRDefault="00B8640C">
            <w:pPr>
              <w:autoSpaceDE w:val="0"/>
              <w:autoSpaceDN w:val="0"/>
              <w:spacing w:after="0" w:line="194" w:lineRule="exact"/>
              <w:ind w:left="104"/>
            </w:pP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w:t>
            </w:r>
          </w:p>
        </w:tc>
      </w:tr>
    </w:tbl>
    <w:p w14:paraId="59C6E41D" w14:textId="77777777" w:rsidR="00BD2397" w:rsidRDefault="00B8640C">
      <w:pPr>
        <w:autoSpaceDE w:val="0"/>
        <w:autoSpaceDN w:val="0"/>
        <w:spacing w:after="0" w:line="216" w:lineRule="exact"/>
        <w:ind w:left="144" w:right="576"/>
        <w:jc w:val="center"/>
      </w:pPr>
      <w:r>
        <w:rPr>
          <w:rFonts w:ascii="ArialMT" w:eastAsia="ArialMT" w:hAnsi="ArialMT"/>
          <w:color w:val="000000"/>
          <w:w w:val="102"/>
          <w:sz w:val="16"/>
        </w:rPr>
        <w:t xml:space="preserve">………………........……………............................................................................................................................. ……...………….….......................…………..................................……………….……….………………………...... </w:t>
      </w:r>
    </w:p>
    <w:p w14:paraId="3E2A07E0" w14:textId="77777777" w:rsidR="00BD2397" w:rsidRDefault="00B8640C">
      <w:pPr>
        <w:autoSpaceDE w:val="0"/>
        <w:autoSpaceDN w:val="0"/>
        <w:spacing w:after="0" w:line="224" w:lineRule="exact"/>
        <w:ind w:left="166" w:right="2016"/>
      </w:pPr>
      <w:r>
        <w:rPr>
          <w:rFonts w:ascii="ArialMT" w:eastAsia="ArialMT" w:hAnsi="ArialMT"/>
          <w:color w:val="000000"/>
          <w:w w:val="102"/>
          <w:sz w:val="16"/>
        </w:rPr>
        <w:t xml:space="preserve">am </w:t>
      </w:r>
      <w:proofErr w:type="spellStart"/>
      <w:r>
        <w:rPr>
          <w:rFonts w:ascii="ArialMT" w:eastAsia="ArialMT" w:hAnsi="ArialMT"/>
          <w:color w:val="000000"/>
          <w:w w:val="102"/>
          <w:sz w:val="16"/>
        </w:rPr>
        <w:t>constatat</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următoarele</w:t>
      </w:r>
      <w:proofErr w:type="spellEnd"/>
      <w:r>
        <w:rPr>
          <w:rFonts w:ascii="ArialMT" w:eastAsia="ArialMT" w:hAnsi="ArialMT"/>
          <w:color w:val="000000"/>
          <w:w w:val="102"/>
          <w:sz w:val="16"/>
        </w:rPr>
        <w:t xml:space="preserve">: </w:t>
      </w:r>
      <w:r>
        <w:br/>
      </w:r>
      <w:r>
        <w:rPr>
          <w:rFonts w:ascii="ArialMT" w:eastAsia="ArialMT" w:hAnsi="ArialMT"/>
          <w:color w:val="000000"/>
          <w:w w:val="102"/>
          <w:sz w:val="16"/>
        </w:rPr>
        <w:t xml:space="preserve">……...………….….......................…………..................................………………………………… ……...………….….......................…………..................................………………………………… </w:t>
      </w:r>
    </w:p>
    <w:p w14:paraId="6D7CDFF5" w14:textId="77777777" w:rsidR="00BD2397" w:rsidRPr="008F01A5" w:rsidRDefault="00B8640C">
      <w:pPr>
        <w:autoSpaceDE w:val="0"/>
        <w:autoSpaceDN w:val="0"/>
        <w:spacing w:after="0" w:line="222" w:lineRule="exact"/>
        <w:ind w:left="166" w:right="576"/>
        <w:rPr>
          <w:lang w:val="pt-PT"/>
        </w:rPr>
      </w:pPr>
      <w:r w:rsidRPr="008F01A5">
        <w:rPr>
          <w:rFonts w:ascii="Arial" w:eastAsia="Arial" w:hAnsi="Arial"/>
          <w:b/>
          <w:color w:val="000000"/>
          <w:w w:val="102"/>
          <w:sz w:val="16"/>
          <w:lang w:val="pt-PT"/>
        </w:rPr>
        <w:t>2.</w:t>
      </w:r>
      <w:r w:rsidRPr="008F01A5">
        <w:rPr>
          <w:rFonts w:ascii="ArialMT" w:eastAsia="ArialMT" w:hAnsi="ArialMT"/>
          <w:color w:val="000000"/>
          <w:w w:val="102"/>
          <w:sz w:val="16"/>
          <w:lang w:val="pt-PT"/>
        </w:rPr>
        <w:t xml:space="preserve"> În conformitate cu prevederile </w:t>
      </w:r>
      <w:r w:rsidRPr="008F01A5">
        <w:rPr>
          <w:rFonts w:ascii="Arial" w:eastAsia="Arial" w:hAnsi="Arial"/>
          <w:b/>
          <w:color w:val="000000"/>
          <w:w w:val="102"/>
          <w:sz w:val="16"/>
          <w:lang w:val="pt-PT"/>
        </w:rPr>
        <w:t>Legii nr. 169/2026 privind Codul amenajării teritoriului, urbanismului și construcțiilor</w:t>
      </w:r>
      <w:r w:rsidRPr="008F01A5">
        <w:rPr>
          <w:rFonts w:ascii="ArialMT" w:eastAsia="ArialMT" w:hAnsi="ArialMT"/>
          <w:color w:val="000000"/>
          <w:w w:val="102"/>
          <w:sz w:val="16"/>
          <w:lang w:val="pt-PT"/>
        </w:rPr>
        <w:t xml:space="preserve">, aceste fapte constituie contravenţii la normele privind disciplina în autorizarea și executarea lucrărilor de construcții/amenajarea teritoriului/urbanism: </w:t>
      </w:r>
      <w:r w:rsidRPr="008F01A5">
        <w:rPr>
          <w:lang w:val="pt-PT"/>
        </w:rPr>
        <w:br/>
      </w:r>
      <w:r w:rsidRPr="008F01A5">
        <w:rPr>
          <w:rFonts w:ascii="ArialMT" w:eastAsia="ArialMT" w:hAnsi="ArialMT"/>
          <w:color w:val="000000"/>
          <w:w w:val="102"/>
          <w:sz w:val="16"/>
          <w:lang w:val="pt-PT"/>
        </w:rPr>
        <w:t xml:space="preserve">……...………….….......................…………..................................…………………………………………............... ……...………….….......................…………..................................……………………………………………........... </w:t>
      </w:r>
    </w:p>
    <w:p w14:paraId="6AA8B40F" w14:textId="77777777" w:rsidR="00BD2397" w:rsidRPr="00912339" w:rsidRDefault="00B8640C">
      <w:pPr>
        <w:autoSpaceDE w:val="0"/>
        <w:autoSpaceDN w:val="0"/>
        <w:spacing w:after="0" w:line="196" w:lineRule="exact"/>
        <w:ind w:left="1564"/>
        <w:rPr>
          <w:lang w:val="sv-SE"/>
        </w:rPr>
      </w:pPr>
      <w:r w:rsidRPr="00912339">
        <w:rPr>
          <w:rFonts w:ascii="ArialMT" w:eastAsia="ArialMT" w:hAnsi="ArialMT"/>
          <w:color w:val="000000"/>
          <w:w w:val="102"/>
          <w:sz w:val="16"/>
          <w:lang w:val="sv-SE"/>
        </w:rPr>
        <w:t xml:space="preserve">şi se sancţionează cu amenda contravenţională, astfel: </w:t>
      </w:r>
    </w:p>
    <w:p w14:paraId="65109F9A" w14:textId="77777777" w:rsidR="00BD2397" w:rsidRPr="008F01A5" w:rsidRDefault="00B8640C">
      <w:pPr>
        <w:autoSpaceDE w:val="0"/>
        <w:autoSpaceDN w:val="0"/>
        <w:spacing w:after="0" w:line="196" w:lineRule="exact"/>
        <w:ind w:left="166"/>
        <w:rPr>
          <w:lang w:val="pt-PT"/>
        </w:rPr>
      </w:pPr>
      <w:r w:rsidRPr="008F01A5">
        <w:rPr>
          <w:rFonts w:ascii="Arial" w:eastAsia="Arial" w:hAnsi="Arial"/>
          <w:b/>
          <w:color w:val="000000"/>
          <w:w w:val="102"/>
          <w:sz w:val="16"/>
          <w:lang w:val="pt-PT"/>
        </w:rPr>
        <w:t xml:space="preserve">[ ] Dacă fapta constituie contravenție la regimul urbanismului și amenajării teritoriului: </w:t>
      </w:r>
    </w:p>
    <w:p w14:paraId="49C7D653" w14:textId="77777777" w:rsidR="00BD2397" w:rsidRPr="00912339" w:rsidRDefault="00B8640C">
      <w:pPr>
        <w:autoSpaceDE w:val="0"/>
        <w:autoSpaceDN w:val="0"/>
        <w:spacing w:after="0" w:line="180" w:lineRule="exact"/>
        <w:ind w:left="166" w:right="4752"/>
        <w:rPr>
          <w:lang w:val="sv-SE"/>
        </w:rPr>
      </w:pPr>
      <w:r w:rsidRPr="00912339">
        <w:rPr>
          <w:rFonts w:ascii="Arial" w:eastAsia="Arial" w:hAnsi="Arial"/>
          <w:b/>
          <w:color w:val="000000"/>
          <w:w w:val="102"/>
          <w:sz w:val="16"/>
          <w:lang w:val="sv-SE"/>
        </w:rPr>
        <w:t xml:space="preserve">conform art. 144 alin. …… lit. …… din Legea nr. 169/2026 </w:t>
      </w:r>
      <w:r w:rsidRPr="00912339">
        <w:rPr>
          <w:rFonts w:ascii="Arial" w:eastAsia="Arial" w:hAnsi="Arial"/>
          <w:b/>
          <w:i/>
          <w:color w:val="000000"/>
          <w:w w:val="102"/>
          <w:sz w:val="16"/>
          <w:lang w:val="sv-SE"/>
        </w:rPr>
        <w:t xml:space="preserve">(Avertisment sau amendă de la 3.000 lei la 50.000 lei) </w:t>
      </w:r>
    </w:p>
    <w:p w14:paraId="1275FFE7" w14:textId="77777777" w:rsidR="00BD2397" w:rsidRPr="008F01A5" w:rsidRDefault="00B8640C">
      <w:pPr>
        <w:autoSpaceDE w:val="0"/>
        <w:autoSpaceDN w:val="0"/>
        <w:spacing w:after="0" w:line="194" w:lineRule="exact"/>
        <w:ind w:left="166"/>
        <w:rPr>
          <w:lang w:val="pt-PT"/>
        </w:rPr>
      </w:pPr>
      <w:r w:rsidRPr="008F01A5">
        <w:rPr>
          <w:rFonts w:ascii="Arial" w:eastAsia="Arial" w:hAnsi="Arial"/>
          <w:b/>
          <w:color w:val="000000"/>
          <w:w w:val="102"/>
          <w:sz w:val="16"/>
          <w:lang w:val="pt-PT"/>
        </w:rPr>
        <w:t xml:space="preserve">[ ] Dacă fapta constituie contravenție la regimul construcțiilor: </w:t>
      </w:r>
    </w:p>
    <w:p w14:paraId="53E6FAE9" w14:textId="77777777" w:rsidR="00BD2397" w:rsidRPr="00912339" w:rsidRDefault="00B8640C">
      <w:pPr>
        <w:autoSpaceDE w:val="0"/>
        <w:autoSpaceDN w:val="0"/>
        <w:spacing w:after="0" w:line="194" w:lineRule="exact"/>
        <w:ind w:left="166"/>
        <w:rPr>
          <w:lang w:val="sv-SE"/>
        </w:rPr>
      </w:pPr>
      <w:r>
        <w:rPr>
          <w:rFonts w:ascii="Arial" w:eastAsia="Arial" w:hAnsi="Arial"/>
          <w:b/>
          <w:color w:val="000000"/>
          <w:w w:val="102"/>
          <w:sz w:val="16"/>
        </w:rPr>
        <w:t xml:space="preserve">conform art. 570 </w:t>
      </w:r>
      <w:proofErr w:type="spellStart"/>
      <w:r>
        <w:rPr>
          <w:rFonts w:ascii="Arial" w:eastAsia="Arial" w:hAnsi="Arial"/>
          <w:b/>
          <w:color w:val="000000"/>
          <w:w w:val="102"/>
          <w:sz w:val="16"/>
        </w:rPr>
        <w:t>alin</w:t>
      </w:r>
      <w:proofErr w:type="spellEnd"/>
      <w:r>
        <w:rPr>
          <w:rFonts w:ascii="Arial" w:eastAsia="Arial" w:hAnsi="Arial"/>
          <w:b/>
          <w:color w:val="000000"/>
          <w:w w:val="102"/>
          <w:sz w:val="16"/>
        </w:rPr>
        <w:t xml:space="preserve">. (2) lit. …… </w:t>
      </w:r>
      <w:proofErr w:type="spellStart"/>
      <w:r>
        <w:rPr>
          <w:rFonts w:ascii="Arial" w:eastAsia="Arial" w:hAnsi="Arial"/>
          <w:b/>
          <w:color w:val="000000"/>
          <w:w w:val="102"/>
          <w:sz w:val="16"/>
        </w:rPr>
        <w:t>raportat</w:t>
      </w:r>
      <w:proofErr w:type="spellEnd"/>
      <w:r>
        <w:rPr>
          <w:rFonts w:ascii="Arial" w:eastAsia="Arial" w:hAnsi="Arial"/>
          <w:b/>
          <w:color w:val="000000"/>
          <w:w w:val="102"/>
          <w:sz w:val="16"/>
        </w:rPr>
        <w:t xml:space="preserve"> la art. 570 </w:t>
      </w:r>
      <w:proofErr w:type="spellStart"/>
      <w:r>
        <w:rPr>
          <w:rFonts w:ascii="Arial" w:eastAsia="Arial" w:hAnsi="Arial"/>
          <w:b/>
          <w:color w:val="000000"/>
          <w:w w:val="102"/>
          <w:sz w:val="16"/>
        </w:rPr>
        <w:t>alin</w:t>
      </w:r>
      <w:proofErr w:type="spellEnd"/>
      <w:r>
        <w:rPr>
          <w:rFonts w:ascii="Arial" w:eastAsia="Arial" w:hAnsi="Arial"/>
          <w:b/>
          <w:color w:val="000000"/>
          <w:w w:val="102"/>
          <w:sz w:val="16"/>
        </w:rPr>
        <w:t xml:space="preserve">. </w:t>
      </w:r>
      <w:r w:rsidRPr="00912339">
        <w:rPr>
          <w:rFonts w:ascii="Arial" w:eastAsia="Arial" w:hAnsi="Arial"/>
          <w:b/>
          <w:color w:val="000000"/>
          <w:w w:val="102"/>
          <w:sz w:val="16"/>
          <w:lang w:val="sv-SE"/>
        </w:rPr>
        <w:t xml:space="preserve">(1) lit. …… din Legea nr. 169/2026 </w:t>
      </w:r>
    </w:p>
    <w:p w14:paraId="5F34AD1C" w14:textId="77777777" w:rsidR="00BD2397" w:rsidRPr="00912339" w:rsidRDefault="00B8640C">
      <w:pPr>
        <w:autoSpaceDE w:val="0"/>
        <w:autoSpaceDN w:val="0"/>
        <w:spacing w:after="0" w:line="194" w:lineRule="exact"/>
        <w:ind w:left="166"/>
        <w:rPr>
          <w:lang w:val="sv-SE"/>
        </w:rPr>
      </w:pPr>
      <w:r w:rsidRPr="00912339">
        <w:rPr>
          <w:rFonts w:ascii="Arial" w:eastAsia="Arial" w:hAnsi="Arial"/>
          <w:b/>
          <w:i/>
          <w:color w:val="000000"/>
          <w:w w:val="102"/>
          <w:sz w:val="16"/>
          <w:lang w:val="sv-SE"/>
        </w:rPr>
        <w:t xml:space="preserve">(amendă de la 10.000 lei la 100.000 lei. Conform art. 570 alin. 3 NU se aplică sancțiunea Avertisment) </w:t>
      </w:r>
    </w:p>
    <w:p w14:paraId="02E1FDAB" w14:textId="77777777" w:rsidR="00BD2397" w:rsidRPr="00912339" w:rsidRDefault="00B8640C">
      <w:pPr>
        <w:autoSpaceDE w:val="0"/>
        <w:autoSpaceDN w:val="0"/>
        <w:spacing w:after="0" w:line="194" w:lineRule="exact"/>
        <w:ind w:left="166"/>
        <w:rPr>
          <w:lang w:val="sv-SE"/>
        </w:rPr>
      </w:pPr>
      <w:r w:rsidRPr="00912339">
        <w:rPr>
          <w:rFonts w:ascii="Arial" w:eastAsia="Arial" w:hAnsi="Arial"/>
          <w:b/>
          <w:color w:val="000000"/>
          <w:w w:val="102"/>
          <w:sz w:val="16"/>
          <w:lang w:val="sv-SE"/>
        </w:rPr>
        <w:t xml:space="preserve">Sancțiune aplicată: AMENDĂ în valoare de ……………………… lei </w:t>
      </w:r>
    </w:p>
    <w:p w14:paraId="32CD2B37" w14:textId="77777777" w:rsidR="00BD2397" w:rsidRPr="00912339" w:rsidRDefault="00B8640C">
      <w:pPr>
        <w:autoSpaceDE w:val="0"/>
        <w:autoSpaceDN w:val="0"/>
        <w:spacing w:after="0" w:line="222" w:lineRule="exact"/>
        <w:ind w:left="166" w:right="3888"/>
        <w:rPr>
          <w:lang w:val="sv-SE"/>
        </w:rPr>
      </w:pPr>
      <w:r w:rsidRPr="00912339">
        <w:rPr>
          <w:rFonts w:ascii="Arial" w:eastAsia="Arial" w:hAnsi="Arial"/>
          <w:b/>
          <w:color w:val="000000"/>
          <w:w w:val="102"/>
          <w:sz w:val="16"/>
          <w:lang w:val="sv-SE"/>
        </w:rPr>
        <w:t>TOTAL AMENDĂ APLICATĂ:</w:t>
      </w:r>
      <w:r w:rsidRPr="00912339">
        <w:rPr>
          <w:rFonts w:ascii="ArialMT" w:eastAsia="ArialMT" w:hAnsi="ArialMT"/>
          <w:color w:val="000000"/>
          <w:w w:val="102"/>
          <w:sz w:val="16"/>
          <w:lang w:val="sv-SE"/>
        </w:rPr>
        <w:t xml:space="preserve"> ……………………… lei </w:t>
      </w:r>
      <w:r w:rsidRPr="00912339">
        <w:rPr>
          <w:rFonts w:ascii="Arial" w:eastAsia="Arial" w:hAnsi="Arial"/>
          <w:i/>
          <w:color w:val="000000"/>
          <w:w w:val="102"/>
          <w:sz w:val="16"/>
          <w:lang w:val="sv-SE"/>
        </w:rPr>
        <w:t>(în cifre)</w:t>
      </w:r>
      <w:r w:rsidRPr="00912339">
        <w:rPr>
          <w:rFonts w:ascii="ArialMT" w:eastAsia="ArialMT" w:hAnsi="ArialMT"/>
          <w:color w:val="000000"/>
          <w:w w:val="102"/>
          <w:sz w:val="16"/>
          <w:lang w:val="sv-SE"/>
        </w:rPr>
        <w:t xml:space="preserve"> / …………………………………………………………………… lei </w:t>
      </w:r>
      <w:r w:rsidRPr="00912339">
        <w:rPr>
          <w:rFonts w:ascii="Arial" w:eastAsia="Arial" w:hAnsi="Arial"/>
          <w:i/>
          <w:color w:val="000000"/>
          <w:w w:val="102"/>
          <w:sz w:val="16"/>
          <w:lang w:val="sv-SE"/>
        </w:rPr>
        <w:t xml:space="preserve">(în litere) </w:t>
      </w:r>
    </w:p>
    <w:p w14:paraId="03FFA944" w14:textId="77777777" w:rsidR="00BD2397" w:rsidRPr="00912339" w:rsidRDefault="00B8640C">
      <w:pPr>
        <w:autoSpaceDE w:val="0"/>
        <w:autoSpaceDN w:val="0"/>
        <w:spacing w:after="0" w:line="222" w:lineRule="exact"/>
        <w:ind w:left="166" w:right="576"/>
        <w:rPr>
          <w:lang w:val="sv-SE"/>
        </w:rPr>
      </w:pPr>
      <w:r w:rsidRPr="00912339">
        <w:rPr>
          <w:rFonts w:ascii="Arial" w:eastAsia="Arial" w:hAnsi="Arial"/>
          <w:b/>
          <w:color w:val="000000"/>
          <w:w w:val="102"/>
          <w:sz w:val="16"/>
          <w:lang w:val="sv-SE"/>
        </w:rPr>
        <w:t>3.</w:t>
      </w:r>
      <w:r w:rsidRPr="00912339">
        <w:rPr>
          <w:rFonts w:ascii="ArialMT" w:eastAsia="ArialMT" w:hAnsi="ArialMT"/>
          <w:color w:val="000000"/>
          <w:w w:val="102"/>
          <w:sz w:val="16"/>
          <w:lang w:val="sv-SE"/>
        </w:rPr>
        <w:t xml:space="preserve"> De săvârşirea abaterilor de mai sus se face răspunzător, după caz: </w:t>
      </w:r>
      <w:r w:rsidRPr="00912339">
        <w:rPr>
          <w:lang w:val="sv-SE"/>
        </w:rPr>
        <w:br/>
      </w:r>
      <w:r w:rsidRPr="00912339">
        <w:rPr>
          <w:rFonts w:ascii="Arial" w:eastAsia="Arial" w:hAnsi="Arial"/>
          <w:b/>
          <w:color w:val="000000"/>
          <w:w w:val="102"/>
          <w:sz w:val="16"/>
          <w:lang w:val="sv-SE"/>
        </w:rPr>
        <w:t>a) Persoana fizică:</w:t>
      </w:r>
      <w:r w:rsidRPr="00912339">
        <w:rPr>
          <w:rFonts w:ascii="ArialMT" w:eastAsia="ArialMT" w:hAnsi="ArialMT"/>
          <w:color w:val="000000"/>
          <w:w w:val="102"/>
          <w:sz w:val="16"/>
          <w:lang w:val="sv-SE"/>
        </w:rPr>
        <w:t xml:space="preserve"> dl (dna.), ………........……...….............., cu domiciliul în ......…................….......….., str. ………………….…….…, nr. …., bl. …., sc. …., et. …., ap. …., judeţul ...........................…..., sectorul ....., C.N.P. |_|_|_|_|_|_|_|_|_|_|_|_|_|, posesor (posesoare) al/a C.I./C.E.I/paşaportului seria .…... nr. ..………..........…, eliberat(ă) de ............................................... la data de ….......…………....…, tichet de înscriere a contravenţiilor seria ……... nr. ………... (pentru cetăţeni străini), în calitate de .........................................................................; </w:t>
      </w:r>
      <w:r w:rsidRPr="00912339">
        <w:rPr>
          <w:lang w:val="sv-SE"/>
        </w:rPr>
        <w:br/>
      </w:r>
      <w:r w:rsidRPr="00912339">
        <w:rPr>
          <w:rFonts w:ascii="Arial" w:eastAsia="Arial" w:hAnsi="Arial"/>
          <w:b/>
          <w:color w:val="000000"/>
          <w:w w:val="102"/>
          <w:sz w:val="16"/>
          <w:lang w:val="sv-SE"/>
        </w:rPr>
        <w:t>b) Persoana juridică:</w:t>
      </w:r>
      <w:r w:rsidRPr="00912339">
        <w:rPr>
          <w:rFonts w:ascii="ArialMT" w:eastAsia="ArialMT" w:hAnsi="ArialMT"/>
          <w:color w:val="000000"/>
          <w:w w:val="102"/>
          <w:sz w:val="16"/>
          <w:lang w:val="sv-SE"/>
        </w:rPr>
        <w:t xml:space="preserve"> ………………………………………....………., înmatriculată la Registrul Comerţului cu nr. ..….......…..….…., C.U.I./C.I.F. nr. ……...…….…….., cu sediul în ..........………..................................…..., str. ……………..………….…......…………………………, nr. ….…., bl. ….…., sc. ….…., et. ….…., ap. ….…., judeţul ..................................., sectorul .…, reprezentată de dl (dna.) …………………........……...….............., în calitate de/având funcţia de .....…………...……...………………, C.N.P. |_|_|_|_|_|_|_|_|_|_|_|_|_|, posesor (posesoare) al/a C.I./paşaportului seria ……. nr. ..….........…, eliberat(ă) de …..…………………………....... la data de ….......…………….…………..… </w:t>
      </w:r>
    </w:p>
    <w:tbl>
      <w:tblPr>
        <w:tblW w:w="0" w:type="auto"/>
        <w:tblInd w:w="4" w:type="dxa"/>
        <w:tblLayout w:type="fixed"/>
        <w:tblLook w:val="04A0" w:firstRow="1" w:lastRow="0" w:firstColumn="1" w:lastColumn="0" w:noHBand="0" w:noVBand="1"/>
      </w:tblPr>
      <w:tblGrid>
        <w:gridCol w:w="3532"/>
        <w:gridCol w:w="3118"/>
        <w:gridCol w:w="3026"/>
      </w:tblGrid>
      <w:tr w:rsidR="00BD2397" w14:paraId="7EB30D9B" w14:textId="77777777">
        <w:trPr>
          <w:trHeight w:hRule="exact" w:val="448"/>
        </w:trPr>
        <w:tc>
          <w:tcPr>
            <w:tcW w:w="3532" w:type="dxa"/>
            <w:tcBorders>
              <w:top w:val="single" w:sz="4" w:space="0" w:color="000000"/>
              <w:left w:val="single" w:sz="4" w:space="0" w:color="000000"/>
              <w:bottom w:val="single" w:sz="4" w:space="0" w:color="000000"/>
              <w:right w:val="single" w:sz="3" w:space="0" w:color="000000"/>
            </w:tcBorders>
            <w:tcMar>
              <w:left w:w="0" w:type="dxa"/>
              <w:right w:w="0" w:type="dxa"/>
            </w:tcMar>
          </w:tcPr>
          <w:p w14:paraId="020D3660"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Agent </w:t>
            </w:r>
            <w:proofErr w:type="spellStart"/>
            <w:r>
              <w:rPr>
                <w:rFonts w:ascii="Arial" w:eastAsia="Arial" w:hAnsi="Arial"/>
                <w:b/>
                <w:color w:val="000000"/>
                <w:w w:val="102"/>
                <w:sz w:val="16"/>
              </w:rPr>
              <w:t>constatator</w:t>
            </w:r>
            <w:proofErr w:type="spellEnd"/>
          </w:p>
        </w:tc>
        <w:tc>
          <w:tcPr>
            <w:tcW w:w="3118" w:type="dxa"/>
            <w:tcBorders>
              <w:top w:val="single" w:sz="4" w:space="0" w:color="000000"/>
              <w:left w:val="single" w:sz="3" w:space="0" w:color="000000"/>
              <w:bottom w:val="single" w:sz="4" w:space="0" w:color="000000"/>
              <w:right w:val="single" w:sz="3" w:space="0" w:color="000000"/>
            </w:tcBorders>
            <w:tcMar>
              <w:left w:w="0" w:type="dxa"/>
              <w:right w:w="0" w:type="dxa"/>
            </w:tcMar>
          </w:tcPr>
          <w:p w14:paraId="4FEBBBD8"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Contravenient</w:t>
            </w:r>
            <w:proofErr w:type="spellEnd"/>
          </w:p>
        </w:tc>
        <w:tc>
          <w:tcPr>
            <w:tcW w:w="3026" w:type="dxa"/>
            <w:tcBorders>
              <w:top w:val="single" w:sz="4" w:space="0" w:color="000000"/>
              <w:left w:val="single" w:sz="3" w:space="0" w:color="000000"/>
              <w:bottom w:val="single" w:sz="4" w:space="0" w:color="000000"/>
              <w:right w:val="single" w:sz="4" w:space="0" w:color="000000"/>
            </w:tcBorders>
            <w:tcMar>
              <w:left w:w="0" w:type="dxa"/>
              <w:right w:w="0" w:type="dxa"/>
            </w:tcMar>
          </w:tcPr>
          <w:p w14:paraId="21922570"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Martor</w:t>
            </w:r>
            <w:proofErr w:type="spellEnd"/>
          </w:p>
        </w:tc>
      </w:tr>
      <w:tr w:rsidR="00BD2397" w14:paraId="5C6684A7" w14:textId="77777777">
        <w:trPr>
          <w:trHeight w:hRule="exact" w:val="648"/>
        </w:trPr>
        <w:tc>
          <w:tcPr>
            <w:tcW w:w="3532" w:type="dxa"/>
            <w:tcBorders>
              <w:top w:val="single" w:sz="4" w:space="0" w:color="000000"/>
              <w:left w:val="single" w:sz="4" w:space="0" w:color="000000"/>
              <w:bottom w:val="single" w:sz="4" w:space="0" w:color="000000"/>
              <w:right w:val="single" w:sz="3" w:space="0" w:color="000000"/>
            </w:tcBorders>
            <w:tcMar>
              <w:left w:w="0" w:type="dxa"/>
              <w:right w:w="0" w:type="dxa"/>
            </w:tcMar>
          </w:tcPr>
          <w:p w14:paraId="361DDDEF"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3118" w:type="dxa"/>
            <w:tcBorders>
              <w:top w:val="single" w:sz="4" w:space="0" w:color="000000"/>
              <w:left w:val="single" w:sz="3" w:space="0" w:color="000000"/>
              <w:bottom w:val="single" w:sz="4" w:space="0" w:color="000000"/>
              <w:right w:val="single" w:sz="3" w:space="0" w:color="000000"/>
            </w:tcBorders>
            <w:tcMar>
              <w:left w:w="0" w:type="dxa"/>
              <w:right w:w="0" w:type="dxa"/>
            </w:tcMar>
          </w:tcPr>
          <w:p w14:paraId="32D7DF95" w14:textId="77777777" w:rsidR="00BD2397" w:rsidRDefault="00B8640C">
            <w:pPr>
              <w:autoSpaceDE w:val="0"/>
              <w:autoSpaceDN w:val="0"/>
              <w:spacing w:after="0" w:line="194" w:lineRule="exact"/>
              <w:ind w:left="102"/>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3026" w:type="dxa"/>
            <w:tcBorders>
              <w:top w:val="single" w:sz="4" w:space="0" w:color="000000"/>
              <w:left w:val="single" w:sz="3" w:space="0" w:color="000000"/>
              <w:bottom w:val="single" w:sz="4" w:space="0" w:color="000000"/>
              <w:right w:val="single" w:sz="4" w:space="0" w:color="000000"/>
            </w:tcBorders>
            <w:tcMar>
              <w:left w:w="0" w:type="dxa"/>
              <w:right w:w="0" w:type="dxa"/>
            </w:tcMar>
          </w:tcPr>
          <w:p w14:paraId="1EA93517"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r>
    </w:tbl>
    <w:p w14:paraId="63FBD794" w14:textId="77777777" w:rsidR="00BD2397" w:rsidRDefault="00B8640C">
      <w:pPr>
        <w:autoSpaceDE w:val="0"/>
        <w:autoSpaceDN w:val="0"/>
        <w:spacing w:after="0" w:line="196" w:lineRule="exact"/>
        <w:ind w:left="166"/>
      </w:pPr>
      <w:r>
        <w:rPr>
          <w:rFonts w:ascii="TimesNewRomanPS" w:eastAsia="TimesNewRomanPS" w:hAnsi="TimesNewRomanPS"/>
          <w:b/>
          <w:color w:val="595959"/>
          <w:w w:val="102"/>
          <w:sz w:val="16"/>
        </w:rPr>
        <w:t xml:space="preserve">F_03 ·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roofErr w:type="spellStart"/>
      <w:r>
        <w:rPr>
          <w:rFonts w:ascii="TimesNewRomanPSMT" w:eastAsia="TimesNewRomanPSMT" w:hAnsi="TimesNewRomanPSMT"/>
          <w:color w:val="595959"/>
          <w:w w:val="102"/>
          <w:sz w:val="16"/>
        </w:rPr>
        <w:t>pagina</w:t>
      </w:r>
      <w:proofErr w:type="spellEnd"/>
      <w:r>
        <w:rPr>
          <w:rFonts w:ascii="TimesNewRomanPSMT" w:eastAsia="TimesNewRomanPSMT" w:hAnsi="TimesNewRomanPSMT"/>
          <w:color w:val="595959"/>
          <w:w w:val="102"/>
          <w:sz w:val="16"/>
        </w:rPr>
        <w:t xml:space="preserve"> 1 din 3</w:t>
      </w:r>
    </w:p>
    <w:p w14:paraId="4F8A2B98" w14:textId="77777777" w:rsidR="00BD2397" w:rsidRDefault="00BD2397">
      <w:pPr>
        <w:spacing w:after="0"/>
        <w:sectPr w:rsidR="00BD2397">
          <w:pgSz w:w="11900" w:h="16840"/>
          <w:pgMar w:top="126" w:right="546" w:bottom="340" w:left="1108" w:header="720" w:footer="720" w:gutter="0"/>
          <w:cols w:space="708"/>
          <w:docGrid w:linePitch="360"/>
        </w:sectPr>
      </w:pPr>
    </w:p>
    <w:p w14:paraId="02B75677" w14:textId="77777777" w:rsidR="00BD2397" w:rsidRDefault="00BD2397">
      <w:pPr>
        <w:autoSpaceDE w:val="0"/>
        <w:autoSpaceDN w:val="0"/>
        <w:spacing w:after="0" w:line="126" w:lineRule="exact"/>
      </w:pPr>
    </w:p>
    <w:p w14:paraId="4E7CCA74" w14:textId="77777777" w:rsidR="00BD2397" w:rsidRPr="008F01A5" w:rsidRDefault="00B8640C">
      <w:pPr>
        <w:tabs>
          <w:tab w:val="left" w:pos="2080"/>
        </w:tabs>
        <w:autoSpaceDE w:val="0"/>
        <w:autoSpaceDN w:val="0"/>
        <w:spacing w:after="0" w:line="200" w:lineRule="exact"/>
        <w:rPr>
          <w:lang w:val="pt-PT"/>
        </w:rPr>
      </w:pPr>
      <w:r w:rsidRPr="008F01A5">
        <w:rPr>
          <w:rFonts w:ascii="Arial" w:eastAsia="Arial" w:hAnsi="Arial"/>
          <w:color w:val="000000"/>
          <w:sz w:val="17"/>
          <w:lang w:val="pt-PT"/>
        </w:rPr>
        <w:t>56 MONITORUL OFICIAL AL ROMÂNIEI, PARTEA I, Nr. 711 bis/26.VIII.2026</w:t>
      </w:r>
    </w:p>
    <w:p w14:paraId="246F98F7" w14:textId="77777777" w:rsidR="00BD2397" w:rsidRPr="008F01A5" w:rsidRDefault="00B8640C">
      <w:pPr>
        <w:autoSpaceDE w:val="0"/>
        <w:autoSpaceDN w:val="0"/>
        <w:spacing w:after="0" w:line="220" w:lineRule="exact"/>
        <w:ind w:left="710"/>
        <w:rPr>
          <w:lang w:val="pt-PT"/>
        </w:rPr>
      </w:pPr>
      <w:r w:rsidRPr="008F01A5">
        <w:rPr>
          <w:rFonts w:ascii="TimesNewRomanPS" w:eastAsia="TimesNewRomanPS" w:hAnsi="TimesNewRomanPS"/>
          <w:b/>
          <w:color w:val="595959"/>
          <w:w w:val="102"/>
          <w:sz w:val="16"/>
          <w:lang w:val="pt-PT"/>
        </w:rPr>
        <w:t xml:space="preserve">F_03 · versiunea 1.0 </w:t>
      </w:r>
      <w:r w:rsidRPr="008F01A5">
        <w:rPr>
          <w:lang w:val="pt-PT"/>
        </w:rPr>
        <w:br/>
      </w:r>
      <w:r w:rsidRPr="008F01A5">
        <w:rPr>
          <w:rFonts w:ascii="Arial" w:eastAsia="Arial" w:hAnsi="Arial"/>
          <w:b/>
          <w:color w:val="000000"/>
          <w:w w:val="102"/>
          <w:sz w:val="16"/>
          <w:lang w:val="pt-PT"/>
        </w:rPr>
        <w:t>4.</w:t>
      </w:r>
      <w:r w:rsidRPr="008F01A5">
        <w:rPr>
          <w:rFonts w:ascii="ArialMT" w:eastAsia="ArialMT" w:hAnsi="ArialMT"/>
          <w:color w:val="000000"/>
          <w:w w:val="102"/>
          <w:sz w:val="16"/>
          <w:lang w:val="pt-PT"/>
        </w:rPr>
        <w:t xml:space="preserve"> Subsemnatul(a), ……………………...……, posesor (posesoare) al/a C.I. seria …... nr. ………....… </w:t>
      </w:r>
    </w:p>
    <w:tbl>
      <w:tblPr>
        <w:tblW w:w="0" w:type="auto"/>
        <w:tblInd w:w="336" w:type="dxa"/>
        <w:tblLayout w:type="fixed"/>
        <w:tblLook w:val="04A0" w:firstRow="1" w:lastRow="0" w:firstColumn="1" w:lastColumn="0" w:noHBand="0" w:noVBand="1"/>
      </w:tblPr>
      <w:tblGrid>
        <w:gridCol w:w="1420"/>
        <w:gridCol w:w="540"/>
        <w:gridCol w:w="1660"/>
        <w:gridCol w:w="460"/>
        <w:gridCol w:w="700"/>
        <w:gridCol w:w="540"/>
        <w:gridCol w:w="1600"/>
        <w:gridCol w:w="1140"/>
        <w:gridCol w:w="1360"/>
        <w:gridCol w:w="420"/>
      </w:tblGrid>
      <w:tr w:rsidR="00BD2397" w14:paraId="0FDC9805" w14:textId="77777777">
        <w:trPr>
          <w:trHeight w:hRule="exact" w:val="222"/>
        </w:trPr>
        <w:tc>
          <w:tcPr>
            <w:tcW w:w="1420" w:type="dxa"/>
            <w:tcMar>
              <w:left w:w="0" w:type="dxa"/>
              <w:right w:w="0" w:type="dxa"/>
            </w:tcMar>
          </w:tcPr>
          <w:p w14:paraId="684BF785" w14:textId="77777777" w:rsidR="00BD2397" w:rsidRDefault="00B8640C">
            <w:pPr>
              <w:autoSpaceDE w:val="0"/>
              <w:autoSpaceDN w:val="0"/>
              <w:spacing w:after="0" w:line="194" w:lineRule="exact"/>
              <w:ind w:right="118"/>
              <w:jc w:val="right"/>
            </w:pPr>
            <w:proofErr w:type="spellStart"/>
            <w:r>
              <w:rPr>
                <w:rFonts w:ascii="ArialMT" w:eastAsia="ArialMT" w:hAnsi="ArialMT"/>
                <w:color w:val="000000"/>
                <w:w w:val="102"/>
                <w:sz w:val="16"/>
              </w:rPr>
              <w:t>eliberat</w:t>
            </w:r>
            <w:proofErr w:type="spellEnd"/>
            <w:r>
              <w:rPr>
                <w:rFonts w:ascii="ArialMT" w:eastAsia="ArialMT" w:hAnsi="ArialMT"/>
                <w:color w:val="000000"/>
                <w:w w:val="102"/>
                <w:sz w:val="16"/>
              </w:rPr>
              <w:t xml:space="preserve">(ă) </w:t>
            </w:r>
          </w:p>
        </w:tc>
        <w:tc>
          <w:tcPr>
            <w:tcW w:w="540" w:type="dxa"/>
            <w:tcMar>
              <w:left w:w="0" w:type="dxa"/>
              <w:right w:w="0" w:type="dxa"/>
            </w:tcMar>
          </w:tcPr>
          <w:p w14:paraId="4563A792"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de </w:t>
            </w:r>
          </w:p>
        </w:tc>
        <w:tc>
          <w:tcPr>
            <w:tcW w:w="1660" w:type="dxa"/>
            <w:tcMar>
              <w:left w:w="0" w:type="dxa"/>
              <w:right w:w="0" w:type="dxa"/>
            </w:tcMar>
          </w:tcPr>
          <w:p w14:paraId="1B20685A"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460" w:type="dxa"/>
            <w:tcMar>
              <w:left w:w="0" w:type="dxa"/>
              <w:right w:w="0" w:type="dxa"/>
            </w:tcMar>
          </w:tcPr>
          <w:p w14:paraId="45501624"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la </w:t>
            </w:r>
          </w:p>
        </w:tc>
        <w:tc>
          <w:tcPr>
            <w:tcW w:w="700" w:type="dxa"/>
            <w:tcMar>
              <w:left w:w="0" w:type="dxa"/>
              <w:right w:w="0" w:type="dxa"/>
            </w:tcMar>
          </w:tcPr>
          <w:p w14:paraId="2C6E4DED"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data </w:t>
            </w:r>
          </w:p>
        </w:tc>
        <w:tc>
          <w:tcPr>
            <w:tcW w:w="540" w:type="dxa"/>
            <w:tcMar>
              <w:left w:w="0" w:type="dxa"/>
              <w:right w:w="0" w:type="dxa"/>
            </w:tcMar>
          </w:tcPr>
          <w:p w14:paraId="1EB057B0"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de </w:t>
            </w:r>
          </w:p>
        </w:tc>
        <w:tc>
          <w:tcPr>
            <w:tcW w:w="1600" w:type="dxa"/>
            <w:tcMar>
              <w:left w:w="0" w:type="dxa"/>
              <w:right w:w="0" w:type="dxa"/>
            </w:tcMar>
          </w:tcPr>
          <w:p w14:paraId="6E20C590"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1140" w:type="dxa"/>
            <w:tcMar>
              <w:left w:w="0" w:type="dxa"/>
              <w:right w:w="0" w:type="dxa"/>
            </w:tcMar>
          </w:tcPr>
          <w:p w14:paraId="7A482237"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domiciliat</w:t>
            </w:r>
            <w:proofErr w:type="spellEnd"/>
            <w:r>
              <w:rPr>
                <w:rFonts w:ascii="ArialMT" w:eastAsia="ArialMT" w:hAnsi="ArialMT"/>
                <w:color w:val="000000"/>
                <w:w w:val="102"/>
                <w:sz w:val="16"/>
              </w:rPr>
              <w:t xml:space="preserve"> </w:t>
            </w:r>
          </w:p>
        </w:tc>
        <w:tc>
          <w:tcPr>
            <w:tcW w:w="1360" w:type="dxa"/>
            <w:tcMar>
              <w:left w:w="0" w:type="dxa"/>
              <w:right w:w="0" w:type="dxa"/>
            </w:tcMar>
          </w:tcPr>
          <w:p w14:paraId="3C559064" w14:textId="77777777" w:rsidR="00BD2397" w:rsidRDefault="00B8640C">
            <w:pPr>
              <w:autoSpaceDE w:val="0"/>
              <w:autoSpaceDN w:val="0"/>
              <w:spacing w:after="0" w:line="194" w:lineRule="exact"/>
              <w:jc w:val="center"/>
            </w:pPr>
            <w:r>
              <w:rPr>
                <w:rFonts w:ascii="ArialMT" w:eastAsia="ArialMT" w:hAnsi="ArialMT"/>
                <w:color w:val="000000"/>
                <w:w w:val="102"/>
                <w:sz w:val="16"/>
              </w:rPr>
              <w:t>(</w:t>
            </w:r>
            <w:proofErr w:type="spellStart"/>
            <w:r>
              <w:rPr>
                <w:rFonts w:ascii="ArialMT" w:eastAsia="ArialMT" w:hAnsi="ArialMT"/>
                <w:color w:val="000000"/>
                <w:w w:val="102"/>
                <w:sz w:val="16"/>
              </w:rPr>
              <w:t>domiciliată</w:t>
            </w:r>
            <w:proofErr w:type="spellEnd"/>
            <w:r>
              <w:rPr>
                <w:rFonts w:ascii="ArialMT" w:eastAsia="ArialMT" w:hAnsi="ArialMT"/>
                <w:color w:val="000000"/>
                <w:w w:val="102"/>
                <w:sz w:val="16"/>
              </w:rPr>
              <w:t xml:space="preserve">) </w:t>
            </w:r>
          </w:p>
        </w:tc>
        <w:tc>
          <w:tcPr>
            <w:tcW w:w="420" w:type="dxa"/>
            <w:tcMar>
              <w:left w:w="0" w:type="dxa"/>
              <w:right w:w="0" w:type="dxa"/>
            </w:tcMar>
          </w:tcPr>
          <w:p w14:paraId="39912246"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w:t>
            </w:r>
          </w:p>
        </w:tc>
      </w:tr>
    </w:tbl>
    <w:p w14:paraId="1CC0C153" w14:textId="77777777" w:rsidR="00BD2397" w:rsidRDefault="00B8640C">
      <w:pPr>
        <w:autoSpaceDE w:val="0"/>
        <w:autoSpaceDN w:val="0"/>
        <w:spacing w:after="0" w:line="220" w:lineRule="exact"/>
        <w:ind w:left="710" w:right="134"/>
        <w:jc w:val="both"/>
      </w:pPr>
      <w:r>
        <w:rPr>
          <w:rFonts w:ascii="ArialMT" w:eastAsia="ArialMT" w:hAnsi="ArialMT"/>
          <w:color w:val="000000"/>
          <w:w w:val="102"/>
          <w:sz w:val="16"/>
        </w:rPr>
        <w:t>…………………………………</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str. ……………………, nr. …, bl. ….…., sc. ….…., et. ….…., ap. ….…., </w:t>
      </w:r>
      <w:proofErr w:type="spellStart"/>
      <w:r>
        <w:rPr>
          <w:rFonts w:ascii="ArialMT" w:eastAsia="ArialMT" w:hAnsi="ArialMT"/>
          <w:color w:val="000000"/>
          <w:w w:val="102"/>
          <w:sz w:val="16"/>
        </w:rPr>
        <w:t>judeţul</w:t>
      </w:r>
      <w:proofErr w:type="spellEnd"/>
      <w:r>
        <w:rPr>
          <w:rFonts w:ascii="ArialMT" w:eastAsia="ArialMT" w:hAnsi="ArialMT"/>
          <w:color w:val="000000"/>
          <w:w w:val="102"/>
          <w:sz w:val="16"/>
        </w:rPr>
        <w:t>/</w:t>
      </w:r>
      <w:proofErr w:type="spellStart"/>
      <w:r>
        <w:rPr>
          <w:rFonts w:ascii="ArialMT" w:eastAsia="ArialMT" w:hAnsi="ArialMT"/>
          <w:color w:val="000000"/>
          <w:w w:val="102"/>
          <w:sz w:val="16"/>
        </w:rPr>
        <w:t>sectorul</w:t>
      </w:r>
      <w:proofErr w:type="spellEnd"/>
      <w:r>
        <w:rPr>
          <w:rFonts w:ascii="ArialMT" w:eastAsia="ArialMT" w:hAnsi="ArialMT"/>
          <w:color w:val="000000"/>
          <w:w w:val="102"/>
          <w:sz w:val="16"/>
        </w:rPr>
        <w:t xml:space="preserve"> …………...................., C.N.P. |_|_|_|_|_|_|_|_|_|_|_|_|_|, </w:t>
      </w: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calitate</w:t>
      </w:r>
      <w:proofErr w:type="spellEnd"/>
      <w:r>
        <w:rPr>
          <w:rFonts w:ascii="ArialMT" w:eastAsia="ArialMT" w:hAnsi="ArialMT"/>
          <w:color w:val="000000"/>
          <w:w w:val="102"/>
          <w:sz w:val="16"/>
        </w:rPr>
        <w:t xml:space="preserve"> de </w:t>
      </w:r>
      <w:proofErr w:type="spellStart"/>
      <w:r>
        <w:rPr>
          <w:rFonts w:ascii="Arial" w:eastAsia="Arial" w:hAnsi="Arial"/>
          <w:b/>
          <w:color w:val="000000"/>
          <w:w w:val="102"/>
          <w:sz w:val="16"/>
        </w:rPr>
        <w:t>martor</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declar</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că</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numitul</w:t>
      </w:r>
      <w:proofErr w:type="spellEnd"/>
      <w:r>
        <w:rPr>
          <w:rFonts w:ascii="ArialMT" w:eastAsia="ArialMT" w:hAnsi="ArialMT"/>
          <w:color w:val="000000"/>
          <w:w w:val="102"/>
          <w:sz w:val="16"/>
        </w:rPr>
        <w:t xml:space="preserve">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nu </w:t>
      </w:r>
      <w:proofErr w:type="spellStart"/>
      <w:r>
        <w:rPr>
          <w:rFonts w:ascii="ArialMT" w:eastAsia="ArialMT" w:hAnsi="ArialMT"/>
          <w:color w:val="000000"/>
          <w:w w:val="102"/>
          <w:sz w:val="16"/>
        </w:rPr>
        <w:t>este</w:t>
      </w:r>
      <w:proofErr w:type="spellEnd"/>
      <w:r>
        <w:rPr>
          <w:rFonts w:ascii="ArialMT" w:eastAsia="ArialMT" w:hAnsi="ArialMT"/>
          <w:color w:val="000000"/>
          <w:w w:val="102"/>
          <w:sz w:val="16"/>
        </w:rPr>
        <w:t xml:space="preserve"> de </w:t>
      </w:r>
      <w:proofErr w:type="spellStart"/>
      <w:r>
        <w:rPr>
          <w:rFonts w:ascii="ArialMT" w:eastAsia="ArialMT" w:hAnsi="ArialMT"/>
          <w:color w:val="000000"/>
          <w:w w:val="102"/>
          <w:sz w:val="16"/>
        </w:rPr>
        <w:t>faţă</w:t>
      </w:r>
      <w:proofErr w:type="spellEnd"/>
      <w:r>
        <w:rPr>
          <w:rFonts w:ascii="ArialMT" w:eastAsia="ArialMT" w:hAnsi="ArialMT"/>
          <w:color w:val="000000"/>
          <w:w w:val="102"/>
          <w:sz w:val="16"/>
        </w:rPr>
        <w:t xml:space="preserve"> / </w:t>
      </w:r>
      <w:proofErr w:type="spellStart"/>
      <w:r>
        <w:rPr>
          <w:rFonts w:ascii="ArialMT" w:eastAsia="ArialMT" w:hAnsi="ArialMT"/>
          <w:color w:val="000000"/>
          <w:w w:val="102"/>
          <w:sz w:val="16"/>
        </w:rPr>
        <w:t>refuză</w:t>
      </w:r>
      <w:proofErr w:type="spellEnd"/>
      <w:r>
        <w:rPr>
          <w:rFonts w:ascii="ArialMT" w:eastAsia="ArialMT" w:hAnsi="ArialMT"/>
          <w:color w:val="000000"/>
          <w:w w:val="102"/>
          <w:sz w:val="16"/>
        </w:rPr>
        <w:t xml:space="preserve"> / nu </w:t>
      </w:r>
      <w:proofErr w:type="spellStart"/>
      <w:r>
        <w:rPr>
          <w:rFonts w:ascii="ArialMT" w:eastAsia="ArialMT" w:hAnsi="ArialMT"/>
          <w:color w:val="000000"/>
          <w:w w:val="102"/>
          <w:sz w:val="16"/>
        </w:rPr>
        <w:t>poate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să</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semneze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procesul</w:t>
      </w:r>
      <w:proofErr w:type="spellEnd"/>
      <w:r>
        <w:rPr>
          <w:rFonts w:ascii="ArialMT" w:eastAsia="ArialMT" w:hAnsi="ArialMT"/>
          <w:color w:val="000000"/>
          <w:w w:val="102"/>
          <w:sz w:val="16"/>
        </w:rPr>
        <w:t xml:space="preserve">-verbal de </w:t>
      </w:r>
      <w:proofErr w:type="spellStart"/>
      <w:r>
        <w:rPr>
          <w:rFonts w:ascii="ArialMT" w:eastAsia="ArialMT" w:hAnsi="ArialMT"/>
          <w:color w:val="000000"/>
          <w:w w:val="102"/>
          <w:sz w:val="16"/>
        </w:rPr>
        <w:t>constatare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şi</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sancţionare</w:t>
      </w:r>
      <w:proofErr w:type="spellEnd"/>
      <w:r>
        <w:rPr>
          <w:rFonts w:ascii="ArialMT" w:eastAsia="ArialMT" w:hAnsi="ArialMT"/>
          <w:color w:val="000000"/>
          <w:w w:val="102"/>
          <w:sz w:val="16"/>
        </w:rPr>
        <w:t xml:space="preserve"> a </w:t>
      </w:r>
      <w:proofErr w:type="spellStart"/>
      <w:r>
        <w:rPr>
          <w:rFonts w:ascii="ArialMT" w:eastAsia="ArialMT" w:hAnsi="ArialMT"/>
          <w:color w:val="000000"/>
          <w:w w:val="102"/>
          <w:sz w:val="16"/>
        </w:rPr>
        <w:t>contravenţiilor</w:t>
      </w:r>
      <w:proofErr w:type="spellEnd"/>
      <w:r>
        <w:rPr>
          <w:rFonts w:ascii="ArialMT" w:eastAsia="ArialMT" w:hAnsi="ArialMT"/>
          <w:color w:val="000000"/>
          <w:w w:val="102"/>
          <w:sz w:val="16"/>
        </w:rPr>
        <w:t xml:space="preserve">. </w:t>
      </w:r>
    </w:p>
    <w:p w14:paraId="29C547E6" w14:textId="77777777" w:rsidR="00BD2397" w:rsidRPr="008F01A5" w:rsidRDefault="00B8640C">
      <w:pPr>
        <w:autoSpaceDE w:val="0"/>
        <w:autoSpaceDN w:val="0"/>
        <w:spacing w:after="0" w:line="194" w:lineRule="exact"/>
        <w:ind w:left="710"/>
        <w:rPr>
          <w:lang w:val="pt-PT"/>
        </w:rPr>
      </w:pPr>
      <w:r w:rsidRPr="008F01A5">
        <w:rPr>
          <w:rFonts w:ascii="Arial" w:eastAsia="Arial" w:hAnsi="Arial"/>
          <w:b/>
          <w:color w:val="000000"/>
          <w:w w:val="102"/>
          <w:sz w:val="16"/>
          <w:lang w:val="pt-PT"/>
        </w:rPr>
        <w:t>5.</w:t>
      </w:r>
    </w:p>
    <w:p w14:paraId="1064059E" w14:textId="77777777" w:rsidR="00BD2397" w:rsidRPr="008F01A5" w:rsidRDefault="00B8640C">
      <w:pPr>
        <w:autoSpaceDE w:val="0"/>
        <w:autoSpaceDN w:val="0"/>
        <w:spacing w:after="0" w:line="224" w:lineRule="exact"/>
        <w:ind w:left="710" w:right="144"/>
        <w:rPr>
          <w:lang w:val="pt-PT"/>
        </w:rPr>
      </w:pPr>
      <w:r w:rsidRPr="008F01A5">
        <w:rPr>
          <w:rFonts w:ascii="Arial" w:eastAsia="Arial" w:hAnsi="Arial"/>
          <w:b/>
          <w:color w:val="000000"/>
          <w:w w:val="102"/>
          <w:sz w:val="16"/>
          <w:lang w:val="pt-PT"/>
        </w:rPr>
        <w:t xml:space="preserve">a) Alte menţiuni ale organului constatator: </w:t>
      </w:r>
      <w:r w:rsidRPr="008F01A5">
        <w:rPr>
          <w:lang w:val="pt-PT"/>
        </w:rPr>
        <w:br/>
      </w:r>
      <w:r w:rsidRPr="008F01A5">
        <w:rPr>
          <w:rFonts w:ascii="Arial" w:eastAsia="Arial" w:hAnsi="Arial"/>
          <w:i/>
          <w:color w:val="000000"/>
          <w:w w:val="102"/>
          <w:sz w:val="16"/>
          <w:lang w:val="pt-PT"/>
        </w:rPr>
        <w:t>(contravenientul nu se află de faţă, refuză sau nu poate să semneze, motivele privind lipsa martorului etc.)</w:t>
      </w:r>
      <w:r w:rsidRPr="008F01A5">
        <w:rPr>
          <w:rFonts w:ascii="ArialMT" w:eastAsia="ArialMT" w:hAnsi="ArialMT"/>
          <w:color w:val="000000"/>
          <w:w w:val="102"/>
          <w:sz w:val="16"/>
          <w:lang w:val="pt-PT"/>
        </w:rPr>
        <w:t xml:space="preserve">……………………………………………………………………………………………………………………………… </w:t>
      </w:r>
      <w:r w:rsidRPr="008F01A5">
        <w:rPr>
          <w:rFonts w:ascii="Arial" w:eastAsia="Arial" w:hAnsi="Arial"/>
          <w:b/>
          <w:color w:val="000000"/>
          <w:w w:val="102"/>
          <w:sz w:val="16"/>
          <w:lang w:val="pt-PT"/>
        </w:rPr>
        <w:t>b) Obiecţiuni ale contravenientului:</w:t>
      </w:r>
      <w:r w:rsidRPr="008F01A5">
        <w:rPr>
          <w:lang w:val="pt-PT"/>
        </w:rPr>
        <w:br/>
      </w:r>
      <w:r w:rsidRPr="008F01A5">
        <w:rPr>
          <w:rFonts w:ascii="ArialMT" w:eastAsia="ArialMT" w:hAnsi="ArialMT"/>
          <w:color w:val="000000"/>
          <w:w w:val="102"/>
          <w:sz w:val="16"/>
          <w:lang w:val="pt-PT"/>
        </w:rPr>
        <w:t xml:space="preserve">…..…………….…………………………………………………................................………. </w:t>
      </w:r>
    </w:p>
    <w:p w14:paraId="683847AD" w14:textId="77777777" w:rsidR="00BD2397" w:rsidRPr="008F01A5" w:rsidRDefault="00B8640C">
      <w:pPr>
        <w:autoSpaceDE w:val="0"/>
        <w:autoSpaceDN w:val="0"/>
        <w:spacing w:after="0" w:line="194" w:lineRule="exact"/>
        <w:ind w:left="710"/>
        <w:rPr>
          <w:lang w:val="pt-PT"/>
        </w:rPr>
      </w:pPr>
      <w:r w:rsidRPr="008F01A5">
        <w:rPr>
          <w:rFonts w:ascii="ArialMT" w:eastAsia="ArialMT" w:hAnsi="ArialMT"/>
          <w:color w:val="000000"/>
          <w:w w:val="102"/>
          <w:sz w:val="16"/>
          <w:lang w:val="pt-PT"/>
        </w:rPr>
        <w:t xml:space="preserve">……………………………………………………………………………………………………………………………… </w:t>
      </w:r>
    </w:p>
    <w:p w14:paraId="5222AA6A" w14:textId="77777777" w:rsidR="00BD2397" w:rsidRPr="008F01A5" w:rsidRDefault="00B8640C">
      <w:pPr>
        <w:autoSpaceDE w:val="0"/>
        <w:autoSpaceDN w:val="0"/>
        <w:spacing w:after="0" w:line="224" w:lineRule="exact"/>
        <w:ind w:left="1260" w:right="136"/>
        <w:jc w:val="both"/>
        <w:rPr>
          <w:lang w:val="pt-PT"/>
        </w:rPr>
      </w:pPr>
      <w:r w:rsidRPr="008F01A5">
        <w:rPr>
          <w:rFonts w:ascii="ArialMT" w:eastAsia="ArialMT" w:hAnsi="ArialMT"/>
          <w:color w:val="000000"/>
          <w:w w:val="102"/>
          <w:sz w:val="16"/>
          <w:lang w:val="pt-PT"/>
        </w:rPr>
        <w:t xml:space="preserve">Potrivit dispozițiilor </w:t>
      </w:r>
      <w:r w:rsidRPr="008F01A5">
        <w:rPr>
          <w:rFonts w:ascii="Arial" w:eastAsia="Arial" w:hAnsi="Arial"/>
          <w:b/>
          <w:color w:val="000000"/>
          <w:w w:val="102"/>
          <w:sz w:val="16"/>
          <w:lang w:val="pt-PT"/>
        </w:rPr>
        <w:t>Legii nr. 169/2026 privind Codul amenajării teritoriului, urbanismului și construcțiilor</w:t>
      </w:r>
      <w:r w:rsidRPr="008F01A5">
        <w:rPr>
          <w:rFonts w:ascii="ArialMT" w:eastAsia="ArialMT" w:hAnsi="ArialMT"/>
          <w:color w:val="000000"/>
          <w:w w:val="102"/>
          <w:sz w:val="16"/>
          <w:lang w:val="pt-PT"/>
        </w:rPr>
        <w:t xml:space="preserve">, împotriva prezentului proces-verbal de constatare şi sancţionare a contravenţiei se poate face plângere în termen de 15 zile de la data comunicării sau înmânării, la judecătoria în a cărei rază teritorială a fost săvârşită fapta. </w:t>
      </w:r>
    </w:p>
    <w:p w14:paraId="16F073EF" w14:textId="77777777" w:rsidR="00BD2397" w:rsidRPr="008F01A5" w:rsidRDefault="00B8640C">
      <w:pPr>
        <w:autoSpaceDE w:val="0"/>
        <w:autoSpaceDN w:val="0"/>
        <w:spacing w:after="0" w:line="224" w:lineRule="exact"/>
        <w:ind w:left="1260"/>
        <w:rPr>
          <w:lang w:val="pt-PT"/>
        </w:rPr>
      </w:pPr>
      <w:r w:rsidRPr="008F01A5">
        <w:rPr>
          <w:rFonts w:ascii="ArialMT" w:eastAsia="ArialMT" w:hAnsi="ArialMT"/>
          <w:color w:val="000000"/>
          <w:w w:val="102"/>
          <w:sz w:val="16"/>
          <w:lang w:val="pt-PT"/>
        </w:rPr>
        <w:t xml:space="preserve">Prezentul proces-verbal s-a întocmit în 3 exemplare, conţinând rezoluţia de aplicare a sancţiunii şi „Înştiinţarea de plată”, şi s-a înmânat/comunicat contravenientului personal / prin afişare / prin scrisoare recomandată cu confirmare de primire nr. ……… din ………………. </w:t>
      </w:r>
    </w:p>
    <w:p w14:paraId="219C5FFB" w14:textId="77777777" w:rsidR="00BD2397" w:rsidRPr="008F01A5" w:rsidRDefault="00B8640C">
      <w:pPr>
        <w:autoSpaceDE w:val="0"/>
        <w:autoSpaceDN w:val="0"/>
        <w:spacing w:after="0" w:line="224" w:lineRule="exact"/>
        <w:ind w:left="710"/>
        <w:rPr>
          <w:lang w:val="pt-PT"/>
        </w:rPr>
      </w:pPr>
      <w:r w:rsidRPr="008F01A5">
        <w:rPr>
          <w:rFonts w:ascii="Arial" w:eastAsia="Arial" w:hAnsi="Arial"/>
          <w:b/>
          <w:color w:val="000000"/>
          <w:w w:val="102"/>
          <w:sz w:val="16"/>
          <w:lang w:val="pt-PT"/>
        </w:rPr>
        <w:t xml:space="preserve">REZOLUŢIE DE APLICARE A SANCŢIUNII </w:t>
      </w:r>
      <w:r w:rsidRPr="008F01A5">
        <w:rPr>
          <w:lang w:val="pt-PT"/>
        </w:rPr>
        <w:br/>
      </w:r>
      <w:r w:rsidRPr="008F01A5">
        <w:rPr>
          <w:rFonts w:ascii="ArialMT" w:eastAsia="ArialMT" w:hAnsi="ArialMT"/>
          <w:color w:val="000000"/>
          <w:w w:val="102"/>
          <w:sz w:val="16"/>
          <w:lang w:val="pt-PT"/>
        </w:rPr>
        <w:t xml:space="preserve">Ţinând seama de faptele săvârşite, constatate şi consemnate la pct. 2 din prezentul proces-verbal, în baza prevederilor </w:t>
      </w:r>
      <w:r w:rsidRPr="008F01A5">
        <w:rPr>
          <w:rFonts w:ascii="Arial" w:eastAsia="Arial" w:hAnsi="Arial"/>
          <w:b/>
          <w:color w:val="000000"/>
          <w:w w:val="102"/>
          <w:sz w:val="16"/>
          <w:lang w:val="pt-PT"/>
        </w:rPr>
        <w:t xml:space="preserve">art. 144, art. 570, art. 571 și ale celorlalte dispoziții incidente din Legea nr. 169/2026 </w:t>
      </w:r>
    </w:p>
    <w:tbl>
      <w:tblPr>
        <w:tblW w:w="0" w:type="auto"/>
        <w:tblInd w:w="336" w:type="dxa"/>
        <w:tblLayout w:type="fixed"/>
        <w:tblLook w:val="04A0" w:firstRow="1" w:lastRow="0" w:firstColumn="1" w:lastColumn="0" w:noHBand="0" w:noVBand="1"/>
      </w:tblPr>
      <w:tblGrid>
        <w:gridCol w:w="1200"/>
        <w:gridCol w:w="900"/>
        <w:gridCol w:w="1300"/>
        <w:gridCol w:w="1340"/>
        <w:gridCol w:w="1540"/>
        <w:gridCol w:w="500"/>
        <w:gridCol w:w="1640"/>
        <w:gridCol w:w="1420"/>
      </w:tblGrid>
      <w:tr w:rsidR="00BD2397" w14:paraId="682C447C" w14:textId="77777777">
        <w:trPr>
          <w:trHeight w:hRule="exact" w:val="224"/>
        </w:trPr>
        <w:tc>
          <w:tcPr>
            <w:tcW w:w="1200" w:type="dxa"/>
            <w:tcMar>
              <w:left w:w="0" w:type="dxa"/>
              <w:right w:w="0" w:type="dxa"/>
            </w:tcMar>
          </w:tcPr>
          <w:p w14:paraId="071AF6F4" w14:textId="77777777" w:rsidR="00BD2397" w:rsidRDefault="00B8640C">
            <w:pPr>
              <w:autoSpaceDE w:val="0"/>
              <w:autoSpaceDN w:val="0"/>
              <w:spacing w:after="0" w:line="196" w:lineRule="exact"/>
              <w:ind w:right="124"/>
              <w:jc w:val="right"/>
            </w:pPr>
            <w:proofErr w:type="spellStart"/>
            <w:r>
              <w:rPr>
                <w:rFonts w:ascii="Arial" w:eastAsia="Arial" w:hAnsi="Arial"/>
                <w:b/>
                <w:color w:val="000000"/>
                <w:w w:val="102"/>
                <w:sz w:val="16"/>
              </w:rPr>
              <w:t>privind</w:t>
            </w:r>
            <w:proofErr w:type="spellEnd"/>
            <w:r>
              <w:rPr>
                <w:rFonts w:ascii="Arial" w:eastAsia="Arial" w:hAnsi="Arial"/>
                <w:b/>
                <w:color w:val="000000"/>
                <w:w w:val="102"/>
                <w:sz w:val="16"/>
              </w:rPr>
              <w:t xml:space="preserve"> </w:t>
            </w:r>
          </w:p>
        </w:tc>
        <w:tc>
          <w:tcPr>
            <w:tcW w:w="900" w:type="dxa"/>
            <w:tcMar>
              <w:left w:w="0" w:type="dxa"/>
              <w:right w:w="0" w:type="dxa"/>
            </w:tcMar>
          </w:tcPr>
          <w:p w14:paraId="3080AF28" w14:textId="77777777" w:rsidR="00BD2397" w:rsidRDefault="00B8640C">
            <w:pPr>
              <w:autoSpaceDE w:val="0"/>
              <w:autoSpaceDN w:val="0"/>
              <w:spacing w:after="0" w:line="196" w:lineRule="exact"/>
              <w:jc w:val="center"/>
            </w:pPr>
            <w:proofErr w:type="spellStart"/>
            <w:r>
              <w:rPr>
                <w:rFonts w:ascii="Arial" w:eastAsia="Arial" w:hAnsi="Arial"/>
                <w:b/>
                <w:color w:val="000000"/>
                <w:w w:val="102"/>
                <w:sz w:val="16"/>
              </w:rPr>
              <w:t>Codul</w:t>
            </w:r>
            <w:proofErr w:type="spellEnd"/>
            <w:r>
              <w:rPr>
                <w:rFonts w:ascii="Arial" w:eastAsia="Arial" w:hAnsi="Arial"/>
                <w:b/>
                <w:color w:val="000000"/>
                <w:w w:val="102"/>
                <w:sz w:val="16"/>
              </w:rPr>
              <w:t xml:space="preserve"> </w:t>
            </w:r>
          </w:p>
        </w:tc>
        <w:tc>
          <w:tcPr>
            <w:tcW w:w="1300" w:type="dxa"/>
            <w:tcMar>
              <w:left w:w="0" w:type="dxa"/>
              <w:right w:w="0" w:type="dxa"/>
            </w:tcMar>
          </w:tcPr>
          <w:p w14:paraId="53CC5411" w14:textId="77777777" w:rsidR="00BD2397" w:rsidRDefault="00B8640C">
            <w:pPr>
              <w:autoSpaceDE w:val="0"/>
              <w:autoSpaceDN w:val="0"/>
              <w:spacing w:after="0" w:line="196" w:lineRule="exact"/>
              <w:jc w:val="center"/>
            </w:pPr>
            <w:proofErr w:type="spellStart"/>
            <w:r>
              <w:rPr>
                <w:rFonts w:ascii="Arial" w:eastAsia="Arial" w:hAnsi="Arial"/>
                <w:b/>
                <w:color w:val="000000"/>
                <w:w w:val="102"/>
                <w:sz w:val="16"/>
              </w:rPr>
              <w:t>amenajării</w:t>
            </w:r>
            <w:proofErr w:type="spellEnd"/>
            <w:r>
              <w:rPr>
                <w:rFonts w:ascii="Arial" w:eastAsia="Arial" w:hAnsi="Arial"/>
                <w:b/>
                <w:color w:val="000000"/>
                <w:w w:val="102"/>
                <w:sz w:val="16"/>
              </w:rPr>
              <w:t xml:space="preserve"> </w:t>
            </w:r>
          </w:p>
        </w:tc>
        <w:tc>
          <w:tcPr>
            <w:tcW w:w="1340" w:type="dxa"/>
            <w:tcMar>
              <w:left w:w="0" w:type="dxa"/>
              <w:right w:w="0" w:type="dxa"/>
            </w:tcMar>
          </w:tcPr>
          <w:p w14:paraId="60C1F567" w14:textId="77777777" w:rsidR="00BD2397" w:rsidRDefault="00B8640C">
            <w:pPr>
              <w:autoSpaceDE w:val="0"/>
              <w:autoSpaceDN w:val="0"/>
              <w:spacing w:after="0" w:line="196" w:lineRule="exact"/>
              <w:jc w:val="center"/>
            </w:pPr>
            <w:proofErr w:type="spellStart"/>
            <w:r>
              <w:rPr>
                <w:rFonts w:ascii="Arial" w:eastAsia="Arial" w:hAnsi="Arial"/>
                <w:b/>
                <w:color w:val="000000"/>
                <w:w w:val="102"/>
                <w:sz w:val="16"/>
              </w:rPr>
              <w:t>teritoriului</w:t>
            </w:r>
            <w:proofErr w:type="spellEnd"/>
            <w:r>
              <w:rPr>
                <w:rFonts w:ascii="Arial" w:eastAsia="Arial" w:hAnsi="Arial"/>
                <w:b/>
                <w:color w:val="000000"/>
                <w:w w:val="102"/>
                <w:sz w:val="16"/>
              </w:rPr>
              <w:t xml:space="preserve">, </w:t>
            </w:r>
          </w:p>
        </w:tc>
        <w:tc>
          <w:tcPr>
            <w:tcW w:w="1540" w:type="dxa"/>
            <w:tcMar>
              <w:left w:w="0" w:type="dxa"/>
              <w:right w:w="0" w:type="dxa"/>
            </w:tcMar>
          </w:tcPr>
          <w:p w14:paraId="0BF05979" w14:textId="77777777" w:rsidR="00BD2397" w:rsidRDefault="00B8640C">
            <w:pPr>
              <w:autoSpaceDE w:val="0"/>
              <w:autoSpaceDN w:val="0"/>
              <w:spacing w:after="0" w:line="196" w:lineRule="exact"/>
              <w:jc w:val="center"/>
            </w:pPr>
            <w:proofErr w:type="spellStart"/>
            <w:r>
              <w:rPr>
                <w:rFonts w:ascii="Arial" w:eastAsia="Arial" w:hAnsi="Arial"/>
                <w:b/>
                <w:color w:val="000000"/>
                <w:w w:val="102"/>
                <w:sz w:val="16"/>
              </w:rPr>
              <w:t>urbanismului</w:t>
            </w:r>
            <w:proofErr w:type="spellEnd"/>
            <w:r>
              <w:rPr>
                <w:rFonts w:ascii="Arial" w:eastAsia="Arial" w:hAnsi="Arial"/>
                <w:b/>
                <w:color w:val="000000"/>
                <w:w w:val="102"/>
                <w:sz w:val="16"/>
              </w:rPr>
              <w:t xml:space="preserve"> </w:t>
            </w:r>
          </w:p>
        </w:tc>
        <w:tc>
          <w:tcPr>
            <w:tcW w:w="500" w:type="dxa"/>
            <w:tcMar>
              <w:left w:w="0" w:type="dxa"/>
              <w:right w:w="0" w:type="dxa"/>
            </w:tcMar>
          </w:tcPr>
          <w:p w14:paraId="1EA51D66" w14:textId="77777777" w:rsidR="00BD2397" w:rsidRDefault="00B8640C">
            <w:pPr>
              <w:autoSpaceDE w:val="0"/>
              <w:autoSpaceDN w:val="0"/>
              <w:spacing w:after="0" w:line="196" w:lineRule="exact"/>
              <w:jc w:val="center"/>
            </w:pPr>
            <w:proofErr w:type="spellStart"/>
            <w:r>
              <w:rPr>
                <w:rFonts w:ascii="Arial" w:eastAsia="Arial" w:hAnsi="Arial"/>
                <w:b/>
                <w:color w:val="000000"/>
                <w:w w:val="102"/>
                <w:sz w:val="16"/>
              </w:rPr>
              <w:t>și</w:t>
            </w:r>
            <w:proofErr w:type="spellEnd"/>
            <w:r>
              <w:rPr>
                <w:rFonts w:ascii="Arial" w:eastAsia="Arial" w:hAnsi="Arial"/>
                <w:b/>
                <w:color w:val="000000"/>
                <w:w w:val="102"/>
                <w:sz w:val="16"/>
              </w:rPr>
              <w:t xml:space="preserve"> </w:t>
            </w:r>
          </w:p>
        </w:tc>
        <w:tc>
          <w:tcPr>
            <w:tcW w:w="1640" w:type="dxa"/>
            <w:tcMar>
              <w:left w:w="0" w:type="dxa"/>
              <w:right w:w="0" w:type="dxa"/>
            </w:tcMar>
          </w:tcPr>
          <w:p w14:paraId="3F658C80" w14:textId="77777777" w:rsidR="00BD2397" w:rsidRDefault="00B8640C">
            <w:pPr>
              <w:autoSpaceDE w:val="0"/>
              <w:autoSpaceDN w:val="0"/>
              <w:spacing w:after="0" w:line="196" w:lineRule="exact"/>
              <w:jc w:val="center"/>
            </w:pPr>
            <w:proofErr w:type="spellStart"/>
            <w:r>
              <w:rPr>
                <w:rFonts w:ascii="Arial" w:eastAsia="Arial" w:hAnsi="Arial"/>
                <w:b/>
                <w:color w:val="000000"/>
                <w:w w:val="102"/>
                <w:sz w:val="16"/>
              </w:rPr>
              <w:t>construcțiilor</w:t>
            </w:r>
            <w:proofErr w:type="spellEnd"/>
            <w:r>
              <w:rPr>
                <w:rFonts w:ascii="ArialMT" w:eastAsia="ArialMT" w:hAnsi="ArialMT"/>
                <w:color w:val="000000"/>
                <w:w w:val="102"/>
                <w:sz w:val="16"/>
              </w:rPr>
              <w:t xml:space="preserve">, </w:t>
            </w:r>
          </w:p>
        </w:tc>
        <w:tc>
          <w:tcPr>
            <w:tcW w:w="1420" w:type="dxa"/>
            <w:tcMar>
              <w:left w:w="0" w:type="dxa"/>
              <w:right w:w="0" w:type="dxa"/>
            </w:tcMar>
          </w:tcPr>
          <w:p w14:paraId="35CBD80D" w14:textId="77777777" w:rsidR="00BD2397" w:rsidRDefault="00B8640C">
            <w:pPr>
              <w:autoSpaceDE w:val="0"/>
              <w:autoSpaceDN w:val="0"/>
              <w:spacing w:after="0" w:line="196" w:lineRule="exact"/>
              <w:ind w:left="150"/>
            </w:pPr>
            <w:proofErr w:type="spellStart"/>
            <w:r>
              <w:rPr>
                <w:rFonts w:ascii="ArialMT" w:eastAsia="ArialMT" w:hAnsi="ArialMT"/>
                <w:color w:val="000000"/>
                <w:w w:val="102"/>
                <w:sz w:val="16"/>
              </w:rPr>
              <w:t>subsemnatul</w:t>
            </w:r>
            <w:proofErr w:type="spellEnd"/>
            <w:r>
              <w:rPr>
                <w:rFonts w:ascii="ArialMT" w:eastAsia="ArialMT" w:hAnsi="ArialMT"/>
                <w:color w:val="000000"/>
                <w:w w:val="102"/>
                <w:sz w:val="16"/>
              </w:rPr>
              <w:t xml:space="preserve">, </w:t>
            </w:r>
          </w:p>
        </w:tc>
      </w:tr>
    </w:tbl>
    <w:p w14:paraId="054C3A1E" w14:textId="77777777" w:rsidR="00BD2397" w:rsidRPr="008F01A5" w:rsidRDefault="00B8640C">
      <w:pPr>
        <w:autoSpaceDE w:val="0"/>
        <w:autoSpaceDN w:val="0"/>
        <w:spacing w:after="0" w:line="216" w:lineRule="exact"/>
        <w:ind w:left="710"/>
        <w:rPr>
          <w:lang w:val="pt-PT"/>
        </w:rPr>
      </w:pPr>
      <w:r w:rsidRPr="008F01A5">
        <w:rPr>
          <w:rFonts w:ascii="ArialMT" w:eastAsia="ArialMT" w:hAnsi="ArialMT"/>
          <w:color w:val="000000"/>
          <w:w w:val="102"/>
          <w:sz w:val="16"/>
          <w:lang w:val="pt-PT"/>
        </w:rPr>
        <w:t xml:space="preserve">………………………………….…………………...………, în calitate de ............................................................. </w:t>
      </w:r>
      <w:r w:rsidRPr="008F01A5">
        <w:rPr>
          <w:rFonts w:ascii="Arial" w:eastAsia="Arial" w:hAnsi="Arial"/>
          <w:i/>
          <w:color w:val="000000"/>
          <w:w w:val="102"/>
          <w:sz w:val="16"/>
          <w:lang w:val="pt-PT"/>
        </w:rPr>
        <w:t>(funcţia şi denumirea organului de control)</w:t>
      </w:r>
      <w:r w:rsidRPr="008F01A5">
        <w:rPr>
          <w:rFonts w:ascii="ArialMT" w:eastAsia="ArialMT" w:hAnsi="ArialMT"/>
          <w:color w:val="000000"/>
          <w:w w:val="102"/>
          <w:sz w:val="16"/>
          <w:lang w:val="pt-PT"/>
        </w:rPr>
        <w:t xml:space="preserve">, aplic următoarele sancţiuni: </w:t>
      </w:r>
    </w:p>
    <w:p w14:paraId="585E480B" w14:textId="77777777" w:rsidR="00BD2397" w:rsidRDefault="00B8640C">
      <w:pPr>
        <w:autoSpaceDE w:val="0"/>
        <w:autoSpaceDN w:val="0"/>
        <w:spacing w:after="0" w:line="194" w:lineRule="exact"/>
        <w:ind w:left="710"/>
      </w:pPr>
      <w:proofErr w:type="spellStart"/>
      <w:r>
        <w:rPr>
          <w:rFonts w:ascii="ArialMT" w:eastAsia="ArialMT" w:hAnsi="ArialMT"/>
          <w:color w:val="000000"/>
          <w:w w:val="102"/>
          <w:sz w:val="16"/>
        </w:rPr>
        <w:t>Pentru</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fapta</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consemnată</w:t>
      </w:r>
      <w:proofErr w:type="spellEnd"/>
      <w:r>
        <w:rPr>
          <w:rFonts w:ascii="ArialMT" w:eastAsia="ArialMT" w:hAnsi="ArialMT"/>
          <w:color w:val="000000"/>
          <w:w w:val="102"/>
          <w:sz w:val="16"/>
        </w:rPr>
        <w:t xml:space="preserve"> la </w:t>
      </w:r>
      <w:r>
        <w:rPr>
          <w:rFonts w:ascii="Arial" w:eastAsia="Arial" w:hAnsi="Arial"/>
          <w:b/>
          <w:color w:val="000000"/>
          <w:w w:val="102"/>
          <w:sz w:val="16"/>
        </w:rPr>
        <w:t xml:space="preserve">art. 144 </w:t>
      </w:r>
      <w:proofErr w:type="spellStart"/>
      <w:r>
        <w:rPr>
          <w:rFonts w:ascii="Arial" w:eastAsia="Arial" w:hAnsi="Arial"/>
          <w:b/>
          <w:color w:val="000000"/>
          <w:w w:val="102"/>
          <w:sz w:val="16"/>
        </w:rPr>
        <w:t>alin</w:t>
      </w:r>
      <w:proofErr w:type="spellEnd"/>
      <w:r>
        <w:rPr>
          <w:rFonts w:ascii="Arial" w:eastAsia="Arial" w:hAnsi="Arial"/>
          <w:b/>
          <w:color w:val="000000"/>
          <w:w w:val="102"/>
          <w:sz w:val="16"/>
        </w:rPr>
        <w:t>. …… lit. ……</w:t>
      </w:r>
      <w:r>
        <w:rPr>
          <w:rFonts w:ascii="ArialMT" w:eastAsia="ArialMT" w:hAnsi="ArialMT"/>
          <w:color w:val="000000"/>
          <w:w w:val="102"/>
          <w:sz w:val="16"/>
        </w:rPr>
        <w:t xml:space="preserve">: </w:t>
      </w:r>
    </w:p>
    <w:p w14:paraId="33FEC236" w14:textId="77777777" w:rsidR="00BD2397" w:rsidRPr="00912339" w:rsidRDefault="00B8640C">
      <w:pPr>
        <w:autoSpaceDE w:val="0"/>
        <w:autoSpaceDN w:val="0"/>
        <w:spacing w:after="0" w:line="194" w:lineRule="exact"/>
        <w:ind w:left="1398"/>
        <w:rPr>
          <w:lang w:val="sv-SE"/>
        </w:rPr>
      </w:pPr>
      <w:r w:rsidRPr="00912339">
        <w:rPr>
          <w:rFonts w:ascii="ArialMT" w:eastAsia="ArialMT" w:hAnsi="ArialMT"/>
          <w:color w:val="000000"/>
          <w:w w:val="102"/>
          <w:sz w:val="16"/>
          <w:lang w:val="sv-SE"/>
        </w:rPr>
        <w:t xml:space="preserve">[ ] AVERTISMENT / [ ] AMENDĂ în valoare de ........…...... lei </w:t>
      </w:r>
      <w:r w:rsidRPr="00912339">
        <w:rPr>
          <w:rFonts w:ascii="Arial" w:eastAsia="Arial" w:hAnsi="Arial"/>
          <w:i/>
          <w:color w:val="000000"/>
          <w:w w:val="102"/>
          <w:sz w:val="16"/>
          <w:lang w:val="sv-SE"/>
        </w:rPr>
        <w:t>(adică …............)</w:t>
      </w:r>
      <w:r w:rsidRPr="00912339">
        <w:rPr>
          <w:rFonts w:ascii="ArialMT" w:eastAsia="ArialMT" w:hAnsi="ArialMT"/>
          <w:color w:val="000000"/>
          <w:w w:val="102"/>
          <w:sz w:val="16"/>
          <w:lang w:val="sv-SE"/>
        </w:rPr>
        <w:t xml:space="preserve">; </w:t>
      </w:r>
    </w:p>
    <w:p w14:paraId="4F6D60E4" w14:textId="77777777" w:rsidR="00BD2397" w:rsidRPr="00912339" w:rsidRDefault="00B8640C">
      <w:pPr>
        <w:autoSpaceDE w:val="0"/>
        <w:autoSpaceDN w:val="0"/>
        <w:spacing w:after="0" w:line="224" w:lineRule="exact"/>
        <w:ind w:left="710" w:right="288"/>
        <w:rPr>
          <w:lang w:val="sv-SE"/>
        </w:rPr>
      </w:pPr>
      <w:r w:rsidRPr="008F01A5">
        <w:rPr>
          <w:rFonts w:ascii="ArialMT" w:eastAsia="ArialMT" w:hAnsi="ArialMT"/>
          <w:color w:val="000000"/>
          <w:w w:val="102"/>
          <w:sz w:val="16"/>
          <w:lang w:val="pt-PT"/>
        </w:rPr>
        <w:t xml:space="preserve">Pentru fapta consemnată la </w:t>
      </w:r>
      <w:r w:rsidRPr="008F01A5">
        <w:rPr>
          <w:rFonts w:ascii="Arial" w:eastAsia="Arial" w:hAnsi="Arial"/>
          <w:b/>
          <w:color w:val="000000"/>
          <w:w w:val="102"/>
          <w:sz w:val="16"/>
          <w:lang w:val="pt-PT"/>
        </w:rPr>
        <w:t xml:space="preserve">art. 570 alin. </w:t>
      </w:r>
      <w:r w:rsidRPr="00912339">
        <w:rPr>
          <w:rFonts w:ascii="Arial" w:eastAsia="Arial" w:hAnsi="Arial"/>
          <w:b/>
          <w:color w:val="000000"/>
          <w:w w:val="102"/>
          <w:sz w:val="16"/>
          <w:lang w:val="sv-SE"/>
        </w:rPr>
        <w:t>(1) lit. ……</w:t>
      </w:r>
      <w:r w:rsidRPr="00912339">
        <w:rPr>
          <w:rFonts w:ascii="ArialMT" w:eastAsia="ArialMT" w:hAnsi="ArialMT"/>
          <w:color w:val="000000"/>
          <w:w w:val="102"/>
          <w:sz w:val="16"/>
          <w:lang w:val="sv-SE"/>
        </w:rPr>
        <w:t xml:space="preserve">: </w:t>
      </w:r>
      <w:r w:rsidRPr="00912339">
        <w:rPr>
          <w:lang w:val="sv-SE"/>
        </w:rPr>
        <w:br/>
      </w:r>
      <w:r w:rsidRPr="00912339">
        <w:rPr>
          <w:rFonts w:ascii="Arial" w:eastAsia="Arial" w:hAnsi="Arial"/>
          <w:b/>
          <w:color w:val="000000"/>
          <w:w w:val="102"/>
          <w:sz w:val="16"/>
          <w:lang w:val="sv-SE"/>
        </w:rPr>
        <w:t>AMENDĂ</w:t>
      </w:r>
      <w:r w:rsidRPr="00912339">
        <w:rPr>
          <w:rFonts w:ascii="ArialMT" w:eastAsia="ArialMT" w:hAnsi="ArialMT"/>
          <w:color w:val="000000"/>
          <w:w w:val="102"/>
          <w:sz w:val="16"/>
          <w:lang w:val="sv-SE"/>
        </w:rPr>
        <w:t xml:space="preserve"> în valoare de ........…...... lei </w:t>
      </w:r>
      <w:r w:rsidRPr="00912339">
        <w:rPr>
          <w:rFonts w:ascii="Arial" w:eastAsia="Arial" w:hAnsi="Arial"/>
          <w:i/>
          <w:color w:val="000000"/>
          <w:w w:val="102"/>
          <w:sz w:val="16"/>
          <w:lang w:val="sv-SE"/>
        </w:rPr>
        <w:t>(adică …............)</w:t>
      </w:r>
      <w:r w:rsidRPr="00912339">
        <w:rPr>
          <w:rFonts w:ascii="ArialMT" w:eastAsia="ArialMT" w:hAnsi="ArialMT"/>
          <w:color w:val="000000"/>
          <w:w w:val="102"/>
          <w:sz w:val="16"/>
          <w:lang w:val="sv-SE"/>
        </w:rPr>
        <w:t xml:space="preserve">; </w:t>
      </w:r>
      <w:r w:rsidRPr="00912339">
        <w:rPr>
          <w:rFonts w:ascii="Arial" w:eastAsia="Arial" w:hAnsi="Arial"/>
          <w:i/>
          <w:color w:val="000000"/>
          <w:w w:val="102"/>
          <w:sz w:val="16"/>
          <w:lang w:val="sv-SE"/>
        </w:rPr>
        <w:t>(conform art. 570 alin. 3 nu se aplică avertisment)</w:t>
      </w:r>
    </w:p>
    <w:p w14:paraId="322AEB69" w14:textId="77777777" w:rsidR="00BD2397" w:rsidRPr="00912339" w:rsidRDefault="00B8640C">
      <w:pPr>
        <w:autoSpaceDE w:val="0"/>
        <w:autoSpaceDN w:val="0"/>
        <w:spacing w:after="0" w:line="194" w:lineRule="exact"/>
        <w:ind w:left="710"/>
        <w:rPr>
          <w:lang w:val="sv-SE"/>
        </w:rPr>
      </w:pPr>
      <w:r w:rsidRPr="00912339">
        <w:rPr>
          <w:rFonts w:ascii="Arial" w:eastAsia="Arial" w:hAnsi="Arial"/>
          <w:b/>
          <w:color w:val="000000"/>
          <w:w w:val="102"/>
          <w:sz w:val="16"/>
          <w:lang w:val="sv-SE"/>
        </w:rPr>
        <w:t>TOTAL AMENDĂ APILCATĂ:</w:t>
      </w:r>
      <w:r w:rsidRPr="00912339">
        <w:rPr>
          <w:rFonts w:ascii="ArialMT" w:eastAsia="ArialMT" w:hAnsi="ArialMT"/>
          <w:color w:val="000000"/>
          <w:w w:val="102"/>
          <w:sz w:val="16"/>
          <w:lang w:val="sv-SE"/>
        </w:rPr>
        <w:t xml:space="preserve"> ........…...... lei </w:t>
      </w:r>
      <w:r w:rsidRPr="00912339">
        <w:rPr>
          <w:rFonts w:ascii="Arial" w:eastAsia="Arial" w:hAnsi="Arial"/>
          <w:i/>
          <w:color w:val="000000"/>
          <w:w w:val="102"/>
          <w:sz w:val="16"/>
          <w:lang w:val="sv-SE"/>
        </w:rPr>
        <w:t>(în cifre)</w:t>
      </w:r>
      <w:r w:rsidRPr="00912339">
        <w:rPr>
          <w:rFonts w:ascii="ArialMT" w:eastAsia="ArialMT" w:hAnsi="ArialMT"/>
          <w:color w:val="000000"/>
          <w:w w:val="102"/>
          <w:sz w:val="16"/>
          <w:lang w:val="sv-SE"/>
        </w:rPr>
        <w:t xml:space="preserve"> / …………………………………………… lei </w:t>
      </w:r>
      <w:r w:rsidRPr="00912339">
        <w:rPr>
          <w:rFonts w:ascii="Arial" w:eastAsia="Arial" w:hAnsi="Arial"/>
          <w:i/>
          <w:color w:val="000000"/>
          <w:w w:val="102"/>
          <w:sz w:val="16"/>
          <w:lang w:val="sv-SE"/>
        </w:rPr>
        <w:t>(în litere)</w:t>
      </w:r>
    </w:p>
    <w:p w14:paraId="3395FA28" w14:textId="77777777" w:rsidR="00BD2397" w:rsidRPr="00912339" w:rsidRDefault="00B8640C">
      <w:pPr>
        <w:autoSpaceDE w:val="0"/>
        <w:autoSpaceDN w:val="0"/>
        <w:spacing w:after="0" w:line="222" w:lineRule="exact"/>
        <w:ind w:left="710"/>
        <w:rPr>
          <w:lang w:val="sv-SE"/>
        </w:rPr>
      </w:pPr>
      <w:r w:rsidRPr="00912339">
        <w:rPr>
          <w:rFonts w:ascii="Arial" w:eastAsia="Arial" w:hAnsi="Arial"/>
          <w:b/>
          <w:color w:val="000000"/>
          <w:w w:val="102"/>
          <w:sz w:val="16"/>
          <w:lang w:val="sv-SE"/>
        </w:rPr>
        <w:t xml:space="preserve">Dispun, în temeiul Legii nr. 169/2026, următoarele măsuri complementare: </w:t>
      </w:r>
      <w:r w:rsidRPr="00912339">
        <w:rPr>
          <w:lang w:val="sv-SE"/>
        </w:rPr>
        <w:br/>
      </w:r>
      <w:r w:rsidRPr="00912339">
        <w:rPr>
          <w:rFonts w:ascii="Arial" w:eastAsia="Arial" w:hAnsi="Arial"/>
          <w:i/>
          <w:color w:val="000000"/>
          <w:w w:val="102"/>
          <w:sz w:val="16"/>
          <w:lang w:val="sv-SE"/>
        </w:rPr>
        <w:t>(oprirea executării lucrărilor, regularizare/notificare/autorizare, desființarea construcțiilor executate nelegal sau aducerea terenului/construcției la starea inițială)</w:t>
      </w:r>
      <w:r w:rsidRPr="00912339">
        <w:rPr>
          <w:lang w:val="sv-SE"/>
        </w:rPr>
        <w:br/>
      </w:r>
      <w:r w:rsidRPr="00912339">
        <w:rPr>
          <w:rFonts w:ascii="ArialMT" w:eastAsia="ArialMT" w:hAnsi="ArialMT"/>
          <w:color w:val="000000"/>
          <w:w w:val="102"/>
          <w:sz w:val="16"/>
          <w:lang w:val="sv-SE"/>
        </w:rPr>
        <w:t xml:space="preserve">……...………….….......................…………..................................………………………………… </w:t>
      </w:r>
      <w:r w:rsidRPr="00912339">
        <w:rPr>
          <w:lang w:val="sv-SE"/>
        </w:rPr>
        <w:br/>
      </w:r>
      <w:r w:rsidRPr="00912339">
        <w:rPr>
          <w:rFonts w:ascii="ArialMT" w:eastAsia="ArialMT" w:hAnsi="ArialMT"/>
          <w:color w:val="000000"/>
          <w:w w:val="102"/>
          <w:sz w:val="16"/>
          <w:lang w:val="sv-SE"/>
        </w:rPr>
        <w:t xml:space="preserve">……...………….….......................…………..................................………………………………… </w:t>
      </w:r>
    </w:p>
    <w:p w14:paraId="1BAA904C" w14:textId="77777777" w:rsidR="00BD2397" w:rsidRPr="00912339" w:rsidRDefault="00B8640C">
      <w:pPr>
        <w:autoSpaceDE w:val="0"/>
        <w:autoSpaceDN w:val="0"/>
        <w:spacing w:after="0" w:line="224" w:lineRule="exact"/>
        <w:ind w:left="710"/>
        <w:rPr>
          <w:lang w:val="sv-SE"/>
        </w:rPr>
      </w:pPr>
      <w:r w:rsidRPr="00912339">
        <w:rPr>
          <w:rFonts w:ascii="ArialMT" w:eastAsia="ArialMT" w:hAnsi="ArialMT"/>
          <w:color w:val="000000"/>
          <w:w w:val="102"/>
          <w:sz w:val="16"/>
          <w:lang w:val="sv-SE"/>
        </w:rPr>
        <w:t xml:space="preserve">Măsurile dispuse se vor realiza până la data de .......................... , contravenientul având obligaţia de a notifica organului de control îndeplinirea acestei obligaţii în termenul stabilit. </w:t>
      </w:r>
    </w:p>
    <w:p w14:paraId="796E7D30" w14:textId="77777777" w:rsidR="00BD2397" w:rsidRPr="00912339" w:rsidRDefault="00B8640C">
      <w:pPr>
        <w:autoSpaceDE w:val="0"/>
        <w:autoSpaceDN w:val="0"/>
        <w:spacing w:after="0" w:line="196" w:lineRule="exact"/>
        <w:ind w:left="2108"/>
        <w:rPr>
          <w:lang w:val="sv-SE"/>
        </w:rPr>
      </w:pPr>
      <w:r w:rsidRPr="00912339">
        <w:rPr>
          <w:rFonts w:ascii="Arial" w:eastAsia="Arial" w:hAnsi="Arial"/>
          <w:b/>
          <w:color w:val="000000"/>
          <w:w w:val="102"/>
          <w:sz w:val="16"/>
          <w:lang w:val="sv-SE"/>
        </w:rPr>
        <w:t xml:space="preserve">ÎNŞTIINŢARE DE PLATĂ </w:t>
      </w:r>
    </w:p>
    <w:p w14:paraId="1EC58284" w14:textId="77777777" w:rsidR="00BD2397" w:rsidRPr="00912339" w:rsidRDefault="00B8640C">
      <w:pPr>
        <w:autoSpaceDE w:val="0"/>
        <w:autoSpaceDN w:val="0"/>
        <w:spacing w:after="0" w:line="196" w:lineRule="exact"/>
        <w:ind w:left="710"/>
        <w:rPr>
          <w:lang w:val="sv-SE"/>
        </w:rPr>
      </w:pPr>
      <w:r w:rsidRPr="00912339">
        <w:rPr>
          <w:rFonts w:ascii="Arial" w:eastAsia="Arial" w:hAnsi="Arial"/>
          <w:b/>
          <w:color w:val="000000"/>
          <w:w w:val="102"/>
          <w:sz w:val="16"/>
          <w:lang w:val="sv-SE"/>
        </w:rPr>
        <w:t xml:space="preserve">Contravenientul va achita suma totală de ........................ lei (valoarea integrală a amenzii aplicate). </w:t>
      </w:r>
    </w:p>
    <w:p w14:paraId="1A2CC0F8" w14:textId="77777777" w:rsidR="00BD2397" w:rsidRPr="00912339" w:rsidRDefault="00B8640C">
      <w:pPr>
        <w:autoSpaceDE w:val="0"/>
        <w:autoSpaceDN w:val="0"/>
        <w:spacing w:after="0" w:line="222" w:lineRule="exact"/>
        <w:ind w:left="710" w:right="134"/>
        <w:jc w:val="both"/>
        <w:rPr>
          <w:lang w:val="sv-SE"/>
        </w:rPr>
      </w:pPr>
      <w:r w:rsidRPr="00912339">
        <w:rPr>
          <w:rFonts w:ascii="Arial" w:eastAsia="Arial" w:hAnsi="Arial"/>
          <w:b/>
          <w:color w:val="000000"/>
          <w:w w:val="102"/>
          <w:sz w:val="16"/>
          <w:lang w:val="sv-SE"/>
        </w:rPr>
        <w:t xml:space="preserve">Pentru situațiile specific prevăzute la art. 144 alin.(1) din Legea 169/2026, contravenientul are posibilitatea ca, în termen de 15 zile de la data înmânării sau comunicării procesului-verbal, să achite jumătate din minimul amenzii prevăzute în procesul verbal, potrivit prevederilor legale aplicabile, </w:t>
      </w:r>
    </w:p>
    <w:tbl>
      <w:tblPr>
        <w:tblW w:w="0" w:type="auto"/>
        <w:tblInd w:w="548" w:type="dxa"/>
        <w:tblLayout w:type="fixed"/>
        <w:tblLook w:val="04A0" w:firstRow="1" w:lastRow="0" w:firstColumn="1" w:lastColumn="0" w:noHBand="0" w:noVBand="1"/>
      </w:tblPr>
      <w:tblGrid>
        <w:gridCol w:w="3532"/>
        <w:gridCol w:w="3118"/>
        <w:gridCol w:w="3026"/>
      </w:tblGrid>
      <w:tr w:rsidR="00BD2397" w14:paraId="2D553E54" w14:textId="77777777">
        <w:trPr>
          <w:trHeight w:hRule="exact" w:val="448"/>
        </w:trPr>
        <w:tc>
          <w:tcPr>
            <w:tcW w:w="3532" w:type="dxa"/>
            <w:tcBorders>
              <w:top w:val="single" w:sz="4" w:space="0" w:color="000000"/>
              <w:left w:val="single" w:sz="4" w:space="0" w:color="000000"/>
              <w:bottom w:val="single" w:sz="4" w:space="0" w:color="000000"/>
              <w:right w:val="single" w:sz="3" w:space="0" w:color="000000"/>
            </w:tcBorders>
            <w:tcMar>
              <w:left w:w="0" w:type="dxa"/>
              <w:right w:w="0" w:type="dxa"/>
            </w:tcMar>
          </w:tcPr>
          <w:p w14:paraId="41F3BAB8"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Agent </w:t>
            </w:r>
            <w:proofErr w:type="spellStart"/>
            <w:r>
              <w:rPr>
                <w:rFonts w:ascii="Arial" w:eastAsia="Arial" w:hAnsi="Arial"/>
                <w:b/>
                <w:color w:val="000000"/>
                <w:w w:val="102"/>
                <w:sz w:val="16"/>
              </w:rPr>
              <w:t>constatator</w:t>
            </w:r>
            <w:proofErr w:type="spellEnd"/>
          </w:p>
        </w:tc>
        <w:tc>
          <w:tcPr>
            <w:tcW w:w="3118" w:type="dxa"/>
            <w:tcBorders>
              <w:top w:val="single" w:sz="4" w:space="0" w:color="000000"/>
              <w:left w:val="single" w:sz="3" w:space="0" w:color="000000"/>
              <w:bottom w:val="single" w:sz="4" w:space="0" w:color="000000"/>
              <w:right w:val="single" w:sz="3" w:space="0" w:color="000000"/>
            </w:tcBorders>
            <w:tcMar>
              <w:left w:w="0" w:type="dxa"/>
              <w:right w:w="0" w:type="dxa"/>
            </w:tcMar>
          </w:tcPr>
          <w:p w14:paraId="3E4EE967"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Contravenient</w:t>
            </w:r>
            <w:proofErr w:type="spellEnd"/>
          </w:p>
        </w:tc>
        <w:tc>
          <w:tcPr>
            <w:tcW w:w="3026" w:type="dxa"/>
            <w:tcBorders>
              <w:top w:val="single" w:sz="4" w:space="0" w:color="000000"/>
              <w:left w:val="single" w:sz="3" w:space="0" w:color="000000"/>
              <w:bottom w:val="single" w:sz="4" w:space="0" w:color="000000"/>
              <w:right w:val="single" w:sz="4" w:space="0" w:color="000000"/>
            </w:tcBorders>
            <w:tcMar>
              <w:left w:w="0" w:type="dxa"/>
              <w:right w:w="0" w:type="dxa"/>
            </w:tcMar>
          </w:tcPr>
          <w:p w14:paraId="745CF5F9"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Martor</w:t>
            </w:r>
            <w:proofErr w:type="spellEnd"/>
          </w:p>
        </w:tc>
      </w:tr>
      <w:tr w:rsidR="00BD2397" w14:paraId="2DAA3BAD" w14:textId="77777777">
        <w:trPr>
          <w:trHeight w:hRule="exact" w:val="648"/>
        </w:trPr>
        <w:tc>
          <w:tcPr>
            <w:tcW w:w="3532" w:type="dxa"/>
            <w:tcBorders>
              <w:top w:val="single" w:sz="4" w:space="0" w:color="000000"/>
              <w:left w:val="single" w:sz="4" w:space="0" w:color="000000"/>
              <w:bottom w:val="single" w:sz="4" w:space="0" w:color="000000"/>
              <w:right w:val="single" w:sz="3" w:space="0" w:color="000000"/>
            </w:tcBorders>
            <w:tcMar>
              <w:left w:w="0" w:type="dxa"/>
              <w:right w:w="0" w:type="dxa"/>
            </w:tcMar>
          </w:tcPr>
          <w:p w14:paraId="3A44F382"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3118" w:type="dxa"/>
            <w:tcBorders>
              <w:top w:val="single" w:sz="4" w:space="0" w:color="000000"/>
              <w:left w:val="single" w:sz="3" w:space="0" w:color="000000"/>
              <w:bottom w:val="single" w:sz="4" w:space="0" w:color="000000"/>
              <w:right w:val="single" w:sz="3" w:space="0" w:color="000000"/>
            </w:tcBorders>
            <w:tcMar>
              <w:left w:w="0" w:type="dxa"/>
              <w:right w:w="0" w:type="dxa"/>
            </w:tcMar>
          </w:tcPr>
          <w:p w14:paraId="023E97A6" w14:textId="77777777" w:rsidR="00BD2397" w:rsidRDefault="00B8640C">
            <w:pPr>
              <w:autoSpaceDE w:val="0"/>
              <w:autoSpaceDN w:val="0"/>
              <w:spacing w:after="0" w:line="194" w:lineRule="exact"/>
              <w:ind w:left="102"/>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3026" w:type="dxa"/>
            <w:tcBorders>
              <w:top w:val="single" w:sz="4" w:space="0" w:color="000000"/>
              <w:left w:val="single" w:sz="3" w:space="0" w:color="000000"/>
              <w:bottom w:val="single" w:sz="4" w:space="0" w:color="000000"/>
              <w:right w:val="single" w:sz="4" w:space="0" w:color="000000"/>
            </w:tcBorders>
            <w:tcMar>
              <w:left w:w="0" w:type="dxa"/>
              <w:right w:w="0" w:type="dxa"/>
            </w:tcMar>
          </w:tcPr>
          <w:p w14:paraId="364C717B"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r>
    </w:tbl>
    <w:p w14:paraId="76C02AF8" w14:textId="77777777" w:rsidR="00BD2397" w:rsidRDefault="00B8640C">
      <w:pPr>
        <w:autoSpaceDE w:val="0"/>
        <w:autoSpaceDN w:val="0"/>
        <w:spacing w:after="0" w:line="196" w:lineRule="exact"/>
        <w:ind w:left="710"/>
      </w:pPr>
      <w:r>
        <w:rPr>
          <w:rFonts w:ascii="TimesNewRomanPS" w:eastAsia="TimesNewRomanPS" w:hAnsi="TimesNewRomanPS"/>
          <w:b/>
          <w:color w:val="595959"/>
          <w:w w:val="102"/>
          <w:sz w:val="16"/>
        </w:rPr>
        <w:t xml:space="preserve">F_03 ·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roofErr w:type="spellStart"/>
      <w:r>
        <w:rPr>
          <w:rFonts w:ascii="TimesNewRomanPSMT" w:eastAsia="TimesNewRomanPSMT" w:hAnsi="TimesNewRomanPSMT"/>
          <w:color w:val="595959"/>
          <w:w w:val="102"/>
          <w:sz w:val="16"/>
        </w:rPr>
        <w:t>pagina</w:t>
      </w:r>
      <w:proofErr w:type="spellEnd"/>
      <w:r>
        <w:rPr>
          <w:rFonts w:ascii="TimesNewRomanPSMT" w:eastAsia="TimesNewRomanPSMT" w:hAnsi="TimesNewRomanPSMT"/>
          <w:color w:val="595959"/>
          <w:w w:val="102"/>
          <w:sz w:val="16"/>
        </w:rPr>
        <w:t xml:space="preserve"> 2 din 3</w:t>
      </w:r>
    </w:p>
    <w:p w14:paraId="453D651A" w14:textId="77777777" w:rsidR="00BD2397" w:rsidRDefault="00BD2397">
      <w:pPr>
        <w:spacing w:after="0"/>
        <w:sectPr w:rsidR="00BD2397">
          <w:pgSz w:w="11900" w:h="16840"/>
          <w:pgMar w:top="126" w:right="1088" w:bottom="340" w:left="564" w:header="720" w:footer="720" w:gutter="0"/>
          <w:cols w:space="708"/>
          <w:docGrid w:linePitch="360"/>
        </w:sectPr>
      </w:pPr>
    </w:p>
    <w:p w14:paraId="5F5C7DC5" w14:textId="77777777" w:rsidR="00BD2397" w:rsidRDefault="00BD2397">
      <w:pPr>
        <w:autoSpaceDE w:val="0"/>
        <w:autoSpaceDN w:val="0"/>
        <w:spacing w:after="0" w:line="126" w:lineRule="exact"/>
      </w:pPr>
    </w:p>
    <w:p w14:paraId="7A51DAE9" w14:textId="77777777" w:rsidR="00BD2397" w:rsidRPr="008F01A5" w:rsidRDefault="00B8640C">
      <w:pPr>
        <w:tabs>
          <w:tab w:val="left" w:pos="10004"/>
        </w:tabs>
        <w:autoSpaceDE w:val="0"/>
        <w:autoSpaceDN w:val="0"/>
        <w:spacing w:after="0" w:line="200" w:lineRule="exact"/>
        <w:ind w:left="1536"/>
        <w:rPr>
          <w:lang w:val="pt-PT"/>
        </w:rPr>
      </w:pPr>
      <w:r w:rsidRPr="008F01A5">
        <w:rPr>
          <w:rFonts w:ascii="Arial" w:eastAsia="Arial" w:hAnsi="Arial"/>
          <w:color w:val="000000"/>
          <w:sz w:val="17"/>
          <w:lang w:val="pt-PT"/>
        </w:rPr>
        <w:t xml:space="preserve">MONITORUL OFICIAL AL ROMÂNIEI, PARTEA I, Nr. 711 bis/26.VIII.2026 </w:t>
      </w:r>
      <w:r w:rsidRPr="008F01A5">
        <w:rPr>
          <w:lang w:val="pt-PT"/>
        </w:rPr>
        <w:tab/>
      </w:r>
      <w:r w:rsidRPr="008F01A5">
        <w:rPr>
          <w:rFonts w:ascii="Arial" w:eastAsia="Arial" w:hAnsi="Arial"/>
          <w:color w:val="000000"/>
          <w:sz w:val="17"/>
          <w:lang w:val="pt-PT"/>
        </w:rPr>
        <w:t>57</w:t>
      </w:r>
    </w:p>
    <w:p w14:paraId="31480F83" w14:textId="77777777" w:rsidR="00BD2397" w:rsidRPr="008F01A5" w:rsidRDefault="00B8640C">
      <w:pPr>
        <w:autoSpaceDE w:val="0"/>
        <w:autoSpaceDN w:val="0"/>
        <w:spacing w:after="0" w:line="220" w:lineRule="exact"/>
        <w:ind w:left="166" w:right="576"/>
        <w:rPr>
          <w:lang w:val="pt-PT"/>
        </w:rPr>
      </w:pPr>
      <w:r w:rsidRPr="008F01A5">
        <w:rPr>
          <w:rFonts w:ascii="TimesNewRomanPS" w:eastAsia="TimesNewRomanPS" w:hAnsi="TimesNewRomanPS"/>
          <w:b/>
          <w:color w:val="595959"/>
          <w:w w:val="102"/>
          <w:sz w:val="16"/>
          <w:lang w:val="pt-PT"/>
        </w:rPr>
        <w:t xml:space="preserve">F_03 · versiunea 1.0 </w:t>
      </w:r>
      <w:r w:rsidRPr="008F01A5">
        <w:rPr>
          <w:lang w:val="pt-PT"/>
        </w:rPr>
        <w:br/>
      </w:r>
      <w:r w:rsidRPr="008F01A5">
        <w:rPr>
          <w:rFonts w:ascii="Arial" w:eastAsia="Arial" w:hAnsi="Arial"/>
          <w:b/>
          <w:color w:val="000000"/>
          <w:w w:val="102"/>
          <w:sz w:val="16"/>
          <w:lang w:val="pt-PT"/>
        </w:rPr>
        <w:t xml:space="preserve">adică suma totală de ........................ lei, în caz contrar contravenientul va achita  valoarea integrală a amenzii aplicate. </w:t>
      </w:r>
    </w:p>
    <w:p w14:paraId="3487D99A" w14:textId="77777777" w:rsidR="00BD2397" w:rsidRPr="008F01A5" w:rsidRDefault="00B8640C">
      <w:pPr>
        <w:autoSpaceDE w:val="0"/>
        <w:autoSpaceDN w:val="0"/>
        <w:spacing w:after="0" w:line="336" w:lineRule="exact"/>
        <w:ind w:left="166" w:right="576"/>
        <w:rPr>
          <w:lang w:val="pt-PT"/>
        </w:rPr>
      </w:pPr>
      <w:r w:rsidRPr="008F01A5">
        <w:rPr>
          <w:rFonts w:ascii="Arial" w:eastAsia="Arial" w:hAnsi="Arial"/>
          <w:b/>
          <w:color w:val="000000"/>
          <w:w w:val="102"/>
          <w:sz w:val="16"/>
          <w:lang w:val="pt-PT"/>
        </w:rPr>
        <w:t xml:space="preserve">b) Suma se achită în contul de venituri al bugetului local al unității administrativ-teritoriale / la casieria autorității locale sau prin mijloace electronice de plată, făcându-se venit la bugetul local. c) Contravenientul are obligaţia de a transmite copia dovezii de plată în termen de 15 zile de la </w:t>
      </w:r>
    </w:p>
    <w:tbl>
      <w:tblPr>
        <w:tblW w:w="0" w:type="auto"/>
        <w:tblInd w:w="72" w:type="dxa"/>
        <w:tblLayout w:type="fixed"/>
        <w:tblLook w:val="04A0" w:firstRow="1" w:lastRow="0" w:firstColumn="1" w:lastColumn="0" w:noHBand="0" w:noVBand="1"/>
      </w:tblPr>
      <w:tblGrid>
        <w:gridCol w:w="1100"/>
        <w:gridCol w:w="680"/>
        <w:gridCol w:w="1180"/>
        <w:gridCol w:w="5620"/>
        <w:gridCol w:w="1240"/>
      </w:tblGrid>
      <w:tr w:rsidR="00BD2397" w14:paraId="1D70060D" w14:textId="77777777">
        <w:trPr>
          <w:trHeight w:hRule="exact" w:val="224"/>
        </w:trPr>
        <w:tc>
          <w:tcPr>
            <w:tcW w:w="1100" w:type="dxa"/>
            <w:tcMar>
              <w:left w:w="0" w:type="dxa"/>
              <w:right w:w="0" w:type="dxa"/>
            </w:tcMar>
          </w:tcPr>
          <w:p w14:paraId="5AB3A796" w14:textId="77777777" w:rsidR="00BD2397" w:rsidRDefault="00B8640C">
            <w:pPr>
              <w:autoSpaceDE w:val="0"/>
              <w:autoSpaceDN w:val="0"/>
              <w:spacing w:after="0" w:line="194" w:lineRule="exact"/>
              <w:ind w:left="94"/>
            </w:pPr>
            <w:proofErr w:type="spellStart"/>
            <w:r>
              <w:rPr>
                <w:rFonts w:ascii="Arial" w:eastAsia="Arial" w:hAnsi="Arial"/>
                <w:b/>
                <w:color w:val="000000"/>
                <w:w w:val="102"/>
                <w:sz w:val="16"/>
              </w:rPr>
              <w:t>achitare</w:t>
            </w:r>
            <w:proofErr w:type="spellEnd"/>
            <w:r>
              <w:rPr>
                <w:rFonts w:ascii="Arial" w:eastAsia="Arial" w:hAnsi="Arial"/>
                <w:b/>
                <w:color w:val="000000"/>
                <w:w w:val="102"/>
                <w:sz w:val="16"/>
              </w:rPr>
              <w:t xml:space="preserve"> </w:t>
            </w:r>
          </w:p>
        </w:tc>
        <w:tc>
          <w:tcPr>
            <w:tcW w:w="680" w:type="dxa"/>
            <w:tcMar>
              <w:left w:w="0" w:type="dxa"/>
              <w:right w:w="0" w:type="dxa"/>
            </w:tcMar>
          </w:tcPr>
          <w:p w14:paraId="3930F9A3"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la </w:t>
            </w:r>
          </w:p>
        </w:tc>
        <w:tc>
          <w:tcPr>
            <w:tcW w:w="1180" w:type="dxa"/>
            <w:tcMar>
              <w:left w:w="0" w:type="dxa"/>
              <w:right w:w="0" w:type="dxa"/>
            </w:tcMar>
          </w:tcPr>
          <w:p w14:paraId="26E5BB62"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adresa</w:t>
            </w:r>
            <w:proofErr w:type="spellEnd"/>
            <w:r>
              <w:rPr>
                <w:rFonts w:ascii="Arial" w:eastAsia="Arial" w:hAnsi="Arial"/>
                <w:b/>
                <w:color w:val="000000"/>
                <w:w w:val="102"/>
                <w:sz w:val="16"/>
              </w:rPr>
              <w:t xml:space="preserve">: </w:t>
            </w:r>
          </w:p>
        </w:tc>
        <w:tc>
          <w:tcPr>
            <w:tcW w:w="5620" w:type="dxa"/>
            <w:tcMar>
              <w:left w:w="0" w:type="dxa"/>
              <w:right w:w="0" w:type="dxa"/>
            </w:tcMar>
          </w:tcPr>
          <w:p w14:paraId="565257EC"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 </w:t>
            </w:r>
          </w:p>
        </w:tc>
        <w:tc>
          <w:tcPr>
            <w:tcW w:w="1240" w:type="dxa"/>
            <w:tcMar>
              <w:left w:w="0" w:type="dxa"/>
              <w:right w:w="0" w:type="dxa"/>
            </w:tcMar>
          </w:tcPr>
          <w:p w14:paraId="3003D0DA" w14:textId="77777777" w:rsidR="00BD2397" w:rsidRDefault="00B8640C">
            <w:pPr>
              <w:autoSpaceDE w:val="0"/>
              <w:autoSpaceDN w:val="0"/>
              <w:spacing w:after="0" w:line="194" w:lineRule="exact"/>
              <w:ind w:left="234"/>
            </w:pPr>
            <w:r>
              <w:rPr>
                <w:rFonts w:ascii="Arial" w:eastAsia="Arial" w:hAnsi="Arial"/>
                <w:b/>
                <w:color w:val="000000"/>
                <w:w w:val="102"/>
                <w:sz w:val="16"/>
              </w:rPr>
              <w:t xml:space="preserve">e-mail: </w:t>
            </w:r>
          </w:p>
        </w:tc>
      </w:tr>
    </w:tbl>
    <w:p w14:paraId="6DA4E5CE" w14:textId="77777777" w:rsidR="00BD2397" w:rsidRDefault="00B8640C">
      <w:pPr>
        <w:autoSpaceDE w:val="0"/>
        <w:autoSpaceDN w:val="0"/>
        <w:spacing w:after="0" w:line="194" w:lineRule="exact"/>
        <w:ind w:left="166"/>
      </w:pPr>
      <w:r>
        <w:rPr>
          <w:rFonts w:ascii="Arial" w:eastAsia="Arial" w:hAnsi="Arial"/>
          <w:b/>
          <w:color w:val="000000"/>
          <w:w w:val="102"/>
          <w:sz w:val="16"/>
        </w:rPr>
        <w:t xml:space="preserve">………………………………… </w:t>
      </w:r>
    </w:p>
    <w:p w14:paraId="6A10FBCE" w14:textId="77777777" w:rsidR="00BD2397" w:rsidRDefault="00B8640C">
      <w:pPr>
        <w:autoSpaceDE w:val="0"/>
        <w:autoSpaceDN w:val="0"/>
        <w:spacing w:after="0" w:line="222" w:lineRule="exact"/>
        <w:ind w:left="166" w:right="576"/>
      </w:pPr>
      <w:proofErr w:type="spellStart"/>
      <w:r>
        <w:rPr>
          <w:rFonts w:ascii="Arial" w:eastAsia="Arial" w:hAnsi="Arial"/>
          <w:i/>
          <w:color w:val="000000"/>
          <w:w w:val="102"/>
          <w:sz w:val="16"/>
        </w:rPr>
        <w:t>Neachitarea</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amenzii</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în</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termenul</w:t>
      </w:r>
      <w:proofErr w:type="spellEnd"/>
      <w:r>
        <w:rPr>
          <w:rFonts w:ascii="Arial" w:eastAsia="Arial" w:hAnsi="Arial"/>
          <w:i/>
          <w:color w:val="000000"/>
          <w:w w:val="102"/>
          <w:sz w:val="16"/>
        </w:rPr>
        <w:t xml:space="preserve"> legal </w:t>
      </w:r>
      <w:proofErr w:type="spellStart"/>
      <w:r>
        <w:rPr>
          <w:rFonts w:ascii="Arial" w:eastAsia="Arial" w:hAnsi="Arial"/>
          <w:i/>
          <w:color w:val="000000"/>
          <w:w w:val="102"/>
          <w:sz w:val="16"/>
        </w:rPr>
        <w:t>atrage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executarea</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silită</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potrivit</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normelor</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privind</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colectarea</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creanțelor</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bugetare</w:t>
      </w:r>
      <w:proofErr w:type="spellEnd"/>
      <w:r>
        <w:rPr>
          <w:rFonts w:ascii="Arial" w:eastAsia="Arial" w:hAnsi="Arial"/>
          <w:i/>
          <w:color w:val="000000"/>
          <w:w w:val="102"/>
          <w:sz w:val="16"/>
        </w:rPr>
        <w:t>.</w:t>
      </w:r>
    </w:p>
    <w:p w14:paraId="2899044D" w14:textId="77777777" w:rsidR="00BD2397" w:rsidRDefault="00B8640C">
      <w:pPr>
        <w:autoSpaceDE w:val="0"/>
        <w:autoSpaceDN w:val="0"/>
        <w:spacing w:after="0" w:line="196" w:lineRule="exact"/>
        <w:ind w:left="166"/>
      </w:pPr>
      <w:proofErr w:type="spellStart"/>
      <w:r>
        <w:rPr>
          <w:rFonts w:ascii="Arial" w:eastAsia="Arial" w:hAnsi="Arial"/>
          <w:b/>
          <w:color w:val="000000"/>
          <w:w w:val="102"/>
          <w:sz w:val="16"/>
        </w:rPr>
        <w:t>Consiliul</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Judeţean</w:t>
      </w:r>
      <w:proofErr w:type="spellEnd"/>
      <w:r>
        <w:rPr>
          <w:rFonts w:ascii="Arial" w:eastAsia="Arial" w:hAnsi="Arial"/>
          <w:b/>
          <w:color w:val="000000"/>
          <w:w w:val="102"/>
          <w:sz w:val="16"/>
        </w:rPr>
        <w:t xml:space="preserve"> / </w:t>
      </w:r>
      <w:proofErr w:type="spellStart"/>
      <w:r>
        <w:rPr>
          <w:rFonts w:ascii="Arial" w:eastAsia="Arial" w:hAnsi="Arial"/>
          <w:b/>
          <w:color w:val="000000"/>
          <w:w w:val="102"/>
          <w:sz w:val="16"/>
        </w:rPr>
        <w:t>Primăria</w:t>
      </w:r>
      <w:proofErr w:type="spellEnd"/>
      <w:r>
        <w:rPr>
          <w:rFonts w:ascii="Arial" w:eastAsia="Arial" w:hAnsi="Arial"/>
          <w:b/>
          <w:color w:val="000000"/>
          <w:w w:val="102"/>
          <w:sz w:val="16"/>
        </w:rPr>
        <w:t>:</w:t>
      </w:r>
      <w:r>
        <w:rPr>
          <w:rFonts w:ascii="ArialMT" w:eastAsia="ArialMT" w:hAnsi="ArialMT"/>
          <w:color w:val="000000"/>
          <w:w w:val="102"/>
          <w:sz w:val="16"/>
        </w:rPr>
        <w:t xml:space="preserve">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w:t>
      </w:r>
    </w:p>
    <w:p w14:paraId="1146B81F" w14:textId="77777777" w:rsidR="00BD2397" w:rsidRDefault="00B8640C">
      <w:pPr>
        <w:autoSpaceDE w:val="0"/>
        <w:autoSpaceDN w:val="0"/>
        <w:spacing w:after="0" w:line="446" w:lineRule="exact"/>
        <w:ind w:left="166" w:right="2160"/>
      </w:pPr>
      <w:r w:rsidRPr="008F01A5">
        <w:rPr>
          <w:rFonts w:ascii="Arial" w:eastAsia="Arial" w:hAnsi="Arial"/>
          <w:b/>
          <w:color w:val="000000"/>
          <w:w w:val="102"/>
          <w:sz w:val="16"/>
          <w:lang w:val="pt-PT"/>
        </w:rPr>
        <w:t>Organul de control / Funcţia:</w:t>
      </w:r>
      <w:r w:rsidRPr="008F01A5">
        <w:rPr>
          <w:rFonts w:ascii="ArialMT" w:eastAsia="ArialMT" w:hAnsi="ArialMT"/>
          <w:color w:val="000000"/>
          <w:w w:val="102"/>
          <w:sz w:val="16"/>
          <w:lang w:val="pt-PT"/>
        </w:rPr>
        <w:t xml:space="preserve"> ……………………………………………………………….. </w:t>
      </w:r>
      <w:r w:rsidRPr="008F01A5">
        <w:rPr>
          <w:rFonts w:ascii="Arial" w:eastAsia="Arial" w:hAnsi="Arial"/>
          <w:b/>
          <w:color w:val="000000"/>
          <w:w w:val="102"/>
          <w:sz w:val="16"/>
          <w:lang w:val="pt-PT"/>
        </w:rPr>
        <w:t>Numele, prenumele şi semnătura:</w:t>
      </w:r>
      <w:r w:rsidRPr="008F01A5">
        <w:rPr>
          <w:rFonts w:ascii="ArialMT" w:eastAsia="ArialMT" w:hAnsi="ArialMT"/>
          <w:color w:val="000000"/>
          <w:w w:val="102"/>
          <w:sz w:val="16"/>
          <w:lang w:val="pt-PT"/>
        </w:rPr>
        <w:t xml:space="preserve"> …………………………………………………………. </w:t>
      </w:r>
      <w:r>
        <w:rPr>
          <w:rFonts w:ascii="Arial" w:eastAsia="Arial" w:hAnsi="Arial"/>
          <w:b/>
          <w:color w:val="000000"/>
          <w:w w:val="102"/>
          <w:sz w:val="16"/>
        </w:rPr>
        <w:t>L.S.</w:t>
      </w:r>
    </w:p>
    <w:p w14:paraId="61122EF0" w14:textId="77777777" w:rsidR="00BD2397" w:rsidRDefault="00B8640C">
      <w:pPr>
        <w:autoSpaceDE w:val="0"/>
        <w:autoSpaceDN w:val="0"/>
        <w:spacing w:after="0" w:line="194" w:lineRule="exact"/>
        <w:ind w:left="166"/>
      </w:pPr>
      <w:r>
        <w:rPr>
          <w:rFonts w:ascii="ArialMT" w:eastAsia="ArialMT" w:hAnsi="ArialMT"/>
          <w:color w:val="000000"/>
          <w:w w:val="102"/>
          <w:sz w:val="16"/>
        </w:rPr>
        <w:t xml:space="preserve">Am </w:t>
      </w:r>
      <w:proofErr w:type="spellStart"/>
      <w:r>
        <w:rPr>
          <w:rFonts w:ascii="ArialMT" w:eastAsia="ArialMT" w:hAnsi="ArialMT"/>
          <w:color w:val="000000"/>
          <w:w w:val="102"/>
          <w:sz w:val="16"/>
        </w:rPr>
        <w:t>primit</w:t>
      </w:r>
      <w:proofErr w:type="spellEnd"/>
      <w:r>
        <w:rPr>
          <w:rFonts w:ascii="ArialMT" w:eastAsia="ArialMT" w:hAnsi="ArialMT"/>
          <w:color w:val="000000"/>
          <w:w w:val="102"/>
          <w:sz w:val="16"/>
        </w:rPr>
        <w:t xml:space="preserve"> un exemplar, </w:t>
      </w:r>
    </w:p>
    <w:p w14:paraId="119F9770" w14:textId="77777777" w:rsidR="00BD2397" w:rsidRDefault="00B8640C">
      <w:pPr>
        <w:autoSpaceDE w:val="0"/>
        <w:autoSpaceDN w:val="0"/>
        <w:spacing w:after="0" w:line="194" w:lineRule="exact"/>
        <w:ind w:left="166"/>
      </w:pPr>
      <w:proofErr w:type="spellStart"/>
      <w:r>
        <w:rPr>
          <w:rFonts w:ascii="Arial" w:eastAsia="Arial" w:hAnsi="Arial"/>
          <w:b/>
          <w:color w:val="000000"/>
          <w:w w:val="102"/>
          <w:sz w:val="16"/>
        </w:rPr>
        <w:t>Contravenient</w:t>
      </w:r>
      <w:proofErr w:type="spellEnd"/>
      <w:r>
        <w:rPr>
          <w:rFonts w:ascii="Arial" w:eastAsia="Arial" w:hAnsi="Arial"/>
          <w:b/>
          <w:color w:val="000000"/>
          <w:w w:val="102"/>
          <w:sz w:val="16"/>
        </w:rPr>
        <w:t>:</w:t>
      </w:r>
      <w:r>
        <w:rPr>
          <w:rFonts w:ascii="ArialMT" w:eastAsia="ArialMT" w:hAnsi="ArialMT"/>
          <w:color w:val="000000"/>
          <w:w w:val="102"/>
          <w:sz w:val="16"/>
        </w:rPr>
        <w:t xml:space="preserve">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w:t>
      </w:r>
      <w:r>
        <w:rPr>
          <w:rFonts w:ascii="Arial" w:eastAsia="Arial" w:hAnsi="Arial"/>
          <w:i/>
          <w:color w:val="000000"/>
          <w:w w:val="102"/>
          <w:sz w:val="16"/>
        </w:rPr>
        <w:t>(</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bl>
      <w:tblPr>
        <w:tblW w:w="0" w:type="auto"/>
        <w:tblInd w:w="4" w:type="dxa"/>
        <w:tblLayout w:type="fixed"/>
        <w:tblLook w:val="04A0" w:firstRow="1" w:lastRow="0" w:firstColumn="1" w:lastColumn="0" w:noHBand="0" w:noVBand="1"/>
      </w:tblPr>
      <w:tblGrid>
        <w:gridCol w:w="3532"/>
        <w:gridCol w:w="3118"/>
        <w:gridCol w:w="3026"/>
      </w:tblGrid>
      <w:tr w:rsidR="00BD2397" w14:paraId="6ADD9A38" w14:textId="77777777">
        <w:trPr>
          <w:trHeight w:hRule="exact" w:val="448"/>
        </w:trPr>
        <w:tc>
          <w:tcPr>
            <w:tcW w:w="3532" w:type="dxa"/>
            <w:tcBorders>
              <w:top w:val="single" w:sz="4" w:space="0" w:color="000000"/>
              <w:left w:val="single" w:sz="4" w:space="0" w:color="000000"/>
              <w:bottom w:val="single" w:sz="4" w:space="0" w:color="000000"/>
              <w:right w:val="single" w:sz="3" w:space="0" w:color="000000"/>
            </w:tcBorders>
            <w:tcMar>
              <w:left w:w="0" w:type="dxa"/>
              <w:right w:w="0" w:type="dxa"/>
            </w:tcMar>
          </w:tcPr>
          <w:p w14:paraId="32816CE5"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Agent </w:t>
            </w:r>
            <w:proofErr w:type="spellStart"/>
            <w:r>
              <w:rPr>
                <w:rFonts w:ascii="Arial" w:eastAsia="Arial" w:hAnsi="Arial"/>
                <w:b/>
                <w:color w:val="000000"/>
                <w:w w:val="102"/>
                <w:sz w:val="16"/>
              </w:rPr>
              <w:t>constatator</w:t>
            </w:r>
            <w:proofErr w:type="spellEnd"/>
          </w:p>
        </w:tc>
        <w:tc>
          <w:tcPr>
            <w:tcW w:w="3118" w:type="dxa"/>
            <w:tcBorders>
              <w:top w:val="single" w:sz="4" w:space="0" w:color="000000"/>
              <w:left w:val="single" w:sz="3" w:space="0" w:color="000000"/>
              <w:bottom w:val="single" w:sz="4" w:space="0" w:color="000000"/>
              <w:right w:val="single" w:sz="3" w:space="0" w:color="000000"/>
            </w:tcBorders>
            <w:tcMar>
              <w:left w:w="0" w:type="dxa"/>
              <w:right w:w="0" w:type="dxa"/>
            </w:tcMar>
          </w:tcPr>
          <w:p w14:paraId="2A3B526D"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Contravenient</w:t>
            </w:r>
            <w:proofErr w:type="spellEnd"/>
          </w:p>
        </w:tc>
        <w:tc>
          <w:tcPr>
            <w:tcW w:w="3026" w:type="dxa"/>
            <w:tcBorders>
              <w:top w:val="single" w:sz="4" w:space="0" w:color="000000"/>
              <w:left w:val="single" w:sz="3" w:space="0" w:color="000000"/>
              <w:bottom w:val="single" w:sz="4" w:space="0" w:color="000000"/>
              <w:right w:val="single" w:sz="4" w:space="0" w:color="000000"/>
            </w:tcBorders>
            <w:tcMar>
              <w:left w:w="0" w:type="dxa"/>
              <w:right w:w="0" w:type="dxa"/>
            </w:tcMar>
          </w:tcPr>
          <w:p w14:paraId="40D5F325"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Martor</w:t>
            </w:r>
            <w:proofErr w:type="spellEnd"/>
          </w:p>
        </w:tc>
      </w:tr>
      <w:tr w:rsidR="00BD2397" w14:paraId="2D7A9771" w14:textId="77777777">
        <w:trPr>
          <w:trHeight w:hRule="exact" w:val="648"/>
        </w:trPr>
        <w:tc>
          <w:tcPr>
            <w:tcW w:w="3532" w:type="dxa"/>
            <w:tcBorders>
              <w:top w:val="single" w:sz="4" w:space="0" w:color="000000"/>
              <w:left w:val="single" w:sz="4" w:space="0" w:color="000000"/>
              <w:bottom w:val="single" w:sz="4" w:space="0" w:color="000000"/>
              <w:right w:val="single" w:sz="3" w:space="0" w:color="000000"/>
            </w:tcBorders>
            <w:tcMar>
              <w:left w:w="0" w:type="dxa"/>
              <w:right w:w="0" w:type="dxa"/>
            </w:tcMar>
          </w:tcPr>
          <w:p w14:paraId="527256FF"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3118" w:type="dxa"/>
            <w:tcBorders>
              <w:top w:val="single" w:sz="4" w:space="0" w:color="000000"/>
              <w:left w:val="single" w:sz="3" w:space="0" w:color="000000"/>
              <w:bottom w:val="single" w:sz="4" w:space="0" w:color="000000"/>
              <w:right w:val="single" w:sz="3" w:space="0" w:color="000000"/>
            </w:tcBorders>
            <w:tcMar>
              <w:left w:w="0" w:type="dxa"/>
              <w:right w:w="0" w:type="dxa"/>
            </w:tcMar>
          </w:tcPr>
          <w:p w14:paraId="078049D5" w14:textId="77777777" w:rsidR="00BD2397" w:rsidRDefault="00B8640C">
            <w:pPr>
              <w:autoSpaceDE w:val="0"/>
              <w:autoSpaceDN w:val="0"/>
              <w:spacing w:after="0" w:line="194" w:lineRule="exact"/>
              <w:ind w:left="102"/>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3026" w:type="dxa"/>
            <w:tcBorders>
              <w:top w:val="single" w:sz="4" w:space="0" w:color="000000"/>
              <w:left w:val="single" w:sz="3" w:space="0" w:color="000000"/>
              <w:bottom w:val="single" w:sz="4" w:space="0" w:color="000000"/>
              <w:right w:val="single" w:sz="4" w:space="0" w:color="000000"/>
            </w:tcBorders>
            <w:tcMar>
              <w:left w:w="0" w:type="dxa"/>
              <w:right w:w="0" w:type="dxa"/>
            </w:tcMar>
          </w:tcPr>
          <w:p w14:paraId="5F9D3802"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r>
    </w:tbl>
    <w:p w14:paraId="5310A769" w14:textId="77777777" w:rsidR="00BD2397" w:rsidRDefault="00B8640C">
      <w:pPr>
        <w:autoSpaceDE w:val="0"/>
        <w:autoSpaceDN w:val="0"/>
        <w:spacing w:after="0" w:line="196" w:lineRule="exact"/>
        <w:ind w:left="166"/>
      </w:pPr>
      <w:r>
        <w:rPr>
          <w:rFonts w:ascii="TimesNewRomanPS" w:eastAsia="TimesNewRomanPS" w:hAnsi="TimesNewRomanPS"/>
          <w:b/>
          <w:color w:val="595959"/>
          <w:w w:val="102"/>
          <w:sz w:val="16"/>
        </w:rPr>
        <w:t xml:space="preserve">F_03 ·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roofErr w:type="spellStart"/>
      <w:r>
        <w:rPr>
          <w:rFonts w:ascii="TimesNewRomanPSMT" w:eastAsia="TimesNewRomanPSMT" w:hAnsi="TimesNewRomanPSMT"/>
          <w:color w:val="595959"/>
          <w:w w:val="102"/>
          <w:sz w:val="16"/>
        </w:rPr>
        <w:t>pagina</w:t>
      </w:r>
      <w:proofErr w:type="spellEnd"/>
      <w:r>
        <w:rPr>
          <w:rFonts w:ascii="TimesNewRomanPSMT" w:eastAsia="TimesNewRomanPSMT" w:hAnsi="TimesNewRomanPSMT"/>
          <w:color w:val="595959"/>
          <w:w w:val="102"/>
          <w:sz w:val="16"/>
        </w:rPr>
        <w:t xml:space="preserve"> 3 din 3</w:t>
      </w:r>
    </w:p>
    <w:p w14:paraId="40F34D6C" w14:textId="77777777" w:rsidR="00BD2397" w:rsidRDefault="00BD2397">
      <w:pPr>
        <w:spacing w:after="0"/>
        <w:sectPr w:rsidR="00BD2397">
          <w:pgSz w:w="11900" w:h="16840"/>
          <w:pgMar w:top="126" w:right="546" w:bottom="340" w:left="1108" w:header="720" w:footer="720" w:gutter="0"/>
          <w:cols w:space="708"/>
          <w:docGrid w:linePitch="360"/>
        </w:sectPr>
      </w:pPr>
    </w:p>
    <w:p w14:paraId="50EDFFC0" w14:textId="77777777" w:rsidR="00BD2397" w:rsidRDefault="00BD2397">
      <w:pPr>
        <w:autoSpaceDE w:val="0"/>
        <w:autoSpaceDN w:val="0"/>
        <w:spacing w:after="0" w:line="126" w:lineRule="exact"/>
      </w:pPr>
    </w:p>
    <w:p w14:paraId="55794895" w14:textId="77777777" w:rsidR="00BD2397" w:rsidRPr="008F01A5" w:rsidRDefault="00B8640C">
      <w:pPr>
        <w:tabs>
          <w:tab w:val="left" w:pos="2080"/>
        </w:tabs>
        <w:autoSpaceDE w:val="0"/>
        <w:autoSpaceDN w:val="0"/>
        <w:spacing w:after="0" w:line="200" w:lineRule="exact"/>
        <w:rPr>
          <w:lang w:val="pt-PT"/>
        </w:rPr>
      </w:pPr>
      <w:r w:rsidRPr="008F01A5">
        <w:rPr>
          <w:rFonts w:ascii="Arial" w:eastAsia="Arial" w:hAnsi="Arial"/>
          <w:color w:val="000000"/>
          <w:sz w:val="17"/>
          <w:lang w:val="pt-PT"/>
        </w:rPr>
        <w:t xml:space="preserve"> </w:t>
      </w:r>
      <w:r w:rsidR="00187A6E" w:rsidRPr="008F01A5">
        <w:rPr>
          <w:rFonts w:ascii="Arial" w:eastAsia="Arial" w:hAnsi="Arial"/>
          <w:color w:val="000000"/>
          <w:sz w:val="17"/>
          <w:lang w:val="pt-PT"/>
        </w:rPr>
        <w:t xml:space="preserve">     </w:t>
      </w:r>
      <w:r w:rsidRPr="008F01A5">
        <w:rPr>
          <w:rFonts w:ascii="Arial" w:eastAsia="Arial" w:hAnsi="Arial"/>
          <w:color w:val="000000"/>
          <w:sz w:val="17"/>
          <w:lang w:val="pt-PT"/>
        </w:rPr>
        <w:t>MONITORUL OFICIAL AL ROMÂNIEI, PARTEA I, Nr. 711 bis/26.VIII.2026</w:t>
      </w:r>
      <w:r w:rsidR="00CE6227" w:rsidRPr="008F01A5">
        <w:rPr>
          <w:rFonts w:ascii="Arial" w:eastAsia="Arial" w:hAnsi="Arial"/>
          <w:color w:val="000000"/>
          <w:sz w:val="17"/>
          <w:lang w:val="pt-PT"/>
        </w:rPr>
        <w:t xml:space="preserve">                                                                                     58</w:t>
      </w:r>
    </w:p>
    <w:p w14:paraId="28E2622F" w14:textId="77777777" w:rsidR="00BD2397" w:rsidRPr="008F01A5" w:rsidRDefault="00B8640C">
      <w:pPr>
        <w:autoSpaceDE w:val="0"/>
        <w:autoSpaceDN w:val="0"/>
        <w:spacing w:after="0" w:line="198" w:lineRule="exact"/>
        <w:ind w:left="710"/>
        <w:rPr>
          <w:lang w:val="pt-PT"/>
        </w:rPr>
      </w:pPr>
      <w:r w:rsidRPr="008F01A5">
        <w:rPr>
          <w:rFonts w:ascii="ArialMT" w:eastAsia="ArialMT" w:hAnsi="ArialMT"/>
          <w:color w:val="000000"/>
          <w:w w:val="102"/>
          <w:sz w:val="16"/>
          <w:lang w:val="pt-PT"/>
        </w:rPr>
        <w:t xml:space="preserve">F_04 </w:t>
      </w:r>
      <w:r w:rsidRPr="008F01A5">
        <w:rPr>
          <w:rFonts w:ascii="TimesNewRomanPS" w:eastAsia="TimesNewRomanPS" w:hAnsi="TimesNewRomanPS"/>
          <w:b/>
          <w:color w:val="595959"/>
          <w:w w:val="102"/>
          <w:sz w:val="16"/>
          <w:lang w:val="pt-PT"/>
        </w:rPr>
        <w:t xml:space="preserve">versiunea 1.0 </w:t>
      </w:r>
    </w:p>
    <w:p w14:paraId="0FDD67B0" w14:textId="77777777" w:rsidR="00BD2397" w:rsidRPr="008F01A5" w:rsidRDefault="00B8640C">
      <w:pPr>
        <w:autoSpaceDE w:val="0"/>
        <w:autoSpaceDN w:val="0"/>
        <w:spacing w:after="0" w:line="194" w:lineRule="exact"/>
        <w:ind w:left="710"/>
        <w:rPr>
          <w:lang w:val="pt-PT"/>
        </w:rPr>
      </w:pPr>
      <w:r w:rsidRPr="008F01A5">
        <w:rPr>
          <w:rFonts w:ascii="Arial" w:eastAsia="Arial" w:hAnsi="Arial"/>
          <w:b/>
          <w:color w:val="000000"/>
          <w:w w:val="102"/>
          <w:sz w:val="16"/>
          <w:lang w:val="pt-PT"/>
        </w:rPr>
        <w:t xml:space="preserve">INSPECTORATUL DE STAT ÎN CONSTRUCŢII - I.S.C. </w:t>
      </w:r>
    </w:p>
    <w:p w14:paraId="3BDF90C5" w14:textId="77777777" w:rsidR="00BD2397" w:rsidRPr="008F01A5" w:rsidRDefault="00B8640C">
      <w:pPr>
        <w:autoSpaceDE w:val="0"/>
        <w:autoSpaceDN w:val="0"/>
        <w:spacing w:after="0" w:line="194" w:lineRule="exact"/>
        <w:ind w:left="710"/>
        <w:rPr>
          <w:lang w:val="pt-PT"/>
        </w:rPr>
      </w:pPr>
      <w:r w:rsidRPr="008F01A5">
        <w:rPr>
          <w:rFonts w:ascii="Arial" w:eastAsia="Arial" w:hAnsi="Arial"/>
          <w:b/>
          <w:color w:val="000000"/>
          <w:w w:val="102"/>
          <w:sz w:val="16"/>
          <w:lang w:val="pt-PT"/>
        </w:rPr>
        <w:t>Inspectoratul Teritorial în Construcţii</w:t>
      </w:r>
      <w:r w:rsidRPr="008F01A5">
        <w:rPr>
          <w:rFonts w:ascii="ArialMT" w:eastAsia="ArialMT" w:hAnsi="ArialMT"/>
          <w:color w:val="000000"/>
          <w:w w:val="102"/>
          <w:sz w:val="16"/>
          <w:lang w:val="pt-PT"/>
        </w:rPr>
        <w:t xml:space="preserve"> ………………………………….. </w:t>
      </w:r>
    </w:p>
    <w:p w14:paraId="0AC1BA80" w14:textId="77777777" w:rsidR="00BD2397" w:rsidRPr="008F01A5" w:rsidRDefault="00B8640C">
      <w:pPr>
        <w:autoSpaceDE w:val="0"/>
        <w:autoSpaceDN w:val="0"/>
        <w:spacing w:after="0" w:line="224" w:lineRule="exact"/>
        <w:ind w:left="710" w:right="5184"/>
        <w:rPr>
          <w:lang w:val="pt-PT"/>
        </w:rPr>
      </w:pPr>
      <w:r w:rsidRPr="008F01A5">
        <w:rPr>
          <w:rFonts w:ascii="Arial" w:eastAsia="Arial" w:hAnsi="Arial"/>
          <w:i/>
          <w:color w:val="000000"/>
          <w:w w:val="102"/>
          <w:sz w:val="16"/>
          <w:lang w:val="pt-PT"/>
        </w:rPr>
        <w:t xml:space="preserve">(autoritatea căreia îi aparţine agentul constatator) </w:t>
      </w:r>
      <w:r w:rsidRPr="008F01A5">
        <w:rPr>
          <w:lang w:val="pt-PT"/>
        </w:rPr>
        <w:br/>
      </w:r>
      <w:r w:rsidRPr="008F01A5">
        <w:rPr>
          <w:rFonts w:ascii="Arial" w:eastAsia="Arial" w:hAnsi="Arial"/>
          <w:b/>
          <w:color w:val="000000"/>
          <w:w w:val="102"/>
          <w:sz w:val="16"/>
          <w:lang w:val="pt-PT"/>
        </w:rPr>
        <w:t xml:space="preserve">Seria ……… nr. ……………………. </w:t>
      </w:r>
    </w:p>
    <w:p w14:paraId="451C6750" w14:textId="77777777" w:rsidR="00BD2397" w:rsidRPr="008F01A5" w:rsidRDefault="00B8640C">
      <w:pPr>
        <w:autoSpaceDE w:val="0"/>
        <w:autoSpaceDN w:val="0"/>
        <w:spacing w:after="0" w:line="222" w:lineRule="exact"/>
        <w:ind w:left="2448" w:right="1728"/>
        <w:jc w:val="center"/>
        <w:rPr>
          <w:lang w:val="pt-PT"/>
        </w:rPr>
      </w:pPr>
      <w:r w:rsidRPr="008F01A5">
        <w:rPr>
          <w:rFonts w:ascii="Arial" w:eastAsia="Arial" w:hAnsi="Arial"/>
          <w:b/>
          <w:color w:val="000000"/>
          <w:w w:val="102"/>
          <w:sz w:val="16"/>
          <w:lang w:val="pt-PT"/>
        </w:rPr>
        <w:t xml:space="preserve">PROCES-VERBAL </w:t>
      </w:r>
      <w:r w:rsidRPr="008F01A5">
        <w:rPr>
          <w:lang w:val="pt-PT"/>
        </w:rPr>
        <w:br/>
      </w:r>
      <w:r w:rsidRPr="008F01A5">
        <w:rPr>
          <w:rFonts w:ascii="Arial" w:eastAsia="Arial" w:hAnsi="Arial"/>
          <w:b/>
          <w:color w:val="000000"/>
          <w:w w:val="102"/>
          <w:sz w:val="16"/>
          <w:lang w:val="pt-PT"/>
        </w:rPr>
        <w:t>de constatare şi sancţionare a contravenţiilor</w:t>
      </w:r>
      <w:r w:rsidRPr="008F01A5">
        <w:rPr>
          <w:lang w:val="pt-PT"/>
        </w:rPr>
        <w:br/>
      </w:r>
      <w:r w:rsidRPr="008F01A5">
        <w:rPr>
          <w:rFonts w:ascii="ArialMT" w:eastAsia="ArialMT" w:hAnsi="ArialMT"/>
          <w:color w:val="000000"/>
          <w:w w:val="102"/>
          <w:sz w:val="16"/>
          <w:lang w:val="pt-PT"/>
        </w:rPr>
        <w:t xml:space="preserve">--- </w:t>
      </w:r>
      <w:r w:rsidRPr="008F01A5">
        <w:rPr>
          <w:rFonts w:ascii="Arial" w:eastAsia="Arial" w:hAnsi="Arial"/>
          <w:b/>
          <w:color w:val="000000"/>
          <w:w w:val="102"/>
          <w:sz w:val="16"/>
          <w:lang w:val="pt-PT"/>
        </w:rPr>
        <w:t>REGIMUL AUTORIZĂRII LUCRĂRILOR DE CONSTRUCȚII</w:t>
      </w:r>
      <w:r w:rsidRPr="008F01A5">
        <w:rPr>
          <w:rFonts w:ascii="ArialMT" w:eastAsia="ArialMT" w:hAnsi="ArialMT"/>
          <w:color w:val="000000"/>
          <w:w w:val="102"/>
          <w:sz w:val="16"/>
          <w:lang w:val="pt-PT"/>
        </w:rPr>
        <w:t xml:space="preserve"> --- </w:t>
      </w:r>
      <w:r w:rsidRPr="008F01A5">
        <w:rPr>
          <w:rFonts w:ascii="Arial" w:eastAsia="Arial" w:hAnsi="Arial"/>
          <w:b/>
          <w:color w:val="000000"/>
          <w:w w:val="102"/>
          <w:sz w:val="16"/>
          <w:lang w:val="pt-PT"/>
        </w:rPr>
        <w:t xml:space="preserve">încheiat azi, ……………… </w:t>
      </w:r>
    </w:p>
    <w:p w14:paraId="6DB44559" w14:textId="77777777" w:rsidR="00BD2397" w:rsidRPr="008F01A5" w:rsidRDefault="00B8640C">
      <w:pPr>
        <w:autoSpaceDE w:val="0"/>
        <w:autoSpaceDN w:val="0"/>
        <w:spacing w:after="0" w:line="224" w:lineRule="exact"/>
        <w:ind w:left="710"/>
        <w:rPr>
          <w:lang w:val="pt-PT"/>
        </w:rPr>
      </w:pPr>
      <w:r w:rsidRPr="008F01A5">
        <w:rPr>
          <w:rFonts w:ascii="Arial" w:eastAsia="Arial" w:hAnsi="Arial"/>
          <w:b/>
          <w:color w:val="000000"/>
          <w:w w:val="102"/>
          <w:sz w:val="16"/>
          <w:lang w:val="pt-PT"/>
        </w:rPr>
        <w:t>1.</w:t>
      </w:r>
      <w:r w:rsidRPr="008F01A5">
        <w:rPr>
          <w:rFonts w:ascii="ArialMT" w:eastAsia="ArialMT" w:hAnsi="ArialMT"/>
          <w:color w:val="000000"/>
          <w:w w:val="102"/>
          <w:sz w:val="16"/>
          <w:lang w:val="pt-PT"/>
        </w:rPr>
        <w:t xml:space="preserve"> Subsemnatul, ………....…………………..............., în calitate de inspector de specialitate/control în cadrul I.S.C., în baza legitimaţiei de control nr. ……..…………….., eliberată de Inspectoratul de Stat în Construcţii, în urma controlului efectuat astăzi, ………………, ora …………, la sediul/şantierul/imobilul situat în ……………………………………………………………………………………………………………………………… am constatat următoarele:...................................................................................................................................  ..…………………………………………………………………………………………………………………………… ……………………………………………………………………………………………………………………………… ............................................................................................................................................................................ ............................................................................................................................................................................. ..…………………………………………………………………………………………………………………………… ……………………………………………………………………………………………………………………………… ............................................................................................................................................................................ ............................................................................................................................................................................. ..…………………………………………………………………………………………………………………………… ……………………………………………………………………………………………………………………………… </w:t>
      </w:r>
    </w:p>
    <w:p w14:paraId="37D546A4" w14:textId="77777777" w:rsidR="00BD2397" w:rsidRPr="008F01A5" w:rsidRDefault="00B8640C">
      <w:pPr>
        <w:autoSpaceDE w:val="0"/>
        <w:autoSpaceDN w:val="0"/>
        <w:spacing w:after="0" w:line="194" w:lineRule="exact"/>
        <w:ind w:left="710"/>
        <w:rPr>
          <w:lang w:val="pt-PT"/>
        </w:rPr>
      </w:pPr>
      <w:r w:rsidRPr="008F01A5">
        <w:rPr>
          <w:rFonts w:ascii="Arial" w:eastAsia="Arial" w:hAnsi="Arial"/>
          <w:b/>
          <w:color w:val="000000"/>
          <w:w w:val="102"/>
          <w:sz w:val="16"/>
          <w:lang w:val="pt-PT"/>
        </w:rPr>
        <w:t xml:space="preserve">2. ÎNCADRAREA FAPTEI ŞI SANCŢIUNI APLICATE </w:t>
      </w:r>
    </w:p>
    <w:p w14:paraId="0C03DD38" w14:textId="77777777" w:rsidR="00BD2397" w:rsidRPr="008F01A5" w:rsidRDefault="00B8640C">
      <w:pPr>
        <w:autoSpaceDE w:val="0"/>
        <w:autoSpaceDN w:val="0"/>
        <w:spacing w:after="0" w:line="194" w:lineRule="exact"/>
        <w:ind w:left="710"/>
        <w:rPr>
          <w:lang w:val="pt-PT"/>
        </w:rPr>
      </w:pPr>
      <w:r w:rsidRPr="008F01A5">
        <w:rPr>
          <w:rFonts w:ascii="Arial" w:eastAsia="Arial" w:hAnsi="Arial"/>
          <w:i/>
          <w:color w:val="000000"/>
          <w:w w:val="102"/>
          <w:sz w:val="16"/>
          <w:lang w:val="pt-PT"/>
        </w:rPr>
        <w:t xml:space="preserve">(Conform Titlului privind Regimul Autorizării din Legea nr. 169/2026) </w:t>
      </w:r>
    </w:p>
    <w:p w14:paraId="0B4A6671" w14:textId="77777777" w:rsidR="00BD2397" w:rsidRPr="008F01A5" w:rsidRDefault="00B8640C">
      <w:pPr>
        <w:autoSpaceDE w:val="0"/>
        <w:autoSpaceDN w:val="0"/>
        <w:spacing w:after="0" w:line="194" w:lineRule="exact"/>
        <w:ind w:left="710"/>
        <w:rPr>
          <w:lang w:val="pt-PT"/>
        </w:rPr>
      </w:pPr>
      <w:proofErr w:type="gramStart"/>
      <w:r>
        <w:rPr>
          <w:rFonts w:ascii="ArialMT" w:eastAsia="ArialMT" w:hAnsi="ArialMT"/>
          <w:color w:val="000000"/>
          <w:w w:val="102"/>
          <w:sz w:val="16"/>
        </w:rPr>
        <w:t>[ ]</w:t>
      </w:r>
      <w:proofErr w:type="gramEnd"/>
      <w:r>
        <w:rPr>
          <w:rFonts w:ascii="ArialMT" w:eastAsia="ArialMT" w:hAnsi="ArialMT"/>
          <w:color w:val="000000"/>
          <w:w w:val="102"/>
          <w:sz w:val="16"/>
        </w:rPr>
        <w:t xml:space="preserve"> </w:t>
      </w:r>
      <w:r>
        <w:rPr>
          <w:rFonts w:ascii="Arial" w:eastAsia="Arial" w:hAnsi="Arial"/>
          <w:b/>
          <w:color w:val="000000"/>
          <w:w w:val="102"/>
          <w:sz w:val="16"/>
        </w:rPr>
        <w:t xml:space="preserve">SESIZARE ORGANE DE URMĂRIRE PENALĂ (art. 356 </w:t>
      </w:r>
      <w:proofErr w:type="spellStart"/>
      <w:r>
        <w:rPr>
          <w:rFonts w:ascii="Arial" w:eastAsia="Arial" w:hAnsi="Arial"/>
          <w:b/>
          <w:color w:val="000000"/>
          <w:w w:val="102"/>
          <w:sz w:val="16"/>
        </w:rPr>
        <w:t>și</w:t>
      </w:r>
      <w:proofErr w:type="spellEnd"/>
      <w:r>
        <w:rPr>
          <w:rFonts w:ascii="Arial" w:eastAsia="Arial" w:hAnsi="Arial"/>
          <w:b/>
          <w:color w:val="000000"/>
          <w:w w:val="102"/>
          <w:sz w:val="16"/>
        </w:rPr>
        <w:t xml:space="preserve"> art. 358 </w:t>
      </w:r>
      <w:proofErr w:type="spellStart"/>
      <w:r>
        <w:rPr>
          <w:rFonts w:ascii="Arial" w:eastAsia="Arial" w:hAnsi="Arial"/>
          <w:b/>
          <w:color w:val="000000"/>
          <w:w w:val="102"/>
          <w:sz w:val="16"/>
        </w:rPr>
        <w:t>alin</w:t>
      </w:r>
      <w:proofErr w:type="spellEnd"/>
      <w:r>
        <w:rPr>
          <w:rFonts w:ascii="Arial" w:eastAsia="Arial" w:hAnsi="Arial"/>
          <w:b/>
          <w:color w:val="000000"/>
          <w:w w:val="102"/>
          <w:sz w:val="16"/>
        </w:rPr>
        <w:t xml:space="preserve">. </w:t>
      </w:r>
      <w:r w:rsidRPr="008F01A5">
        <w:rPr>
          <w:rFonts w:ascii="Arial" w:eastAsia="Arial" w:hAnsi="Arial"/>
          <w:b/>
          <w:color w:val="000000"/>
          <w:w w:val="102"/>
          <w:sz w:val="16"/>
          <w:lang w:val="pt-PT"/>
        </w:rPr>
        <w:t xml:space="preserve">7): </w:t>
      </w:r>
    </w:p>
    <w:p w14:paraId="4048C043" w14:textId="77777777" w:rsidR="00BD2397" w:rsidRPr="008F01A5" w:rsidRDefault="00B8640C">
      <w:pPr>
        <w:autoSpaceDE w:val="0"/>
        <w:autoSpaceDN w:val="0"/>
        <w:spacing w:after="0" w:line="224" w:lineRule="exact"/>
        <w:ind w:left="710" w:right="22"/>
        <w:jc w:val="both"/>
        <w:rPr>
          <w:lang w:val="pt-PT"/>
        </w:rPr>
      </w:pPr>
      <w:r w:rsidRPr="008F01A5">
        <w:rPr>
          <w:rFonts w:ascii="ArialMT" w:eastAsia="ArialMT" w:hAnsi="ArialMT"/>
          <w:color w:val="000000"/>
          <w:w w:val="102"/>
          <w:sz w:val="16"/>
          <w:lang w:val="pt-PT"/>
        </w:rPr>
        <w:t xml:space="preserve">Fapta constatată prezintă elementele unei infracţiuni la regimul autorizării conform </w:t>
      </w:r>
      <w:r w:rsidRPr="008F01A5">
        <w:rPr>
          <w:rFonts w:ascii="Arial" w:eastAsia="Arial" w:hAnsi="Arial"/>
          <w:b/>
          <w:color w:val="000000"/>
          <w:w w:val="102"/>
          <w:sz w:val="16"/>
          <w:lang w:val="pt-PT"/>
        </w:rPr>
        <w:t>art. 356 alin. (1) lit. [ ] a) / [ ] b) / [ ] c)</w:t>
      </w:r>
      <w:r w:rsidRPr="008F01A5">
        <w:rPr>
          <w:rFonts w:ascii="ArialMT" w:eastAsia="ArialMT" w:hAnsi="ArialMT"/>
          <w:color w:val="000000"/>
          <w:w w:val="102"/>
          <w:sz w:val="16"/>
          <w:lang w:val="pt-PT"/>
        </w:rPr>
        <w:t xml:space="preserve"> din Legea nr. 169/2026 </w:t>
      </w:r>
      <w:r w:rsidRPr="008F01A5">
        <w:rPr>
          <w:rFonts w:ascii="Arial" w:eastAsia="Arial" w:hAnsi="Arial"/>
          <w:i/>
          <w:color w:val="000000"/>
          <w:w w:val="102"/>
          <w:sz w:val="16"/>
          <w:lang w:val="pt-PT"/>
        </w:rPr>
        <w:t>(lucrări neautorizate la monumente/zone protejate, continuarea lucrărilor după oprire/rupere de sigilii, fals în documentații)</w:t>
      </w:r>
      <w:r w:rsidRPr="008F01A5">
        <w:rPr>
          <w:rFonts w:ascii="ArialMT" w:eastAsia="ArialMT" w:hAnsi="ArialMT"/>
          <w:color w:val="000000"/>
          <w:w w:val="102"/>
          <w:sz w:val="16"/>
          <w:lang w:val="pt-PT"/>
        </w:rPr>
        <w:t xml:space="preserve">. </w:t>
      </w:r>
    </w:p>
    <w:p w14:paraId="4204A18E" w14:textId="77777777" w:rsidR="00BD2397" w:rsidRPr="008F01A5" w:rsidRDefault="00B8640C">
      <w:pPr>
        <w:autoSpaceDE w:val="0"/>
        <w:autoSpaceDN w:val="0"/>
        <w:spacing w:after="0" w:line="224" w:lineRule="exact"/>
        <w:ind w:left="710"/>
        <w:rPr>
          <w:lang w:val="pt-PT"/>
        </w:rPr>
      </w:pPr>
      <w:r w:rsidRPr="008F01A5">
        <w:rPr>
          <w:rFonts w:ascii="ArialMT" w:eastAsia="ArialMT" w:hAnsi="ArialMT"/>
          <w:color w:val="000000"/>
          <w:w w:val="102"/>
          <w:sz w:val="16"/>
          <w:lang w:val="pt-PT"/>
        </w:rPr>
        <w:t xml:space="preserve">În temeiul </w:t>
      </w:r>
      <w:r w:rsidRPr="008F01A5">
        <w:rPr>
          <w:rFonts w:ascii="Arial" w:eastAsia="Arial" w:hAnsi="Arial"/>
          <w:b/>
          <w:color w:val="000000"/>
          <w:w w:val="102"/>
          <w:sz w:val="16"/>
          <w:lang w:val="pt-PT"/>
        </w:rPr>
        <w:t>art. 358 alin. (7)</w:t>
      </w:r>
      <w:r w:rsidRPr="008F01A5">
        <w:rPr>
          <w:rFonts w:ascii="ArialMT" w:eastAsia="ArialMT" w:hAnsi="ArialMT"/>
          <w:color w:val="000000"/>
          <w:w w:val="102"/>
          <w:sz w:val="16"/>
          <w:lang w:val="pt-PT"/>
        </w:rPr>
        <w:t xml:space="preserve">, se dispune </w:t>
      </w:r>
      <w:r w:rsidRPr="008F01A5">
        <w:rPr>
          <w:rFonts w:ascii="Arial" w:eastAsia="Arial" w:hAnsi="Arial"/>
          <w:b/>
          <w:color w:val="000000"/>
          <w:w w:val="102"/>
          <w:sz w:val="16"/>
          <w:lang w:val="pt-PT"/>
        </w:rPr>
        <w:t>OPRIREA TEMPORARĂ A EXECUTĂRII LUCRĂRILOR</w:t>
      </w:r>
      <w:r w:rsidRPr="008F01A5">
        <w:rPr>
          <w:rFonts w:ascii="ArialMT" w:eastAsia="ArialMT" w:hAnsi="ArialMT"/>
          <w:color w:val="000000"/>
          <w:w w:val="102"/>
          <w:sz w:val="16"/>
          <w:lang w:val="pt-PT"/>
        </w:rPr>
        <w:t xml:space="preserve"> și transmiterea de îndată a cauzei către organele de urmărire penală competente. </w:t>
      </w:r>
    </w:p>
    <w:p w14:paraId="46B6AEE9" w14:textId="77777777" w:rsidR="00BD2397" w:rsidRPr="008F01A5" w:rsidRDefault="00B8640C">
      <w:pPr>
        <w:autoSpaceDE w:val="0"/>
        <w:autoSpaceDN w:val="0"/>
        <w:spacing w:after="0" w:line="194" w:lineRule="exact"/>
        <w:ind w:left="1408"/>
        <w:rPr>
          <w:lang w:val="pt-PT"/>
        </w:rPr>
      </w:pPr>
      <w:r w:rsidRPr="008F01A5">
        <w:rPr>
          <w:rFonts w:ascii="ArialMT" w:eastAsia="ArialMT" w:hAnsi="ArialMT"/>
          <w:color w:val="000000"/>
          <w:w w:val="102"/>
          <w:sz w:val="16"/>
          <w:lang w:val="pt-PT"/>
        </w:rPr>
        <w:t xml:space="preserve">[ ] </w:t>
      </w:r>
      <w:r w:rsidRPr="008F01A5">
        <w:rPr>
          <w:rFonts w:ascii="Arial" w:eastAsia="Arial" w:hAnsi="Arial"/>
          <w:b/>
          <w:color w:val="000000"/>
          <w:w w:val="102"/>
          <w:sz w:val="16"/>
          <w:lang w:val="pt-PT"/>
        </w:rPr>
        <w:t xml:space="preserve">CONTRAVENŢIE LA REGIMUL AUTORIZĂRII (art. 357): </w:t>
      </w:r>
    </w:p>
    <w:p w14:paraId="6960F0D1" w14:textId="77777777" w:rsidR="00BD2397" w:rsidRDefault="00B8640C">
      <w:pPr>
        <w:autoSpaceDE w:val="0"/>
        <w:autoSpaceDN w:val="0"/>
        <w:spacing w:after="0" w:line="224" w:lineRule="exact"/>
        <w:ind w:left="710"/>
      </w:pPr>
      <w:proofErr w:type="spellStart"/>
      <w:r>
        <w:rPr>
          <w:rFonts w:ascii="ArialMT" w:eastAsia="ArialMT" w:hAnsi="ArialMT"/>
          <w:color w:val="000000"/>
          <w:w w:val="102"/>
          <w:sz w:val="16"/>
        </w:rPr>
        <w:t>Fapta</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constituie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contravenţie</w:t>
      </w:r>
      <w:proofErr w:type="spellEnd"/>
      <w:r>
        <w:rPr>
          <w:rFonts w:ascii="ArialMT" w:eastAsia="ArialMT" w:hAnsi="ArialMT"/>
          <w:color w:val="000000"/>
          <w:w w:val="102"/>
          <w:sz w:val="16"/>
        </w:rPr>
        <w:t xml:space="preserve"> conform </w:t>
      </w:r>
      <w:r>
        <w:rPr>
          <w:rFonts w:ascii="Arial" w:eastAsia="Arial" w:hAnsi="Arial"/>
          <w:b/>
          <w:color w:val="000000"/>
          <w:w w:val="102"/>
          <w:sz w:val="16"/>
        </w:rPr>
        <w:t xml:space="preserve">art. 357 </w:t>
      </w:r>
      <w:proofErr w:type="spellStart"/>
      <w:r>
        <w:rPr>
          <w:rFonts w:ascii="Arial" w:eastAsia="Arial" w:hAnsi="Arial"/>
          <w:b/>
          <w:color w:val="000000"/>
          <w:w w:val="102"/>
          <w:sz w:val="16"/>
        </w:rPr>
        <w:t>alin</w:t>
      </w:r>
      <w:proofErr w:type="spellEnd"/>
      <w:r>
        <w:rPr>
          <w:rFonts w:ascii="Arial" w:eastAsia="Arial" w:hAnsi="Arial"/>
          <w:b/>
          <w:color w:val="000000"/>
          <w:w w:val="102"/>
          <w:sz w:val="16"/>
        </w:rPr>
        <w:t xml:space="preserve">. (1) lit. …… / </w:t>
      </w:r>
      <w:proofErr w:type="spellStart"/>
      <w:r>
        <w:rPr>
          <w:rFonts w:ascii="Arial" w:eastAsia="Arial" w:hAnsi="Arial"/>
          <w:b/>
          <w:color w:val="000000"/>
          <w:w w:val="102"/>
          <w:sz w:val="16"/>
        </w:rPr>
        <w:t>alin</w:t>
      </w:r>
      <w:proofErr w:type="spellEnd"/>
      <w:r>
        <w:rPr>
          <w:rFonts w:ascii="Arial" w:eastAsia="Arial" w:hAnsi="Arial"/>
          <w:b/>
          <w:color w:val="000000"/>
          <w:w w:val="102"/>
          <w:sz w:val="16"/>
        </w:rPr>
        <w:t>. (2) lit. ……</w:t>
      </w:r>
      <w:r>
        <w:rPr>
          <w:rFonts w:ascii="ArialMT" w:eastAsia="ArialMT" w:hAnsi="ArialMT"/>
          <w:color w:val="000000"/>
          <w:w w:val="102"/>
          <w:sz w:val="16"/>
        </w:rPr>
        <w:t xml:space="preserve">, </w:t>
      </w:r>
      <w:proofErr w:type="spellStart"/>
      <w:r>
        <w:rPr>
          <w:rFonts w:ascii="ArialMT" w:eastAsia="ArialMT" w:hAnsi="ArialMT"/>
          <w:color w:val="000000"/>
          <w:w w:val="102"/>
          <w:sz w:val="16"/>
        </w:rPr>
        <w:t>sancţionată</w:t>
      </w:r>
      <w:proofErr w:type="spellEnd"/>
      <w:r>
        <w:rPr>
          <w:rFonts w:ascii="ArialMT" w:eastAsia="ArialMT" w:hAnsi="ArialMT"/>
          <w:color w:val="000000"/>
          <w:w w:val="102"/>
          <w:sz w:val="16"/>
        </w:rPr>
        <w:t xml:space="preserve"> conform </w:t>
      </w:r>
      <w:r>
        <w:rPr>
          <w:rFonts w:ascii="Arial" w:eastAsia="Arial" w:hAnsi="Arial"/>
          <w:b/>
          <w:color w:val="000000"/>
          <w:w w:val="102"/>
          <w:sz w:val="16"/>
        </w:rPr>
        <w:t xml:space="preserve">art. 357 </w:t>
      </w:r>
      <w:proofErr w:type="spellStart"/>
      <w:r>
        <w:rPr>
          <w:rFonts w:ascii="Arial" w:eastAsia="Arial" w:hAnsi="Arial"/>
          <w:b/>
          <w:color w:val="000000"/>
          <w:w w:val="102"/>
          <w:sz w:val="16"/>
        </w:rPr>
        <w:t>alin</w:t>
      </w:r>
      <w:proofErr w:type="spellEnd"/>
      <w:r>
        <w:rPr>
          <w:rFonts w:ascii="Arial" w:eastAsia="Arial" w:hAnsi="Arial"/>
          <w:b/>
          <w:color w:val="000000"/>
          <w:w w:val="102"/>
          <w:sz w:val="16"/>
        </w:rPr>
        <w:t>. (4) lit. ……</w:t>
      </w:r>
      <w:r>
        <w:rPr>
          <w:rFonts w:ascii="ArialMT" w:eastAsia="ArialMT" w:hAnsi="ArialMT"/>
          <w:color w:val="000000"/>
          <w:w w:val="102"/>
          <w:sz w:val="16"/>
        </w:rPr>
        <w:t xml:space="preserve"> din Legea nr. 169/2026: </w:t>
      </w:r>
    </w:p>
    <w:p w14:paraId="47036967" w14:textId="77777777" w:rsidR="00BD2397" w:rsidRPr="00912339" w:rsidRDefault="00B8640C">
      <w:pPr>
        <w:autoSpaceDE w:val="0"/>
        <w:autoSpaceDN w:val="0"/>
        <w:spacing w:after="0" w:line="222" w:lineRule="exact"/>
        <w:ind w:left="1398"/>
        <w:rPr>
          <w:lang w:val="sv-SE"/>
        </w:rPr>
      </w:pPr>
      <w:r w:rsidRPr="00B9266D">
        <w:rPr>
          <w:rFonts w:ascii="ArialMT" w:eastAsia="ArialMT" w:hAnsi="ArialMT"/>
          <w:color w:val="000000"/>
          <w:w w:val="102"/>
          <w:sz w:val="16"/>
          <w:lang w:val="pt-BR"/>
        </w:rPr>
        <w:t xml:space="preserve">[  ] </w:t>
      </w:r>
      <w:r w:rsidRPr="00B9266D">
        <w:rPr>
          <w:rFonts w:ascii="Arial" w:eastAsia="Arial" w:hAnsi="Arial"/>
          <w:b/>
          <w:color w:val="000000"/>
          <w:w w:val="102"/>
          <w:sz w:val="16"/>
          <w:lang w:val="pt-BR"/>
        </w:rPr>
        <w:t>AVERTISMENT</w:t>
      </w:r>
      <w:r w:rsidRPr="00B9266D">
        <w:rPr>
          <w:rFonts w:ascii="Arial" w:eastAsia="Arial" w:hAnsi="Arial"/>
          <w:i/>
          <w:color w:val="000000"/>
          <w:w w:val="102"/>
          <w:sz w:val="16"/>
          <w:lang w:val="pt-BR"/>
        </w:rPr>
        <w:t xml:space="preserve">(se aplică o singură dată, la prima abatere, EXCLUSIV pentru lit. h, k, l, m, n, o, q, s, conform art. 357 alin. </w:t>
      </w:r>
      <w:r w:rsidRPr="00912339">
        <w:rPr>
          <w:rFonts w:ascii="Arial" w:eastAsia="Arial" w:hAnsi="Arial"/>
          <w:i/>
          <w:color w:val="000000"/>
          <w:w w:val="102"/>
          <w:sz w:val="16"/>
          <w:lang w:val="sv-SE"/>
        </w:rPr>
        <w:t>6 și 8)</w:t>
      </w:r>
      <w:r w:rsidRPr="00912339">
        <w:rPr>
          <w:rFonts w:ascii="ArialMT" w:eastAsia="ArialMT" w:hAnsi="ArialMT"/>
          <w:color w:val="000000"/>
          <w:w w:val="102"/>
          <w:sz w:val="16"/>
          <w:lang w:val="sv-SE"/>
        </w:rPr>
        <w:t xml:space="preserve">; </w:t>
      </w:r>
    </w:p>
    <w:p w14:paraId="68EF6856" w14:textId="77777777" w:rsidR="00BD2397" w:rsidRPr="00912339" w:rsidRDefault="00B8640C">
      <w:pPr>
        <w:autoSpaceDE w:val="0"/>
        <w:autoSpaceDN w:val="0"/>
        <w:spacing w:after="0" w:line="224" w:lineRule="exact"/>
        <w:ind w:left="1398"/>
        <w:rPr>
          <w:lang w:val="sv-SE"/>
        </w:rPr>
      </w:pPr>
      <w:r w:rsidRPr="00912339">
        <w:rPr>
          <w:rFonts w:ascii="ArialMT" w:eastAsia="ArialMT" w:hAnsi="ArialMT"/>
          <w:color w:val="000000"/>
          <w:w w:val="102"/>
          <w:sz w:val="16"/>
          <w:lang w:val="sv-SE"/>
        </w:rPr>
        <w:t xml:space="preserve">[  ] </w:t>
      </w:r>
      <w:r w:rsidRPr="00912339">
        <w:rPr>
          <w:rFonts w:ascii="Arial" w:eastAsia="Arial" w:hAnsi="Arial"/>
          <w:b/>
          <w:color w:val="000000"/>
          <w:w w:val="102"/>
          <w:sz w:val="16"/>
          <w:lang w:val="sv-SE"/>
        </w:rPr>
        <w:t>AMENDĂ CONTRAVENȚIONALĂ</w:t>
      </w:r>
      <w:r w:rsidRPr="00912339">
        <w:rPr>
          <w:rFonts w:ascii="ArialMT" w:eastAsia="ArialMT" w:hAnsi="ArialMT"/>
          <w:color w:val="000000"/>
          <w:w w:val="102"/>
          <w:sz w:val="16"/>
          <w:lang w:val="sv-SE"/>
        </w:rPr>
        <w:t xml:space="preserve"> în valoare de ……………………… lei </w:t>
      </w:r>
      <w:r w:rsidRPr="00912339">
        <w:rPr>
          <w:rFonts w:ascii="Arial" w:eastAsia="Arial" w:hAnsi="Arial"/>
          <w:i/>
          <w:color w:val="000000"/>
          <w:w w:val="102"/>
          <w:sz w:val="16"/>
          <w:lang w:val="sv-SE"/>
        </w:rPr>
        <w:t>(limite legale: de la …………… lei la …………… lei)</w:t>
      </w:r>
      <w:r w:rsidRPr="00912339">
        <w:rPr>
          <w:rFonts w:ascii="ArialMT" w:eastAsia="ArialMT" w:hAnsi="ArialMT"/>
          <w:color w:val="000000"/>
          <w:w w:val="102"/>
          <w:sz w:val="16"/>
          <w:lang w:val="sv-SE"/>
        </w:rPr>
        <w:t xml:space="preserve">; </w:t>
      </w:r>
    </w:p>
    <w:p w14:paraId="438295DE" w14:textId="77777777" w:rsidR="00BD2397" w:rsidRDefault="00B8640C">
      <w:pPr>
        <w:autoSpaceDE w:val="0"/>
        <w:autoSpaceDN w:val="0"/>
        <w:spacing w:after="0" w:line="224" w:lineRule="exact"/>
        <w:ind w:left="1398"/>
      </w:pPr>
      <w:r w:rsidRPr="000C1C98">
        <w:rPr>
          <w:rFonts w:ascii="ArialMT" w:eastAsia="ArialMT" w:hAnsi="ArialMT"/>
          <w:color w:val="000000"/>
          <w:w w:val="102"/>
          <w:sz w:val="16"/>
          <w:lang w:val="pt-PT"/>
        </w:rPr>
        <w:t xml:space="preserve">[ ] </w:t>
      </w:r>
      <w:r w:rsidRPr="000C1C98">
        <w:rPr>
          <w:rFonts w:ascii="Arial" w:eastAsia="Arial" w:hAnsi="Arial"/>
          <w:b/>
          <w:color w:val="000000"/>
          <w:w w:val="102"/>
          <w:sz w:val="16"/>
          <w:lang w:val="pt-PT"/>
        </w:rPr>
        <w:t>AMENDĂ SUPLIMENTARĂ PENTRU REGIMUL DE ÎNĂLȚIME</w:t>
      </w:r>
      <w:r w:rsidRPr="000C1C98">
        <w:rPr>
          <w:rFonts w:ascii="Arial" w:eastAsia="Arial" w:hAnsi="Arial"/>
          <w:i/>
          <w:color w:val="000000"/>
          <w:w w:val="102"/>
          <w:sz w:val="16"/>
          <w:lang w:val="pt-PT"/>
        </w:rPr>
        <w:t xml:space="preserve">(art. 357 alin. </w:t>
      </w:r>
      <w:r>
        <w:rPr>
          <w:rFonts w:ascii="Arial" w:eastAsia="Arial" w:hAnsi="Arial"/>
          <w:i/>
          <w:color w:val="000000"/>
          <w:w w:val="102"/>
          <w:sz w:val="16"/>
        </w:rPr>
        <w:t>5)</w:t>
      </w:r>
      <w:r>
        <w:rPr>
          <w:rFonts w:ascii="ArialMT" w:eastAsia="ArialMT" w:hAnsi="ArialMT"/>
          <w:color w:val="000000"/>
          <w:w w:val="102"/>
          <w:sz w:val="16"/>
        </w:rPr>
        <w:t xml:space="preserve">: ……………………… lei </w:t>
      </w:r>
      <w:r>
        <w:rPr>
          <w:rFonts w:ascii="Arial" w:eastAsia="Arial" w:hAnsi="Arial"/>
          <w:i/>
          <w:color w:val="000000"/>
          <w:w w:val="102"/>
          <w:sz w:val="16"/>
        </w:rPr>
        <w:t>(</w:t>
      </w:r>
      <w:proofErr w:type="spellStart"/>
      <w:r>
        <w:rPr>
          <w:rFonts w:ascii="Arial" w:eastAsia="Arial" w:hAnsi="Arial"/>
          <w:i/>
          <w:color w:val="000000"/>
          <w:w w:val="102"/>
          <w:sz w:val="16"/>
        </w:rPr>
        <w:t>câte</w:t>
      </w:r>
      <w:proofErr w:type="spellEnd"/>
      <w:r>
        <w:rPr>
          <w:rFonts w:ascii="Arial" w:eastAsia="Arial" w:hAnsi="Arial"/>
          <w:i/>
          <w:color w:val="000000"/>
          <w:w w:val="102"/>
          <w:sz w:val="16"/>
        </w:rPr>
        <w:t xml:space="preserve"> 50.000 - 500.000 lei </w:t>
      </w:r>
      <w:proofErr w:type="spellStart"/>
      <w:r>
        <w:rPr>
          <w:rFonts w:ascii="Arial" w:eastAsia="Arial" w:hAnsi="Arial"/>
          <w:i/>
          <w:color w:val="000000"/>
          <w:w w:val="102"/>
          <w:sz w:val="16"/>
        </w:rPr>
        <w:t>pentru</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fiecare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nivel</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neautorizat</w:t>
      </w:r>
      <w:proofErr w:type="spellEnd"/>
      <w:r>
        <w:rPr>
          <w:rFonts w:ascii="Arial" w:eastAsia="Arial" w:hAnsi="Arial"/>
          <w:i/>
          <w:color w:val="000000"/>
          <w:w w:val="102"/>
          <w:sz w:val="16"/>
        </w:rPr>
        <w:t>)</w:t>
      </w:r>
      <w:r>
        <w:rPr>
          <w:rFonts w:ascii="ArialMT" w:eastAsia="ArialMT" w:hAnsi="ArialMT"/>
          <w:color w:val="000000"/>
          <w:w w:val="102"/>
          <w:sz w:val="16"/>
        </w:rPr>
        <w:t xml:space="preserve">. </w:t>
      </w:r>
    </w:p>
    <w:tbl>
      <w:tblPr>
        <w:tblW w:w="0" w:type="auto"/>
        <w:tblInd w:w="936" w:type="dxa"/>
        <w:tblLayout w:type="fixed"/>
        <w:tblLook w:val="04A0" w:firstRow="1" w:lastRow="0" w:firstColumn="1" w:lastColumn="0" w:noHBand="0" w:noVBand="1"/>
      </w:tblPr>
      <w:tblGrid>
        <w:gridCol w:w="3532"/>
        <w:gridCol w:w="2786"/>
        <w:gridCol w:w="2580"/>
      </w:tblGrid>
      <w:tr w:rsidR="00BD2397" w14:paraId="334ADA80" w14:textId="77777777">
        <w:trPr>
          <w:trHeight w:hRule="exact" w:val="448"/>
        </w:trPr>
        <w:tc>
          <w:tcPr>
            <w:tcW w:w="3532" w:type="dxa"/>
            <w:tcBorders>
              <w:top w:val="single" w:sz="4" w:space="0" w:color="000000"/>
              <w:left w:val="single" w:sz="3" w:space="0" w:color="000000"/>
              <w:bottom w:val="single" w:sz="4" w:space="0" w:color="000000"/>
              <w:right w:val="single" w:sz="3" w:space="0" w:color="000000"/>
            </w:tcBorders>
            <w:tcMar>
              <w:left w:w="0" w:type="dxa"/>
              <w:right w:w="0" w:type="dxa"/>
            </w:tcMar>
          </w:tcPr>
          <w:p w14:paraId="03BC2B56"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Agent </w:t>
            </w:r>
            <w:proofErr w:type="spellStart"/>
            <w:r>
              <w:rPr>
                <w:rFonts w:ascii="Arial" w:eastAsia="Arial" w:hAnsi="Arial"/>
                <w:b/>
                <w:color w:val="000000"/>
                <w:w w:val="102"/>
                <w:sz w:val="16"/>
              </w:rPr>
              <w:t>constatator</w:t>
            </w:r>
            <w:proofErr w:type="spellEnd"/>
          </w:p>
        </w:tc>
        <w:tc>
          <w:tcPr>
            <w:tcW w:w="2786" w:type="dxa"/>
            <w:tcBorders>
              <w:top w:val="single" w:sz="4" w:space="0" w:color="000000"/>
              <w:left w:val="single" w:sz="3" w:space="0" w:color="000000"/>
              <w:bottom w:val="single" w:sz="4" w:space="0" w:color="000000"/>
              <w:right w:val="single" w:sz="3" w:space="0" w:color="000000"/>
            </w:tcBorders>
            <w:tcMar>
              <w:left w:w="0" w:type="dxa"/>
              <w:right w:w="0" w:type="dxa"/>
            </w:tcMar>
          </w:tcPr>
          <w:p w14:paraId="64D732DE"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Contravenient</w:t>
            </w:r>
            <w:proofErr w:type="spellEnd"/>
          </w:p>
        </w:tc>
        <w:tc>
          <w:tcPr>
            <w:tcW w:w="2580" w:type="dxa"/>
            <w:tcBorders>
              <w:top w:val="single" w:sz="4" w:space="0" w:color="000000"/>
              <w:left w:val="single" w:sz="3" w:space="0" w:color="000000"/>
              <w:bottom w:val="single" w:sz="4" w:space="0" w:color="000000"/>
              <w:right w:val="single" w:sz="3" w:space="0" w:color="000000"/>
            </w:tcBorders>
            <w:tcMar>
              <w:left w:w="0" w:type="dxa"/>
              <w:right w:w="0" w:type="dxa"/>
            </w:tcMar>
          </w:tcPr>
          <w:p w14:paraId="2EC76A6E"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Martor</w:t>
            </w:r>
            <w:proofErr w:type="spellEnd"/>
          </w:p>
        </w:tc>
      </w:tr>
      <w:tr w:rsidR="00BD2397" w14:paraId="24004159" w14:textId="77777777">
        <w:trPr>
          <w:trHeight w:hRule="exact" w:val="890"/>
        </w:trPr>
        <w:tc>
          <w:tcPr>
            <w:tcW w:w="3532" w:type="dxa"/>
            <w:tcBorders>
              <w:top w:val="single" w:sz="4" w:space="0" w:color="000000"/>
              <w:left w:val="single" w:sz="3" w:space="0" w:color="000000"/>
              <w:bottom w:val="single" w:sz="3" w:space="0" w:color="000000"/>
              <w:right w:val="single" w:sz="3" w:space="0" w:color="000000"/>
            </w:tcBorders>
            <w:tcMar>
              <w:left w:w="0" w:type="dxa"/>
              <w:right w:w="0" w:type="dxa"/>
            </w:tcMar>
          </w:tcPr>
          <w:p w14:paraId="59AD207D"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2786" w:type="dxa"/>
            <w:tcBorders>
              <w:top w:val="single" w:sz="4" w:space="0" w:color="000000"/>
              <w:left w:val="single" w:sz="3" w:space="0" w:color="000000"/>
              <w:bottom w:val="single" w:sz="3" w:space="0" w:color="000000"/>
              <w:right w:val="single" w:sz="3" w:space="0" w:color="000000"/>
            </w:tcBorders>
            <w:tcMar>
              <w:left w:w="0" w:type="dxa"/>
              <w:right w:w="0" w:type="dxa"/>
            </w:tcMar>
          </w:tcPr>
          <w:p w14:paraId="61C439E5" w14:textId="77777777" w:rsidR="00BD2397" w:rsidRDefault="00B8640C">
            <w:pPr>
              <w:autoSpaceDE w:val="0"/>
              <w:autoSpaceDN w:val="0"/>
              <w:spacing w:after="0" w:line="224" w:lineRule="exact"/>
              <w:ind w:left="432" w:right="432"/>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2580" w:type="dxa"/>
            <w:tcBorders>
              <w:top w:val="single" w:sz="4" w:space="0" w:color="000000"/>
              <w:left w:val="single" w:sz="3" w:space="0" w:color="000000"/>
              <w:bottom w:val="single" w:sz="3" w:space="0" w:color="000000"/>
              <w:right w:val="single" w:sz="3" w:space="0" w:color="000000"/>
            </w:tcBorders>
            <w:tcMar>
              <w:left w:w="0" w:type="dxa"/>
              <w:right w:w="0" w:type="dxa"/>
            </w:tcMar>
          </w:tcPr>
          <w:p w14:paraId="3FEDE1E7" w14:textId="77777777" w:rsidR="00BD2397" w:rsidRDefault="00B8640C">
            <w:pPr>
              <w:autoSpaceDE w:val="0"/>
              <w:autoSpaceDN w:val="0"/>
              <w:spacing w:after="0" w:line="224" w:lineRule="exact"/>
              <w:ind w:left="288" w:right="288"/>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r>
    </w:tbl>
    <w:p w14:paraId="38D7B26C" w14:textId="77777777" w:rsidR="00BD2397" w:rsidRDefault="00B8640C">
      <w:pPr>
        <w:autoSpaceDE w:val="0"/>
        <w:autoSpaceDN w:val="0"/>
        <w:spacing w:after="0" w:line="198" w:lineRule="exact"/>
        <w:ind w:left="710"/>
      </w:pPr>
      <w:r>
        <w:rPr>
          <w:rFonts w:ascii="ArialMT" w:eastAsia="ArialMT" w:hAnsi="ArialMT"/>
          <w:color w:val="000000"/>
          <w:w w:val="102"/>
          <w:sz w:val="16"/>
        </w:rPr>
        <w:t xml:space="preserve">F_04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roofErr w:type="spellStart"/>
      <w:r>
        <w:rPr>
          <w:rFonts w:ascii="TimesNewRomanPSMT" w:eastAsia="TimesNewRomanPSMT" w:hAnsi="TimesNewRomanPSMT"/>
          <w:color w:val="595959"/>
          <w:w w:val="102"/>
          <w:sz w:val="16"/>
        </w:rPr>
        <w:t>pagina</w:t>
      </w:r>
      <w:proofErr w:type="spellEnd"/>
      <w:r>
        <w:rPr>
          <w:rFonts w:ascii="TimesNewRomanPSMT" w:eastAsia="TimesNewRomanPSMT" w:hAnsi="TimesNewRomanPSMT"/>
          <w:color w:val="595959"/>
          <w:w w:val="102"/>
          <w:sz w:val="16"/>
        </w:rPr>
        <w:t xml:space="preserve"> 1 din 3</w:t>
      </w:r>
    </w:p>
    <w:p w14:paraId="45E4B0D3" w14:textId="77777777" w:rsidR="00BD2397" w:rsidRDefault="00BD2397">
      <w:pPr>
        <w:spacing w:after="0"/>
        <w:sectPr w:rsidR="00BD2397">
          <w:pgSz w:w="11900" w:h="16840"/>
          <w:pgMar w:top="126" w:right="1202" w:bottom="340" w:left="564" w:header="720" w:footer="720" w:gutter="0"/>
          <w:cols w:space="708"/>
          <w:docGrid w:linePitch="360"/>
        </w:sectPr>
      </w:pPr>
    </w:p>
    <w:p w14:paraId="71607574" w14:textId="77777777" w:rsidR="00BD2397" w:rsidRDefault="00BD2397">
      <w:pPr>
        <w:autoSpaceDE w:val="0"/>
        <w:autoSpaceDN w:val="0"/>
        <w:spacing w:after="0" w:line="126" w:lineRule="exact"/>
      </w:pPr>
    </w:p>
    <w:p w14:paraId="1C86C513" w14:textId="77777777" w:rsidR="00BD2397" w:rsidRPr="008F01A5" w:rsidRDefault="00B8640C">
      <w:pPr>
        <w:tabs>
          <w:tab w:val="left" w:pos="9838"/>
        </w:tabs>
        <w:autoSpaceDE w:val="0"/>
        <w:autoSpaceDN w:val="0"/>
        <w:spacing w:after="0" w:line="200" w:lineRule="exact"/>
        <w:ind w:left="1370"/>
        <w:rPr>
          <w:lang w:val="pt-PT"/>
        </w:rPr>
      </w:pPr>
      <w:r w:rsidRPr="008F01A5">
        <w:rPr>
          <w:rFonts w:ascii="Arial" w:eastAsia="Arial" w:hAnsi="Arial"/>
          <w:color w:val="000000"/>
          <w:sz w:val="17"/>
          <w:lang w:val="pt-PT"/>
        </w:rPr>
        <w:t xml:space="preserve">MONITORUL OFICIAL AL ROMÂNIEI, PARTEA I, Nr. 711 bis/26.VIII.2026 </w:t>
      </w:r>
      <w:r w:rsidRPr="008F01A5">
        <w:rPr>
          <w:lang w:val="pt-PT"/>
        </w:rPr>
        <w:tab/>
      </w:r>
      <w:r w:rsidRPr="008F01A5">
        <w:rPr>
          <w:rFonts w:ascii="Arial" w:eastAsia="Arial" w:hAnsi="Arial"/>
          <w:color w:val="000000"/>
          <w:sz w:val="17"/>
          <w:lang w:val="pt-PT"/>
        </w:rPr>
        <w:t>59</w:t>
      </w:r>
    </w:p>
    <w:p w14:paraId="79432CF6" w14:textId="77777777" w:rsidR="00BD2397" w:rsidRDefault="00B8640C">
      <w:pPr>
        <w:autoSpaceDE w:val="0"/>
        <w:autoSpaceDN w:val="0"/>
        <w:spacing w:after="0" w:line="198" w:lineRule="exact"/>
      </w:pPr>
      <w:r>
        <w:rPr>
          <w:rFonts w:ascii="ArialMT" w:eastAsia="ArialMT" w:hAnsi="ArialMT"/>
          <w:color w:val="000000"/>
          <w:w w:val="102"/>
          <w:sz w:val="16"/>
        </w:rPr>
        <w:t xml:space="preserve">F_04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
    <w:tbl>
      <w:tblPr>
        <w:tblW w:w="0" w:type="auto"/>
        <w:tblLayout w:type="fixed"/>
        <w:tblLook w:val="04A0" w:firstRow="1" w:lastRow="0" w:firstColumn="1" w:lastColumn="0" w:noHBand="0" w:noVBand="1"/>
      </w:tblPr>
      <w:tblGrid>
        <w:gridCol w:w="1266"/>
        <w:gridCol w:w="1100"/>
        <w:gridCol w:w="460"/>
        <w:gridCol w:w="1120"/>
        <w:gridCol w:w="1320"/>
        <w:gridCol w:w="2080"/>
        <w:gridCol w:w="520"/>
        <w:gridCol w:w="540"/>
        <w:gridCol w:w="720"/>
        <w:gridCol w:w="600"/>
      </w:tblGrid>
      <w:tr w:rsidR="00BD2397" w14:paraId="389B2F9A" w14:textId="77777777">
        <w:trPr>
          <w:trHeight w:hRule="exact" w:val="270"/>
        </w:trPr>
        <w:tc>
          <w:tcPr>
            <w:tcW w:w="1266" w:type="dxa"/>
            <w:tcMar>
              <w:left w:w="0" w:type="dxa"/>
              <w:right w:w="0" w:type="dxa"/>
            </w:tcMar>
          </w:tcPr>
          <w:p w14:paraId="2120C903" w14:textId="77777777" w:rsidR="00BD2397" w:rsidRDefault="00B8640C">
            <w:pPr>
              <w:autoSpaceDE w:val="0"/>
              <w:autoSpaceDN w:val="0"/>
              <w:spacing w:after="0" w:line="194" w:lineRule="exact"/>
            </w:pPr>
            <w:r>
              <w:rPr>
                <w:rFonts w:ascii="Arial" w:eastAsia="Arial" w:hAnsi="Arial"/>
                <w:b/>
                <w:color w:val="000000"/>
                <w:w w:val="102"/>
                <w:sz w:val="16"/>
              </w:rPr>
              <w:t xml:space="preserve">VALOAREA </w:t>
            </w:r>
          </w:p>
        </w:tc>
        <w:tc>
          <w:tcPr>
            <w:tcW w:w="1100" w:type="dxa"/>
            <w:tcMar>
              <w:left w:w="0" w:type="dxa"/>
              <w:right w:w="0" w:type="dxa"/>
            </w:tcMar>
          </w:tcPr>
          <w:p w14:paraId="01CC4472"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TOTALĂ </w:t>
            </w:r>
          </w:p>
        </w:tc>
        <w:tc>
          <w:tcPr>
            <w:tcW w:w="460" w:type="dxa"/>
            <w:tcMar>
              <w:left w:w="0" w:type="dxa"/>
              <w:right w:w="0" w:type="dxa"/>
            </w:tcMar>
          </w:tcPr>
          <w:p w14:paraId="146A806A"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 </w:t>
            </w:r>
          </w:p>
        </w:tc>
        <w:tc>
          <w:tcPr>
            <w:tcW w:w="1120" w:type="dxa"/>
            <w:tcMar>
              <w:left w:w="0" w:type="dxa"/>
              <w:right w:w="0" w:type="dxa"/>
            </w:tcMar>
          </w:tcPr>
          <w:p w14:paraId="54CD226C"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AMENZII </w:t>
            </w:r>
          </w:p>
        </w:tc>
        <w:tc>
          <w:tcPr>
            <w:tcW w:w="1320" w:type="dxa"/>
            <w:tcMar>
              <w:left w:w="0" w:type="dxa"/>
              <w:right w:w="0" w:type="dxa"/>
            </w:tcMar>
          </w:tcPr>
          <w:p w14:paraId="5CAE77C1" w14:textId="77777777" w:rsidR="00BD2397" w:rsidRDefault="00B8640C">
            <w:pPr>
              <w:autoSpaceDE w:val="0"/>
              <w:autoSpaceDN w:val="0"/>
              <w:spacing w:after="0" w:line="194" w:lineRule="exact"/>
              <w:jc w:val="center"/>
            </w:pPr>
            <w:r>
              <w:rPr>
                <w:rFonts w:ascii="Arial" w:eastAsia="Arial" w:hAnsi="Arial"/>
                <w:b/>
                <w:color w:val="000000"/>
                <w:w w:val="102"/>
                <w:sz w:val="16"/>
              </w:rPr>
              <w:t>APLICATE:</w:t>
            </w:r>
          </w:p>
        </w:tc>
        <w:tc>
          <w:tcPr>
            <w:tcW w:w="2080" w:type="dxa"/>
            <w:tcMar>
              <w:left w:w="0" w:type="dxa"/>
              <w:right w:w="0" w:type="dxa"/>
            </w:tcMar>
          </w:tcPr>
          <w:p w14:paraId="2C34FDE2"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520" w:type="dxa"/>
            <w:tcMar>
              <w:left w:w="0" w:type="dxa"/>
              <w:right w:w="0" w:type="dxa"/>
            </w:tcMar>
          </w:tcPr>
          <w:p w14:paraId="07FC879E"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lei </w:t>
            </w:r>
          </w:p>
        </w:tc>
        <w:tc>
          <w:tcPr>
            <w:tcW w:w="540" w:type="dxa"/>
            <w:tcMar>
              <w:left w:w="0" w:type="dxa"/>
              <w:right w:w="0" w:type="dxa"/>
            </w:tcMar>
          </w:tcPr>
          <w:p w14:paraId="7DEB7AEE" w14:textId="77777777" w:rsidR="00BD2397" w:rsidRDefault="00B8640C">
            <w:pPr>
              <w:autoSpaceDE w:val="0"/>
              <w:autoSpaceDN w:val="0"/>
              <w:spacing w:after="0" w:line="196" w:lineRule="exact"/>
              <w:jc w:val="center"/>
            </w:pPr>
            <w:r>
              <w:rPr>
                <w:rFonts w:ascii="Arial" w:eastAsia="Arial" w:hAnsi="Arial"/>
                <w:i/>
                <w:color w:val="000000"/>
                <w:w w:val="102"/>
                <w:sz w:val="16"/>
              </w:rPr>
              <w:t>(</w:t>
            </w:r>
            <w:proofErr w:type="spellStart"/>
            <w:r>
              <w:rPr>
                <w:rFonts w:ascii="Arial" w:eastAsia="Arial" w:hAnsi="Arial"/>
                <w:i/>
                <w:color w:val="000000"/>
                <w:w w:val="102"/>
                <w:sz w:val="16"/>
              </w:rPr>
              <w:t>în</w:t>
            </w:r>
            <w:proofErr w:type="spellEnd"/>
            <w:r>
              <w:rPr>
                <w:rFonts w:ascii="Arial" w:eastAsia="Arial" w:hAnsi="Arial"/>
                <w:i/>
                <w:color w:val="000000"/>
                <w:w w:val="102"/>
                <w:sz w:val="16"/>
              </w:rPr>
              <w:t xml:space="preserve"> </w:t>
            </w:r>
          </w:p>
        </w:tc>
        <w:tc>
          <w:tcPr>
            <w:tcW w:w="720" w:type="dxa"/>
            <w:tcMar>
              <w:left w:w="0" w:type="dxa"/>
              <w:right w:w="0" w:type="dxa"/>
            </w:tcMar>
          </w:tcPr>
          <w:p w14:paraId="4DD8080D" w14:textId="77777777" w:rsidR="00BD2397" w:rsidRDefault="00B8640C">
            <w:pPr>
              <w:autoSpaceDE w:val="0"/>
              <w:autoSpaceDN w:val="0"/>
              <w:spacing w:after="0" w:line="196" w:lineRule="exact"/>
              <w:jc w:val="center"/>
            </w:pPr>
            <w:proofErr w:type="spellStart"/>
            <w:r>
              <w:rPr>
                <w:rFonts w:ascii="Arial" w:eastAsia="Arial" w:hAnsi="Arial"/>
                <w:i/>
                <w:color w:val="000000"/>
                <w:w w:val="102"/>
                <w:sz w:val="16"/>
              </w:rPr>
              <w:t>cifre</w:t>
            </w:r>
            <w:proofErr w:type="spellEnd"/>
            <w:r>
              <w:rPr>
                <w:rFonts w:ascii="Arial" w:eastAsia="Arial" w:hAnsi="Arial"/>
                <w:i/>
                <w:color w:val="000000"/>
                <w:w w:val="102"/>
                <w:sz w:val="16"/>
              </w:rPr>
              <w:t>)</w:t>
            </w:r>
          </w:p>
        </w:tc>
        <w:tc>
          <w:tcPr>
            <w:tcW w:w="600" w:type="dxa"/>
            <w:tcMar>
              <w:left w:w="0" w:type="dxa"/>
              <w:right w:w="0" w:type="dxa"/>
            </w:tcMar>
          </w:tcPr>
          <w:p w14:paraId="73B9C3D8" w14:textId="77777777" w:rsidR="00BD2397" w:rsidRDefault="00B8640C">
            <w:pPr>
              <w:autoSpaceDE w:val="0"/>
              <w:autoSpaceDN w:val="0"/>
              <w:spacing w:after="0" w:line="194" w:lineRule="exact"/>
              <w:ind w:right="322"/>
              <w:jc w:val="right"/>
            </w:pPr>
            <w:r>
              <w:rPr>
                <w:rFonts w:ascii="ArialMT" w:eastAsia="ArialMT" w:hAnsi="ArialMT"/>
                <w:color w:val="000000"/>
                <w:w w:val="102"/>
                <w:sz w:val="16"/>
              </w:rPr>
              <w:t xml:space="preserve">/ </w:t>
            </w:r>
          </w:p>
        </w:tc>
      </w:tr>
    </w:tbl>
    <w:p w14:paraId="347E03C8" w14:textId="77777777" w:rsidR="00BD2397" w:rsidRDefault="00B8640C">
      <w:pPr>
        <w:autoSpaceDE w:val="0"/>
        <w:autoSpaceDN w:val="0"/>
        <w:spacing w:after="0" w:line="194" w:lineRule="exact"/>
      </w:pPr>
      <w:r>
        <w:rPr>
          <w:rFonts w:ascii="ArialMT" w:eastAsia="ArialMT" w:hAnsi="ArialMT"/>
          <w:color w:val="000000"/>
          <w:w w:val="102"/>
          <w:sz w:val="16"/>
        </w:rPr>
        <w:t xml:space="preserve">…………………………………………………………………… lei </w:t>
      </w:r>
      <w:r>
        <w:rPr>
          <w:rFonts w:ascii="Arial" w:eastAsia="Arial" w:hAnsi="Arial"/>
          <w:i/>
          <w:color w:val="000000"/>
          <w:w w:val="102"/>
          <w:sz w:val="16"/>
        </w:rPr>
        <w:t>(</w:t>
      </w:r>
      <w:proofErr w:type="spellStart"/>
      <w:r>
        <w:rPr>
          <w:rFonts w:ascii="Arial" w:eastAsia="Arial" w:hAnsi="Arial"/>
          <w:i/>
          <w:color w:val="000000"/>
          <w:w w:val="102"/>
          <w:sz w:val="16"/>
        </w:rPr>
        <w:t>în</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litere</w:t>
      </w:r>
      <w:proofErr w:type="spellEnd"/>
      <w:r>
        <w:rPr>
          <w:rFonts w:ascii="Arial" w:eastAsia="Arial" w:hAnsi="Arial"/>
          <w:i/>
          <w:color w:val="000000"/>
          <w:w w:val="102"/>
          <w:sz w:val="16"/>
        </w:rPr>
        <w:t xml:space="preserve">) </w:t>
      </w:r>
    </w:p>
    <w:p w14:paraId="6163EB84" w14:textId="77777777" w:rsidR="00BD2397" w:rsidRPr="008F01A5" w:rsidRDefault="00B8640C">
      <w:pPr>
        <w:autoSpaceDE w:val="0"/>
        <w:autoSpaceDN w:val="0"/>
        <w:spacing w:after="0" w:line="224" w:lineRule="exact"/>
        <w:ind w:right="576"/>
        <w:rPr>
          <w:lang w:val="pt-PT"/>
        </w:rPr>
      </w:pPr>
      <w:r>
        <w:rPr>
          <w:rFonts w:ascii="Arial" w:eastAsia="Arial" w:hAnsi="Arial"/>
          <w:b/>
          <w:color w:val="000000"/>
          <w:w w:val="102"/>
          <w:sz w:val="16"/>
        </w:rPr>
        <w:t xml:space="preserve">3. PERSOANA RĂSPUNZĂTOARE (art. 357 </w:t>
      </w:r>
      <w:proofErr w:type="spellStart"/>
      <w:r>
        <w:rPr>
          <w:rFonts w:ascii="Arial" w:eastAsia="Arial" w:hAnsi="Arial"/>
          <w:b/>
          <w:color w:val="000000"/>
          <w:w w:val="102"/>
          <w:sz w:val="16"/>
        </w:rPr>
        <w:t>alin</w:t>
      </w:r>
      <w:proofErr w:type="spellEnd"/>
      <w:r>
        <w:rPr>
          <w:rFonts w:ascii="Arial" w:eastAsia="Arial" w:hAnsi="Arial"/>
          <w:b/>
          <w:color w:val="000000"/>
          <w:w w:val="102"/>
          <w:sz w:val="16"/>
        </w:rPr>
        <w:t xml:space="preserve">. 3): </w:t>
      </w:r>
      <w:r>
        <w:br/>
      </w:r>
      <w:r>
        <w:rPr>
          <w:rFonts w:ascii="Arial" w:eastAsia="Arial" w:hAnsi="Arial"/>
          <w:b/>
          <w:color w:val="000000"/>
          <w:w w:val="102"/>
          <w:sz w:val="16"/>
        </w:rPr>
        <w:t xml:space="preserve">a) </w:t>
      </w:r>
      <w:proofErr w:type="spellStart"/>
      <w:r>
        <w:rPr>
          <w:rFonts w:ascii="Arial" w:eastAsia="Arial" w:hAnsi="Arial"/>
          <w:b/>
          <w:color w:val="000000"/>
          <w:w w:val="102"/>
          <w:sz w:val="16"/>
        </w:rPr>
        <w:t>Persoană</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fizică</w:t>
      </w:r>
      <w:proofErr w:type="spellEnd"/>
      <w:r>
        <w:rPr>
          <w:rFonts w:ascii="Arial" w:eastAsia="Arial" w:hAnsi="Arial"/>
          <w:b/>
          <w:color w:val="000000"/>
          <w:w w:val="102"/>
          <w:sz w:val="16"/>
        </w:rPr>
        <w:t>:</w:t>
      </w:r>
      <w:r>
        <w:rPr>
          <w:rFonts w:ascii="ArialMT" w:eastAsia="ArialMT" w:hAnsi="ArialMT"/>
          <w:color w:val="000000"/>
          <w:w w:val="102"/>
          <w:sz w:val="16"/>
        </w:rPr>
        <w:t xml:space="preserve"> dl (</w:t>
      </w:r>
      <w:proofErr w:type="spellStart"/>
      <w:r>
        <w:rPr>
          <w:rFonts w:ascii="ArialMT" w:eastAsia="ArialMT" w:hAnsi="ArialMT"/>
          <w:color w:val="000000"/>
          <w:w w:val="102"/>
          <w:sz w:val="16"/>
        </w:rPr>
        <w:t>dna</w:t>
      </w:r>
      <w:proofErr w:type="spellEnd"/>
      <w:r>
        <w:rPr>
          <w:rFonts w:ascii="ArialMT" w:eastAsia="ArialMT" w:hAnsi="ArialMT"/>
          <w:color w:val="000000"/>
          <w:w w:val="102"/>
          <w:sz w:val="16"/>
        </w:rPr>
        <w:t xml:space="preserve">.), ………........……...….............., cu </w:t>
      </w:r>
      <w:proofErr w:type="spellStart"/>
      <w:r>
        <w:rPr>
          <w:rFonts w:ascii="ArialMT" w:eastAsia="ArialMT" w:hAnsi="ArialMT"/>
          <w:color w:val="000000"/>
          <w:w w:val="102"/>
          <w:sz w:val="16"/>
        </w:rPr>
        <w:t>domiciliul</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str. ………………….…….…, nr. …., bl. …., sc. …., et. …., ap. …., </w:t>
      </w:r>
      <w:proofErr w:type="spellStart"/>
      <w:r>
        <w:rPr>
          <w:rFonts w:ascii="ArialMT" w:eastAsia="ArialMT" w:hAnsi="ArialMT"/>
          <w:color w:val="000000"/>
          <w:w w:val="102"/>
          <w:sz w:val="16"/>
        </w:rPr>
        <w:t>judeţul</w:t>
      </w:r>
      <w:proofErr w:type="spellEnd"/>
      <w:r>
        <w:rPr>
          <w:rFonts w:ascii="ArialMT" w:eastAsia="ArialMT" w:hAnsi="ArialMT"/>
          <w:color w:val="000000"/>
          <w:w w:val="102"/>
          <w:sz w:val="16"/>
        </w:rPr>
        <w:t xml:space="preserve"> ...........................…..., </w:t>
      </w:r>
      <w:proofErr w:type="spellStart"/>
      <w:r>
        <w:rPr>
          <w:rFonts w:ascii="ArialMT" w:eastAsia="ArialMT" w:hAnsi="ArialMT"/>
          <w:color w:val="000000"/>
          <w:w w:val="102"/>
          <w:sz w:val="16"/>
        </w:rPr>
        <w:t>sectorul</w:t>
      </w:r>
      <w:proofErr w:type="spellEnd"/>
      <w:r>
        <w:rPr>
          <w:rFonts w:ascii="ArialMT" w:eastAsia="ArialMT" w:hAnsi="ArialMT"/>
          <w:color w:val="000000"/>
          <w:w w:val="102"/>
          <w:sz w:val="16"/>
        </w:rPr>
        <w:t xml:space="preserve">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C.N.P. |_|_|_|_|_|_|_|_|_|_|_|_|_|, </w:t>
      </w:r>
      <w:proofErr w:type="spellStart"/>
      <w:r>
        <w:rPr>
          <w:rFonts w:ascii="ArialMT" w:eastAsia="ArialMT" w:hAnsi="ArialMT"/>
          <w:color w:val="000000"/>
          <w:w w:val="102"/>
          <w:sz w:val="16"/>
        </w:rPr>
        <w:t>posesor</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posesoare</w:t>
      </w:r>
      <w:proofErr w:type="spellEnd"/>
      <w:r>
        <w:rPr>
          <w:rFonts w:ascii="ArialMT" w:eastAsia="ArialMT" w:hAnsi="ArialMT"/>
          <w:color w:val="000000"/>
          <w:w w:val="102"/>
          <w:sz w:val="16"/>
        </w:rPr>
        <w:t>) al/a C.I./C.</w:t>
      </w:r>
      <w:proofErr w:type="gramStart"/>
      <w:r>
        <w:rPr>
          <w:rFonts w:ascii="ArialMT" w:eastAsia="ArialMT" w:hAnsi="ArialMT"/>
          <w:color w:val="000000"/>
          <w:w w:val="102"/>
          <w:sz w:val="16"/>
        </w:rPr>
        <w:t>E.I</w:t>
      </w:r>
      <w:proofErr w:type="gramEnd"/>
      <w:r>
        <w:rPr>
          <w:rFonts w:ascii="ArialMT" w:eastAsia="ArialMT" w:hAnsi="ArialMT"/>
          <w:color w:val="000000"/>
          <w:w w:val="102"/>
          <w:sz w:val="16"/>
        </w:rPr>
        <w:t>/</w:t>
      </w:r>
      <w:proofErr w:type="spellStart"/>
      <w:r>
        <w:rPr>
          <w:rFonts w:ascii="ArialMT" w:eastAsia="ArialMT" w:hAnsi="ArialMT"/>
          <w:color w:val="000000"/>
          <w:w w:val="102"/>
          <w:sz w:val="16"/>
        </w:rPr>
        <w:t>paşaportului</w:t>
      </w:r>
      <w:proofErr w:type="spellEnd"/>
      <w:r>
        <w:rPr>
          <w:rFonts w:ascii="ArialMT" w:eastAsia="ArialMT" w:hAnsi="ArialMT"/>
          <w:color w:val="000000"/>
          <w:w w:val="102"/>
          <w:sz w:val="16"/>
        </w:rPr>
        <w:t xml:space="preserve"> </w:t>
      </w:r>
      <w:proofErr w:type="gramStart"/>
      <w:r>
        <w:rPr>
          <w:rFonts w:ascii="ArialMT" w:eastAsia="ArialMT" w:hAnsi="ArialMT"/>
          <w:color w:val="000000"/>
          <w:w w:val="102"/>
          <w:sz w:val="16"/>
        </w:rPr>
        <w:t>seria .</w:t>
      </w:r>
      <w:proofErr w:type="gramEnd"/>
      <w:r>
        <w:rPr>
          <w:rFonts w:ascii="ArialMT" w:eastAsia="ArialMT" w:hAnsi="ArialMT"/>
          <w:color w:val="000000"/>
          <w:w w:val="102"/>
          <w:sz w:val="16"/>
        </w:rPr>
        <w:t xml:space="preserve">…... nr.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w:t>
      </w:r>
      <w:proofErr w:type="spellStart"/>
      <w:r>
        <w:rPr>
          <w:rFonts w:ascii="ArialMT" w:eastAsia="ArialMT" w:hAnsi="ArialMT"/>
          <w:color w:val="000000"/>
          <w:w w:val="102"/>
          <w:sz w:val="16"/>
        </w:rPr>
        <w:t>eliberat</w:t>
      </w:r>
      <w:proofErr w:type="spellEnd"/>
      <w:r>
        <w:rPr>
          <w:rFonts w:ascii="ArialMT" w:eastAsia="ArialMT" w:hAnsi="ArialMT"/>
          <w:color w:val="000000"/>
          <w:w w:val="102"/>
          <w:sz w:val="16"/>
        </w:rPr>
        <w:t xml:space="preserve">(ă) de ............................................... la data de ….......…………....…, </w:t>
      </w:r>
      <w:proofErr w:type="spellStart"/>
      <w:r>
        <w:rPr>
          <w:rFonts w:ascii="ArialMT" w:eastAsia="ArialMT" w:hAnsi="ArialMT"/>
          <w:color w:val="000000"/>
          <w:w w:val="102"/>
          <w:sz w:val="16"/>
        </w:rPr>
        <w:t>tichet</w:t>
      </w:r>
      <w:proofErr w:type="spellEnd"/>
      <w:r>
        <w:rPr>
          <w:rFonts w:ascii="ArialMT" w:eastAsia="ArialMT" w:hAnsi="ArialMT"/>
          <w:color w:val="000000"/>
          <w:w w:val="102"/>
          <w:sz w:val="16"/>
        </w:rPr>
        <w:t xml:space="preserve"> de </w:t>
      </w:r>
      <w:proofErr w:type="spellStart"/>
      <w:r>
        <w:rPr>
          <w:rFonts w:ascii="ArialMT" w:eastAsia="ArialMT" w:hAnsi="ArialMT"/>
          <w:color w:val="000000"/>
          <w:w w:val="102"/>
          <w:sz w:val="16"/>
        </w:rPr>
        <w:t>înscriere</w:t>
      </w:r>
      <w:proofErr w:type="spellEnd"/>
      <w:r>
        <w:rPr>
          <w:rFonts w:ascii="ArialMT" w:eastAsia="ArialMT" w:hAnsi="ArialMT"/>
          <w:color w:val="000000"/>
          <w:w w:val="102"/>
          <w:sz w:val="16"/>
        </w:rPr>
        <w:t xml:space="preserve"> a </w:t>
      </w:r>
      <w:proofErr w:type="spellStart"/>
      <w:r>
        <w:rPr>
          <w:rFonts w:ascii="ArialMT" w:eastAsia="ArialMT" w:hAnsi="ArialMT"/>
          <w:color w:val="000000"/>
          <w:w w:val="102"/>
          <w:sz w:val="16"/>
        </w:rPr>
        <w:t>contravenţiilor</w:t>
      </w:r>
      <w:proofErr w:type="spellEnd"/>
      <w:r>
        <w:rPr>
          <w:rFonts w:ascii="ArialMT" w:eastAsia="ArialMT" w:hAnsi="ArialMT"/>
          <w:color w:val="000000"/>
          <w:w w:val="102"/>
          <w:sz w:val="16"/>
        </w:rPr>
        <w:t xml:space="preserve"> seria ……... nr. ………... </w:t>
      </w:r>
      <w:r w:rsidRPr="00B9266D">
        <w:rPr>
          <w:rFonts w:ascii="ArialMT" w:eastAsia="ArialMT" w:hAnsi="ArialMT"/>
          <w:color w:val="000000"/>
          <w:w w:val="102"/>
          <w:sz w:val="16"/>
          <w:lang w:val="pt-BR"/>
        </w:rPr>
        <w:t xml:space="preserve">(pentru cetăţeni străini), în calitate de </w:t>
      </w:r>
      <w:r w:rsidRPr="00B9266D">
        <w:rPr>
          <w:rFonts w:ascii="Arial" w:eastAsia="Arial" w:hAnsi="Arial"/>
          <w:i/>
          <w:color w:val="000000"/>
          <w:w w:val="102"/>
          <w:sz w:val="16"/>
          <w:lang w:val="pt-BR"/>
        </w:rPr>
        <w:t>(investitor / executant / beneficiar / etc.)</w:t>
      </w:r>
      <w:r w:rsidRPr="00B9266D">
        <w:rPr>
          <w:rFonts w:ascii="ArialMT" w:eastAsia="ArialMT" w:hAnsi="ArialMT"/>
          <w:color w:val="000000"/>
          <w:w w:val="102"/>
          <w:sz w:val="16"/>
          <w:lang w:val="pt-BR"/>
        </w:rPr>
        <w:t xml:space="preserve"> </w:t>
      </w:r>
      <w:r>
        <w:rPr>
          <w:rFonts w:ascii="ArialMT" w:eastAsia="ArialMT" w:hAnsi="ArialMT"/>
          <w:color w:val="000000"/>
          <w:w w:val="102"/>
          <w:sz w:val="16"/>
        </w:rPr>
        <w:t xml:space="preserve">.........................................................................; </w:t>
      </w:r>
      <w:r>
        <w:br/>
      </w:r>
      <w:r>
        <w:rPr>
          <w:rFonts w:ascii="Arial" w:eastAsia="Arial" w:hAnsi="Arial"/>
          <w:b/>
          <w:color w:val="000000"/>
          <w:w w:val="102"/>
          <w:sz w:val="16"/>
        </w:rPr>
        <w:t xml:space="preserve">b) </w:t>
      </w:r>
      <w:proofErr w:type="spellStart"/>
      <w:r>
        <w:rPr>
          <w:rFonts w:ascii="Arial" w:eastAsia="Arial" w:hAnsi="Arial"/>
          <w:b/>
          <w:color w:val="000000"/>
          <w:w w:val="102"/>
          <w:sz w:val="16"/>
        </w:rPr>
        <w:t>Persoană</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juridică</w:t>
      </w:r>
      <w:proofErr w:type="spellEnd"/>
      <w:r>
        <w:rPr>
          <w:rFonts w:ascii="Arial" w:eastAsia="Arial" w:hAnsi="Arial"/>
          <w:b/>
          <w:color w:val="000000"/>
          <w:w w:val="102"/>
          <w:sz w:val="16"/>
        </w:rPr>
        <w:t>:</w:t>
      </w:r>
      <w:r>
        <w:rPr>
          <w:rFonts w:ascii="ArialMT" w:eastAsia="ArialMT" w:hAnsi="ArialMT"/>
          <w:color w:val="000000"/>
          <w:w w:val="102"/>
          <w:sz w:val="16"/>
        </w:rPr>
        <w:t xml:space="preserve"> ………………………………………....………., </w:t>
      </w:r>
      <w:proofErr w:type="spellStart"/>
      <w:r>
        <w:rPr>
          <w:rFonts w:ascii="ArialMT" w:eastAsia="ArialMT" w:hAnsi="ArialMT"/>
          <w:color w:val="000000"/>
          <w:w w:val="102"/>
          <w:sz w:val="16"/>
        </w:rPr>
        <w:t>înmatriculată</w:t>
      </w:r>
      <w:proofErr w:type="spellEnd"/>
      <w:r>
        <w:rPr>
          <w:rFonts w:ascii="ArialMT" w:eastAsia="ArialMT" w:hAnsi="ArialMT"/>
          <w:color w:val="000000"/>
          <w:w w:val="102"/>
          <w:sz w:val="16"/>
        </w:rPr>
        <w:t xml:space="preserve"> la </w:t>
      </w:r>
      <w:proofErr w:type="spellStart"/>
      <w:r>
        <w:rPr>
          <w:rFonts w:ascii="ArialMT" w:eastAsia="ArialMT" w:hAnsi="ArialMT"/>
          <w:color w:val="000000"/>
          <w:w w:val="102"/>
          <w:sz w:val="16"/>
        </w:rPr>
        <w:t>Registrul</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Comerţului</w:t>
      </w:r>
      <w:proofErr w:type="spellEnd"/>
      <w:r>
        <w:rPr>
          <w:rFonts w:ascii="ArialMT" w:eastAsia="ArialMT" w:hAnsi="ArialMT"/>
          <w:color w:val="000000"/>
          <w:w w:val="102"/>
          <w:sz w:val="16"/>
        </w:rPr>
        <w:t xml:space="preserve"> cu nr. </w:t>
      </w:r>
      <w:proofErr w:type="gramStart"/>
      <w:r>
        <w:rPr>
          <w:rFonts w:ascii="ArialMT" w:eastAsia="ArialMT" w:hAnsi="ArialMT"/>
          <w:color w:val="000000"/>
          <w:w w:val="102"/>
          <w:sz w:val="16"/>
        </w:rPr>
        <w:t>..</w:t>
      </w:r>
      <w:proofErr w:type="gramEnd"/>
      <w:r>
        <w:rPr>
          <w:rFonts w:ascii="ArialMT" w:eastAsia="ArialMT" w:hAnsi="ArialMT"/>
          <w:color w:val="000000"/>
          <w:w w:val="102"/>
          <w:sz w:val="16"/>
        </w:rPr>
        <w:t>….......</w:t>
      </w:r>
      <w:proofErr w:type="gramStart"/>
      <w:r>
        <w:rPr>
          <w:rFonts w:ascii="ArialMT" w:eastAsia="ArialMT" w:hAnsi="ArialMT"/>
          <w:color w:val="000000"/>
          <w:w w:val="102"/>
          <w:sz w:val="16"/>
        </w:rPr>
        <w:t>…..</w:t>
      </w:r>
      <w:proofErr w:type="gramEnd"/>
      <w:r>
        <w:rPr>
          <w:rFonts w:ascii="ArialMT" w:eastAsia="ArialMT" w:hAnsi="ArialMT"/>
          <w:color w:val="000000"/>
          <w:w w:val="102"/>
          <w:sz w:val="16"/>
        </w:rPr>
        <w:t>….…., C.U.I./C.I.F. nr.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cu </w:t>
      </w:r>
      <w:proofErr w:type="spellStart"/>
      <w:r>
        <w:rPr>
          <w:rFonts w:ascii="ArialMT" w:eastAsia="ArialMT" w:hAnsi="ArialMT"/>
          <w:color w:val="000000"/>
          <w:w w:val="102"/>
          <w:sz w:val="16"/>
        </w:rPr>
        <w:t>sediul</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 str.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nr. ….…., bl. ….…., sc. ….…., et. ….…., ap. ….…., </w:t>
      </w:r>
      <w:proofErr w:type="spellStart"/>
      <w:r>
        <w:rPr>
          <w:rFonts w:ascii="ArialMT" w:eastAsia="ArialMT" w:hAnsi="ArialMT"/>
          <w:color w:val="000000"/>
          <w:w w:val="102"/>
          <w:sz w:val="16"/>
        </w:rPr>
        <w:t>judeţul</w:t>
      </w:r>
      <w:proofErr w:type="spellEnd"/>
      <w:r>
        <w:rPr>
          <w:rFonts w:ascii="ArialMT" w:eastAsia="ArialMT" w:hAnsi="ArialMT"/>
          <w:color w:val="000000"/>
          <w:w w:val="102"/>
          <w:sz w:val="16"/>
        </w:rPr>
        <w:t xml:space="preserve"> ..................................., </w:t>
      </w:r>
      <w:proofErr w:type="spellStart"/>
      <w:proofErr w:type="gramStart"/>
      <w:r>
        <w:rPr>
          <w:rFonts w:ascii="ArialMT" w:eastAsia="ArialMT" w:hAnsi="ArialMT"/>
          <w:color w:val="000000"/>
          <w:w w:val="102"/>
          <w:sz w:val="16"/>
        </w:rPr>
        <w:t>sectorul</w:t>
      </w:r>
      <w:proofErr w:type="spellEnd"/>
      <w:r>
        <w:rPr>
          <w:rFonts w:ascii="ArialMT" w:eastAsia="ArialMT" w:hAnsi="ArialMT"/>
          <w:color w:val="000000"/>
          <w:w w:val="102"/>
          <w:sz w:val="16"/>
        </w:rPr>
        <w:t xml:space="preserve"> .</w:t>
      </w:r>
      <w:proofErr w:type="gramEnd"/>
      <w:r>
        <w:rPr>
          <w:rFonts w:ascii="ArialMT" w:eastAsia="ArialMT" w:hAnsi="ArialMT"/>
          <w:color w:val="000000"/>
          <w:w w:val="102"/>
          <w:sz w:val="16"/>
        </w:rPr>
        <w:t xml:space="preserve">…, reprezentată de dl (dna.) </w:t>
      </w:r>
      <w:r w:rsidRPr="008F01A5">
        <w:rPr>
          <w:rFonts w:ascii="ArialMT" w:eastAsia="ArialMT" w:hAnsi="ArialMT"/>
          <w:color w:val="000000"/>
          <w:w w:val="102"/>
          <w:sz w:val="16"/>
          <w:lang w:val="pt-PT"/>
        </w:rPr>
        <w:t xml:space="preserve">…………………........……...….............., în calitate de/având funcţia de .....…………...……...………………, C.N.P. |_|_|_|_|_|_|_|_|_|_|_|_|_|, posesor (posesoare) al/a C.I./paşaportului seria ……. nr. ..….........…, eliberat(ă) de …..…………………………....... la data de </w:t>
      </w:r>
    </w:p>
    <w:p w14:paraId="514F1B51" w14:textId="77777777" w:rsidR="00BD2397" w:rsidRPr="008F01A5" w:rsidRDefault="00B8640C">
      <w:pPr>
        <w:autoSpaceDE w:val="0"/>
        <w:autoSpaceDN w:val="0"/>
        <w:spacing w:after="0" w:line="196" w:lineRule="exact"/>
        <w:rPr>
          <w:lang w:val="pt-PT"/>
        </w:rPr>
      </w:pPr>
      <w:r w:rsidRPr="008F01A5">
        <w:rPr>
          <w:rFonts w:ascii="Arial" w:eastAsia="Arial" w:hAnsi="Arial"/>
          <w:b/>
          <w:color w:val="000000"/>
          <w:w w:val="102"/>
          <w:sz w:val="16"/>
          <w:lang w:val="pt-PT"/>
        </w:rPr>
        <w:t>4. MARTOR:</w:t>
      </w:r>
      <w:r w:rsidRPr="008F01A5">
        <w:rPr>
          <w:rFonts w:ascii="ArialMT" w:eastAsia="ArialMT" w:hAnsi="ArialMT"/>
          <w:color w:val="000000"/>
          <w:w w:val="102"/>
          <w:sz w:val="16"/>
          <w:lang w:val="pt-PT"/>
        </w:rPr>
        <w:t xml:space="preserve"> Subsemnatul(a), ……………………...……, posesor al C.I./C.E.I/pașaportului seria …... nr. </w:t>
      </w:r>
    </w:p>
    <w:tbl>
      <w:tblPr>
        <w:tblW w:w="0" w:type="auto"/>
        <w:tblLayout w:type="fixed"/>
        <w:tblLook w:val="04A0" w:firstRow="1" w:lastRow="0" w:firstColumn="1" w:lastColumn="0" w:noHBand="0" w:noVBand="1"/>
      </w:tblPr>
      <w:tblGrid>
        <w:gridCol w:w="1186"/>
        <w:gridCol w:w="1000"/>
        <w:gridCol w:w="560"/>
        <w:gridCol w:w="1680"/>
        <w:gridCol w:w="500"/>
        <w:gridCol w:w="740"/>
        <w:gridCol w:w="580"/>
        <w:gridCol w:w="1620"/>
        <w:gridCol w:w="1160"/>
        <w:gridCol w:w="700"/>
      </w:tblGrid>
      <w:tr w:rsidR="00BD2397" w14:paraId="06714402" w14:textId="77777777">
        <w:trPr>
          <w:trHeight w:hRule="exact" w:val="222"/>
        </w:trPr>
        <w:tc>
          <w:tcPr>
            <w:tcW w:w="1186" w:type="dxa"/>
            <w:tcMar>
              <w:left w:w="0" w:type="dxa"/>
              <w:right w:w="0" w:type="dxa"/>
            </w:tcMar>
          </w:tcPr>
          <w:p w14:paraId="62D7CFA3" w14:textId="77777777" w:rsidR="00BD2397" w:rsidRDefault="00B8640C">
            <w:pPr>
              <w:autoSpaceDE w:val="0"/>
              <w:autoSpaceDN w:val="0"/>
              <w:spacing w:after="0" w:line="194" w:lineRule="exact"/>
            </w:pPr>
            <w:r>
              <w:rPr>
                <w:rFonts w:ascii="ArialMT" w:eastAsia="ArialMT" w:hAnsi="ArialMT"/>
                <w:color w:val="000000"/>
                <w:w w:val="102"/>
                <w:sz w:val="16"/>
              </w:rPr>
              <w:t xml:space="preserve">………....… </w:t>
            </w:r>
          </w:p>
        </w:tc>
        <w:tc>
          <w:tcPr>
            <w:tcW w:w="1000" w:type="dxa"/>
            <w:tcMar>
              <w:left w:w="0" w:type="dxa"/>
              <w:right w:w="0" w:type="dxa"/>
            </w:tcMar>
          </w:tcPr>
          <w:p w14:paraId="0C45788F"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eliberat</w:t>
            </w:r>
            <w:proofErr w:type="spellEnd"/>
            <w:r>
              <w:rPr>
                <w:rFonts w:ascii="ArialMT" w:eastAsia="ArialMT" w:hAnsi="ArialMT"/>
                <w:color w:val="000000"/>
                <w:w w:val="102"/>
                <w:sz w:val="16"/>
              </w:rPr>
              <w:t xml:space="preserve"> </w:t>
            </w:r>
          </w:p>
        </w:tc>
        <w:tc>
          <w:tcPr>
            <w:tcW w:w="560" w:type="dxa"/>
            <w:tcMar>
              <w:left w:w="0" w:type="dxa"/>
              <w:right w:w="0" w:type="dxa"/>
            </w:tcMar>
          </w:tcPr>
          <w:p w14:paraId="602EBF58"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de </w:t>
            </w:r>
          </w:p>
        </w:tc>
        <w:tc>
          <w:tcPr>
            <w:tcW w:w="1680" w:type="dxa"/>
            <w:tcMar>
              <w:left w:w="0" w:type="dxa"/>
              <w:right w:w="0" w:type="dxa"/>
            </w:tcMar>
          </w:tcPr>
          <w:p w14:paraId="7C6F720D"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500" w:type="dxa"/>
            <w:tcMar>
              <w:left w:w="0" w:type="dxa"/>
              <w:right w:w="0" w:type="dxa"/>
            </w:tcMar>
          </w:tcPr>
          <w:p w14:paraId="5A7749D1"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la </w:t>
            </w:r>
          </w:p>
        </w:tc>
        <w:tc>
          <w:tcPr>
            <w:tcW w:w="740" w:type="dxa"/>
            <w:tcMar>
              <w:left w:w="0" w:type="dxa"/>
              <w:right w:w="0" w:type="dxa"/>
            </w:tcMar>
          </w:tcPr>
          <w:p w14:paraId="2D57C2C0"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data </w:t>
            </w:r>
          </w:p>
        </w:tc>
        <w:tc>
          <w:tcPr>
            <w:tcW w:w="580" w:type="dxa"/>
            <w:tcMar>
              <w:left w:w="0" w:type="dxa"/>
              <w:right w:w="0" w:type="dxa"/>
            </w:tcMar>
          </w:tcPr>
          <w:p w14:paraId="1AD701D7"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de </w:t>
            </w:r>
          </w:p>
        </w:tc>
        <w:tc>
          <w:tcPr>
            <w:tcW w:w="1620" w:type="dxa"/>
            <w:tcMar>
              <w:left w:w="0" w:type="dxa"/>
              <w:right w:w="0" w:type="dxa"/>
            </w:tcMar>
          </w:tcPr>
          <w:p w14:paraId="456E5086"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1160" w:type="dxa"/>
            <w:tcMar>
              <w:left w:w="0" w:type="dxa"/>
              <w:right w:w="0" w:type="dxa"/>
            </w:tcMar>
          </w:tcPr>
          <w:p w14:paraId="34140018" w14:textId="77777777" w:rsidR="00BD2397" w:rsidRDefault="00B8640C">
            <w:pPr>
              <w:autoSpaceDE w:val="0"/>
              <w:autoSpaceDN w:val="0"/>
              <w:spacing w:after="0" w:line="194" w:lineRule="exact"/>
              <w:jc w:val="center"/>
            </w:pPr>
            <w:proofErr w:type="spellStart"/>
            <w:r>
              <w:rPr>
                <w:rFonts w:ascii="ArialMT" w:eastAsia="ArialMT" w:hAnsi="ArialMT"/>
                <w:color w:val="000000"/>
                <w:w w:val="102"/>
                <w:sz w:val="16"/>
              </w:rPr>
              <w:t>domiciliat</w:t>
            </w:r>
            <w:proofErr w:type="spellEnd"/>
            <w:r>
              <w:rPr>
                <w:rFonts w:ascii="ArialMT" w:eastAsia="ArialMT" w:hAnsi="ArialMT"/>
                <w:color w:val="000000"/>
                <w:w w:val="102"/>
                <w:sz w:val="16"/>
              </w:rPr>
              <w:t xml:space="preserve"> </w:t>
            </w:r>
          </w:p>
        </w:tc>
        <w:tc>
          <w:tcPr>
            <w:tcW w:w="700" w:type="dxa"/>
            <w:tcMar>
              <w:left w:w="0" w:type="dxa"/>
              <w:right w:w="0" w:type="dxa"/>
            </w:tcMar>
          </w:tcPr>
          <w:p w14:paraId="7E546345" w14:textId="77777777" w:rsidR="00BD2397" w:rsidRDefault="00B8640C">
            <w:pPr>
              <w:autoSpaceDE w:val="0"/>
              <w:autoSpaceDN w:val="0"/>
              <w:spacing w:after="0" w:line="194" w:lineRule="exact"/>
              <w:ind w:left="160"/>
            </w:pP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w:t>
            </w:r>
          </w:p>
        </w:tc>
      </w:tr>
    </w:tbl>
    <w:p w14:paraId="424AB09B" w14:textId="77777777" w:rsidR="00BD2397" w:rsidRDefault="00B8640C">
      <w:pPr>
        <w:autoSpaceDE w:val="0"/>
        <w:autoSpaceDN w:val="0"/>
        <w:spacing w:after="0" w:line="218" w:lineRule="exact"/>
        <w:ind w:right="678"/>
        <w:jc w:val="both"/>
      </w:pPr>
      <w:r>
        <w:rPr>
          <w:rFonts w:ascii="ArialMT" w:eastAsia="ArialMT" w:hAnsi="ArialMT"/>
          <w:color w:val="000000"/>
          <w:w w:val="102"/>
          <w:sz w:val="16"/>
        </w:rPr>
        <w:t>…………………………………</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C.N.P. |_|_|_|_|_|_|_|_|_|_|_|_|_|, </w:t>
      </w: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calitate</w:t>
      </w:r>
      <w:proofErr w:type="spellEnd"/>
      <w:r>
        <w:rPr>
          <w:rFonts w:ascii="ArialMT" w:eastAsia="ArialMT" w:hAnsi="ArialMT"/>
          <w:color w:val="000000"/>
          <w:w w:val="102"/>
          <w:sz w:val="16"/>
        </w:rPr>
        <w:t xml:space="preserve"> de </w:t>
      </w:r>
      <w:proofErr w:type="spellStart"/>
      <w:r>
        <w:rPr>
          <w:rFonts w:ascii="ArialMT" w:eastAsia="ArialMT" w:hAnsi="ArialMT"/>
          <w:color w:val="000000"/>
          <w:w w:val="102"/>
          <w:sz w:val="16"/>
        </w:rPr>
        <w:t>martor</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declar</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că</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numitul</w:t>
      </w:r>
      <w:proofErr w:type="spellEnd"/>
      <w:r>
        <w:rPr>
          <w:rFonts w:ascii="ArialMT" w:eastAsia="ArialMT" w:hAnsi="ArialMT"/>
          <w:color w:val="000000"/>
          <w:w w:val="102"/>
          <w:sz w:val="16"/>
        </w:rPr>
        <w:t xml:space="preserve"> ……………………….…………………………….........</w:t>
      </w:r>
      <w:proofErr w:type="gramStart"/>
      <w:r>
        <w:rPr>
          <w:rFonts w:ascii="ArialMT" w:eastAsia="ArialMT" w:hAnsi="ArialMT"/>
          <w:color w:val="000000"/>
          <w:w w:val="102"/>
          <w:sz w:val="16"/>
        </w:rPr>
        <w:t>…..</w:t>
      </w:r>
      <w:proofErr w:type="gramEnd"/>
      <w:r>
        <w:rPr>
          <w:rFonts w:ascii="ArialMT" w:eastAsia="ArialMT" w:hAnsi="ArialMT"/>
          <w:color w:val="000000"/>
          <w:w w:val="102"/>
          <w:sz w:val="16"/>
        </w:rPr>
        <w:t xml:space="preserve"> nu </w:t>
      </w:r>
      <w:proofErr w:type="spellStart"/>
      <w:r>
        <w:rPr>
          <w:rFonts w:ascii="ArialMT" w:eastAsia="ArialMT" w:hAnsi="ArialMT"/>
          <w:color w:val="000000"/>
          <w:w w:val="102"/>
          <w:sz w:val="16"/>
        </w:rPr>
        <w:t>este</w:t>
      </w:r>
      <w:proofErr w:type="spellEnd"/>
      <w:r>
        <w:rPr>
          <w:rFonts w:ascii="ArialMT" w:eastAsia="ArialMT" w:hAnsi="ArialMT"/>
          <w:color w:val="000000"/>
          <w:w w:val="102"/>
          <w:sz w:val="16"/>
        </w:rPr>
        <w:t xml:space="preserve"> de </w:t>
      </w:r>
      <w:proofErr w:type="spellStart"/>
      <w:r>
        <w:rPr>
          <w:rFonts w:ascii="ArialMT" w:eastAsia="ArialMT" w:hAnsi="ArialMT"/>
          <w:color w:val="000000"/>
          <w:w w:val="102"/>
          <w:sz w:val="16"/>
        </w:rPr>
        <w:t>faţă</w:t>
      </w:r>
      <w:proofErr w:type="spellEnd"/>
      <w:r>
        <w:rPr>
          <w:rFonts w:ascii="ArialMT" w:eastAsia="ArialMT" w:hAnsi="ArialMT"/>
          <w:color w:val="000000"/>
          <w:w w:val="102"/>
          <w:sz w:val="16"/>
        </w:rPr>
        <w:t xml:space="preserve"> / </w:t>
      </w:r>
      <w:proofErr w:type="spellStart"/>
      <w:r>
        <w:rPr>
          <w:rFonts w:ascii="ArialMT" w:eastAsia="ArialMT" w:hAnsi="ArialMT"/>
          <w:color w:val="000000"/>
          <w:w w:val="102"/>
          <w:sz w:val="16"/>
        </w:rPr>
        <w:t>refuză</w:t>
      </w:r>
      <w:proofErr w:type="spellEnd"/>
      <w:r>
        <w:rPr>
          <w:rFonts w:ascii="ArialMT" w:eastAsia="ArialMT" w:hAnsi="ArialMT"/>
          <w:color w:val="000000"/>
          <w:w w:val="102"/>
          <w:sz w:val="16"/>
        </w:rPr>
        <w:t xml:space="preserve"> / nu </w:t>
      </w:r>
      <w:proofErr w:type="spellStart"/>
      <w:r>
        <w:rPr>
          <w:rFonts w:ascii="ArialMT" w:eastAsia="ArialMT" w:hAnsi="ArialMT"/>
          <w:color w:val="000000"/>
          <w:w w:val="102"/>
          <w:sz w:val="16"/>
        </w:rPr>
        <w:t>poate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să</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semneze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procesul</w:t>
      </w:r>
      <w:proofErr w:type="spellEnd"/>
      <w:r>
        <w:rPr>
          <w:rFonts w:ascii="ArialMT" w:eastAsia="ArialMT" w:hAnsi="ArialMT"/>
          <w:color w:val="000000"/>
          <w:w w:val="102"/>
          <w:sz w:val="16"/>
        </w:rPr>
        <w:t xml:space="preserve">-verbal. </w:t>
      </w:r>
    </w:p>
    <w:p w14:paraId="466606C5" w14:textId="77777777" w:rsidR="00BD2397" w:rsidRPr="008F01A5" w:rsidRDefault="00B8640C">
      <w:pPr>
        <w:tabs>
          <w:tab w:val="left" w:pos="8974"/>
        </w:tabs>
        <w:autoSpaceDE w:val="0"/>
        <w:autoSpaceDN w:val="0"/>
        <w:spacing w:after="0" w:line="224" w:lineRule="exact"/>
        <w:ind w:right="576"/>
        <w:rPr>
          <w:lang w:val="pt-PT"/>
        </w:rPr>
      </w:pPr>
      <w:r w:rsidRPr="008F01A5">
        <w:rPr>
          <w:rFonts w:ascii="Arial" w:eastAsia="Arial" w:hAnsi="Arial"/>
          <w:b/>
          <w:color w:val="000000"/>
          <w:w w:val="102"/>
          <w:sz w:val="16"/>
          <w:lang w:val="pt-PT"/>
        </w:rPr>
        <w:t>5.a) Alte menţiuni ale organului constatator I.S.C.:</w:t>
      </w:r>
      <w:r w:rsidRPr="008F01A5">
        <w:rPr>
          <w:rFonts w:ascii="Arial" w:eastAsia="Arial" w:hAnsi="Arial"/>
          <w:i/>
          <w:color w:val="000000"/>
          <w:w w:val="102"/>
          <w:sz w:val="16"/>
          <w:lang w:val="pt-PT"/>
        </w:rPr>
        <w:t xml:space="preserve">(lipsă contravenient, refuz de semnare, motivare lipsă martor </w:t>
      </w:r>
      <w:r w:rsidRPr="008F01A5">
        <w:rPr>
          <w:lang w:val="pt-PT"/>
        </w:rPr>
        <w:tab/>
      </w:r>
      <w:r w:rsidRPr="008F01A5">
        <w:rPr>
          <w:rFonts w:ascii="Arial" w:eastAsia="Arial" w:hAnsi="Arial"/>
          <w:i/>
          <w:color w:val="000000"/>
          <w:w w:val="102"/>
          <w:sz w:val="16"/>
          <w:lang w:val="pt-PT"/>
        </w:rPr>
        <w:t>etc.)</w:t>
      </w:r>
      <w:r w:rsidRPr="008F01A5">
        <w:rPr>
          <w:rFonts w:ascii="ArialMT" w:eastAsia="ArialMT" w:hAnsi="ArialMT"/>
          <w:color w:val="000000"/>
          <w:w w:val="102"/>
          <w:sz w:val="16"/>
          <w:lang w:val="pt-PT"/>
        </w:rPr>
        <w:t xml:space="preserve">…………………………………………………………………………………………………………………………………………………… </w:t>
      </w:r>
      <w:r w:rsidRPr="008F01A5">
        <w:rPr>
          <w:lang w:val="pt-PT"/>
        </w:rPr>
        <w:br/>
      </w:r>
      <w:r w:rsidRPr="008F01A5">
        <w:rPr>
          <w:rFonts w:ascii="Arial" w:eastAsia="Arial" w:hAnsi="Arial"/>
          <w:b/>
          <w:color w:val="000000"/>
          <w:w w:val="102"/>
          <w:sz w:val="16"/>
          <w:lang w:val="pt-PT"/>
        </w:rPr>
        <w:t>b) Obiecţiuni ale contravenientului:</w:t>
      </w:r>
      <w:r w:rsidRPr="008F01A5">
        <w:rPr>
          <w:rFonts w:ascii="ArialMT" w:eastAsia="ArialMT" w:hAnsi="ArialMT"/>
          <w:color w:val="000000"/>
          <w:w w:val="102"/>
          <w:sz w:val="16"/>
          <w:lang w:val="pt-PT"/>
        </w:rPr>
        <w:t xml:space="preserve"> .....…………….…………………………………………………………. ……………………………………………………………………………………………………………………………………………………………………………… </w:t>
      </w:r>
      <w:r w:rsidRPr="008F01A5">
        <w:rPr>
          <w:lang w:val="pt-PT"/>
        </w:rPr>
        <w:br/>
      </w:r>
      <w:r w:rsidRPr="008F01A5">
        <w:rPr>
          <w:rFonts w:ascii="Arial" w:eastAsia="Arial" w:hAnsi="Arial"/>
          <w:b/>
          <w:color w:val="000000"/>
          <w:w w:val="102"/>
          <w:sz w:val="16"/>
          <w:lang w:val="pt-PT"/>
        </w:rPr>
        <w:t xml:space="preserve">6. REZOLUŢIE DE APLICARE A SANCŢIUNILOR ŞI MĂSURILOR OBLIGATORII </w:t>
      </w:r>
      <w:r w:rsidRPr="008F01A5">
        <w:rPr>
          <w:lang w:val="pt-PT"/>
        </w:rPr>
        <w:br/>
      </w:r>
      <w:r w:rsidRPr="008F01A5">
        <w:rPr>
          <w:rFonts w:ascii="Arial" w:eastAsia="Arial" w:hAnsi="Arial"/>
          <w:i/>
          <w:color w:val="000000"/>
          <w:w w:val="102"/>
          <w:sz w:val="16"/>
          <w:lang w:val="pt-PT"/>
        </w:rPr>
        <w:t xml:space="preserve">(În temeiul art. 357 și art. 358 din Legea nr. 169/2026) </w:t>
      </w:r>
    </w:p>
    <w:p w14:paraId="531E92F3" w14:textId="77777777" w:rsidR="00BD2397" w:rsidRPr="008F01A5" w:rsidRDefault="00B8640C">
      <w:pPr>
        <w:autoSpaceDE w:val="0"/>
        <w:autoSpaceDN w:val="0"/>
        <w:spacing w:after="0" w:line="196" w:lineRule="exact"/>
        <w:rPr>
          <w:lang w:val="pt-PT"/>
        </w:rPr>
      </w:pPr>
      <w:r w:rsidRPr="008F01A5">
        <w:rPr>
          <w:rFonts w:ascii="ArialMT" w:eastAsia="ArialMT" w:hAnsi="ArialMT"/>
          <w:color w:val="000000"/>
          <w:w w:val="102"/>
          <w:sz w:val="16"/>
          <w:lang w:val="pt-PT"/>
        </w:rPr>
        <w:t xml:space="preserve">Se aplică contravenientului sancțiunea: [ ] </w:t>
      </w:r>
      <w:r w:rsidRPr="008F01A5">
        <w:rPr>
          <w:rFonts w:ascii="Arial" w:eastAsia="Arial" w:hAnsi="Arial"/>
          <w:b/>
          <w:color w:val="000000"/>
          <w:w w:val="102"/>
          <w:sz w:val="16"/>
          <w:lang w:val="pt-PT"/>
        </w:rPr>
        <w:t>AVERTISMENT</w:t>
      </w:r>
      <w:r w:rsidRPr="008F01A5">
        <w:rPr>
          <w:rFonts w:ascii="ArialMT" w:eastAsia="ArialMT" w:hAnsi="ArialMT"/>
          <w:color w:val="000000"/>
          <w:w w:val="102"/>
          <w:sz w:val="16"/>
          <w:lang w:val="pt-PT"/>
        </w:rPr>
        <w:t xml:space="preserve"> / [ ] </w:t>
      </w:r>
      <w:r w:rsidRPr="008F01A5">
        <w:rPr>
          <w:rFonts w:ascii="Arial" w:eastAsia="Arial" w:hAnsi="Arial"/>
          <w:b/>
          <w:color w:val="000000"/>
          <w:w w:val="102"/>
          <w:sz w:val="16"/>
          <w:lang w:val="pt-PT"/>
        </w:rPr>
        <w:t>AMENDĂ</w:t>
      </w:r>
      <w:r w:rsidRPr="008F01A5">
        <w:rPr>
          <w:rFonts w:ascii="ArialMT" w:eastAsia="ArialMT" w:hAnsi="ArialMT"/>
          <w:color w:val="000000"/>
          <w:w w:val="102"/>
          <w:sz w:val="16"/>
          <w:lang w:val="pt-PT"/>
        </w:rPr>
        <w:t xml:space="preserve"> în valoare totală de ........…...... lei. </w:t>
      </w:r>
    </w:p>
    <w:p w14:paraId="56F856E2" w14:textId="77777777" w:rsidR="00BD2397" w:rsidRPr="008F01A5" w:rsidRDefault="00B8640C">
      <w:pPr>
        <w:tabs>
          <w:tab w:val="left" w:pos="350"/>
          <w:tab w:val="left" w:pos="698"/>
        </w:tabs>
        <w:autoSpaceDE w:val="0"/>
        <w:autoSpaceDN w:val="0"/>
        <w:spacing w:after="0" w:line="224" w:lineRule="exact"/>
        <w:ind w:right="576"/>
        <w:rPr>
          <w:lang w:val="pt-PT"/>
        </w:rPr>
      </w:pPr>
      <w:r>
        <w:rPr>
          <w:rFonts w:ascii="Arial" w:eastAsia="Arial" w:hAnsi="Arial"/>
          <w:b/>
          <w:color w:val="000000"/>
          <w:w w:val="102"/>
          <w:sz w:val="16"/>
        </w:rPr>
        <w:t xml:space="preserve">MĂSURI OBLIGATORII DISPUSE DE I.S.C. (art. 358 </w:t>
      </w:r>
      <w:proofErr w:type="spellStart"/>
      <w:r>
        <w:rPr>
          <w:rFonts w:ascii="Arial" w:eastAsia="Arial" w:hAnsi="Arial"/>
          <w:b/>
          <w:color w:val="000000"/>
          <w:w w:val="102"/>
          <w:sz w:val="16"/>
        </w:rPr>
        <w:t>alin</w:t>
      </w:r>
      <w:proofErr w:type="spellEnd"/>
      <w:r>
        <w:rPr>
          <w:rFonts w:ascii="Arial" w:eastAsia="Arial" w:hAnsi="Arial"/>
          <w:b/>
          <w:color w:val="000000"/>
          <w:w w:val="102"/>
          <w:sz w:val="16"/>
        </w:rPr>
        <w:t xml:space="preserve">. </w:t>
      </w:r>
      <w:r w:rsidRPr="008F01A5">
        <w:rPr>
          <w:rFonts w:ascii="Arial" w:eastAsia="Arial" w:hAnsi="Arial"/>
          <w:b/>
          <w:color w:val="000000"/>
          <w:w w:val="102"/>
          <w:sz w:val="16"/>
          <w:lang w:val="pt-PT"/>
        </w:rPr>
        <w:t xml:space="preserve">1 din Legea nr. 169/2026): </w:t>
      </w:r>
      <w:r w:rsidRPr="008F01A5">
        <w:rPr>
          <w:lang w:val="pt-PT"/>
        </w:rPr>
        <w:br/>
      </w:r>
      <w:r w:rsidRPr="008F01A5">
        <w:rPr>
          <w:lang w:val="pt-PT"/>
        </w:rPr>
        <w:tab/>
      </w:r>
      <w:r w:rsidRPr="008F01A5">
        <w:rPr>
          <w:rFonts w:ascii="ArialMT" w:eastAsia="ArialMT" w:hAnsi="ArialMT"/>
          <w:color w:val="000000"/>
          <w:w w:val="102"/>
          <w:sz w:val="16"/>
          <w:lang w:val="pt-PT"/>
        </w:rPr>
        <w:t xml:space="preserve">1. [ ] </w:t>
      </w:r>
      <w:r w:rsidRPr="008F01A5">
        <w:rPr>
          <w:rFonts w:ascii="Arial" w:eastAsia="Arial" w:hAnsi="Arial"/>
          <w:b/>
          <w:color w:val="000000"/>
          <w:w w:val="102"/>
          <w:sz w:val="16"/>
          <w:lang w:val="pt-PT"/>
        </w:rPr>
        <w:t>OPRIREA IMEDIATĂ A EXECUTĂRII LUCRĂRILOR</w:t>
      </w:r>
      <w:r w:rsidRPr="008F01A5">
        <w:rPr>
          <w:rFonts w:ascii="ArialMT" w:eastAsia="ArialMT" w:hAnsi="ArialMT"/>
          <w:color w:val="000000"/>
          <w:w w:val="102"/>
          <w:sz w:val="16"/>
          <w:lang w:val="pt-PT"/>
        </w:rPr>
        <w:t xml:space="preserve"> de construire / desființare / intervenție; </w:t>
      </w:r>
      <w:r w:rsidRPr="008F01A5">
        <w:rPr>
          <w:lang w:val="pt-PT"/>
        </w:rPr>
        <w:tab/>
      </w:r>
      <w:r w:rsidRPr="008F01A5">
        <w:rPr>
          <w:rFonts w:ascii="ArialMT" w:eastAsia="ArialMT" w:hAnsi="ArialMT"/>
          <w:color w:val="000000"/>
          <w:w w:val="102"/>
          <w:sz w:val="16"/>
          <w:lang w:val="pt-PT"/>
        </w:rPr>
        <w:t xml:space="preserve">2. [ ] </w:t>
      </w:r>
      <w:r w:rsidRPr="008F01A5">
        <w:rPr>
          <w:rFonts w:ascii="Arial" w:eastAsia="Arial" w:hAnsi="Arial"/>
          <w:b/>
          <w:color w:val="000000"/>
          <w:w w:val="102"/>
          <w:sz w:val="16"/>
          <w:lang w:val="pt-PT"/>
        </w:rPr>
        <w:t>Încadrarea lucrărilor</w:t>
      </w:r>
      <w:r w:rsidRPr="008F01A5">
        <w:rPr>
          <w:rFonts w:ascii="ArialMT" w:eastAsia="ArialMT" w:hAnsi="ArialMT"/>
          <w:color w:val="000000"/>
          <w:w w:val="102"/>
          <w:sz w:val="16"/>
          <w:lang w:val="pt-PT"/>
        </w:rPr>
        <w:t xml:space="preserve"> în prevederile autorizaţiei de construire sau ale proiectului notificat (art. 358 </w:t>
      </w:r>
      <w:r w:rsidRPr="008F01A5">
        <w:rPr>
          <w:lang w:val="pt-PT"/>
        </w:rPr>
        <w:tab/>
      </w:r>
      <w:r w:rsidRPr="008F01A5">
        <w:rPr>
          <w:rFonts w:ascii="ArialMT" w:eastAsia="ArialMT" w:hAnsi="ArialMT"/>
          <w:color w:val="000000"/>
          <w:w w:val="102"/>
          <w:sz w:val="16"/>
          <w:lang w:val="pt-PT"/>
        </w:rPr>
        <w:t xml:space="preserve">alin. 1 lit. a); </w:t>
      </w:r>
      <w:r w:rsidRPr="008F01A5">
        <w:rPr>
          <w:lang w:val="pt-PT"/>
        </w:rPr>
        <w:br/>
      </w:r>
      <w:r w:rsidRPr="008F01A5">
        <w:rPr>
          <w:lang w:val="pt-PT"/>
        </w:rPr>
        <w:tab/>
      </w:r>
      <w:r w:rsidRPr="008F01A5">
        <w:rPr>
          <w:rFonts w:ascii="ArialMT" w:eastAsia="ArialMT" w:hAnsi="ArialMT"/>
          <w:color w:val="000000"/>
          <w:w w:val="102"/>
          <w:sz w:val="16"/>
          <w:lang w:val="pt-PT"/>
        </w:rPr>
        <w:t xml:space="preserve">3. [ ] </w:t>
      </w:r>
      <w:r w:rsidRPr="008F01A5">
        <w:rPr>
          <w:rFonts w:ascii="Arial" w:eastAsia="Arial" w:hAnsi="Arial"/>
          <w:b/>
          <w:color w:val="000000"/>
          <w:w w:val="102"/>
          <w:sz w:val="16"/>
          <w:lang w:val="pt-PT"/>
        </w:rPr>
        <w:t>Obţinerea autorizaţiei de regularizare</w:t>
      </w:r>
      <w:r w:rsidRPr="008F01A5">
        <w:rPr>
          <w:rFonts w:ascii="ArialMT" w:eastAsia="ArialMT" w:hAnsi="ArialMT"/>
          <w:color w:val="000000"/>
          <w:w w:val="102"/>
          <w:sz w:val="16"/>
          <w:lang w:val="pt-PT"/>
        </w:rPr>
        <w:t xml:space="preserve"> pentru lucrările executate fără autorizaţie, în condiţiile art. </w:t>
      </w:r>
    </w:p>
    <w:p w14:paraId="1029F771" w14:textId="77777777" w:rsidR="00BD2397" w:rsidRPr="00B9266D" w:rsidRDefault="00B8640C">
      <w:pPr>
        <w:tabs>
          <w:tab w:val="left" w:pos="698"/>
        </w:tabs>
        <w:autoSpaceDE w:val="0"/>
        <w:autoSpaceDN w:val="0"/>
        <w:spacing w:after="0" w:line="224" w:lineRule="exact"/>
        <w:ind w:left="350" w:right="576"/>
      </w:pPr>
      <w:r w:rsidRPr="008F01A5">
        <w:rPr>
          <w:rFonts w:ascii="ArialMT" w:eastAsia="ArialMT" w:hAnsi="ArialMT"/>
          <w:color w:val="000000"/>
          <w:w w:val="102"/>
          <w:sz w:val="16"/>
          <w:lang w:val="pt-PT"/>
        </w:rPr>
        <w:t xml:space="preserve">301, dacă acestea se încadrează în reglementările urbanistice şi respectă cerinţele fundamentale de calitate (art. 358 alin. 1 lit. b); </w:t>
      </w:r>
      <w:r w:rsidRPr="008F01A5">
        <w:rPr>
          <w:lang w:val="pt-PT"/>
        </w:rPr>
        <w:br/>
      </w:r>
      <w:r w:rsidRPr="008F01A5">
        <w:rPr>
          <w:rFonts w:ascii="ArialMT" w:eastAsia="ArialMT" w:hAnsi="ArialMT"/>
          <w:color w:val="000000"/>
          <w:w w:val="102"/>
          <w:sz w:val="16"/>
          <w:lang w:val="pt-PT"/>
        </w:rPr>
        <w:t xml:space="preserve">4. [ ] </w:t>
      </w:r>
      <w:r w:rsidRPr="008F01A5">
        <w:rPr>
          <w:rFonts w:ascii="Arial" w:eastAsia="Arial" w:hAnsi="Arial"/>
          <w:b/>
          <w:color w:val="000000"/>
          <w:w w:val="102"/>
          <w:sz w:val="16"/>
          <w:lang w:val="pt-PT"/>
        </w:rPr>
        <w:t>Desfiinţarea lucrărilor</w:t>
      </w:r>
      <w:r w:rsidRPr="008F01A5">
        <w:rPr>
          <w:rFonts w:ascii="ArialMT" w:eastAsia="ArialMT" w:hAnsi="ArialMT"/>
          <w:color w:val="000000"/>
          <w:w w:val="102"/>
          <w:sz w:val="16"/>
          <w:lang w:val="pt-PT"/>
        </w:rPr>
        <w:t xml:space="preserve"> executate fără autorizaţie / fără respectarea procedurii notificării / fără respectarea proiectului şi aducerea terenului/construcției la starea inițială (art. 358 alin. </w:t>
      </w:r>
      <w:r>
        <w:rPr>
          <w:rFonts w:ascii="ArialMT" w:eastAsia="ArialMT" w:hAnsi="ArialMT"/>
          <w:color w:val="000000"/>
          <w:w w:val="102"/>
          <w:sz w:val="16"/>
        </w:rPr>
        <w:t xml:space="preserve">1 lit. c/d); 5. </w:t>
      </w:r>
      <w:proofErr w:type="gramStart"/>
      <w:r>
        <w:rPr>
          <w:rFonts w:ascii="ArialMT" w:eastAsia="ArialMT" w:hAnsi="ArialMT"/>
          <w:color w:val="000000"/>
          <w:w w:val="102"/>
          <w:sz w:val="16"/>
        </w:rPr>
        <w:t>[ ]</w:t>
      </w:r>
      <w:proofErr w:type="gramEnd"/>
      <w:r>
        <w:rPr>
          <w:rFonts w:ascii="ArialMT" w:eastAsia="ArialMT" w:hAnsi="ArialMT"/>
          <w:color w:val="000000"/>
          <w:w w:val="102"/>
          <w:sz w:val="16"/>
        </w:rPr>
        <w:t xml:space="preserve"> </w:t>
      </w:r>
      <w:proofErr w:type="spellStart"/>
      <w:r>
        <w:rPr>
          <w:rFonts w:ascii="Arial" w:eastAsia="Arial" w:hAnsi="Arial"/>
          <w:b/>
          <w:color w:val="000000"/>
          <w:w w:val="102"/>
          <w:sz w:val="16"/>
        </w:rPr>
        <w:t>Aducerea</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terenului</w:t>
      </w:r>
      <w:proofErr w:type="spellEnd"/>
      <w:r>
        <w:rPr>
          <w:rFonts w:ascii="Arial" w:eastAsia="Arial" w:hAnsi="Arial"/>
          <w:b/>
          <w:color w:val="000000"/>
          <w:w w:val="102"/>
          <w:sz w:val="16"/>
        </w:rPr>
        <w:t xml:space="preserve"> la </w:t>
      </w:r>
      <w:proofErr w:type="spellStart"/>
      <w:r>
        <w:rPr>
          <w:rFonts w:ascii="Arial" w:eastAsia="Arial" w:hAnsi="Arial"/>
          <w:b/>
          <w:color w:val="000000"/>
          <w:w w:val="102"/>
          <w:sz w:val="16"/>
        </w:rPr>
        <w:t>starea</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inițială</w:t>
      </w:r>
      <w:proofErr w:type="spellEnd"/>
      <w:r>
        <w:rPr>
          <w:rFonts w:ascii="ArialMT" w:eastAsia="ArialMT" w:hAnsi="ArialMT"/>
          <w:color w:val="000000"/>
          <w:w w:val="102"/>
          <w:sz w:val="16"/>
        </w:rPr>
        <w:t xml:space="preserve"> / </w:t>
      </w:r>
      <w:proofErr w:type="spellStart"/>
      <w:r>
        <w:rPr>
          <w:rFonts w:ascii="ArialMT" w:eastAsia="ArialMT" w:hAnsi="ArialMT"/>
          <w:color w:val="000000"/>
          <w:w w:val="102"/>
          <w:sz w:val="16"/>
        </w:rPr>
        <w:t>curățarea</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și</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degajarea</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amplasamentului</w:t>
      </w:r>
      <w:proofErr w:type="spellEnd"/>
      <w:r>
        <w:rPr>
          <w:rFonts w:ascii="ArialMT" w:eastAsia="ArialMT" w:hAnsi="ArialMT"/>
          <w:color w:val="000000"/>
          <w:w w:val="102"/>
          <w:sz w:val="16"/>
        </w:rPr>
        <w:t xml:space="preserve"> (art. 357 </w:t>
      </w:r>
      <w:proofErr w:type="spellStart"/>
      <w:r>
        <w:rPr>
          <w:rFonts w:ascii="ArialMT" w:eastAsia="ArialMT" w:hAnsi="ArialMT"/>
          <w:color w:val="000000"/>
          <w:w w:val="102"/>
          <w:sz w:val="16"/>
        </w:rPr>
        <w:t>alin</w:t>
      </w:r>
      <w:proofErr w:type="spellEnd"/>
      <w:r>
        <w:rPr>
          <w:rFonts w:ascii="ArialMT" w:eastAsia="ArialMT" w:hAnsi="ArialMT"/>
          <w:color w:val="000000"/>
          <w:w w:val="102"/>
          <w:sz w:val="16"/>
        </w:rPr>
        <w:t xml:space="preserve">. </w:t>
      </w:r>
      <w:r w:rsidRPr="00B9266D">
        <w:rPr>
          <w:rFonts w:ascii="ArialMT" w:eastAsia="ArialMT" w:hAnsi="ArialMT"/>
          <w:color w:val="000000"/>
          <w:w w:val="102"/>
          <w:sz w:val="16"/>
        </w:rPr>
        <w:t xml:space="preserve">1 lit. f/g). </w:t>
      </w:r>
    </w:p>
    <w:p w14:paraId="35066DA3" w14:textId="77777777" w:rsidR="00BD2397" w:rsidRPr="008F01A5" w:rsidRDefault="00B8640C">
      <w:pPr>
        <w:autoSpaceDE w:val="0"/>
        <w:autoSpaceDN w:val="0"/>
        <w:spacing w:after="0" w:line="194" w:lineRule="exact"/>
        <w:rPr>
          <w:lang w:val="pt-PT"/>
        </w:rPr>
      </w:pPr>
      <w:r w:rsidRPr="008F01A5">
        <w:rPr>
          <w:rFonts w:ascii="Arial" w:eastAsia="Arial" w:hAnsi="Arial"/>
          <w:b/>
          <w:color w:val="000000"/>
          <w:w w:val="102"/>
          <w:sz w:val="16"/>
          <w:lang w:val="pt-PT"/>
        </w:rPr>
        <w:t>TERMEN LIMITĂ DE REALIZARE A MĂSURILOR:</w:t>
      </w:r>
      <w:r w:rsidRPr="008F01A5">
        <w:rPr>
          <w:rFonts w:ascii="ArialMT" w:eastAsia="ArialMT" w:hAnsi="ArialMT"/>
          <w:color w:val="000000"/>
          <w:w w:val="102"/>
          <w:sz w:val="16"/>
          <w:lang w:val="pt-PT"/>
        </w:rPr>
        <w:t xml:space="preserve"> până la data de </w:t>
      </w:r>
      <w:r w:rsidRPr="008F01A5">
        <w:rPr>
          <w:rFonts w:ascii="Arial" w:eastAsia="Arial" w:hAnsi="Arial"/>
          <w:b/>
          <w:color w:val="000000"/>
          <w:w w:val="102"/>
          <w:sz w:val="16"/>
          <w:lang w:val="pt-PT"/>
        </w:rPr>
        <w:t>………………………</w:t>
      </w:r>
      <w:r w:rsidRPr="008F01A5">
        <w:rPr>
          <w:rFonts w:ascii="ArialMT" w:eastAsia="ArialMT" w:hAnsi="ArialMT"/>
          <w:color w:val="000000"/>
          <w:w w:val="102"/>
          <w:sz w:val="16"/>
          <w:lang w:val="pt-PT"/>
        </w:rPr>
        <w:t xml:space="preserve">. </w:t>
      </w:r>
    </w:p>
    <w:tbl>
      <w:tblPr>
        <w:tblW w:w="0" w:type="auto"/>
        <w:tblInd w:w="225" w:type="dxa"/>
        <w:tblLayout w:type="fixed"/>
        <w:tblLook w:val="04A0" w:firstRow="1" w:lastRow="0" w:firstColumn="1" w:lastColumn="0" w:noHBand="0" w:noVBand="1"/>
      </w:tblPr>
      <w:tblGrid>
        <w:gridCol w:w="3532"/>
        <w:gridCol w:w="2786"/>
        <w:gridCol w:w="2580"/>
      </w:tblGrid>
      <w:tr w:rsidR="00BD2397" w14:paraId="279CDB40" w14:textId="77777777">
        <w:trPr>
          <w:trHeight w:hRule="exact" w:val="448"/>
        </w:trPr>
        <w:tc>
          <w:tcPr>
            <w:tcW w:w="3532" w:type="dxa"/>
            <w:tcBorders>
              <w:top w:val="single" w:sz="4" w:space="0" w:color="000000"/>
              <w:left w:val="single" w:sz="3" w:space="0" w:color="000000"/>
              <w:bottom w:val="single" w:sz="4" w:space="0" w:color="000000"/>
              <w:right w:val="single" w:sz="3" w:space="0" w:color="000000"/>
            </w:tcBorders>
            <w:tcMar>
              <w:left w:w="0" w:type="dxa"/>
              <w:right w:w="0" w:type="dxa"/>
            </w:tcMar>
          </w:tcPr>
          <w:p w14:paraId="52A8D9E9"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Agent </w:t>
            </w:r>
            <w:proofErr w:type="spellStart"/>
            <w:r>
              <w:rPr>
                <w:rFonts w:ascii="Arial" w:eastAsia="Arial" w:hAnsi="Arial"/>
                <w:b/>
                <w:color w:val="000000"/>
                <w:w w:val="102"/>
                <w:sz w:val="16"/>
              </w:rPr>
              <w:t>constatator</w:t>
            </w:r>
            <w:proofErr w:type="spellEnd"/>
          </w:p>
        </w:tc>
        <w:tc>
          <w:tcPr>
            <w:tcW w:w="2786" w:type="dxa"/>
            <w:tcBorders>
              <w:top w:val="single" w:sz="4" w:space="0" w:color="000000"/>
              <w:left w:val="single" w:sz="3" w:space="0" w:color="000000"/>
              <w:bottom w:val="single" w:sz="4" w:space="0" w:color="000000"/>
              <w:right w:val="single" w:sz="3" w:space="0" w:color="000000"/>
            </w:tcBorders>
            <w:tcMar>
              <w:left w:w="0" w:type="dxa"/>
              <w:right w:w="0" w:type="dxa"/>
            </w:tcMar>
          </w:tcPr>
          <w:p w14:paraId="32BC955D"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Contravenient</w:t>
            </w:r>
            <w:proofErr w:type="spellEnd"/>
          </w:p>
        </w:tc>
        <w:tc>
          <w:tcPr>
            <w:tcW w:w="2580" w:type="dxa"/>
            <w:tcBorders>
              <w:top w:val="single" w:sz="4" w:space="0" w:color="000000"/>
              <w:left w:val="single" w:sz="3" w:space="0" w:color="000000"/>
              <w:bottom w:val="single" w:sz="4" w:space="0" w:color="000000"/>
              <w:right w:val="single" w:sz="3" w:space="0" w:color="000000"/>
            </w:tcBorders>
            <w:tcMar>
              <w:left w:w="0" w:type="dxa"/>
              <w:right w:w="0" w:type="dxa"/>
            </w:tcMar>
          </w:tcPr>
          <w:p w14:paraId="07BAE2D6"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Martor</w:t>
            </w:r>
            <w:proofErr w:type="spellEnd"/>
          </w:p>
        </w:tc>
      </w:tr>
      <w:tr w:rsidR="00BD2397" w14:paraId="78E97CDB" w14:textId="77777777">
        <w:trPr>
          <w:trHeight w:hRule="exact" w:val="890"/>
        </w:trPr>
        <w:tc>
          <w:tcPr>
            <w:tcW w:w="3532" w:type="dxa"/>
            <w:tcBorders>
              <w:top w:val="single" w:sz="4" w:space="0" w:color="000000"/>
              <w:left w:val="single" w:sz="3" w:space="0" w:color="000000"/>
              <w:bottom w:val="single" w:sz="3" w:space="0" w:color="000000"/>
              <w:right w:val="single" w:sz="3" w:space="0" w:color="000000"/>
            </w:tcBorders>
            <w:tcMar>
              <w:left w:w="0" w:type="dxa"/>
              <w:right w:w="0" w:type="dxa"/>
            </w:tcMar>
          </w:tcPr>
          <w:p w14:paraId="4793DFDF"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2786" w:type="dxa"/>
            <w:tcBorders>
              <w:top w:val="single" w:sz="4" w:space="0" w:color="000000"/>
              <w:left w:val="single" w:sz="3" w:space="0" w:color="000000"/>
              <w:bottom w:val="single" w:sz="3" w:space="0" w:color="000000"/>
              <w:right w:val="single" w:sz="3" w:space="0" w:color="000000"/>
            </w:tcBorders>
            <w:tcMar>
              <w:left w:w="0" w:type="dxa"/>
              <w:right w:w="0" w:type="dxa"/>
            </w:tcMar>
          </w:tcPr>
          <w:p w14:paraId="0F003BA4" w14:textId="77777777" w:rsidR="00BD2397" w:rsidRDefault="00B8640C">
            <w:pPr>
              <w:autoSpaceDE w:val="0"/>
              <w:autoSpaceDN w:val="0"/>
              <w:spacing w:after="0" w:line="224" w:lineRule="exact"/>
              <w:ind w:left="432" w:right="432"/>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2580" w:type="dxa"/>
            <w:tcBorders>
              <w:top w:val="single" w:sz="4" w:space="0" w:color="000000"/>
              <w:left w:val="single" w:sz="3" w:space="0" w:color="000000"/>
              <w:bottom w:val="single" w:sz="3" w:space="0" w:color="000000"/>
              <w:right w:val="single" w:sz="3" w:space="0" w:color="000000"/>
            </w:tcBorders>
            <w:tcMar>
              <w:left w:w="0" w:type="dxa"/>
              <w:right w:w="0" w:type="dxa"/>
            </w:tcMar>
          </w:tcPr>
          <w:p w14:paraId="16FCBCF3" w14:textId="77777777" w:rsidR="00BD2397" w:rsidRDefault="00B8640C">
            <w:pPr>
              <w:autoSpaceDE w:val="0"/>
              <w:autoSpaceDN w:val="0"/>
              <w:spacing w:after="0" w:line="224" w:lineRule="exact"/>
              <w:ind w:left="288" w:right="288"/>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r>
    </w:tbl>
    <w:p w14:paraId="3067E1CF" w14:textId="77777777" w:rsidR="00BD2397" w:rsidRDefault="00B8640C">
      <w:pPr>
        <w:autoSpaceDE w:val="0"/>
        <w:autoSpaceDN w:val="0"/>
        <w:spacing w:after="0" w:line="198" w:lineRule="exact"/>
      </w:pPr>
      <w:r>
        <w:rPr>
          <w:rFonts w:ascii="ArialMT" w:eastAsia="ArialMT" w:hAnsi="ArialMT"/>
          <w:color w:val="000000"/>
          <w:w w:val="102"/>
          <w:sz w:val="16"/>
        </w:rPr>
        <w:t xml:space="preserve">F_04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roofErr w:type="spellStart"/>
      <w:r>
        <w:rPr>
          <w:rFonts w:ascii="TimesNewRomanPSMT" w:eastAsia="TimesNewRomanPSMT" w:hAnsi="TimesNewRomanPSMT"/>
          <w:color w:val="595959"/>
          <w:w w:val="102"/>
          <w:sz w:val="16"/>
        </w:rPr>
        <w:t>pagina</w:t>
      </w:r>
      <w:proofErr w:type="spellEnd"/>
      <w:r>
        <w:rPr>
          <w:rFonts w:ascii="TimesNewRomanPSMT" w:eastAsia="TimesNewRomanPSMT" w:hAnsi="TimesNewRomanPSMT"/>
          <w:color w:val="595959"/>
          <w:w w:val="102"/>
          <w:sz w:val="16"/>
        </w:rPr>
        <w:t xml:space="preserve"> 2 din 3</w:t>
      </w:r>
    </w:p>
    <w:p w14:paraId="1C4E8C9B" w14:textId="77777777" w:rsidR="00BD2397" w:rsidRDefault="00BD2397">
      <w:pPr>
        <w:spacing w:after="0"/>
        <w:sectPr w:rsidR="00BD2397">
          <w:pgSz w:w="11900" w:h="16840"/>
          <w:pgMar w:top="126" w:right="546" w:bottom="340" w:left="1274" w:header="720" w:footer="720" w:gutter="0"/>
          <w:cols w:space="708"/>
          <w:docGrid w:linePitch="360"/>
        </w:sectPr>
      </w:pPr>
    </w:p>
    <w:p w14:paraId="0C74D7F3" w14:textId="77777777" w:rsidR="00BD2397" w:rsidRDefault="00BD2397">
      <w:pPr>
        <w:autoSpaceDE w:val="0"/>
        <w:autoSpaceDN w:val="0"/>
        <w:spacing w:after="0" w:line="126" w:lineRule="exact"/>
      </w:pPr>
    </w:p>
    <w:p w14:paraId="798D3D3F" w14:textId="77777777" w:rsidR="00BD2397" w:rsidRPr="008F01A5" w:rsidRDefault="00B8640C">
      <w:pPr>
        <w:tabs>
          <w:tab w:val="left" w:pos="2080"/>
        </w:tabs>
        <w:autoSpaceDE w:val="0"/>
        <w:autoSpaceDN w:val="0"/>
        <w:spacing w:after="0" w:line="200" w:lineRule="exact"/>
        <w:rPr>
          <w:rFonts w:ascii="Arial" w:eastAsia="Arial" w:hAnsi="Arial"/>
          <w:color w:val="000000"/>
          <w:sz w:val="17"/>
          <w:lang w:val="pt-PT"/>
        </w:rPr>
      </w:pPr>
      <w:r w:rsidRPr="008F01A5">
        <w:rPr>
          <w:rFonts w:ascii="Arial" w:eastAsia="Arial" w:hAnsi="Arial"/>
          <w:color w:val="000000"/>
          <w:sz w:val="17"/>
          <w:lang w:val="pt-PT"/>
        </w:rPr>
        <w:t xml:space="preserve"> </w:t>
      </w:r>
      <w:r w:rsidR="00CE6227" w:rsidRPr="008F01A5">
        <w:rPr>
          <w:rFonts w:ascii="Arial" w:eastAsia="Arial" w:hAnsi="Arial"/>
          <w:color w:val="000000"/>
          <w:sz w:val="17"/>
          <w:lang w:val="pt-PT"/>
        </w:rPr>
        <w:t xml:space="preserve">         </w:t>
      </w:r>
      <w:r w:rsidRPr="008F01A5">
        <w:rPr>
          <w:rFonts w:ascii="Arial" w:eastAsia="Arial" w:hAnsi="Arial"/>
          <w:color w:val="000000"/>
          <w:sz w:val="17"/>
          <w:lang w:val="pt-PT"/>
        </w:rPr>
        <w:t>MONITORUL OFICIAL AL ROMÂNIEI, PARTEA I, Nr. 711 bis/26.VIII.2026</w:t>
      </w:r>
      <w:r w:rsidR="00CE6227" w:rsidRPr="008F01A5">
        <w:rPr>
          <w:rFonts w:ascii="Arial" w:eastAsia="Arial" w:hAnsi="Arial"/>
          <w:color w:val="000000"/>
          <w:sz w:val="17"/>
          <w:lang w:val="pt-PT"/>
        </w:rPr>
        <w:t xml:space="preserve">                                                                                60</w:t>
      </w:r>
    </w:p>
    <w:p w14:paraId="3A738E07" w14:textId="77777777" w:rsidR="00CE6227" w:rsidRPr="008F01A5" w:rsidRDefault="00CE6227">
      <w:pPr>
        <w:tabs>
          <w:tab w:val="left" w:pos="2080"/>
        </w:tabs>
        <w:autoSpaceDE w:val="0"/>
        <w:autoSpaceDN w:val="0"/>
        <w:spacing w:after="0" w:line="200" w:lineRule="exact"/>
        <w:rPr>
          <w:lang w:val="pt-PT"/>
        </w:rPr>
      </w:pPr>
    </w:p>
    <w:p w14:paraId="7E1C6AFF" w14:textId="77777777" w:rsidR="00BD2397" w:rsidRDefault="00B8640C">
      <w:pPr>
        <w:autoSpaceDE w:val="0"/>
        <w:autoSpaceDN w:val="0"/>
        <w:spacing w:after="0" w:line="198" w:lineRule="exact"/>
        <w:ind w:left="710"/>
      </w:pPr>
      <w:r>
        <w:rPr>
          <w:rFonts w:ascii="ArialMT" w:eastAsia="ArialMT" w:hAnsi="ArialMT"/>
          <w:color w:val="000000"/>
          <w:w w:val="102"/>
          <w:sz w:val="16"/>
        </w:rPr>
        <w:t xml:space="preserve">F_04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
    <w:p w14:paraId="2341AB47" w14:textId="77777777" w:rsidR="00BD2397" w:rsidRPr="00912339" w:rsidRDefault="00B8640C">
      <w:pPr>
        <w:autoSpaceDE w:val="0"/>
        <w:autoSpaceDN w:val="0"/>
        <w:spacing w:after="0" w:line="224" w:lineRule="exact"/>
        <w:ind w:left="710" w:right="22"/>
        <w:jc w:val="both"/>
        <w:rPr>
          <w:lang w:val="de-DE"/>
        </w:rPr>
      </w:pPr>
      <w:r w:rsidRPr="00912339">
        <w:rPr>
          <w:rFonts w:ascii="ArialMT" w:eastAsia="ArialMT" w:hAnsi="ArialMT"/>
          <w:color w:val="000000"/>
          <w:w w:val="102"/>
          <w:sz w:val="16"/>
          <w:lang w:val="de-DE"/>
        </w:rPr>
        <w:t xml:space="preserve">Punerea în întârziere (art. 357 alin. 10 și art. 358 alin. 3): În cazul neconformării la măsurile dispuse prin prezentul proces-verbal în termenul stabilit, I.S.C. / autoritățile administrației publice competente vor sesiza instanțele judecătorești / de contencios administrativ în vederea demolării/desființării lucrărilor realizate nelegal sau încadrării acestora în autorizație, pe cheltuiala persoanelor vinovate. </w:t>
      </w:r>
    </w:p>
    <w:p w14:paraId="29549956" w14:textId="77777777" w:rsidR="00BD2397" w:rsidRPr="00912339" w:rsidRDefault="00B8640C">
      <w:pPr>
        <w:autoSpaceDE w:val="0"/>
        <w:autoSpaceDN w:val="0"/>
        <w:spacing w:after="0" w:line="194" w:lineRule="exact"/>
        <w:ind w:left="710"/>
        <w:rPr>
          <w:lang w:val="de-DE"/>
        </w:rPr>
      </w:pPr>
      <w:r w:rsidRPr="00912339">
        <w:rPr>
          <w:rFonts w:ascii="Arial" w:eastAsia="Arial" w:hAnsi="Arial"/>
          <w:b/>
          <w:color w:val="000000"/>
          <w:w w:val="102"/>
          <w:sz w:val="16"/>
          <w:lang w:val="de-DE"/>
        </w:rPr>
        <w:t xml:space="preserve">7. ÎNŞTIINŢARE DE PLATĂ </w:t>
      </w:r>
    </w:p>
    <w:p w14:paraId="2D8B4A37" w14:textId="77777777" w:rsidR="00BD2397" w:rsidRPr="00912339" w:rsidRDefault="00B8640C">
      <w:pPr>
        <w:autoSpaceDE w:val="0"/>
        <w:autoSpaceDN w:val="0"/>
        <w:spacing w:after="0" w:line="196" w:lineRule="exact"/>
        <w:ind w:left="710"/>
        <w:rPr>
          <w:lang w:val="de-DE"/>
        </w:rPr>
      </w:pPr>
      <w:r w:rsidRPr="00912339">
        <w:rPr>
          <w:rFonts w:ascii="Arial" w:eastAsia="Arial" w:hAnsi="Arial"/>
          <w:b/>
          <w:color w:val="000000"/>
          <w:w w:val="102"/>
          <w:sz w:val="16"/>
          <w:lang w:val="de-DE"/>
        </w:rPr>
        <w:t xml:space="preserve">Contravenientul va achita suma totală de ........................ lei (valoarea integrală a amenzii aplicate). </w:t>
      </w:r>
    </w:p>
    <w:p w14:paraId="53AAEEE1" w14:textId="77777777" w:rsidR="00BD2397" w:rsidRPr="00912339" w:rsidRDefault="00B8640C">
      <w:pPr>
        <w:autoSpaceDE w:val="0"/>
        <w:autoSpaceDN w:val="0"/>
        <w:spacing w:after="0" w:line="224" w:lineRule="exact"/>
        <w:ind w:left="710" w:right="20"/>
        <w:jc w:val="both"/>
        <w:rPr>
          <w:lang w:val="de-DE"/>
        </w:rPr>
      </w:pPr>
      <w:r w:rsidRPr="00912339">
        <w:rPr>
          <w:rFonts w:ascii="Arial" w:eastAsia="Arial" w:hAnsi="Arial"/>
          <w:b/>
          <w:color w:val="000000"/>
          <w:w w:val="102"/>
          <w:sz w:val="16"/>
          <w:lang w:val="de-DE"/>
        </w:rPr>
        <w:t xml:space="preserve">Pentru situațiile specific prevăzute la art. 144 alin  (1) din Legea 169/2026, contravenientul are posibilitatea ca, în termen de 15 zile de la data înmânării sau comunicării procesului-verbal, să achite jumătate din minimul amenzii prevăzute în procesul verbal , potrivit prevederilor legale aplicabile, adică suma totală de ........................ lei, în caz contrar contravenientul va achita  valoarea integrală a amenzii aplicate. </w:t>
      </w:r>
    </w:p>
    <w:p w14:paraId="5F9B11D7" w14:textId="77777777" w:rsidR="00BD2397" w:rsidRPr="00912339" w:rsidRDefault="00B8640C">
      <w:pPr>
        <w:autoSpaceDE w:val="0"/>
        <w:autoSpaceDN w:val="0"/>
        <w:spacing w:after="0" w:line="224" w:lineRule="exact"/>
        <w:ind w:left="710" w:right="22"/>
        <w:jc w:val="both"/>
        <w:rPr>
          <w:lang w:val="de-DE"/>
        </w:rPr>
      </w:pPr>
      <w:r w:rsidRPr="00912339">
        <w:rPr>
          <w:rFonts w:ascii="ArialMT" w:eastAsia="ArialMT" w:hAnsi="ArialMT"/>
          <w:color w:val="000000"/>
          <w:w w:val="102"/>
          <w:sz w:val="16"/>
          <w:lang w:val="de-DE"/>
        </w:rPr>
        <w:t xml:space="preserve">a) Locul și modalitatea de plată: Sumele provenite din amenzile aplicate persoanei fizice se fac venit integral la bugetul local al unităţii/subdiviziunii administrativ-teritoriale în care contravenientul îşi are domiciliul/Sumele provenite din amenzile aplicate persoanei juridice se fac venit integral la bugetul de stat în care contravenientul îşi are domiciliul sau sediul, după caz. </w:t>
      </w:r>
    </w:p>
    <w:p w14:paraId="5B0858B8" w14:textId="77777777" w:rsidR="00BD2397" w:rsidRPr="008F01A5" w:rsidRDefault="00B8640C">
      <w:pPr>
        <w:autoSpaceDE w:val="0"/>
        <w:autoSpaceDN w:val="0"/>
        <w:spacing w:after="0" w:line="222" w:lineRule="exact"/>
        <w:ind w:left="710" w:right="24"/>
        <w:jc w:val="both"/>
        <w:rPr>
          <w:lang w:val="pt-PT"/>
        </w:rPr>
      </w:pPr>
      <w:r w:rsidRPr="008F01A5">
        <w:rPr>
          <w:rFonts w:ascii="ArialMT" w:eastAsia="ArialMT" w:hAnsi="ArialMT"/>
          <w:color w:val="000000"/>
          <w:w w:val="102"/>
          <w:sz w:val="16"/>
          <w:lang w:val="pt-PT"/>
        </w:rPr>
        <w:t xml:space="preserve">Amenzile care se cuvin bugetului de stat/local pot fi achitate, prin mijloace de plată online, în conturile dedicate. O copie de pe chitanţă se predă de către contravenient agentului constatator sau se transmite prin poştă sau electronic, prin e-mail, organului din care acesta face parte </w:t>
      </w:r>
    </w:p>
    <w:p w14:paraId="6A406F18" w14:textId="77777777" w:rsidR="00BD2397" w:rsidRPr="008F01A5" w:rsidRDefault="00B8640C">
      <w:pPr>
        <w:autoSpaceDE w:val="0"/>
        <w:autoSpaceDN w:val="0"/>
        <w:spacing w:after="0" w:line="224" w:lineRule="exact"/>
        <w:ind w:left="710"/>
        <w:rPr>
          <w:lang w:val="pt-PT"/>
        </w:rPr>
      </w:pPr>
      <w:r w:rsidRPr="008F01A5">
        <w:rPr>
          <w:rFonts w:ascii="ArialMT" w:eastAsia="ArialMT" w:hAnsi="ArialMT"/>
          <w:color w:val="000000"/>
          <w:w w:val="102"/>
          <w:sz w:val="16"/>
          <w:lang w:val="pt-PT"/>
        </w:rPr>
        <w:t xml:space="preserve">b) Dovada plății: Contravenientul are obligaţia de a transmite copia dovezii de plată în termen de 15 zile de la înmânării/comunicării pezentului proces-verbal, la sediul I.J.C ............................/I.C.M.B., situat în </w:t>
      </w:r>
    </w:p>
    <w:tbl>
      <w:tblPr>
        <w:tblW w:w="0" w:type="auto"/>
        <w:tblInd w:w="336" w:type="dxa"/>
        <w:tblLayout w:type="fixed"/>
        <w:tblLook w:val="04A0" w:firstRow="1" w:lastRow="0" w:firstColumn="1" w:lastColumn="0" w:noHBand="0" w:noVBand="1"/>
      </w:tblPr>
      <w:tblGrid>
        <w:gridCol w:w="2380"/>
        <w:gridCol w:w="620"/>
        <w:gridCol w:w="2100"/>
        <w:gridCol w:w="600"/>
        <w:gridCol w:w="700"/>
        <w:gridCol w:w="1140"/>
        <w:gridCol w:w="1440"/>
        <w:gridCol w:w="800"/>
      </w:tblGrid>
      <w:tr w:rsidR="00BD2397" w14:paraId="11774C15" w14:textId="77777777">
        <w:trPr>
          <w:trHeight w:hRule="exact" w:val="222"/>
        </w:trPr>
        <w:tc>
          <w:tcPr>
            <w:tcW w:w="2380" w:type="dxa"/>
            <w:tcMar>
              <w:left w:w="0" w:type="dxa"/>
              <w:right w:w="0" w:type="dxa"/>
            </w:tcMar>
          </w:tcPr>
          <w:p w14:paraId="44F2ED45" w14:textId="77777777" w:rsidR="00BD2397" w:rsidRDefault="00B8640C">
            <w:pPr>
              <w:autoSpaceDE w:val="0"/>
              <w:autoSpaceDN w:val="0"/>
              <w:spacing w:after="0" w:line="194" w:lineRule="exact"/>
              <w:ind w:left="374"/>
            </w:pPr>
            <w:r>
              <w:rPr>
                <w:rFonts w:ascii="ArialMT" w:eastAsia="ArialMT" w:hAnsi="ArialMT"/>
                <w:color w:val="000000"/>
                <w:w w:val="102"/>
                <w:sz w:val="16"/>
              </w:rPr>
              <w:t xml:space="preserve">………………………, </w:t>
            </w:r>
          </w:p>
        </w:tc>
        <w:tc>
          <w:tcPr>
            <w:tcW w:w="620" w:type="dxa"/>
            <w:tcMar>
              <w:left w:w="0" w:type="dxa"/>
              <w:right w:w="0" w:type="dxa"/>
            </w:tcMar>
          </w:tcPr>
          <w:p w14:paraId="36854C14"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str. </w:t>
            </w:r>
          </w:p>
        </w:tc>
        <w:tc>
          <w:tcPr>
            <w:tcW w:w="2100" w:type="dxa"/>
            <w:tcMar>
              <w:left w:w="0" w:type="dxa"/>
              <w:right w:w="0" w:type="dxa"/>
            </w:tcMar>
          </w:tcPr>
          <w:p w14:paraId="32C47734"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600" w:type="dxa"/>
            <w:tcMar>
              <w:left w:w="0" w:type="dxa"/>
              <w:right w:w="0" w:type="dxa"/>
            </w:tcMar>
          </w:tcPr>
          <w:p w14:paraId="361DDADC"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nr. </w:t>
            </w:r>
          </w:p>
        </w:tc>
        <w:tc>
          <w:tcPr>
            <w:tcW w:w="700" w:type="dxa"/>
            <w:tcMar>
              <w:left w:w="0" w:type="dxa"/>
              <w:right w:w="0" w:type="dxa"/>
            </w:tcMar>
          </w:tcPr>
          <w:p w14:paraId="32620303"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1140" w:type="dxa"/>
            <w:tcMar>
              <w:left w:w="0" w:type="dxa"/>
              <w:right w:w="0" w:type="dxa"/>
            </w:tcMar>
          </w:tcPr>
          <w:p w14:paraId="751A62CD" w14:textId="77777777" w:rsidR="00BD2397" w:rsidRDefault="00B8640C">
            <w:pPr>
              <w:autoSpaceDE w:val="0"/>
              <w:autoSpaceDN w:val="0"/>
              <w:spacing w:after="0" w:line="194" w:lineRule="exact"/>
              <w:jc w:val="center"/>
            </w:pPr>
            <w:proofErr w:type="spellStart"/>
            <w:proofErr w:type="gramStart"/>
            <w:r>
              <w:rPr>
                <w:rFonts w:ascii="ArialMT" w:eastAsia="ArialMT" w:hAnsi="ArialMT"/>
                <w:color w:val="000000"/>
                <w:w w:val="102"/>
                <w:sz w:val="16"/>
              </w:rPr>
              <w:t>jud</w:t>
            </w:r>
            <w:proofErr w:type="spellEnd"/>
            <w:r>
              <w:rPr>
                <w:rFonts w:ascii="ArialMT" w:eastAsia="ArialMT" w:hAnsi="ArialMT"/>
                <w:color w:val="000000"/>
                <w:w w:val="102"/>
                <w:sz w:val="16"/>
              </w:rPr>
              <w:t>./</w:t>
            </w:r>
            <w:proofErr w:type="gramEnd"/>
            <w:r>
              <w:rPr>
                <w:rFonts w:ascii="ArialMT" w:eastAsia="ArialMT" w:hAnsi="ArialMT"/>
                <w:color w:val="000000"/>
                <w:w w:val="102"/>
                <w:sz w:val="16"/>
              </w:rPr>
              <w:t xml:space="preserve">sect. </w:t>
            </w:r>
          </w:p>
        </w:tc>
        <w:tc>
          <w:tcPr>
            <w:tcW w:w="1440" w:type="dxa"/>
            <w:tcMar>
              <w:left w:w="0" w:type="dxa"/>
              <w:right w:w="0" w:type="dxa"/>
            </w:tcMar>
          </w:tcPr>
          <w:p w14:paraId="104D5513" w14:textId="77777777" w:rsidR="00BD2397" w:rsidRDefault="00B8640C">
            <w:pPr>
              <w:autoSpaceDE w:val="0"/>
              <w:autoSpaceDN w:val="0"/>
              <w:spacing w:after="0" w:line="194" w:lineRule="exact"/>
              <w:jc w:val="center"/>
            </w:pPr>
            <w:r>
              <w:rPr>
                <w:rFonts w:ascii="ArialMT" w:eastAsia="ArialMT" w:hAnsi="ArialMT"/>
                <w:color w:val="000000"/>
                <w:w w:val="102"/>
                <w:sz w:val="16"/>
              </w:rPr>
              <w:t xml:space="preserve">……………., </w:t>
            </w:r>
          </w:p>
        </w:tc>
        <w:tc>
          <w:tcPr>
            <w:tcW w:w="800" w:type="dxa"/>
            <w:tcMar>
              <w:left w:w="0" w:type="dxa"/>
              <w:right w:w="0" w:type="dxa"/>
            </w:tcMar>
          </w:tcPr>
          <w:p w14:paraId="01C58476" w14:textId="77777777" w:rsidR="00BD2397" w:rsidRDefault="00B8640C">
            <w:pPr>
              <w:autoSpaceDE w:val="0"/>
              <w:autoSpaceDN w:val="0"/>
              <w:spacing w:after="0" w:line="194" w:lineRule="exact"/>
              <w:ind w:left="160"/>
            </w:pPr>
            <w:r>
              <w:rPr>
                <w:rFonts w:ascii="ArialMT" w:eastAsia="ArialMT" w:hAnsi="ArialMT"/>
                <w:color w:val="000000"/>
                <w:w w:val="102"/>
                <w:sz w:val="16"/>
              </w:rPr>
              <w:t xml:space="preserve">e-mail: </w:t>
            </w:r>
          </w:p>
        </w:tc>
      </w:tr>
    </w:tbl>
    <w:p w14:paraId="28AE715D" w14:textId="77777777" w:rsidR="00BD2397" w:rsidRDefault="00B8640C">
      <w:pPr>
        <w:autoSpaceDE w:val="0"/>
        <w:autoSpaceDN w:val="0"/>
        <w:spacing w:after="0" w:line="194" w:lineRule="exact"/>
        <w:ind w:left="710"/>
      </w:pPr>
      <w:r>
        <w:rPr>
          <w:rFonts w:ascii="ArialMT" w:eastAsia="ArialMT" w:hAnsi="ArialMT"/>
          <w:color w:val="000000"/>
          <w:w w:val="102"/>
          <w:sz w:val="16"/>
        </w:rPr>
        <w:t xml:space="preserve">………………………………… </w:t>
      </w:r>
    </w:p>
    <w:p w14:paraId="473FBBF3" w14:textId="77777777" w:rsidR="00BD2397" w:rsidRDefault="00B8640C">
      <w:pPr>
        <w:autoSpaceDE w:val="0"/>
        <w:autoSpaceDN w:val="0"/>
        <w:spacing w:after="0" w:line="224" w:lineRule="exact"/>
        <w:ind w:left="710"/>
      </w:pPr>
      <w:r>
        <w:rPr>
          <w:rFonts w:ascii="Arial" w:eastAsia="Arial" w:hAnsi="Arial"/>
          <w:i/>
          <w:color w:val="000000"/>
          <w:w w:val="102"/>
          <w:sz w:val="16"/>
        </w:rPr>
        <w:t xml:space="preserve">c) </w:t>
      </w:r>
      <w:proofErr w:type="spellStart"/>
      <w:r>
        <w:rPr>
          <w:rFonts w:ascii="Arial" w:eastAsia="Arial" w:hAnsi="Arial"/>
          <w:i/>
          <w:color w:val="000000"/>
          <w:w w:val="102"/>
          <w:sz w:val="16"/>
        </w:rPr>
        <w:t>Neachitarea</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amenzii</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în</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termenul</w:t>
      </w:r>
      <w:proofErr w:type="spellEnd"/>
      <w:r>
        <w:rPr>
          <w:rFonts w:ascii="Arial" w:eastAsia="Arial" w:hAnsi="Arial"/>
          <w:i/>
          <w:color w:val="000000"/>
          <w:w w:val="102"/>
          <w:sz w:val="16"/>
        </w:rPr>
        <w:t xml:space="preserve"> legal </w:t>
      </w:r>
      <w:proofErr w:type="spellStart"/>
      <w:r>
        <w:rPr>
          <w:rFonts w:ascii="Arial" w:eastAsia="Arial" w:hAnsi="Arial"/>
          <w:i/>
          <w:color w:val="000000"/>
          <w:w w:val="102"/>
          <w:sz w:val="16"/>
        </w:rPr>
        <w:t>atrage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executarea</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silită</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potrivit</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normelor</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privind</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colectarea</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creanțelor</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bugetare</w:t>
      </w:r>
      <w:proofErr w:type="spellEnd"/>
      <w:r>
        <w:rPr>
          <w:rFonts w:ascii="Arial" w:eastAsia="Arial" w:hAnsi="Arial"/>
          <w:i/>
          <w:color w:val="000000"/>
          <w:w w:val="102"/>
          <w:sz w:val="16"/>
        </w:rPr>
        <w:t>.</w:t>
      </w:r>
    </w:p>
    <w:p w14:paraId="731A37D6" w14:textId="77777777" w:rsidR="00BD2397" w:rsidRDefault="00B8640C">
      <w:pPr>
        <w:autoSpaceDE w:val="0"/>
        <w:autoSpaceDN w:val="0"/>
        <w:spacing w:after="0" w:line="224" w:lineRule="exact"/>
        <w:ind w:left="710"/>
      </w:pPr>
      <w:r>
        <w:rPr>
          <w:rFonts w:ascii="Arial" w:eastAsia="Arial" w:hAnsi="Arial"/>
          <w:b/>
          <w:color w:val="000000"/>
          <w:w w:val="102"/>
          <w:sz w:val="16"/>
        </w:rPr>
        <w:t xml:space="preserve">8. CĂI DE ATAC: </w:t>
      </w:r>
      <w:r>
        <w:br/>
      </w:r>
      <w:proofErr w:type="spellStart"/>
      <w:r>
        <w:rPr>
          <w:rFonts w:ascii="ArialMT" w:eastAsia="ArialMT" w:hAnsi="ArialMT"/>
          <w:color w:val="000000"/>
          <w:w w:val="102"/>
          <w:sz w:val="16"/>
        </w:rPr>
        <w:t>Potrivit</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dispozițiilor</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Legii</w:t>
      </w:r>
      <w:proofErr w:type="spellEnd"/>
      <w:r>
        <w:rPr>
          <w:rFonts w:ascii="ArialMT" w:eastAsia="ArialMT" w:hAnsi="ArialMT"/>
          <w:color w:val="000000"/>
          <w:w w:val="102"/>
          <w:sz w:val="16"/>
        </w:rPr>
        <w:t xml:space="preserve"> nr. 169/2026, </w:t>
      </w:r>
      <w:proofErr w:type="spellStart"/>
      <w:r>
        <w:rPr>
          <w:rFonts w:ascii="ArialMT" w:eastAsia="ArialMT" w:hAnsi="ArialMT"/>
          <w:color w:val="000000"/>
          <w:w w:val="102"/>
          <w:sz w:val="16"/>
        </w:rPr>
        <w:t>împotriva</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prezentului</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proces</w:t>
      </w:r>
      <w:proofErr w:type="spellEnd"/>
      <w:r>
        <w:rPr>
          <w:rFonts w:ascii="ArialMT" w:eastAsia="ArialMT" w:hAnsi="ArialMT"/>
          <w:color w:val="000000"/>
          <w:w w:val="102"/>
          <w:sz w:val="16"/>
        </w:rPr>
        <w:t xml:space="preserve">-verbal de </w:t>
      </w:r>
      <w:proofErr w:type="spellStart"/>
      <w:r>
        <w:rPr>
          <w:rFonts w:ascii="ArialMT" w:eastAsia="ArialMT" w:hAnsi="ArialMT"/>
          <w:color w:val="000000"/>
          <w:w w:val="102"/>
          <w:sz w:val="16"/>
        </w:rPr>
        <w:t>constatare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şi</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sancţionare</w:t>
      </w:r>
      <w:proofErr w:type="spellEnd"/>
      <w:r>
        <w:rPr>
          <w:rFonts w:ascii="ArialMT" w:eastAsia="ArialMT" w:hAnsi="ArialMT"/>
          <w:color w:val="000000"/>
          <w:w w:val="102"/>
          <w:sz w:val="16"/>
        </w:rPr>
        <w:t xml:space="preserve"> se </w:t>
      </w:r>
      <w:proofErr w:type="spellStart"/>
      <w:r>
        <w:rPr>
          <w:rFonts w:ascii="ArialMT" w:eastAsia="ArialMT" w:hAnsi="ArialMT"/>
          <w:color w:val="000000"/>
          <w:w w:val="102"/>
          <w:sz w:val="16"/>
        </w:rPr>
        <w:t>poate</w:t>
      </w:r>
      <w:proofErr w:type="spellEnd"/>
      <w:r>
        <w:rPr>
          <w:rFonts w:ascii="ArialMT" w:eastAsia="ArialMT" w:hAnsi="ArialMT"/>
          <w:color w:val="000000"/>
          <w:w w:val="102"/>
          <w:sz w:val="16"/>
        </w:rPr>
        <w:t xml:space="preserve"> face </w:t>
      </w:r>
      <w:proofErr w:type="spellStart"/>
      <w:r>
        <w:rPr>
          <w:rFonts w:ascii="ArialMT" w:eastAsia="ArialMT" w:hAnsi="ArialMT"/>
          <w:color w:val="000000"/>
          <w:w w:val="102"/>
          <w:sz w:val="16"/>
        </w:rPr>
        <w:t>plângere</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termen de </w:t>
      </w:r>
      <w:r>
        <w:rPr>
          <w:rFonts w:ascii="Arial" w:eastAsia="Arial" w:hAnsi="Arial"/>
          <w:b/>
          <w:color w:val="000000"/>
          <w:w w:val="102"/>
          <w:sz w:val="16"/>
        </w:rPr>
        <w:t xml:space="preserve">15 </w:t>
      </w:r>
      <w:proofErr w:type="spellStart"/>
      <w:r>
        <w:rPr>
          <w:rFonts w:ascii="Arial" w:eastAsia="Arial" w:hAnsi="Arial"/>
          <w:b/>
          <w:color w:val="000000"/>
          <w:w w:val="102"/>
          <w:sz w:val="16"/>
        </w:rPr>
        <w:t>zile</w:t>
      </w:r>
      <w:proofErr w:type="spellEnd"/>
      <w:r>
        <w:rPr>
          <w:rFonts w:ascii="Arial" w:eastAsia="Arial" w:hAnsi="Arial"/>
          <w:b/>
          <w:color w:val="000000"/>
          <w:w w:val="102"/>
          <w:sz w:val="16"/>
        </w:rPr>
        <w:t xml:space="preserve"> de la data </w:t>
      </w:r>
      <w:proofErr w:type="spellStart"/>
      <w:r>
        <w:rPr>
          <w:rFonts w:ascii="Arial" w:eastAsia="Arial" w:hAnsi="Arial"/>
          <w:b/>
          <w:color w:val="000000"/>
          <w:w w:val="102"/>
          <w:sz w:val="16"/>
        </w:rPr>
        <w:t>comunicării</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sau</w:t>
      </w:r>
      <w:proofErr w:type="spellEnd"/>
      <w:r>
        <w:rPr>
          <w:rFonts w:ascii="Arial" w:eastAsia="Arial" w:hAnsi="Arial"/>
          <w:b/>
          <w:color w:val="000000"/>
          <w:w w:val="102"/>
          <w:sz w:val="16"/>
        </w:rPr>
        <w:t xml:space="preserve"> </w:t>
      </w:r>
      <w:proofErr w:type="spellStart"/>
      <w:r>
        <w:rPr>
          <w:rFonts w:ascii="Arial" w:eastAsia="Arial" w:hAnsi="Arial"/>
          <w:b/>
          <w:color w:val="000000"/>
          <w:w w:val="102"/>
          <w:sz w:val="16"/>
        </w:rPr>
        <w:t>înmânării</w:t>
      </w:r>
      <w:proofErr w:type="spellEnd"/>
      <w:r>
        <w:rPr>
          <w:rFonts w:ascii="ArialMT" w:eastAsia="ArialMT" w:hAnsi="ArialMT"/>
          <w:color w:val="000000"/>
          <w:w w:val="102"/>
          <w:sz w:val="16"/>
        </w:rPr>
        <w:t xml:space="preserve">, la </w:t>
      </w:r>
      <w:proofErr w:type="spellStart"/>
      <w:r>
        <w:rPr>
          <w:rFonts w:ascii="ArialMT" w:eastAsia="ArialMT" w:hAnsi="ArialMT"/>
          <w:color w:val="000000"/>
          <w:w w:val="102"/>
          <w:sz w:val="16"/>
        </w:rPr>
        <w:t>judecătoria</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în</w:t>
      </w:r>
      <w:proofErr w:type="spellEnd"/>
      <w:r>
        <w:rPr>
          <w:rFonts w:ascii="ArialMT" w:eastAsia="ArialMT" w:hAnsi="ArialMT"/>
          <w:color w:val="000000"/>
          <w:w w:val="102"/>
          <w:sz w:val="16"/>
        </w:rPr>
        <w:t xml:space="preserve"> a </w:t>
      </w:r>
      <w:proofErr w:type="spellStart"/>
      <w:r>
        <w:rPr>
          <w:rFonts w:ascii="ArialMT" w:eastAsia="ArialMT" w:hAnsi="ArialMT"/>
          <w:color w:val="000000"/>
          <w:w w:val="102"/>
          <w:sz w:val="16"/>
        </w:rPr>
        <w:t>cărei</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rază</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teritorială</w:t>
      </w:r>
      <w:proofErr w:type="spellEnd"/>
      <w:r>
        <w:rPr>
          <w:rFonts w:ascii="ArialMT" w:eastAsia="ArialMT" w:hAnsi="ArialMT"/>
          <w:color w:val="000000"/>
          <w:w w:val="102"/>
          <w:sz w:val="16"/>
        </w:rPr>
        <w:t xml:space="preserve"> a </w:t>
      </w:r>
      <w:proofErr w:type="spellStart"/>
      <w:r>
        <w:rPr>
          <w:rFonts w:ascii="ArialMT" w:eastAsia="ArialMT" w:hAnsi="ArialMT"/>
          <w:color w:val="000000"/>
          <w:w w:val="102"/>
          <w:sz w:val="16"/>
        </w:rPr>
        <w:t>fost</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săvârşită</w:t>
      </w:r>
      <w:proofErr w:type="spellEnd"/>
      <w:r>
        <w:rPr>
          <w:rFonts w:ascii="ArialMT" w:eastAsia="ArialMT" w:hAnsi="ArialMT"/>
          <w:color w:val="000000"/>
          <w:w w:val="102"/>
          <w:sz w:val="16"/>
        </w:rPr>
        <w:t xml:space="preserve"> </w:t>
      </w:r>
      <w:proofErr w:type="spellStart"/>
      <w:r>
        <w:rPr>
          <w:rFonts w:ascii="ArialMT" w:eastAsia="ArialMT" w:hAnsi="ArialMT"/>
          <w:color w:val="000000"/>
          <w:w w:val="102"/>
          <w:sz w:val="16"/>
        </w:rPr>
        <w:t>fapta</w:t>
      </w:r>
      <w:proofErr w:type="spellEnd"/>
      <w:r>
        <w:rPr>
          <w:rFonts w:ascii="ArialMT" w:eastAsia="ArialMT" w:hAnsi="ArialMT"/>
          <w:color w:val="000000"/>
          <w:w w:val="102"/>
          <w:sz w:val="16"/>
        </w:rPr>
        <w:t xml:space="preserve">. </w:t>
      </w:r>
    </w:p>
    <w:p w14:paraId="4FDCEF6C" w14:textId="77777777" w:rsidR="00BD2397" w:rsidRPr="008F01A5" w:rsidRDefault="00B8640C">
      <w:pPr>
        <w:autoSpaceDE w:val="0"/>
        <w:autoSpaceDN w:val="0"/>
        <w:spacing w:after="0" w:line="224" w:lineRule="exact"/>
        <w:ind w:left="710" w:right="20"/>
        <w:jc w:val="both"/>
        <w:rPr>
          <w:lang w:val="pt-PT"/>
        </w:rPr>
      </w:pPr>
      <w:r w:rsidRPr="008F01A5">
        <w:rPr>
          <w:rFonts w:ascii="Arial" w:eastAsia="Arial" w:hAnsi="Arial"/>
          <w:b/>
          <w:color w:val="000000"/>
          <w:w w:val="102"/>
          <w:sz w:val="16"/>
          <w:lang w:val="pt-PT"/>
        </w:rPr>
        <w:t>9.</w:t>
      </w:r>
      <w:r w:rsidRPr="008F01A5">
        <w:rPr>
          <w:rFonts w:ascii="ArialMT" w:eastAsia="ArialMT" w:hAnsi="ArialMT"/>
          <w:color w:val="000000"/>
          <w:w w:val="102"/>
          <w:sz w:val="16"/>
          <w:lang w:val="pt-PT"/>
        </w:rPr>
        <w:t xml:space="preserve"> Prezentul proces-verbal s-a întocmit la..................................................în 3 exemplare dintre care unul se s-a înmânat/comunicat contravenientului personal / prin afişare la domiciliul//sediul acestuia  / prin poștă cu confirmare de primire nr. ……… din ………………. </w:t>
      </w:r>
    </w:p>
    <w:tbl>
      <w:tblPr>
        <w:tblW w:w="0" w:type="auto"/>
        <w:tblInd w:w="936" w:type="dxa"/>
        <w:tblLayout w:type="fixed"/>
        <w:tblLook w:val="04A0" w:firstRow="1" w:lastRow="0" w:firstColumn="1" w:lastColumn="0" w:noHBand="0" w:noVBand="1"/>
      </w:tblPr>
      <w:tblGrid>
        <w:gridCol w:w="3532"/>
        <w:gridCol w:w="2786"/>
        <w:gridCol w:w="2580"/>
      </w:tblGrid>
      <w:tr w:rsidR="00BD2397" w14:paraId="5B021716" w14:textId="77777777">
        <w:trPr>
          <w:trHeight w:hRule="exact" w:val="448"/>
        </w:trPr>
        <w:tc>
          <w:tcPr>
            <w:tcW w:w="3532" w:type="dxa"/>
            <w:tcBorders>
              <w:top w:val="single" w:sz="4" w:space="0" w:color="000000"/>
              <w:left w:val="single" w:sz="3" w:space="0" w:color="000000"/>
              <w:bottom w:val="single" w:sz="4" w:space="0" w:color="000000"/>
              <w:right w:val="single" w:sz="3" w:space="0" w:color="000000"/>
            </w:tcBorders>
            <w:tcMar>
              <w:left w:w="0" w:type="dxa"/>
              <w:right w:w="0" w:type="dxa"/>
            </w:tcMar>
          </w:tcPr>
          <w:p w14:paraId="69D9E49D" w14:textId="77777777" w:rsidR="00BD2397" w:rsidRDefault="00B8640C">
            <w:pPr>
              <w:autoSpaceDE w:val="0"/>
              <w:autoSpaceDN w:val="0"/>
              <w:spacing w:after="0" w:line="194" w:lineRule="exact"/>
              <w:jc w:val="center"/>
            </w:pPr>
            <w:r>
              <w:rPr>
                <w:rFonts w:ascii="Arial" w:eastAsia="Arial" w:hAnsi="Arial"/>
                <w:b/>
                <w:color w:val="000000"/>
                <w:w w:val="102"/>
                <w:sz w:val="16"/>
              </w:rPr>
              <w:t xml:space="preserve">Agent </w:t>
            </w:r>
            <w:proofErr w:type="spellStart"/>
            <w:r>
              <w:rPr>
                <w:rFonts w:ascii="Arial" w:eastAsia="Arial" w:hAnsi="Arial"/>
                <w:b/>
                <w:color w:val="000000"/>
                <w:w w:val="102"/>
                <w:sz w:val="16"/>
              </w:rPr>
              <w:t>constatator</w:t>
            </w:r>
            <w:proofErr w:type="spellEnd"/>
          </w:p>
        </w:tc>
        <w:tc>
          <w:tcPr>
            <w:tcW w:w="2786" w:type="dxa"/>
            <w:tcBorders>
              <w:top w:val="single" w:sz="4" w:space="0" w:color="000000"/>
              <w:left w:val="single" w:sz="3" w:space="0" w:color="000000"/>
              <w:bottom w:val="single" w:sz="4" w:space="0" w:color="000000"/>
              <w:right w:val="single" w:sz="3" w:space="0" w:color="000000"/>
            </w:tcBorders>
            <w:tcMar>
              <w:left w:w="0" w:type="dxa"/>
              <w:right w:w="0" w:type="dxa"/>
            </w:tcMar>
          </w:tcPr>
          <w:p w14:paraId="672447D4"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Contravenient</w:t>
            </w:r>
            <w:proofErr w:type="spellEnd"/>
          </w:p>
        </w:tc>
        <w:tc>
          <w:tcPr>
            <w:tcW w:w="2580" w:type="dxa"/>
            <w:tcBorders>
              <w:top w:val="single" w:sz="4" w:space="0" w:color="000000"/>
              <w:left w:val="single" w:sz="3" w:space="0" w:color="000000"/>
              <w:bottom w:val="single" w:sz="4" w:space="0" w:color="000000"/>
              <w:right w:val="single" w:sz="3" w:space="0" w:color="000000"/>
            </w:tcBorders>
            <w:tcMar>
              <w:left w:w="0" w:type="dxa"/>
              <w:right w:w="0" w:type="dxa"/>
            </w:tcMar>
          </w:tcPr>
          <w:p w14:paraId="75E48653" w14:textId="77777777" w:rsidR="00BD2397" w:rsidRDefault="00B8640C">
            <w:pPr>
              <w:autoSpaceDE w:val="0"/>
              <w:autoSpaceDN w:val="0"/>
              <w:spacing w:after="0" w:line="194" w:lineRule="exact"/>
              <w:jc w:val="center"/>
            </w:pPr>
            <w:proofErr w:type="spellStart"/>
            <w:r>
              <w:rPr>
                <w:rFonts w:ascii="Arial" w:eastAsia="Arial" w:hAnsi="Arial"/>
                <w:b/>
                <w:color w:val="000000"/>
                <w:w w:val="102"/>
                <w:sz w:val="16"/>
              </w:rPr>
              <w:t>Martor</w:t>
            </w:r>
            <w:proofErr w:type="spellEnd"/>
          </w:p>
        </w:tc>
      </w:tr>
      <w:tr w:rsidR="00BD2397" w14:paraId="4BD2796B" w14:textId="77777777">
        <w:trPr>
          <w:trHeight w:hRule="exact" w:val="890"/>
        </w:trPr>
        <w:tc>
          <w:tcPr>
            <w:tcW w:w="3532" w:type="dxa"/>
            <w:tcBorders>
              <w:top w:val="single" w:sz="4" w:space="0" w:color="000000"/>
              <w:left w:val="single" w:sz="3" w:space="0" w:color="000000"/>
              <w:bottom w:val="single" w:sz="3" w:space="0" w:color="000000"/>
              <w:right w:val="single" w:sz="3" w:space="0" w:color="000000"/>
            </w:tcBorders>
            <w:tcMar>
              <w:left w:w="0" w:type="dxa"/>
              <w:right w:w="0" w:type="dxa"/>
            </w:tcMar>
          </w:tcPr>
          <w:p w14:paraId="7A3C876C" w14:textId="77777777" w:rsidR="00BD2397" w:rsidRDefault="00B8640C">
            <w:pPr>
              <w:autoSpaceDE w:val="0"/>
              <w:autoSpaceDN w:val="0"/>
              <w:spacing w:after="0" w:line="194" w:lineRule="exact"/>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2786" w:type="dxa"/>
            <w:tcBorders>
              <w:top w:val="single" w:sz="4" w:space="0" w:color="000000"/>
              <w:left w:val="single" w:sz="3" w:space="0" w:color="000000"/>
              <w:bottom w:val="single" w:sz="3" w:space="0" w:color="000000"/>
              <w:right w:val="single" w:sz="3" w:space="0" w:color="000000"/>
            </w:tcBorders>
            <w:tcMar>
              <w:left w:w="0" w:type="dxa"/>
              <w:right w:w="0" w:type="dxa"/>
            </w:tcMar>
          </w:tcPr>
          <w:p w14:paraId="7F2431AB" w14:textId="77777777" w:rsidR="00BD2397" w:rsidRDefault="00B8640C">
            <w:pPr>
              <w:autoSpaceDE w:val="0"/>
              <w:autoSpaceDN w:val="0"/>
              <w:spacing w:after="0" w:line="224" w:lineRule="exact"/>
              <w:ind w:left="432" w:right="432"/>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c>
          <w:tcPr>
            <w:tcW w:w="2580" w:type="dxa"/>
            <w:tcBorders>
              <w:top w:val="single" w:sz="4" w:space="0" w:color="000000"/>
              <w:left w:val="single" w:sz="3" w:space="0" w:color="000000"/>
              <w:bottom w:val="single" w:sz="3" w:space="0" w:color="000000"/>
              <w:right w:val="single" w:sz="3" w:space="0" w:color="000000"/>
            </w:tcBorders>
            <w:tcMar>
              <w:left w:w="0" w:type="dxa"/>
              <w:right w:w="0" w:type="dxa"/>
            </w:tcMar>
          </w:tcPr>
          <w:p w14:paraId="2A925BA4" w14:textId="77777777" w:rsidR="00BD2397" w:rsidRDefault="00B8640C">
            <w:pPr>
              <w:autoSpaceDE w:val="0"/>
              <w:autoSpaceDN w:val="0"/>
              <w:spacing w:after="0" w:line="224" w:lineRule="exact"/>
              <w:ind w:left="288" w:right="288"/>
              <w:jc w:val="center"/>
            </w:pPr>
            <w:r>
              <w:rPr>
                <w:rFonts w:ascii="Arial" w:eastAsia="Arial" w:hAnsi="Arial"/>
                <w:i/>
                <w:color w:val="000000"/>
                <w:w w:val="102"/>
                <w:sz w:val="16"/>
              </w:rPr>
              <w:t>(</w:t>
            </w:r>
            <w:proofErr w:type="spellStart"/>
            <w:r>
              <w:rPr>
                <w:rFonts w:ascii="Arial" w:eastAsia="Arial" w:hAnsi="Arial"/>
                <w:i/>
                <w:color w:val="000000"/>
                <w:w w:val="102"/>
                <w:sz w:val="16"/>
              </w:rPr>
              <w:t>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prenumele</w:t>
            </w:r>
            <w:proofErr w:type="spellEnd"/>
            <w:r>
              <w:rPr>
                <w:rFonts w:ascii="Arial" w:eastAsia="Arial" w:hAnsi="Arial"/>
                <w:i/>
                <w:color w:val="000000"/>
                <w:w w:val="102"/>
                <w:sz w:val="16"/>
              </w:rPr>
              <w:t xml:space="preserve">, </w:t>
            </w:r>
            <w:proofErr w:type="spellStart"/>
            <w:r>
              <w:rPr>
                <w:rFonts w:ascii="Arial" w:eastAsia="Arial" w:hAnsi="Arial"/>
                <w:i/>
                <w:color w:val="000000"/>
                <w:w w:val="102"/>
                <w:sz w:val="16"/>
              </w:rPr>
              <w:t>semnătura</w:t>
            </w:r>
            <w:proofErr w:type="spellEnd"/>
            <w:r>
              <w:rPr>
                <w:rFonts w:ascii="Arial" w:eastAsia="Arial" w:hAnsi="Arial"/>
                <w:i/>
                <w:color w:val="000000"/>
                <w:w w:val="102"/>
                <w:sz w:val="16"/>
              </w:rPr>
              <w:t>)</w:t>
            </w:r>
          </w:p>
        </w:tc>
      </w:tr>
    </w:tbl>
    <w:p w14:paraId="6488EBB7" w14:textId="77777777" w:rsidR="00BD2397" w:rsidRDefault="00B8640C">
      <w:pPr>
        <w:autoSpaceDE w:val="0"/>
        <w:autoSpaceDN w:val="0"/>
        <w:spacing w:after="0" w:line="198" w:lineRule="exact"/>
        <w:ind w:left="710"/>
      </w:pPr>
      <w:r>
        <w:rPr>
          <w:rFonts w:ascii="ArialMT" w:eastAsia="ArialMT" w:hAnsi="ArialMT"/>
          <w:color w:val="000000"/>
          <w:w w:val="102"/>
          <w:sz w:val="16"/>
        </w:rPr>
        <w:t xml:space="preserve">F_04 </w:t>
      </w:r>
      <w:proofErr w:type="spellStart"/>
      <w:r>
        <w:rPr>
          <w:rFonts w:ascii="TimesNewRomanPS" w:eastAsia="TimesNewRomanPS" w:hAnsi="TimesNewRomanPS"/>
          <w:b/>
          <w:color w:val="595959"/>
          <w:w w:val="102"/>
          <w:sz w:val="16"/>
        </w:rPr>
        <w:t>versiunea</w:t>
      </w:r>
      <w:proofErr w:type="spellEnd"/>
      <w:r>
        <w:rPr>
          <w:rFonts w:ascii="TimesNewRomanPS" w:eastAsia="TimesNewRomanPS" w:hAnsi="TimesNewRomanPS"/>
          <w:b/>
          <w:color w:val="595959"/>
          <w:w w:val="102"/>
          <w:sz w:val="16"/>
        </w:rPr>
        <w:t xml:space="preserve"> 1.0                                                       </w:t>
      </w:r>
      <w:proofErr w:type="spellStart"/>
      <w:r>
        <w:rPr>
          <w:rFonts w:ascii="TimesNewRomanPSMT" w:eastAsia="TimesNewRomanPSMT" w:hAnsi="TimesNewRomanPSMT"/>
          <w:color w:val="595959"/>
          <w:w w:val="102"/>
          <w:sz w:val="16"/>
        </w:rPr>
        <w:t>pagina</w:t>
      </w:r>
      <w:proofErr w:type="spellEnd"/>
      <w:r>
        <w:rPr>
          <w:rFonts w:ascii="TimesNewRomanPSMT" w:eastAsia="TimesNewRomanPSMT" w:hAnsi="TimesNewRomanPSMT"/>
          <w:color w:val="595959"/>
          <w:w w:val="102"/>
          <w:sz w:val="16"/>
        </w:rPr>
        <w:t xml:space="preserve"> 3 din 3</w:t>
      </w:r>
    </w:p>
    <w:p w14:paraId="73C7B042" w14:textId="77777777" w:rsidR="00BD2397" w:rsidRDefault="00BD2397">
      <w:pPr>
        <w:spacing w:after="0"/>
        <w:sectPr w:rsidR="00BD2397">
          <w:pgSz w:w="11900" w:h="16840"/>
          <w:pgMar w:top="126" w:right="1202" w:bottom="340" w:left="564" w:header="720" w:footer="720" w:gutter="0"/>
          <w:cols w:space="708"/>
          <w:docGrid w:linePitch="360"/>
        </w:sectPr>
      </w:pPr>
    </w:p>
    <w:p w14:paraId="4EC1B994" w14:textId="77777777" w:rsidR="00BD2397" w:rsidRDefault="00BD2397">
      <w:pPr>
        <w:autoSpaceDE w:val="0"/>
        <w:autoSpaceDN w:val="0"/>
        <w:spacing w:after="0" w:line="126" w:lineRule="exact"/>
      </w:pPr>
    </w:p>
    <w:p w14:paraId="5549F18B" w14:textId="1412C70D" w:rsidR="00B9266D" w:rsidRPr="00B9266D" w:rsidRDefault="00B9266D" w:rsidP="00B9266D">
      <w:pPr>
        <w:autoSpaceDE w:val="0"/>
        <w:autoSpaceDN w:val="0"/>
        <w:spacing w:after="0" w:line="144" w:lineRule="exact"/>
        <w:ind w:left="108"/>
        <w:rPr>
          <w:rFonts w:ascii="Arial" w:eastAsia="Arial" w:hAnsi="Arial"/>
          <w:color w:val="000000"/>
          <w:sz w:val="17"/>
          <w:lang w:val="pt-PT"/>
        </w:rPr>
      </w:pPr>
      <w:r w:rsidRPr="00B9266D">
        <w:rPr>
          <w:rFonts w:ascii="Arial" w:eastAsia="Arial" w:hAnsi="Arial"/>
          <w:color w:val="000000"/>
          <w:sz w:val="17"/>
        </w:rPr>
        <w:drawing>
          <wp:anchor distT="0" distB="0" distL="114300" distR="114300" simplePos="0" relativeHeight="251875328" behindDoc="0" locked="0" layoutInCell="1" allowOverlap="1" wp14:anchorId="5FC2A0E8" wp14:editId="2D1B86E5">
            <wp:simplePos x="0" y="0"/>
            <wp:positionH relativeFrom="column">
              <wp:posOffset>346710</wp:posOffset>
            </wp:positionH>
            <wp:positionV relativeFrom="paragraph">
              <wp:posOffset>149225</wp:posOffset>
            </wp:positionV>
            <wp:extent cx="719455" cy="1076325"/>
            <wp:effectExtent l="0" t="0" r="4445" b="9525"/>
            <wp:wrapSquare wrapText="bothSides"/>
            <wp:docPr id="1478882495" name="I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B9266D">
        <w:rPr>
          <w:rFonts w:ascii="Arial" w:eastAsia="Arial" w:hAnsi="Arial"/>
          <w:color w:val="000000"/>
          <w:sz w:val="17"/>
        </w:rPr>
        <w:drawing>
          <wp:anchor distT="0" distB="0" distL="114300" distR="114300" simplePos="0" relativeHeight="251873280" behindDoc="0" locked="0" layoutInCell="1" allowOverlap="1" wp14:anchorId="48A3CCA8" wp14:editId="12CE0D5F">
            <wp:simplePos x="0" y="0"/>
            <wp:positionH relativeFrom="column">
              <wp:posOffset>347345</wp:posOffset>
            </wp:positionH>
            <wp:positionV relativeFrom="paragraph">
              <wp:posOffset>180975</wp:posOffset>
            </wp:positionV>
            <wp:extent cx="516255" cy="762000"/>
            <wp:effectExtent l="0" t="0" r="0" b="0"/>
            <wp:wrapSquare wrapText="right"/>
            <wp:docPr id="1927885217" name="I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10C43498" w14:textId="77777777" w:rsidR="00B9266D" w:rsidRPr="00B9266D" w:rsidRDefault="00B9266D" w:rsidP="00B9266D">
      <w:pPr>
        <w:autoSpaceDE w:val="0"/>
        <w:autoSpaceDN w:val="0"/>
        <w:spacing w:after="0" w:line="144" w:lineRule="exact"/>
        <w:ind w:left="108"/>
        <w:rPr>
          <w:rFonts w:ascii="Arial" w:eastAsia="Arial" w:hAnsi="Arial"/>
          <w:b/>
          <w:color w:val="000000"/>
          <w:sz w:val="17"/>
          <w:lang w:val="pt-PT"/>
        </w:rPr>
      </w:pPr>
      <w:r w:rsidRPr="00B9266D">
        <w:rPr>
          <w:rFonts w:ascii="Arial" w:eastAsia="Arial" w:hAnsi="Arial"/>
          <w:color w:val="000000"/>
          <w:sz w:val="17"/>
          <w:lang w:val="pt-PT"/>
        </w:rPr>
        <w:t xml:space="preserve">Judeţul  MUREŞ                                                                                                    </w:t>
      </w:r>
      <w:r w:rsidRPr="00B9266D">
        <w:rPr>
          <w:rFonts w:ascii="Arial" w:eastAsia="Arial" w:hAnsi="Arial"/>
          <w:b/>
          <w:color w:val="000000"/>
          <w:sz w:val="17"/>
          <w:lang w:val="pt-PT"/>
        </w:rPr>
        <w:t xml:space="preserve"> </w:t>
      </w:r>
      <w:r w:rsidRPr="00B9266D">
        <w:rPr>
          <w:rFonts w:ascii="Arial" w:eastAsia="Arial" w:hAnsi="Arial"/>
          <w:color w:val="000000"/>
          <w:sz w:val="17"/>
          <w:lang w:val="pt-PT"/>
        </w:rPr>
        <w:t xml:space="preserve">   </w:t>
      </w:r>
      <w:r w:rsidRPr="00B9266D">
        <w:rPr>
          <w:rFonts w:ascii="Arial" w:eastAsia="Arial" w:hAnsi="Arial"/>
          <w:b/>
          <w:color w:val="000000"/>
          <w:sz w:val="17"/>
          <w:lang w:val="pt-PT"/>
        </w:rPr>
        <w:t xml:space="preserve"> </w:t>
      </w:r>
      <w:r w:rsidRPr="00B9266D">
        <w:rPr>
          <w:rFonts w:ascii="Arial" w:eastAsia="Arial" w:hAnsi="Arial"/>
          <w:color w:val="000000"/>
          <w:sz w:val="17"/>
          <w:lang w:val="pt-PT"/>
        </w:rPr>
        <w:t xml:space="preserve"> </w:t>
      </w:r>
      <w:r w:rsidRPr="00B9266D">
        <w:rPr>
          <w:rFonts w:ascii="Arial" w:eastAsia="Arial" w:hAnsi="Arial"/>
          <w:color w:val="000000"/>
          <w:sz w:val="17"/>
          <w:lang w:val="pt-PT"/>
        </w:rPr>
        <w:tab/>
      </w:r>
    </w:p>
    <w:p w14:paraId="52226F8D" w14:textId="21682094" w:rsidR="00B9266D" w:rsidRPr="00B9266D" w:rsidRDefault="00B9266D" w:rsidP="00B9266D">
      <w:pPr>
        <w:autoSpaceDE w:val="0"/>
        <w:autoSpaceDN w:val="0"/>
        <w:spacing w:after="0" w:line="144" w:lineRule="exact"/>
        <w:ind w:left="108"/>
        <w:rPr>
          <w:rFonts w:ascii="Arial" w:eastAsia="Arial" w:hAnsi="Arial"/>
          <w:b/>
          <w:bCs/>
          <w:color w:val="000000"/>
          <w:sz w:val="17"/>
          <w:lang w:val="pt-PT"/>
        </w:rPr>
      </w:pPr>
      <w:r w:rsidRPr="00B9266D">
        <w:rPr>
          <w:rFonts w:ascii="Arial" w:eastAsia="Arial" w:hAnsi="Arial"/>
          <w:color w:val="000000"/>
          <w:sz w:val="17"/>
        </w:rPr>
        <mc:AlternateContent>
          <mc:Choice Requires="wps">
            <w:drawing>
              <wp:anchor distT="0" distB="0" distL="114300" distR="114300" simplePos="0" relativeHeight="251874304" behindDoc="0" locked="0" layoutInCell="1" allowOverlap="1" wp14:anchorId="4EEF23D8" wp14:editId="4DD938E2">
                <wp:simplePos x="0" y="0"/>
                <wp:positionH relativeFrom="column">
                  <wp:posOffset>3457575</wp:posOffset>
                </wp:positionH>
                <wp:positionV relativeFrom="paragraph">
                  <wp:posOffset>34925</wp:posOffset>
                </wp:positionV>
                <wp:extent cx="361950" cy="134620"/>
                <wp:effectExtent l="0" t="0" r="0" b="0"/>
                <wp:wrapNone/>
                <wp:docPr id="242211106" name="Casetă text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3EF501" w14:textId="77777777" w:rsidR="00B9266D" w:rsidRDefault="00B9266D" w:rsidP="00B9266D"/>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F23D8" id="Casetă text 34" o:spid="_x0000_s1030" type="#_x0000_t202" style="position:absolute;left:0;text-align:left;margin-left:272.25pt;margin-top:2.75pt;width:28.5pt;height:10.6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VaZBwIAAPg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" stroked="f">
                <v:textbox>
                  <w:txbxContent>
                    <w:p w14:paraId="473EF501" w14:textId="77777777" w:rsidR="00B9266D" w:rsidRDefault="00B9266D" w:rsidP="00B9266D"/>
                  </w:txbxContent>
                </v:textbox>
              </v:shape>
            </w:pict>
          </mc:Fallback>
        </mc:AlternateContent>
      </w:r>
      <w:r w:rsidRPr="00B9266D">
        <w:rPr>
          <w:rFonts w:ascii="Arial" w:eastAsia="Arial" w:hAnsi="Arial"/>
          <w:bCs/>
          <w:color w:val="000000"/>
          <w:sz w:val="17"/>
          <w:lang w:val="pt-PT"/>
        </w:rPr>
        <w:t>Comuna Zau de Câmpie</w:t>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r w:rsidRPr="00B9266D">
        <w:rPr>
          <w:rFonts w:ascii="Arial" w:eastAsia="Arial" w:hAnsi="Arial"/>
          <w:bCs/>
          <w:color w:val="000000"/>
          <w:sz w:val="17"/>
          <w:lang w:val="pt-PT"/>
        </w:rPr>
        <w:tab/>
      </w:r>
    </w:p>
    <w:p w14:paraId="0E1E673E" w14:textId="77777777" w:rsidR="00B9266D" w:rsidRPr="00B9266D" w:rsidRDefault="00B9266D" w:rsidP="00B9266D">
      <w:pPr>
        <w:autoSpaceDE w:val="0"/>
        <w:autoSpaceDN w:val="0"/>
        <w:spacing w:after="0" w:line="144" w:lineRule="exact"/>
        <w:ind w:left="108"/>
        <w:rPr>
          <w:rFonts w:ascii="Arial" w:eastAsia="Arial" w:hAnsi="Arial"/>
          <w:bCs/>
          <w:color w:val="000000"/>
          <w:sz w:val="17"/>
          <w:lang w:val="pt-PT"/>
        </w:rPr>
      </w:pPr>
      <w:r w:rsidRPr="00B9266D">
        <w:rPr>
          <w:rFonts w:ascii="Arial" w:eastAsia="Arial" w:hAnsi="Arial"/>
          <w:bCs/>
          <w:color w:val="000000"/>
          <w:sz w:val="17"/>
          <w:lang w:val="pt-PT"/>
        </w:rPr>
        <w:t>CIF4375917, Zau de Câmpie, strada Republicii, nr.18</w:t>
      </w:r>
    </w:p>
    <w:p w14:paraId="3F6B6208" w14:textId="77777777" w:rsidR="00B9266D" w:rsidRPr="00B9266D" w:rsidRDefault="00B9266D" w:rsidP="00B9266D">
      <w:pPr>
        <w:autoSpaceDE w:val="0"/>
        <w:autoSpaceDN w:val="0"/>
        <w:spacing w:after="0" w:line="144" w:lineRule="exact"/>
        <w:ind w:left="108"/>
        <w:rPr>
          <w:rFonts w:ascii="Arial" w:eastAsia="Arial" w:hAnsi="Arial"/>
          <w:bCs/>
          <w:color w:val="000000"/>
          <w:sz w:val="17"/>
          <w:lang w:val="pt-PT"/>
        </w:rPr>
      </w:pPr>
      <w:r w:rsidRPr="00B9266D">
        <w:rPr>
          <w:rFonts w:ascii="Arial" w:eastAsia="Arial" w:hAnsi="Arial"/>
          <w:bCs/>
          <w:color w:val="000000"/>
          <w:sz w:val="17"/>
          <w:lang w:val="pt-PT"/>
        </w:rPr>
        <w:t>Telefon: 0265 486112</w:t>
      </w:r>
    </w:p>
    <w:p w14:paraId="159CA2B4" w14:textId="77777777" w:rsidR="00B9266D" w:rsidRPr="00B9266D" w:rsidRDefault="00B9266D" w:rsidP="00B9266D">
      <w:pPr>
        <w:autoSpaceDE w:val="0"/>
        <w:autoSpaceDN w:val="0"/>
        <w:spacing w:after="0" w:line="144" w:lineRule="exact"/>
        <w:ind w:left="108"/>
        <w:rPr>
          <w:rFonts w:ascii="Arial" w:eastAsia="Arial" w:hAnsi="Arial"/>
          <w:bCs/>
          <w:color w:val="000000"/>
          <w:sz w:val="17"/>
          <w:lang w:val="pt-PT"/>
        </w:rPr>
      </w:pPr>
      <w:r w:rsidRPr="00B9266D">
        <w:rPr>
          <w:rFonts w:ascii="Arial" w:eastAsia="Arial" w:hAnsi="Arial"/>
          <w:bCs/>
          <w:color w:val="000000"/>
          <w:sz w:val="17"/>
          <w:lang w:val="pt-PT"/>
        </w:rPr>
        <w:t xml:space="preserve"> E-mail: </w:t>
      </w:r>
      <w:hyperlink r:id="rId13" w:history="1">
        <w:r w:rsidRPr="00B9266D">
          <w:rPr>
            <w:rStyle w:val="Hyperlink"/>
            <w:rFonts w:ascii="Arial" w:eastAsia="Arial" w:hAnsi="Arial"/>
            <w:bCs/>
            <w:sz w:val="17"/>
            <w:lang w:val="pt-PT"/>
          </w:rPr>
          <w:t>zaucimpiei@cjmures.ro</w:t>
        </w:r>
      </w:hyperlink>
    </w:p>
    <w:p w14:paraId="351A860B" w14:textId="77777777" w:rsidR="00B9266D" w:rsidRPr="00B9266D" w:rsidRDefault="00B9266D" w:rsidP="00B9266D">
      <w:pPr>
        <w:autoSpaceDE w:val="0"/>
        <w:autoSpaceDN w:val="0"/>
        <w:spacing w:after="0" w:line="144" w:lineRule="exact"/>
        <w:ind w:left="108"/>
        <w:rPr>
          <w:rFonts w:ascii="Arial" w:eastAsia="Arial" w:hAnsi="Arial"/>
          <w:bCs/>
          <w:color w:val="000000"/>
          <w:sz w:val="17"/>
          <w:lang w:val="pt-PT"/>
        </w:rPr>
      </w:pPr>
      <w:r w:rsidRPr="00B9266D">
        <w:rPr>
          <w:rFonts w:ascii="Arial" w:eastAsia="Arial" w:hAnsi="Arial"/>
          <w:color w:val="000000"/>
          <w:sz w:val="17"/>
          <w:lang w:val="pt-PT"/>
        </w:rPr>
        <w:t xml:space="preserve"> Număr de înregistrare.................data...............................  </w:t>
      </w:r>
    </w:p>
    <w:p w14:paraId="559525BE" w14:textId="77777777" w:rsidR="00B9266D" w:rsidRPr="00B9266D" w:rsidRDefault="00B9266D" w:rsidP="00B9266D">
      <w:pPr>
        <w:autoSpaceDE w:val="0"/>
        <w:autoSpaceDN w:val="0"/>
        <w:spacing w:after="0" w:line="144" w:lineRule="exact"/>
        <w:ind w:left="108"/>
        <w:rPr>
          <w:rFonts w:ascii="Arial" w:eastAsia="Arial" w:hAnsi="Arial"/>
          <w:color w:val="000000"/>
          <w:sz w:val="17"/>
          <w:lang w:val="pt-PT"/>
        </w:rPr>
      </w:pPr>
    </w:p>
    <w:p w14:paraId="410CFC2B" w14:textId="77777777" w:rsidR="00C53134" w:rsidRDefault="00C53134">
      <w:pPr>
        <w:autoSpaceDE w:val="0"/>
        <w:autoSpaceDN w:val="0"/>
        <w:spacing w:after="0" w:line="144" w:lineRule="exact"/>
        <w:ind w:left="108"/>
        <w:rPr>
          <w:rFonts w:ascii="TimesNewRomanPSMT" w:eastAsia="TimesNewRomanPSMT" w:hAnsi="TimesNewRomanPSMT"/>
          <w:color w:val="595959"/>
          <w:w w:val="97"/>
          <w:sz w:val="13"/>
        </w:rPr>
      </w:pPr>
    </w:p>
    <w:p w14:paraId="2A32D91C" w14:textId="77777777" w:rsidR="00C53134" w:rsidRDefault="00C53134" w:rsidP="00F9681E">
      <w:pPr>
        <w:autoSpaceDE w:val="0"/>
        <w:autoSpaceDN w:val="0"/>
        <w:spacing w:after="0" w:line="144" w:lineRule="exact"/>
      </w:pPr>
    </w:p>
    <w:p w14:paraId="7BBFD8B1" w14:textId="77777777" w:rsidR="00BD2397" w:rsidRDefault="00B8640C">
      <w:pPr>
        <w:autoSpaceDE w:val="0"/>
        <w:autoSpaceDN w:val="0"/>
        <w:spacing w:after="0" w:line="272" w:lineRule="exact"/>
        <w:ind w:right="4838"/>
        <w:jc w:val="right"/>
      </w:pPr>
      <w:r>
        <w:rPr>
          <w:rFonts w:ascii="TimesNewRomanPS" w:eastAsia="TimesNewRomanPS" w:hAnsi="TimesNewRomanPS"/>
          <w:b/>
          <w:color w:val="000000"/>
          <w:sz w:val="23"/>
        </w:rPr>
        <w:t>CERERE</w:t>
      </w:r>
    </w:p>
    <w:tbl>
      <w:tblPr>
        <w:tblW w:w="0" w:type="auto"/>
        <w:tblInd w:w="4" w:type="dxa"/>
        <w:tblLayout w:type="fixed"/>
        <w:tblLook w:val="04A0" w:firstRow="1" w:lastRow="0" w:firstColumn="1" w:lastColumn="0" w:noHBand="0" w:noVBand="1"/>
      </w:tblPr>
      <w:tblGrid>
        <w:gridCol w:w="9348"/>
      </w:tblGrid>
      <w:tr w:rsidR="00BD2397" w:rsidRPr="00F9681E" w14:paraId="48508571"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09E8F01F"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1. </w:t>
            </w:r>
            <w:r w:rsidRPr="00F9681E">
              <w:rPr>
                <w:rFonts w:ascii="TimesNewRomanPS" w:eastAsia="TimesNewRomanPS" w:hAnsi="TimesNewRomanPS"/>
                <w:b/>
                <w:color w:val="000000"/>
                <w:w w:val="102"/>
                <w:sz w:val="16"/>
                <w:szCs w:val="16"/>
              </w:rPr>
              <w:t>CĂTRE</w:t>
            </w:r>
          </w:p>
        </w:tc>
      </w:tr>
      <w:tr w:rsidR="00BD2397" w:rsidRPr="00B9266D" w14:paraId="53EC3F14" w14:textId="77777777">
        <w:trPr>
          <w:trHeight w:hRule="exact" w:val="510"/>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541C1205" w14:textId="77777777" w:rsidR="00BD2397" w:rsidRPr="008F01A5" w:rsidRDefault="00B8640C">
            <w:pPr>
              <w:autoSpaceDE w:val="0"/>
              <w:autoSpaceDN w:val="0"/>
              <w:spacing w:after="0" w:line="166" w:lineRule="exact"/>
              <w:ind w:left="100" w:right="4320"/>
              <w:rPr>
                <w:sz w:val="16"/>
                <w:szCs w:val="16"/>
                <w:lang w:val="pt-PT"/>
              </w:rPr>
            </w:pPr>
            <w:r w:rsidRPr="008F01A5">
              <w:rPr>
                <w:rFonts w:ascii="TimesNewRomanPS" w:eastAsia="TimesNewRomanPS" w:hAnsi="TimesNewRomanPS"/>
                <w:b/>
                <w:color w:val="0D5F78"/>
                <w:w w:val="97"/>
                <w:sz w:val="16"/>
                <w:szCs w:val="16"/>
                <w:lang w:val="pt-PT"/>
              </w:rPr>
              <w:t xml:space="preserve">Instituția </w:t>
            </w:r>
            <w:r w:rsidRPr="008F01A5">
              <w:rPr>
                <w:sz w:val="16"/>
                <w:szCs w:val="16"/>
                <w:lang w:val="pt-PT"/>
              </w:rPr>
              <w:br/>
            </w:r>
            <w:r w:rsidRPr="008F01A5">
              <w:rPr>
                <w:rFonts w:ascii="TimesNewRomanPS" w:eastAsia="TimesNewRomanPS" w:hAnsi="TimesNewRomanPS"/>
                <w:i/>
                <w:color w:val="7A7A7A"/>
                <w:w w:val="97"/>
                <w:sz w:val="16"/>
                <w:szCs w:val="16"/>
                <w:lang w:val="pt-PT"/>
              </w:rPr>
              <w:t>primăria municipiului / orașului / comunei · primăria de sector · consiliul județean</w:t>
            </w:r>
          </w:p>
        </w:tc>
      </w:tr>
      <w:tr w:rsidR="00BD2397" w:rsidRPr="00B9266D" w14:paraId="1B92F7C4" w14:textId="77777777" w:rsidTr="00187A6E">
        <w:trPr>
          <w:trHeight w:hRule="exact" w:val="399"/>
        </w:trPr>
        <w:tc>
          <w:tcPr>
            <w:tcW w:w="9348" w:type="dxa"/>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293CC65F" w14:textId="77777777" w:rsidR="00BD2397" w:rsidRPr="008F01A5" w:rsidRDefault="00B8640C">
            <w:pPr>
              <w:autoSpaceDE w:val="0"/>
              <w:autoSpaceDN w:val="0"/>
              <w:spacing w:after="0" w:line="144" w:lineRule="exact"/>
              <w:jc w:val="center"/>
              <w:rPr>
                <w:sz w:val="16"/>
                <w:szCs w:val="16"/>
                <w:lang w:val="pt-PT"/>
              </w:rPr>
            </w:pPr>
            <w:r w:rsidRPr="008F01A5">
              <w:rPr>
                <w:rFonts w:ascii="TimesNewRomanPSMT" w:eastAsia="TimesNewRomanPSMT" w:hAnsi="TimesNewRomanPSMT"/>
                <w:color w:val="000000"/>
                <w:w w:val="97"/>
                <w:sz w:val="16"/>
                <w:szCs w:val="16"/>
                <w:lang w:val="pt-PT"/>
              </w:rPr>
              <w:t xml:space="preserve">Cererea va fi transmisă către președintele consiliului județean, primarul general, primarul de sector sau primarul municipiului / orașului / comunei, după caz. </w:t>
            </w:r>
          </w:p>
        </w:tc>
      </w:tr>
    </w:tbl>
    <w:p w14:paraId="7037D817" w14:textId="77777777" w:rsidR="00BD2397" w:rsidRPr="008F01A5" w:rsidRDefault="00BD2397">
      <w:pPr>
        <w:autoSpaceDE w:val="0"/>
        <w:autoSpaceDN w:val="0"/>
        <w:spacing w:after="0" w:line="116" w:lineRule="exact"/>
        <w:rPr>
          <w:sz w:val="16"/>
          <w:szCs w:val="16"/>
          <w:lang w:val="pt-PT"/>
        </w:rPr>
      </w:pPr>
    </w:p>
    <w:tbl>
      <w:tblPr>
        <w:tblW w:w="0" w:type="auto"/>
        <w:tblInd w:w="4"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F9681E" w14:paraId="5F8BFF5E" w14:textId="77777777">
        <w:trPr>
          <w:trHeight w:hRule="exact" w:val="212"/>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2969EBE8" w14:textId="77777777" w:rsidR="00BD2397" w:rsidRPr="00F9681E" w:rsidRDefault="00B8640C">
            <w:pPr>
              <w:autoSpaceDE w:val="0"/>
              <w:autoSpaceDN w:val="0"/>
              <w:spacing w:after="0" w:line="176"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2. </w:t>
            </w:r>
            <w:r w:rsidRPr="00F9681E">
              <w:rPr>
                <w:rFonts w:ascii="TimesNewRomanPS" w:eastAsia="TimesNewRomanPS" w:hAnsi="TimesNewRomanPS"/>
                <w:b/>
                <w:color w:val="000000"/>
                <w:w w:val="102"/>
                <w:sz w:val="16"/>
                <w:szCs w:val="16"/>
              </w:rPr>
              <w:t>SOLICITANTUL</w:t>
            </w:r>
          </w:p>
        </w:tc>
      </w:tr>
      <w:tr w:rsidR="00BD2397" w:rsidRPr="00F9681E" w14:paraId="0927CB4B" w14:textId="77777777">
        <w:trPr>
          <w:trHeight w:hRule="exact" w:val="504"/>
        </w:trPr>
        <w:tc>
          <w:tcPr>
            <w:tcW w:w="5452" w:type="dxa"/>
            <w:gridSpan w:val="5"/>
            <w:tcBorders>
              <w:top w:val="single" w:sz="4" w:space="0" w:color="767676"/>
              <w:left w:val="single" w:sz="3" w:space="0" w:color="767676"/>
              <w:bottom w:val="single" w:sz="4" w:space="0" w:color="767676"/>
              <w:right w:val="single" w:sz="4" w:space="0" w:color="767676"/>
            </w:tcBorders>
            <w:tcMar>
              <w:left w:w="0" w:type="dxa"/>
              <w:right w:w="0" w:type="dxa"/>
            </w:tcMar>
          </w:tcPr>
          <w:p w14:paraId="18D09C0E"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15FF95F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05E5E5E7"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6AEAB13"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Act de </w:t>
            </w:r>
            <w:proofErr w:type="spellStart"/>
            <w:r w:rsidRPr="00F9681E">
              <w:rPr>
                <w:rFonts w:ascii="TimesNewRomanPSMT" w:eastAsia="TimesNewRomanPSMT" w:hAnsi="TimesNewRomanPSMT"/>
                <w:color w:val="000000"/>
                <w:w w:val="103"/>
                <w:sz w:val="16"/>
                <w:szCs w:val="16"/>
              </w:rPr>
              <w:t>identitate</w:t>
            </w:r>
            <w:proofErr w:type="spellEnd"/>
          </w:p>
        </w:tc>
      </w:tr>
      <w:tr w:rsidR="00BD2397" w:rsidRPr="00F9681E" w14:paraId="79BEF7BC" w14:textId="77777777">
        <w:trPr>
          <w:trHeight w:hRule="exact" w:val="506"/>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5FB174E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Seria</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14:paraId="35DEC5A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Numărul</w:t>
            </w:r>
            <w:proofErr w:type="spellEnd"/>
          </w:p>
        </w:tc>
        <w:tc>
          <w:tcPr>
            <w:tcW w:w="4676" w:type="dxa"/>
            <w:gridSpan w:val="5"/>
            <w:tcBorders>
              <w:top w:val="single" w:sz="4" w:space="0" w:color="767676"/>
              <w:left w:val="single" w:sz="4" w:space="0" w:color="767676"/>
              <w:bottom w:val="single" w:sz="4" w:space="0" w:color="767676"/>
              <w:right w:val="single" w:sz="4" w:space="0" w:color="767676"/>
            </w:tcBorders>
            <w:tcMar>
              <w:left w:w="0" w:type="dxa"/>
              <w:right w:w="0" w:type="dxa"/>
            </w:tcMar>
          </w:tcPr>
          <w:p w14:paraId="3E510AD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Eliberat</w:t>
            </w:r>
            <w:proofErr w:type="spellEnd"/>
            <w:r w:rsidRPr="00F9681E">
              <w:rPr>
                <w:rFonts w:ascii="TimesNewRomanPS" w:eastAsia="TimesNewRomanPS" w:hAnsi="TimesNewRomanPS"/>
                <w:b/>
                <w:color w:val="0D5F78"/>
                <w:w w:val="97"/>
                <w:sz w:val="16"/>
                <w:szCs w:val="16"/>
              </w:rPr>
              <w:t xml:space="preserve"> de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461A4B13" w14:textId="77777777" w:rsidR="00BD2397" w:rsidRPr="00F9681E" w:rsidRDefault="00B8640C">
            <w:pPr>
              <w:autoSpaceDE w:val="0"/>
              <w:autoSpaceDN w:val="0"/>
              <w:spacing w:after="0" w:line="146" w:lineRule="exact"/>
              <w:ind w:left="98"/>
              <w:rPr>
                <w:sz w:val="16"/>
                <w:szCs w:val="16"/>
              </w:rPr>
            </w:pPr>
            <w:r w:rsidRPr="00F9681E">
              <w:rPr>
                <w:rFonts w:ascii="TimesNewRomanPS" w:eastAsia="TimesNewRomanPS" w:hAnsi="TimesNewRomanPS"/>
                <w:b/>
                <w:color w:val="0D5F78"/>
                <w:w w:val="97"/>
                <w:sz w:val="16"/>
                <w:szCs w:val="16"/>
              </w:rPr>
              <w:t>La data</w:t>
            </w:r>
          </w:p>
        </w:tc>
      </w:tr>
      <w:tr w:rsidR="00BD2397" w:rsidRPr="00F9681E" w14:paraId="6DFCB874" w14:textId="77777777">
        <w:trPr>
          <w:trHeight w:hRule="exact" w:val="188"/>
        </w:trPr>
        <w:tc>
          <w:tcPr>
            <w:tcW w:w="9348" w:type="dxa"/>
            <w:gridSpan w:val="8"/>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2E32CD5A"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13E392AE"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133D3447"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3" w:space="0" w:color="767676"/>
              <w:left w:val="single" w:sz="4" w:space="0" w:color="767676"/>
              <w:bottom w:val="single" w:sz="3" w:space="0" w:color="767676"/>
              <w:right w:val="single" w:sz="3" w:space="0" w:color="767676"/>
            </w:tcBorders>
            <w:tcMar>
              <w:left w:w="0" w:type="dxa"/>
              <w:right w:w="0" w:type="dxa"/>
            </w:tcMar>
          </w:tcPr>
          <w:p w14:paraId="2E0B3E44"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00609292"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0F637FCE" w14:textId="77777777">
        <w:trPr>
          <w:trHeight w:hRule="exact" w:val="504"/>
        </w:trPr>
        <w:tc>
          <w:tcPr>
            <w:tcW w:w="3116" w:type="dxa"/>
            <w:gridSpan w:val="2"/>
            <w:tcBorders>
              <w:top w:val="single" w:sz="3" w:space="0" w:color="767676"/>
              <w:left w:val="single" w:sz="3" w:space="0" w:color="767676"/>
              <w:bottom w:val="single" w:sz="4" w:space="0" w:color="767676"/>
              <w:right w:val="single" w:sz="4" w:space="0" w:color="767676"/>
            </w:tcBorders>
            <w:tcMar>
              <w:left w:w="0" w:type="dxa"/>
              <w:right w:w="0" w:type="dxa"/>
            </w:tcMar>
          </w:tcPr>
          <w:p w14:paraId="1C7ED41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4" w:space="0" w:color="767676"/>
              <w:right w:val="single" w:sz="4" w:space="0" w:color="767676"/>
            </w:tcBorders>
            <w:tcMar>
              <w:left w:w="0" w:type="dxa"/>
              <w:right w:w="0" w:type="dxa"/>
            </w:tcMar>
          </w:tcPr>
          <w:p w14:paraId="489A2A2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4" w:space="0" w:color="767676"/>
              <w:right w:val="single" w:sz="3" w:space="0" w:color="767676"/>
            </w:tcBorders>
            <w:tcMar>
              <w:left w:w="0" w:type="dxa"/>
              <w:right w:w="0" w:type="dxa"/>
            </w:tcMar>
          </w:tcPr>
          <w:p w14:paraId="5D50235C"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4" w:space="0" w:color="767676"/>
              <w:right w:val="single" w:sz="4" w:space="0" w:color="767676"/>
            </w:tcBorders>
            <w:tcMar>
              <w:left w:w="0" w:type="dxa"/>
              <w:right w:w="0" w:type="dxa"/>
            </w:tcMar>
          </w:tcPr>
          <w:p w14:paraId="666970AA"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4" w:space="0" w:color="767676"/>
              <w:right w:val="single" w:sz="3" w:space="0" w:color="767676"/>
            </w:tcBorders>
            <w:tcMar>
              <w:left w:w="0" w:type="dxa"/>
              <w:right w:w="0" w:type="dxa"/>
            </w:tcMar>
          </w:tcPr>
          <w:p w14:paraId="7614075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4" w:space="0" w:color="767676"/>
              <w:right w:val="single" w:sz="4" w:space="0" w:color="767676"/>
            </w:tcBorders>
            <w:tcMar>
              <w:left w:w="0" w:type="dxa"/>
              <w:right w:w="0" w:type="dxa"/>
            </w:tcMar>
          </w:tcPr>
          <w:p w14:paraId="796A8FC9"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3" w:space="0" w:color="767676"/>
              <w:left w:val="single" w:sz="4" w:space="0" w:color="767676"/>
              <w:bottom w:val="single" w:sz="4" w:space="0" w:color="767676"/>
              <w:right w:val="single" w:sz="3" w:space="0" w:color="767676"/>
            </w:tcBorders>
            <w:tcMar>
              <w:left w:w="0" w:type="dxa"/>
              <w:right w:w="0" w:type="dxa"/>
            </w:tcMar>
          </w:tcPr>
          <w:p w14:paraId="081B038A"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3DC520DD" w14:textId="77777777">
        <w:trPr>
          <w:trHeight w:hRule="exact" w:val="188"/>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72ABDED"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53ACAE56" w14:textId="77777777">
        <w:trPr>
          <w:trHeight w:hRule="exact" w:val="506"/>
        </w:trPr>
        <w:tc>
          <w:tcPr>
            <w:tcW w:w="3894" w:type="dxa"/>
            <w:gridSpan w:val="3"/>
            <w:tcBorders>
              <w:top w:val="single" w:sz="4" w:space="0" w:color="767676"/>
              <w:left w:val="single" w:sz="3" w:space="0" w:color="767676"/>
              <w:bottom w:val="single" w:sz="3" w:space="0" w:color="767676"/>
              <w:right w:val="single" w:sz="4" w:space="0" w:color="767676"/>
            </w:tcBorders>
            <w:tcMar>
              <w:left w:w="0" w:type="dxa"/>
              <w:right w:w="0" w:type="dxa"/>
            </w:tcMar>
          </w:tcPr>
          <w:p w14:paraId="4E8A8A30"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4" w:space="0" w:color="767676"/>
              <w:left w:val="single" w:sz="4" w:space="0" w:color="767676"/>
              <w:bottom w:val="single" w:sz="3" w:space="0" w:color="767676"/>
              <w:right w:val="single" w:sz="3" w:space="0" w:color="767676"/>
            </w:tcBorders>
            <w:tcMar>
              <w:left w:w="0" w:type="dxa"/>
              <w:right w:w="0" w:type="dxa"/>
            </w:tcMar>
          </w:tcPr>
          <w:p w14:paraId="33E42D5A"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E-mail</w:t>
            </w:r>
          </w:p>
        </w:tc>
      </w:tr>
      <w:tr w:rsidR="00BD2397" w:rsidRPr="00F9681E" w14:paraId="45D2E631" w14:textId="77777777">
        <w:trPr>
          <w:trHeight w:hRule="exact" w:val="186"/>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22A8EE83"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Reprezentare</w:t>
            </w:r>
            <w:proofErr w:type="spellEnd"/>
          </w:p>
        </w:tc>
      </w:tr>
      <w:tr w:rsidR="00BD2397" w:rsidRPr="00F9681E" w14:paraId="36DCE456" w14:textId="77777777">
        <w:trPr>
          <w:trHeight w:hRule="exact" w:val="508"/>
        </w:trPr>
        <w:tc>
          <w:tcPr>
            <w:tcW w:w="6232"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46D5AE08" w14:textId="77777777" w:rsidR="00BD2397" w:rsidRPr="008F01A5" w:rsidRDefault="00B8640C">
            <w:pPr>
              <w:autoSpaceDE w:val="0"/>
              <w:autoSpaceDN w:val="0"/>
              <w:spacing w:after="0" w:line="146" w:lineRule="exact"/>
              <w:ind w:left="100"/>
              <w:rPr>
                <w:sz w:val="16"/>
                <w:szCs w:val="16"/>
                <w:lang w:val="pt-PT"/>
              </w:rPr>
            </w:pPr>
            <w:r w:rsidRPr="008F01A5">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E8246A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CUI / CIF</w:t>
            </w:r>
          </w:p>
        </w:tc>
      </w:tr>
    </w:tbl>
    <w:p w14:paraId="53307A27" w14:textId="77777777" w:rsidR="00BD2397" w:rsidRPr="00F9681E" w:rsidRDefault="00B8640C">
      <w:pPr>
        <w:autoSpaceDE w:val="0"/>
        <w:autoSpaceDN w:val="0"/>
        <w:spacing w:after="0" w:line="174" w:lineRule="exact"/>
        <w:ind w:left="216"/>
        <w:rPr>
          <w:sz w:val="16"/>
          <w:szCs w:val="16"/>
        </w:rPr>
      </w:pPr>
      <w:proofErr w:type="spellStart"/>
      <w:r w:rsidRPr="00F9681E">
        <w:rPr>
          <w:rFonts w:ascii="TimesNewRomanPSMT" w:eastAsia="TimesNewRomanPSMT" w:hAnsi="TimesNewRomanPSMT"/>
          <w:color w:val="000000"/>
          <w:w w:val="102"/>
          <w:sz w:val="16"/>
          <w:szCs w:val="16"/>
        </w:rPr>
        <w:t>în</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conformitate</w:t>
      </w:r>
      <w:proofErr w:type="spellEnd"/>
      <w:r w:rsidRPr="00F9681E">
        <w:rPr>
          <w:rFonts w:ascii="TimesNewRomanPSMT" w:eastAsia="TimesNewRomanPSMT" w:hAnsi="TimesNewRomanPSMT"/>
          <w:color w:val="000000"/>
          <w:w w:val="102"/>
          <w:sz w:val="16"/>
          <w:szCs w:val="16"/>
        </w:rPr>
        <w:t xml:space="preserve"> cu </w:t>
      </w:r>
      <w:proofErr w:type="spellStart"/>
      <w:r w:rsidRPr="00F9681E">
        <w:rPr>
          <w:rFonts w:ascii="TimesNewRomanPSMT" w:eastAsia="TimesNewRomanPSMT" w:hAnsi="TimesNewRomanPSMT"/>
          <w:color w:val="000000"/>
          <w:w w:val="102"/>
          <w:sz w:val="16"/>
          <w:szCs w:val="16"/>
        </w:rPr>
        <w:t>prevederile</w:t>
      </w:r>
      <w:proofErr w:type="spellEnd"/>
      <w:r w:rsidRPr="00F9681E">
        <w:rPr>
          <w:rFonts w:ascii="TimesNewRomanPSMT" w:eastAsia="TimesNewRomanPSMT" w:hAnsi="TimesNewRomanPSMT"/>
          <w:color w:val="000000"/>
          <w:w w:val="102"/>
          <w:sz w:val="16"/>
          <w:szCs w:val="16"/>
        </w:rPr>
        <w:t xml:space="preserve"> art. 300 din Legea nr. 169/2026 </w:t>
      </w:r>
      <w:proofErr w:type="spellStart"/>
      <w:r w:rsidRPr="00F9681E">
        <w:rPr>
          <w:rFonts w:ascii="TimesNewRomanPSMT" w:eastAsia="TimesNewRomanPSMT" w:hAnsi="TimesNewRomanPSMT"/>
          <w:color w:val="000000"/>
          <w:w w:val="102"/>
          <w:sz w:val="16"/>
          <w:szCs w:val="16"/>
        </w:rPr>
        <w:t>privind</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Codul</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amenajării</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teritoriului</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urbanismului</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și</w:t>
      </w:r>
      <w:proofErr w:type="spellEnd"/>
      <w:r w:rsidRPr="00F9681E">
        <w:rPr>
          <w:rFonts w:ascii="TimesNewRomanPSMT" w:eastAsia="TimesNewRomanPSMT" w:hAnsi="TimesNewRomanPSMT"/>
          <w:color w:val="000000"/>
          <w:w w:val="102"/>
          <w:sz w:val="16"/>
          <w:szCs w:val="16"/>
        </w:rPr>
        <w:t xml:space="preserve"> </w:t>
      </w:r>
      <w:proofErr w:type="spellStart"/>
      <w:r w:rsidRPr="00F9681E">
        <w:rPr>
          <w:rFonts w:ascii="TimesNewRomanPSMT" w:eastAsia="TimesNewRomanPSMT" w:hAnsi="TimesNewRomanPSMT"/>
          <w:color w:val="000000"/>
          <w:w w:val="102"/>
          <w:sz w:val="16"/>
          <w:szCs w:val="16"/>
        </w:rPr>
        <w:t>construcțiilor</w:t>
      </w:r>
      <w:proofErr w:type="spellEnd"/>
      <w:r w:rsidRPr="00F9681E">
        <w:rPr>
          <w:rFonts w:ascii="TimesNewRomanPSMT" w:eastAsia="TimesNewRomanPSMT" w:hAnsi="TimesNewRomanPSMT"/>
          <w:color w:val="000000"/>
          <w:w w:val="102"/>
          <w:sz w:val="16"/>
          <w:szCs w:val="16"/>
        </w:rPr>
        <w:t xml:space="preserve">, </w:t>
      </w:r>
    </w:p>
    <w:p w14:paraId="05CB0BE1" w14:textId="77777777" w:rsidR="00BD2397" w:rsidRPr="00F9681E" w:rsidRDefault="00B8640C">
      <w:pPr>
        <w:autoSpaceDE w:val="0"/>
        <w:autoSpaceDN w:val="0"/>
        <w:spacing w:after="0" w:line="176" w:lineRule="exact"/>
        <w:ind w:right="5190"/>
        <w:jc w:val="right"/>
        <w:rPr>
          <w:sz w:val="16"/>
          <w:szCs w:val="16"/>
        </w:rPr>
      </w:pPr>
      <w:r w:rsidRPr="00F9681E">
        <w:rPr>
          <w:rFonts w:ascii="TimesNewRomanPSMT" w:eastAsia="TimesNewRomanPSMT" w:hAnsi="TimesNewRomanPSMT"/>
          <w:color w:val="000000"/>
          <w:w w:val="102"/>
          <w:sz w:val="16"/>
          <w:szCs w:val="16"/>
        </w:rPr>
        <w:t>solicit</w:t>
      </w:r>
    </w:p>
    <w:p w14:paraId="599364D1" w14:textId="77777777" w:rsidR="00BD2397" w:rsidRPr="00F9681E" w:rsidRDefault="00B8640C">
      <w:pPr>
        <w:autoSpaceDE w:val="0"/>
        <w:autoSpaceDN w:val="0"/>
        <w:spacing w:after="0" w:line="176" w:lineRule="exact"/>
        <w:ind w:right="4868"/>
        <w:jc w:val="right"/>
        <w:rPr>
          <w:sz w:val="16"/>
          <w:szCs w:val="16"/>
        </w:rPr>
      </w:pPr>
      <w:r w:rsidRPr="00F9681E">
        <w:rPr>
          <w:rFonts w:ascii="TimesNewRomanPSMT" w:eastAsia="TimesNewRomanPSMT" w:hAnsi="TimesNewRomanPSMT"/>
          <w:color w:val="000000"/>
          <w:w w:val="102"/>
          <w:sz w:val="16"/>
          <w:szCs w:val="16"/>
        </w:rPr>
        <w:t xml:space="preserve">solicit </w:t>
      </w:r>
      <w:proofErr w:type="spellStart"/>
      <w:r w:rsidRPr="00F9681E">
        <w:rPr>
          <w:rFonts w:ascii="TimesNewRomanPSMT" w:eastAsia="TimesNewRomanPSMT" w:hAnsi="TimesNewRomanPSMT"/>
          <w:color w:val="000000"/>
          <w:w w:val="102"/>
          <w:sz w:val="16"/>
          <w:szCs w:val="16"/>
        </w:rPr>
        <w:t>emiterea</w:t>
      </w:r>
      <w:proofErr w:type="spellEnd"/>
    </w:p>
    <w:p w14:paraId="068F9AF8" w14:textId="77777777" w:rsidR="00BD2397" w:rsidRPr="00187A6E" w:rsidRDefault="00B8640C">
      <w:pPr>
        <w:autoSpaceDE w:val="0"/>
        <w:autoSpaceDN w:val="0"/>
        <w:spacing w:after="0" w:line="194" w:lineRule="exact"/>
        <w:ind w:right="4364"/>
        <w:jc w:val="right"/>
        <w:rPr>
          <w:sz w:val="24"/>
          <w:szCs w:val="24"/>
        </w:rPr>
      </w:pPr>
      <w:r w:rsidRPr="00187A6E">
        <w:rPr>
          <w:rFonts w:ascii="TimesNewRomanPS" w:eastAsia="TimesNewRomanPS" w:hAnsi="TimesNewRomanPS"/>
          <w:b/>
          <w:color w:val="000000"/>
          <w:w w:val="102"/>
          <w:sz w:val="24"/>
          <w:szCs w:val="24"/>
        </w:rPr>
        <w:t>AVIZ DE AMPLASARE</w:t>
      </w:r>
    </w:p>
    <w:tbl>
      <w:tblPr>
        <w:tblW w:w="0" w:type="auto"/>
        <w:tblInd w:w="4" w:type="dxa"/>
        <w:tblLayout w:type="fixed"/>
        <w:tblLook w:val="04A0" w:firstRow="1" w:lastRow="0" w:firstColumn="1" w:lastColumn="0" w:noHBand="0" w:noVBand="1"/>
      </w:tblPr>
      <w:tblGrid>
        <w:gridCol w:w="9348"/>
      </w:tblGrid>
      <w:tr w:rsidR="00BD2397" w:rsidRPr="00F9681E" w14:paraId="72E7B813"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E38C4EE"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ÎN </w:t>
            </w:r>
            <w:r w:rsidRPr="00F9681E">
              <w:rPr>
                <w:rFonts w:ascii="TimesNewRomanPS" w:eastAsia="TimesNewRomanPS" w:hAnsi="TimesNewRomanPS"/>
                <w:b/>
                <w:color w:val="000000"/>
                <w:w w:val="102"/>
                <w:sz w:val="16"/>
                <w:szCs w:val="16"/>
              </w:rPr>
              <w:t>VEDEREA AMPLASĂRII:</w:t>
            </w:r>
          </w:p>
        </w:tc>
      </w:tr>
      <w:tr w:rsidR="00BD2397" w:rsidRPr="00B9266D" w14:paraId="5874DCBC"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E8D9408" w14:textId="77777777" w:rsidR="00BD2397" w:rsidRPr="008F01A5" w:rsidRDefault="00B8640C">
            <w:pPr>
              <w:autoSpaceDE w:val="0"/>
              <w:autoSpaceDN w:val="0"/>
              <w:spacing w:after="0" w:line="160" w:lineRule="exact"/>
              <w:ind w:left="10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a) rastele pentru biciclete, trotinete și puncte / stații de încărcare pentru autovehicule electrice / hibride</w:t>
            </w:r>
          </w:p>
        </w:tc>
      </w:tr>
      <w:tr w:rsidR="00BD2397" w:rsidRPr="00B9266D" w14:paraId="6D2CA458" w14:textId="77777777">
        <w:trPr>
          <w:trHeight w:hRule="exact" w:val="39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1644EC5F" w14:textId="77777777" w:rsidR="00BD2397" w:rsidRPr="008F01A5" w:rsidRDefault="00B8640C">
            <w:pPr>
              <w:autoSpaceDE w:val="0"/>
              <w:autoSpaceDN w:val="0"/>
              <w:spacing w:after="0" w:line="182" w:lineRule="exact"/>
              <w:ind w:left="100" w:right="432"/>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b) punct fix de măsurare și punct de măsurare indicativ a calității aerului, cu dotări aferente, conform Legii nr. 104/2011 privind calitatea aerului înconjurător, cu modificările ulterioare</w:t>
            </w:r>
          </w:p>
        </w:tc>
      </w:tr>
      <w:tr w:rsidR="00BD2397" w:rsidRPr="00B9266D" w14:paraId="5B962EAB" w14:textId="77777777" w:rsidTr="00187A6E">
        <w:trPr>
          <w:trHeight w:hRule="exact" w:val="570"/>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64A9A7C5" w14:textId="77777777" w:rsidR="00BD2397" w:rsidRPr="008F01A5" w:rsidRDefault="00B8640C">
            <w:pPr>
              <w:autoSpaceDE w:val="0"/>
              <w:autoSpaceDN w:val="0"/>
              <w:spacing w:after="0" w:line="184" w:lineRule="exact"/>
              <w:ind w:left="100" w:right="432"/>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c) puncte / sisteme automate pentru precolectarea și gestionarea deșeurilor reciclabile, recipiente pentru precolectarea deșeurilor, inclusiv platforme și dotări tehnico-edilitare aferente</w:t>
            </w:r>
          </w:p>
        </w:tc>
      </w:tr>
      <w:tr w:rsidR="00BD2397" w:rsidRPr="00B9266D" w14:paraId="4D09B39C" w14:textId="77777777">
        <w:trPr>
          <w:trHeight w:hRule="exact" w:val="3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2B894ADC" w14:textId="77777777" w:rsidR="00BD2397" w:rsidRPr="008F01A5" w:rsidRDefault="00B8640C">
            <w:pPr>
              <w:autoSpaceDE w:val="0"/>
              <w:autoSpaceDN w:val="0"/>
              <w:spacing w:after="0" w:line="182" w:lineRule="exact"/>
              <w:ind w:left="100" w:right="432"/>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d) elemente de semnalizare rutieră, plăcuțe de nomenclatură / identificare stradală și sisteme de monitorizare video a traficului rutier și a siguranței publice</w:t>
            </w:r>
          </w:p>
        </w:tc>
      </w:tr>
      <w:tr w:rsidR="00BD2397" w:rsidRPr="00B9266D" w14:paraId="0D19D434"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83C51C6" w14:textId="77777777" w:rsidR="00BD2397" w:rsidRPr="008F01A5" w:rsidRDefault="00B8640C">
            <w:pPr>
              <w:autoSpaceDE w:val="0"/>
              <w:autoSpaceDN w:val="0"/>
              <w:spacing w:after="0" w:line="160" w:lineRule="exact"/>
              <w:ind w:left="14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e) toalete ecologice mobile și dotările aferente</w:t>
            </w:r>
          </w:p>
        </w:tc>
      </w:tr>
      <w:tr w:rsidR="00BD2397" w:rsidRPr="00B9266D" w14:paraId="0131D72A" w14:textId="77777777">
        <w:trPr>
          <w:trHeight w:hRule="exact" w:val="752"/>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32EE7601" w14:textId="77777777" w:rsidR="00BD2397" w:rsidRPr="008F01A5" w:rsidRDefault="00B8640C">
            <w:pPr>
              <w:autoSpaceDE w:val="0"/>
              <w:autoSpaceDN w:val="0"/>
              <w:spacing w:after="0" w:line="180" w:lineRule="exact"/>
              <w:ind w:left="100" w:right="288"/>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BD2397" w:rsidRPr="00B9266D" w14:paraId="65F985FB" w14:textId="77777777">
        <w:trPr>
          <w:trHeight w:hRule="exact" w:val="39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70180EB7" w14:textId="77777777" w:rsidR="00BD2397" w:rsidRPr="008F01A5" w:rsidRDefault="00B8640C">
            <w:pPr>
              <w:autoSpaceDE w:val="0"/>
              <w:autoSpaceDN w:val="0"/>
              <w:spacing w:after="0" w:line="184" w:lineRule="exact"/>
              <w:ind w:left="100" w:right="144"/>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g) mobilier necesar practicării comerțului de întâmpinare, în baza unui regulament aprobat de consiliul local al unității administrativ-teritoriale sau al sectorului municipiului București</w:t>
            </w:r>
          </w:p>
        </w:tc>
      </w:tr>
      <w:tr w:rsidR="00BD2397" w:rsidRPr="00B9266D" w14:paraId="7DA01A6B" w14:textId="77777777">
        <w:trPr>
          <w:trHeight w:hRule="exact" w:val="39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3095CB2C" w14:textId="77777777" w:rsidR="00BD2397" w:rsidRPr="008F01A5" w:rsidRDefault="00B8640C">
            <w:pPr>
              <w:autoSpaceDE w:val="0"/>
              <w:autoSpaceDN w:val="0"/>
              <w:spacing w:after="0" w:line="184" w:lineRule="exact"/>
              <w:ind w:left="100" w:right="288"/>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BD2397" w:rsidRPr="00B9266D" w14:paraId="7CD5FC4E"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022266FF" w14:textId="77777777" w:rsidR="00BD2397" w:rsidRPr="00F9681E" w:rsidRDefault="00B8640C">
            <w:pPr>
              <w:autoSpaceDE w:val="0"/>
              <w:autoSpaceDN w:val="0"/>
              <w:spacing w:after="0" w:line="160" w:lineRule="exact"/>
              <w:ind w:left="100"/>
              <w:rPr>
                <w:sz w:val="16"/>
                <w:szCs w:val="16"/>
                <w:lang w:val="sv-SE"/>
              </w:rPr>
            </w:pPr>
            <w:r w:rsidRPr="00F9681E">
              <w:rPr>
                <w:rFonts w:ascii="SegoeUISymbol" w:eastAsia="SegoeUISymbol" w:hAnsi="SegoeUISymbol"/>
                <w:color w:val="000000"/>
                <w:w w:val="103"/>
                <w:sz w:val="16"/>
                <w:szCs w:val="16"/>
                <w:lang w:val="sv-SE"/>
              </w:rPr>
              <w:t>☐</w:t>
            </w:r>
            <w:r w:rsidRPr="00F9681E">
              <w:rPr>
                <w:rFonts w:ascii="TimesNewRomanPSMT" w:eastAsia="TimesNewRomanPSMT" w:hAnsi="TimesNewRomanPSMT"/>
                <w:color w:val="000000"/>
                <w:w w:val="103"/>
                <w:sz w:val="16"/>
                <w:szCs w:val="16"/>
                <w:lang w:val="sv-SE"/>
              </w:rPr>
              <w:t xml:space="preserve"> i) stație automată fixă de monitorizare a nivelului de zgomot ambiant</w:t>
            </w:r>
          </w:p>
        </w:tc>
      </w:tr>
    </w:tbl>
    <w:p w14:paraId="383D3AF8" w14:textId="77777777" w:rsidR="00BD2397" w:rsidRPr="008F01A5" w:rsidRDefault="00B8640C">
      <w:pPr>
        <w:tabs>
          <w:tab w:val="left" w:pos="4236"/>
        </w:tabs>
        <w:autoSpaceDE w:val="0"/>
        <w:autoSpaceDN w:val="0"/>
        <w:spacing w:after="0" w:line="144" w:lineRule="exact"/>
        <w:ind w:left="108"/>
        <w:rPr>
          <w:sz w:val="16"/>
          <w:szCs w:val="16"/>
          <w:lang w:val="pt-PT"/>
        </w:rPr>
      </w:pPr>
      <w:r w:rsidRPr="008F01A5">
        <w:rPr>
          <w:rFonts w:ascii="TimesNewRomanPSMT" w:eastAsia="TimesNewRomanPSMT" w:hAnsi="TimesNewRomanPSMT"/>
          <w:color w:val="595959"/>
          <w:w w:val="97"/>
          <w:sz w:val="16"/>
          <w:szCs w:val="16"/>
          <w:lang w:val="pt-PT"/>
        </w:rPr>
        <w:t xml:space="preserve">F_05 · versiunea 1.0 </w:t>
      </w:r>
      <w:r w:rsidRPr="008F01A5">
        <w:rPr>
          <w:sz w:val="16"/>
          <w:szCs w:val="16"/>
          <w:lang w:val="pt-PT"/>
        </w:rPr>
        <w:tab/>
      </w:r>
      <w:r w:rsidRPr="008F01A5">
        <w:rPr>
          <w:rFonts w:ascii="TimesNewRomanPSMT" w:eastAsia="TimesNewRomanPSMT" w:hAnsi="TimesNewRomanPSMT"/>
          <w:color w:val="595959"/>
          <w:w w:val="97"/>
          <w:sz w:val="16"/>
          <w:szCs w:val="16"/>
          <w:lang w:val="pt-PT"/>
        </w:rPr>
        <w:t>pagina 1 din 2</w:t>
      </w:r>
    </w:p>
    <w:p w14:paraId="200C059A" w14:textId="77777777" w:rsidR="00BD2397" w:rsidRPr="008F01A5" w:rsidRDefault="00BD2397">
      <w:pPr>
        <w:spacing w:after="0"/>
        <w:rPr>
          <w:sz w:val="16"/>
          <w:szCs w:val="16"/>
          <w:lang w:val="pt-PT"/>
        </w:rPr>
        <w:sectPr w:rsidR="00BD2397" w:rsidRPr="008F01A5">
          <w:pgSz w:w="11900" w:h="16840"/>
          <w:pgMar w:top="126" w:right="546" w:bottom="236" w:left="1166" w:header="720" w:footer="720" w:gutter="0"/>
          <w:cols w:space="708"/>
          <w:docGrid w:linePitch="360"/>
        </w:sectPr>
      </w:pPr>
    </w:p>
    <w:p w14:paraId="083F9FB1" w14:textId="77777777" w:rsidR="00BD2397" w:rsidRPr="008F01A5" w:rsidRDefault="00BD2397">
      <w:pPr>
        <w:autoSpaceDE w:val="0"/>
        <w:autoSpaceDN w:val="0"/>
        <w:spacing w:after="0" w:line="126" w:lineRule="exact"/>
        <w:rPr>
          <w:sz w:val="16"/>
          <w:szCs w:val="16"/>
          <w:lang w:val="pt-PT"/>
        </w:rPr>
      </w:pPr>
    </w:p>
    <w:p w14:paraId="0BDE0C5D" w14:textId="77777777" w:rsidR="00BD2397" w:rsidRPr="008F01A5" w:rsidRDefault="00B8640C">
      <w:pPr>
        <w:tabs>
          <w:tab w:val="left" w:pos="2080"/>
        </w:tabs>
        <w:autoSpaceDE w:val="0"/>
        <w:autoSpaceDN w:val="0"/>
        <w:spacing w:after="0" w:line="200" w:lineRule="exact"/>
        <w:rPr>
          <w:sz w:val="16"/>
          <w:szCs w:val="16"/>
          <w:lang w:val="pt-PT"/>
        </w:rPr>
      </w:pPr>
      <w:r w:rsidRPr="008F01A5">
        <w:rPr>
          <w:rFonts w:ascii="Arial" w:eastAsia="Arial" w:hAnsi="Arial"/>
          <w:color w:val="000000"/>
          <w:sz w:val="16"/>
          <w:szCs w:val="16"/>
          <w:lang w:val="pt-PT"/>
        </w:rPr>
        <w:t>62 MONITORUL OFICIAL AL ROMÂNIEI, PARTEA I, Nr. 711 bis/26.VIII.2026</w:t>
      </w:r>
    </w:p>
    <w:p w14:paraId="608D1510" w14:textId="77777777" w:rsidR="00BD2397" w:rsidRPr="00F9681E" w:rsidRDefault="00B8640C">
      <w:pPr>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F_05 · </w:t>
      </w:r>
      <w:proofErr w:type="spellStart"/>
      <w:r w:rsidRPr="00F9681E">
        <w:rPr>
          <w:rFonts w:ascii="TimesNewRomanPSMT" w:eastAsia="TimesNewRomanPSMT" w:hAnsi="TimesNewRomanPSMT"/>
          <w:color w:val="595959"/>
          <w:w w:val="97"/>
          <w:sz w:val="16"/>
          <w:szCs w:val="16"/>
        </w:rPr>
        <w:t>versiunea</w:t>
      </w:r>
      <w:proofErr w:type="spellEnd"/>
      <w:r w:rsidRPr="00F9681E">
        <w:rPr>
          <w:rFonts w:ascii="TimesNewRomanPSMT" w:eastAsia="TimesNewRomanPSMT" w:hAnsi="TimesNewRomanPSMT"/>
          <w:color w:val="595959"/>
          <w:w w:val="97"/>
          <w:sz w:val="16"/>
          <w:szCs w:val="16"/>
        </w:rPr>
        <w:t xml:space="preserve"> 1.0 </w:t>
      </w:r>
    </w:p>
    <w:tbl>
      <w:tblPr>
        <w:tblW w:w="0" w:type="auto"/>
        <w:tblInd w:w="606" w:type="dxa"/>
        <w:tblLayout w:type="fixed"/>
        <w:tblLook w:val="04A0" w:firstRow="1" w:lastRow="0" w:firstColumn="1" w:lastColumn="0" w:noHBand="0" w:noVBand="1"/>
      </w:tblPr>
      <w:tblGrid>
        <w:gridCol w:w="1558"/>
        <w:gridCol w:w="1558"/>
        <w:gridCol w:w="2336"/>
        <w:gridCol w:w="780"/>
        <w:gridCol w:w="780"/>
        <w:gridCol w:w="2336"/>
      </w:tblGrid>
      <w:tr w:rsidR="00BD2397" w:rsidRPr="00F9681E" w14:paraId="5904CDA9" w14:textId="77777777">
        <w:trPr>
          <w:trHeight w:hRule="exact" w:val="210"/>
        </w:trPr>
        <w:tc>
          <w:tcPr>
            <w:tcW w:w="9348" w:type="dxa"/>
            <w:gridSpan w:val="6"/>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F6DF961"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4. </w:t>
            </w:r>
            <w:r w:rsidRPr="00F9681E">
              <w:rPr>
                <w:rFonts w:ascii="TimesNewRomanPS" w:eastAsia="TimesNewRomanPS" w:hAnsi="TimesNewRomanPS"/>
                <w:b/>
                <w:color w:val="000000"/>
                <w:w w:val="102"/>
                <w:sz w:val="16"/>
                <w:szCs w:val="16"/>
              </w:rPr>
              <w:t>IMOBILUL</w:t>
            </w:r>
          </w:p>
        </w:tc>
      </w:tr>
      <w:tr w:rsidR="00BD2397" w:rsidRPr="00F9681E" w14:paraId="08D979C7" w14:textId="77777777">
        <w:trPr>
          <w:trHeight w:hRule="exact" w:val="218"/>
        </w:trPr>
        <w:tc>
          <w:tcPr>
            <w:tcW w:w="9348"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2852BAEA" w14:textId="77777777" w:rsidR="00BD2397" w:rsidRPr="00F9681E" w:rsidRDefault="00B8640C">
            <w:pPr>
              <w:autoSpaceDE w:val="0"/>
              <w:autoSpaceDN w:val="0"/>
              <w:spacing w:after="0" w:line="162" w:lineRule="exact"/>
              <w:ind w:left="14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teren</w:t>
            </w:r>
            <w:proofErr w:type="spellEnd"/>
            <w:r w:rsidRPr="00F9681E">
              <w:rPr>
                <w:rFonts w:ascii="TimesNewRomanPSMT" w:eastAsia="TimesNewRomanPSMT" w:hAnsi="TimesNewRomanPSMT"/>
                <w:color w:val="000000"/>
                <w:w w:val="103"/>
                <w:sz w:val="16"/>
                <w:szCs w:val="16"/>
              </w:rPr>
              <w:t xml:space="preserve">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construcții</w:t>
            </w:r>
            <w:proofErr w:type="spellEnd"/>
          </w:p>
        </w:tc>
      </w:tr>
      <w:tr w:rsidR="00BD2397" w:rsidRPr="00F9681E" w14:paraId="2AFC0CBB"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1A2187CF"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w:t>
            </w:r>
            <w:proofErr w:type="spellEnd"/>
          </w:p>
        </w:tc>
        <w:tc>
          <w:tcPr>
            <w:tcW w:w="3116" w:type="dxa"/>
            <w:gridSpan w:val="2"/>
            <w:tcBorders>
              <w:top w:val="single" w:sz="3" w:space="0" w:color="767676"/>
              <w:left w:val="single" w:sz="4" w:space="0" w:color="767676"/>
              <w:bottom w:val="single" w:sz="3" w:space="0" w:color="767676"/>
              <w:right w:val="single" w:sz="3" w:space="0" w:color="767676"/>
            </w:tcBorders>
            <w:tcMar>
              <w:left w:w="0" w:type="dxa"/>
              <w:right w:w="0" w:type="dxa"/>
            </w:tcMar>
          </w:tcPr>
          <w:p w14:paraId="1363D2BD"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comună</w:t>
            </w:r>
            <w:proofErr w:type="spellEnd"/>
          </w:p>
        </w:tc>
        <w:tc>
          <w:tcPr>
            <w:tcW w:w="3116" w:type="dxa"/>
            <w:gridSpan w:val="2"/>
            <w:tcBorders>
              <w:top w:val="single" w:sz="3" w:space="0" w:color="767676"/>
              <w:left w:val="single" w:sz="3" w:space="0" w:color="767676"/>
              <w:bottom w:val="single" w:sz="3" w:space="0" w:color="767676"/>
              <w:right w:val="single" w:sz="3" w:space="0" w:color="767676"/>
            </w:tcBorders>
            <w:tcMar>
              <w:left w:w="0" w:type="dxa"/>
              <w:right w:w="0" w:type="dxa"/>
            </w:tcMar>
          </w:tcPr>
          <w:p w14:paraId="77985B86"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Sat / sector</w:t>
            </w:r>
          </w:p>
        </w:tc>
      </w:tr>
      <w:tr w:rsidR="00BD2397" w:rsidRPr="00F9681E" w14:paraId="429211E1" w14:textId="77777777">
        <w:trPr>
          <w:trHeight w:hRule="exact" w:val="504"/>
        </w:trPr>
        <w:tc>
          <w:tcPr>
            <w:tcW w:w="1558" w:type="dxa"/>
            <w:tcBorders>
              <w:top w:val="single" w:sz="3" w:space="0" w:color="767676"/>
              <w:left w:val="single" w:sz="3" w:space="0" w:color="767676"/>
              <w:bottom w:val="single" w:sz="4" w:space="0" w:color="767676"/>
              <w:right w:val="single" w:sz="3" w:space="0" w:color="767676"/>
            </w:tcBorders>
            <w:tcMar>
              <w:left w:w="0" w:type="dxa"/>
              <w:right w:w="0" w:type="dxa"/>
            </w:tcMar>
          </w:tcPr>
          <w:p w14:paraId="22812EE3"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4674" w:type="dxa"/>
            <w:gridSpan w:val="3"/>
            <w:tcBorders>
              <w:top w:val="single" w:sz="3" w:space="0" w:color="767676"/>
              <w:left w:val="single" w:sz="3" w:space="0" w:color="767676"/>
              <w:bottom w:val="single" w:sz="4" w:space="0" w:color="767676"/>
              <w:right w:val="single" w:sz="3" w:space="0" w:color="767676"/>
            </w:tcBorders>
            <w:tcMar>
              <w:left w:w="0" w:type="dxa"/>
              <w:right w:w="0" w:type="dxa"/>
            </w:tcMar>
          </w:tcPr>
          <w:p w14:paraId="50F082D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80" w:type="dxa"/>
            <w:tcBorders>
              <w:top w:val="single" w:sz="3" w:space="0" w:color="767676"/>
              <w:left w:val="single" w:sz="3" w:space="0" w:color="767676"/>
              <w:bottom w:val="single" w:sz="4" w:space="0" w:color="767676"/>
              <w:right w:val="single" w:sz="3" w:space="0" w:color="767676"/>
            </w:tcBorders>
            <w:tcMar>
              <w:left w:w="0" w:type="dxa"/>
              <w:right w:w="0" w:type="dxa"/>
            </w:tcMar>
          </w:tcPr>
          <w:p w14:paraId="35D8842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2336" w:type="dxa"/>
            <w:tcBorders>
              <w:top w:val="single" w:sz="3" w:space="0" w:color="767676"/>
              <w:left w:val="single" w:sz="3" w:space="0" w:color="767676"/>
              <w:bottom w:val="single" w:sz="4" w:space="0" w:color="767676"/>
              <w:right w:val="single" w:sz="3" w:space="0" w:color="767676"/>
            </w:tcBorders>
            <w:tcMar>
              <w:left w:w="0" w:type="dxa"/>
              <w:right w:w="0" w:type="dxa"/>
            </w:tcMar>
          </w:tcPr>
          <w:p w14:paraId="4E52339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Bl. / sc. / et. / ap.</w:t>
            </w:r>
          </w:p>
        </w:tc>
      </w:tr>
      <w:tr w:rsidR="00BD2397" w:rsidRPr="00F9681E" w14:paraId="3A73FFF3" w14:textId="77777777">
        <w:trPr>
          <w:trHeight w:hRule="exact" w:val="512"/>
        </w:trPr>
        <w:tc>
          <w:tcPr>
            <w:tcW w:w="5452"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78C4BF66" w14:textId="77777777" w:rsidR="00BD2397" w:rsidRPr="008F01A5" w:rsidRDefault="00B8640C">
            <w:pPr>
              <w:autoSpaceDE w:val="0"/>
              <w:autoSpaceDN w:val="0"/>
              <w:spacing w:after="0" w:line="164" w:lineRule="exact"/>
              <w:ind w:left="100" w:right="3312"/>
              <w:rPr>
                <w:sz w:val="16"/>
                <w:szCs w:val="16"/>
                <w:lang w:val="pt-PT"/>
              </w:rPr>
            </w:pPr>
            <w:r w:rsidRPr="008F01A5">
              <w:rPr>
                <w:rFonts w:ascii="TimesNewRomanPS" w:eastAsia="TimesNewRomanPS" w:hAnsi="TimesNewRomanPS"/>
                <w:b/>
                <w:color w:val="0D5F78"/>
                <w:w w:val="97"/>
                <w:sz w:val="16"/>
                <w:szCs w:val="16"/>
                <w:lang w:val="pt-PT"/>
              </w:rPr>
              <w:t xml:space="preserve">Număr cadastral </w:t>
            </w:r>
            <w:r w:rsidRPr="008F01A5">
              <w:rPr>
                <w:sz w:val="16"/>
                <w:szCs w:val="16"/>
                <w:lang w:val="pt-PT"/>
              </w:rPr>
              <w:br/>
            </w:r>
            <w:r w:rsidRPr="008F01A5">
              <w:rPr>
                <w:rFonts w:ascii="TimesNewRomanPS" w:eastAsia="TimesNewRomanPS" w:hAnsi="TimesNewRomanPS"/>
                <w:i/>
                <w:color w:val="7A7A7A"/>
                <w:w w:val="97"/>
                <w:sz w:val="16"/>
                <w:szCs w:val="16"/>
                <w:lang w:val="pt-PT"/>
              </w:rPr>
              <w:t>dacă imobilul e înscris în e-Terra</w:t>
            </w:r>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2EEFA40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 </w:t>
            </w:r>
            <w:proofErr w:type="spellStart"/>
            <w:r w:rsidRPr="00F9681E">
              <w:rPr>
                <w:rFonts w:ascii="TimesNewRomanPS" w:eastAsia="TimesNewRomanPS" w:hAnsi="TimesNewRomanPS"/>
                <w:b/>
                <w:color w:val="0D5F78"/>
                <w:w w:val="97"/>
                <w:sz w:val="16"/>
                <w:szCs w:val="16"/>
              </w:rPr>
              <w:t>funciară</w:t>
            </w:r>
            <w:proofErr w:type="spellEnd"/>
            <w:r w:rsidRPr="00F9681E">
              <w:rPr>
                <w:rFonts w:ascii="TimesNewRomanPS" w:eastAsia="TimesNewRomanPS" w:hAnsi="TimesNewRomanPS"/>
                <w:b/>
                <w:color w:val="0D5F78"/>
                <w:w w:val="97"/>
                <w:sz w:val="16"/>
                <w:szCs w:val="16"/>
              </w:rPr>
              <w:t xml:space="preserve"> nr.</w:t>
            </w:r>
          </w:p>
        </w:tc>
      </w:tr>
      <w:tr w:rsidR="00BD2397" w:rsidRPr="00B9266D" w14:paraId="15511C7A" w14:textId="77777777">
        <w:trPr>
          <w:trHeight w:hRule="exact" w:val="218"/>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0F2EE698" w14:textId="77777777" w:rsidR="00BD2397" w:rsidRPr="008F01A5" w:rsidRDefault="00B8640C">
            <w:pPr>
              <w:autoSpaceDE w:val="0"/>
              <w:autoSpaceDN w:val="0"/>
              <w:spacing w:after="0" w:line="160" w:lineRule="exact"/>
              <w:ind w:left="14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extras de carte funciară actualizat, anexat     </w:t>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plan de încadrare în zonă în sistem Stereo 70, anexat</w:t>
            </w:r>
          </w:p>
        </w:tc>
      </w:tr>
    </w:tbl>
    <w:p w14:paraId="63BE4431" w14:textId="77777777" w:rsidR="00BD2397" w:rsidRPr="008F01A5"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F9681E" w14:paraId="78F62C9B"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54AFDC5"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5. </w:t>
            </w:r>
            <w:r w:rsidRPr="00F9681E">
              <w:rPr>
                <w:rFonts w:ascii="TimesNewRomanPS" w:eastAsia="TimesNewRomanPS" w:hAnsi="TimesNewRomanPS"/>
                <w:b/>
                <w:color w:val="000000"/>
                <w:w w:val="102"/>
                <w:sz w:val="16"/>
                <w:szCs w:val="16"/>
              </w:rPr>
              <w:t>SUPRAFAȚA</w:t>
            </w:r>
          </w:p>
        </w:tc>
      </w:tr>
      <w:tr w:rsidR="00BD2397" w:rsidRPr="00B9266D" w14:paraId="6034B92B" w14:textId="77777777">
        <w:trPr>
          <w:trHeight w:hRule="exact" w:val="50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71A1F70" w14:textId="77777777" w:rsidR="00BD2397" w:rsidRPr="008F01A5" w:rsidRDefault="00B8640C">
            <w:pPr>
              <w:autoSpaceDE w:val="0"/>
              <w:autoSpaceDN w:val="0"/>
              <w:spacing w:after="0" w:line="146" w:lineRule="exact"/>
              <w:ind w:left="100"/>
              <w:rPr>
                <w:sz w:val="16"/>
                <w:szCs w:val="16"/>
                <w:lang w:val="pt-PT"/>
              </w:rPr>
            </w:pPr>
            <w:r w:rsidRPr="008F01A5">
              <w:rPr>
                <w:rFonts w:ascii="TimesNewRomanPS" w:eastAsia="TimesNewRomanPS" w:hAnsi="TimesNewRomanPS"/>
                <w:b/>
                <w:color w:val="0D5F78"/>
                <w:w w:val="97"/>
                <w:sz w:val="16"/>
                <w:szCs w:val="16"/>
                <w:lang w:val="pt-PT"/>
              </w:rPr>
              <w:t>Suprafața terenului și/sau a construcției pentru care se solicită avizul (m²)</w:t>
            </w:r>
          </w:p>
        </w:tc>
      </w:tr>
    </w:tbl>
    <w:p w14:paraId="61B08A46" w14:textId="77777777" w:rsidR="00BD2397" w:rsidRPr="008F01A5" w:rsidRDefault="00BD2397">
      <w:pPr>
        <w:autoSpaceDE w:val="0"/>
        <w:autoSpaceDN w:val="0"/>
        <w:spacing w:after="0" w:line="118"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F9681E" w14:paraId="6C52B732" w14:textId="77777777">
        <w:trPr>
          <w:trHeight w:hRule="exact" w:val="21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4CB58F99"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6. </w:t>
            </w:r>
            <w:r w:rsidRPr="00F9681E">
              <w:rPr>
                <w:rFonts w:ascii="TimesNewRomanPS" w:eastAsia="TimesNewRomanPS" w:hAnsi="TimesNewRomanPS"/>
                <w:b/>
                <w:color w:val="000000"/>
                <w:w w:val="102"/>
                <w:sz w:val="16"/>
                <w:szCs w:val="16"/>
              </w:rPr>
              <w:t>ANEXEZ PREZENTEI SOLICITĂRI</w:t>
            </w:r>
          </w:p>
        </w:tc>
      </w:tr>
      <w:tr w:rsidR="00BD2397" w:rsidRPr="00B9266D" w14:paraId="232ADE73" w14:textId="77777777" w:rsidTr="00187A6E">
        <w:trPr>
          <w:trHeight w:hRule="exact" w:val="869"/>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3C4AF878" w14:textId="77777777" w:rsidR="00BD2397" w:rsidRPr="00B9266D" w:rsidRDefault="00B8640C">
            <w:pPr>
              <w:autoSpaceDE w:val="0"/>
              <w:autoSpaceDN w:val="0"/>
              <w:spacing w:after="0" w:line="204" w:lineRule="exact"/>
              <w:ind w:left="100" w:right="5184"/>
              <w:rPr>
                <w:sz w:val="16"/>
                <w:szCs w:val="16"/>
                <w:lang w:val="pt-BR"/>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copie a certificatului de înregistrare (C.U.I.)</w:t>
            </w:r>
            <w:r w:rsidRPr="008F01A5">
              <w:rPr>
                <w:sz w:val="16"/>
                <w:szCs w:val="16"/>
                <w:lang w:val="pt-PT"/>
              </w:rPr>
              <w:br/>
            </w:r>
            <w:r w:rsidRPr="00B9266D">
              <w:rPr>
                <w:rFonts w:ascii="SegoeUISymbol" w:eastAsia="SegoeUISymbol" w:hAnsi="SegoeUISymbol"/>
                <w:color w:val="000000"/>
                <w:w w:val="103"/>
                <w:sz w:val="16"/>
                <w:szCs w:val="16"/>
                <w:lang w:val="pt-BR"/>
              </w:rPr>
              <w:t>☐</w:t>
            </w:r>
            <w:r w:rsidRPr="00B9266D">
              <w:rPr>
                <w:rFonts w:ascii="TimesNewRomanPSMT" w:eastAsia="TimesNewRomanPSMT" w:hAnsi="TimesNewRomanPSMT"/>
                <w:color w:val="000000"/>
                <w:w w:val="103"/>
                <w:sz w:val="16"/>
                <w:szCs w:val="16"/>
                <w:lang w:val="pt-BR"/>
              </w:rPr>
              <w:t xml:space="preserve"> copie a actului de identitate al asociatului / administratorului</w:t>
            </w:r>
          </w:p>
        </w:tc>
      </w:tr>
      <w:tr w:rsidR="00BD2397" w:rsidRPr="00B9266D" w14:paraId="4DA231E5" w14:textId="77777777">
        <w:trPr>
          <w:trHeight w:hRule="exact" w:val="21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3EA4A6DD" w14:textId="77777777" w:rsidR="00BD2397" w:rsidRPr="008F01A5" w:rsidRDefault="00B8640C">
            <w:pPr>
              <w:autoSpaceDE w:val="0"/>
              <w:autoSpaceDN w:val="0"/>
              <w:spacing w:after="0" w:line="160" w:lineRule="exact"/>
              <w:ind w:left="14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extras de carte funciară pentru informare     </w:t>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plan de amplasament     </w:t>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contract de închiriere, după caz</w:t>
            </w:r>
          </w:p>
        </w:tc>
      </w:tr>
      <w:tr w:rsidR="00BD2397" w:rsidRPr="00B9266D" w14:paraId="3B9F8D85"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6260EE37" w14:textId="77777777" w:rsidR="00BD2397" w:rsidRPr="008F01A5" w:rsidRDefault="00B8640C">
            <w:pPr>
              <w:autoSpaceDE w:val="0"/>
              <w:autoSpaceDN w:val="0"/>
              <w:spacing w:after="0" w:line="160" w:lineRule="exact"/>
              <w:ind w:left="14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memoriu tehnic     </w:t>
            </w: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avizul anterior, după caz</w:t>
            </w:r>
          </w:p>
        </w:tc>
      </w:tr>
      <w:tr w:rsidR="00BD2397" w:rsidRPr="00B9266D" w14:paraId="22634932" w14:textId="77777777">
        <w:trPr>
          <w:trHeight w:hRule="exact" w:val="5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7305037A" w14:textId="77777777" w:rsidR="00BD2397" w:rsidRPr="008F01A5" w:rsidRDefault="00BD2397">
            <w:pPr>
              <w:spacing w:after="0"/>
              <w:rPr>
                <w:sz w:val="16"/>
                <w:szCs w:val="16"/>
                <w:lang w:val="pt-PT"/>
              </w:rPr>
            </w:pPr>
          </w:p>
        </w:tc>
      </w:tr>
    </w:tbl>
    <w:p w14:paraId="55FBCFF7" w14:textId="77777777" w:rsidR="00BD2397" w:rsidRPr="008F01A5" w:rsidRDefault="00BD2397">
      <w:pPr>
        <w:autoSpaceDE w:val="0"/>
        <w:autoSpaceDN w:val="0"/>
        <w:spacing w:after="0" w:line="118" w:lineRule="exact"/>
        <w:rPr>
          <w:sz w:val="16"/>
          <w:szCs w:val="16"/>
          <w:lang w:val="pt-PT"/>
        </w:rPr>
      </w:pPr>
    </w:p>
    <w:tbl>
      <w:tblPr>
        <w:tblW w:w="0" w:type="auto"/>
        <w:tblInd w:w="606" w:type="dxa"/>
        <w:tblLayout w:type="fixed"/>
        <w:tblLook w:val="04A0" w:firstRow="1" w:lastRow="0" w:firstColumn="1" w:lastColumn="0" w:noHBand="0" w:noVBand="1"/>
      </w:tblPr>
      <w:tblGrid>
        <w:gridCol w:w="1558"/>
        <w:gridCol w:w="4674"/>
        <w:gridCol w:w="3116"/>
      </w:tblGrid>
      <w:tr w:rsidR="00BD2397" w:rsidRPr="00F9681E" w14:paraId="3FA1D6AF" w14:textId="77777777">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866178A" w14:textId="77777777" w:rsidR="00BD2397" w:rsidRPr="00F9681E" w:rsidRDefault="00B8640C">
            <w:pPr>
              <w:autoSpaceDE w:val="0"/>
              <w:autoSpaceDN w:val="0"/>
              <w:spacing w:after="0" w:line="174" w:lineRule="exact"/>
              <w:ind w:left="100"/>
              <w:rPr>
                <w:sz w:val="16"/>
                <w:szCs w:val="16"/>
              </w:rPr>
            </w:pPr>
            <w:r w:rsidRPr="008F01A5">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7. </w:t>
            </w:r>
            <w:r w:rsidRPr="00F9681E">
              <w:rPr>
                <w:rFonts w:ascii="TimesNewRomanPS" w:eastAsia="TimesNewRomanPS" w:hAnsi="TimesNewRomanPS"/>
                <w:b/>
                <w:color w:val="000000"/>
                <w:w w:val="102"/>
                <w:sz w:val="16"/>
                <w:szCs w:val="16"/>
              </w:rPr>
              <w:t>DATA ȘI SEMNĂTURA</w:t>
            </w:r>
          </w:p>
        </w:tc>
      </w:tr>
      <w:tr w:rsidR="00BD2397" w:rsidRPr="00F9681E" w14:paraId="602CC14F" w14:textId="77777777">
        <w:trPr>
          <w:trHeight w:hRule="exact" w:val="188"/>
        </w:trPr>
        <w:tc>
          <w:tcPr>
            <w:tcW w:w="9348"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14:paraId="3EB5D157" w14:textId="77777777" w:rsidR="00BD2397" w:rsidRPr="00F9681E" w:rsidRDefault="00B8640C">
            <w:pPr>
              <w:autoSpaceDE w:val="0"/>
              <w:autoSpaceDN w:val="0"/>
              <w:spacing w:after="0" w:line="164" w:lineRule="exact"/>
              <w:ind w:left="100"/>
              <w:rPr>
                <w:sz w:val="16"/>
                <w:szCs w:val="16"/>
              </w:rPr>
            </w:pPr>
            <w:proofErr w:type="spellStart"/>
            <w:r w:rsidRPr="00F9681E">
              <w:rPr>
                <w:rFonts w:ascii="TimesNewRomanPS" w:eastAsia="TimesNewRomanPS" w:hAnsi="TimesNewRomanPS"/>
                <w:i/>
                <w:color w:val="000000"/>
                <w:w w:val="97"/>
                <w:sz w:val="16"/>
                <w:szCs w:val="16"/>
              </w:rPr>
              <w:t>Declar</w:t>
            </w:r>
            <w:proofErr w:type="spellEnd"/>
            <w:r w:rsidRPr="00F9681E">
              <w:rPr>
                <w:rFonts w:ascii="TimesNewRomanPS" w:eastAsia="TimesNewRomanPS" w:hAnsi="TimesNewRomanPS"/>
                <w:i/>
                <w:color w:val="000000"/>
                <w:w w:val="97"/>
                <w:sz w:val="16"/>
                <w:szCs w:val="16"/>
              </w:rPr>
              <w:t xml:space="preserve"> pe propria </w:t>
            </w:r>
            <w:proofErr w:type="spellStart"/>
            <w:r w:rsidRPr="00F9681E">
              <w:rPr>
                <w:rFonts w:ascii="TimesNewRomanPS" w:eastAsia="TimesNewRomanPS" w:hAnsi="TimesNewRomanPS"/>
                <w:i/>
                <w:color w:val="000000"/>
                <w:w w:val="97"/>
                <w:sz w:val="16"/>
                <w:szCs w:val="16"/>
              </w:rPr>
              <w:t>răspundere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cunoscând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prevederile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legii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penale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privind</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falsul</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declarații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că</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datele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înscrise</w:t>
            </w:r>
            <w:proofErr w:type="spellEnd"/>
            <w:r w:rsidRPr="00F9681E">
              <w:rPr>
                <w:rFonts w:ascii="TimesNewRomanPS" w:eastAsia="TimesNewRomanPS" w:hAnsi="TimesNewRomanPS"/>
                <w:i/>
                <w:color w:val="000000"/>
                <w:w w:val="97"/>
                <w:sz w:val="16"/>
                <w:szCs w:val="16"/>
              </w:rPr>
              <w:t xml:space="preserve"> sunt </w:t>
            </w:r>
            <w:proofErr w:type="spellStart"/>
            <w:r w:rsidRPr="00F9681E">
              <w:rPr>
                <w:rFonts w:ascii="TimesNewRomanPS" w:eastAsia="TimesNewRomanPS" w:hAnsi="TimesNewRomanPS"/>
                <w:i/>
                <w:color w:val="000000"/>
                <w:w w:val="97"/>
                <w:sz w:val="16"/>
                <w:szCs w:val="16"/>
              </w:rPr>
              <w:t>reale</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și</w:t>
            </w:r>
            <w:proofErr w:type="spellEnd"/>
            <w:r w:rsidRPr="00F9681E">
              <w:rPr>
                <w:rFonts w:ascii="TimesNewRomanPS" w:eastAsia="TimesNewRomanPS" w:hAnsi="TimesNewRomanPS"/>
                <w:i/>
                <w:color w:val="000000"/>
                <w:w w:val="97"/>
                <w:sz w:val="16"/>
                <w:szCs w:val="16"/>
              </w:rPr>
              <w:t xml:space="preserve"> </w:t>
            </w:r>
            <w:proofErr w:type="spellStart"/>
            <w:r w:rsidRPr="00F9681E">
              <w:rPr>
                <w:rFonts w:ascii="TimesNewRomanPS" w:eastAsia="TimesNewRomanPS" w:hAnsi="TimesNewRomanPS"/>
                <w:i/>
                <w:color w:val="000000"/>
                <w:w w:val="97"/>
                <w:sz w:val="16"/>
                <w:szCs w:val="16"/>
              </w:rPr>
              <w:t>exacte</w:t>
            </w:r>
            <w:proofErr w:type="spellEnd"/>
            <w:r w:rsidRPr="00F9681E">
              <w:rPr>
                <w:rFonts w:ascii="TimesNewRomanPS" w:eastAsia="TimesNewRomanPS" w:hAnsi="TimesNewRomanPS"/>
                <w:i/>
                <w:color w:val="000000"/>
                <w:w w:val="97"/>
                <w:sz w:val="16"/>
                <w:szCs w:val="16"/>
              </w:rPr>
              <w:t>.</w:t>
            </w:r>
          </w:p>
        </w:tc>
      </w:tr>
      <w:tr w:rsidR="00BD2397" w:rsidRPr="00F9681E" w14:paraId="691E693B" w14:textId="77777777">
        <w:trPr>
          <w:trHeight w:hRule="exact" w:val="504"/>
        </w:trPr>
        <w:tc>
          <w:tcPr>
            <w:tcW w:w="1558" w:type="dxa"/>
            <w:tcBorders>
              <w:top w:val="single" w:sz="3" w:space="0" w:color="767676"/>
              <w:left w:val="single" w:sz="3" w:space="0" w:color="767676"/>
              <w:bottom w:val="single" w:sz="3" w:space="0" w:color="767676"/>
              <w:right w:val="single" w:sz="3" w:space="0" w:color="767676"/>
            </w:tcBorders>
            <w:tcMar>
              <w:left w:w="0" w:type="dxa"/>
              <w:right w:w="0" w:type="dxa"/>
            </w:tcMar>
          </w:tcPr>
          <w:p w14:paraId="3000D136"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Data</w:t>
            </w:r>
          </w:p>
        </w:tc>
        <w:tc>
          <w:tcPr>
            <w:tcW w:w="4674" w:type="dxa"/>
            <w:tcBorders>
              <w:top w:val="single" w:sz="3" w:space="0" w:color="767676"/>
              <w:left w:val="single" w:sz="3" w:space="0" w:color="767676"/>
              <w:bottom w:val="single" w:sz="3" w:space="0" w:color="767676"/>
              <w:right w:val="single" w:sz="3" w:space="0" w:color="767676"/>
            </w:tcBorders>
            <w:tcMar>
              <w:left w:w="0" w:type="dxa"/>
              <w:right w:w="0" w:type="dxa"/>
            </w:tcMar>
          </w:tcPr>
          <w:p w14:paraId="2A66D278"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Solicitantul</w:t>
            </w:r>
            <w:proofErr w:type="spellEnd"/>
          </w:p>
        </w:tc>
        <w:tc>
          <w:tcPr>
            <w:tcW w:w="3116" w:type="dxa"/>
            <w:tcBorders>
              <w:top w:val="single" w:sz="3" w:space="0" w:color="767676"/>
              <w:left w:val="single" w:sz="3" w:space="0" w:color="767676"/>
              <w:bottom w:val="single" w:sz="3" w:space="0" w:color="767676"/>
              <w:right w:val="single" w:sz="3" w:space="0" w:color="767676"/>
            </w:tcBorders>
            <w:tcMar>
              <w:left w:w="0" w:type="dxa"/>
              <w:right w:w="0" w:type="dxa"/>
            </w:tcMar>
          </w:tcPr>
          <w:p w14:paraId="45A514DE"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Semnătura</w:t>
            </w:r>
            <w:proofErr w:type="spellEnd"/>
          </w:p>
        </w:tc>
      </w:tr>
    </w:tbl>
    <w:p w14:paraId="4EB7DB71" w14:textId="77777777" w:rsidR="00BD2397" w:rsidRPr="00F9681E" w:rsidRDefault="00B8640C">
      <w:pPr>
        <w:tabs>
          <w:tab w:val="left" w:pos="4838"/>
        </w:tabs>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F_05 · </w:t>
      </w:r>
      <w:proofErr w:type="spellStart"/>
      <w:r w:rsidRPr="00F9681E">
        <w:rPr>
          <w:rFonts w:ascii="TimesNewRomanPSMT" w:eastAsia="TimesNewRomanPSMT" w:hAnsi="TimesNewRomanPSMT"/>
          <w:color w:val="595959"/>
          <w:w w:val="97"/>
          <w:sz w:val="16"/>
          <w:szCs w:val="16"/>
        </w:rPr>
        <w:t>versiunea</w:t>
      </w:r>
      <w:proofErr w:type="spellEnd"/>
      <w:r w:rsidRPr="00F9681E">
        <w:rPr>
          <w:rFonts w:ascii="TimesNewRomanPSMT" w:eastAsia="TimesNewRomanPSMT" w:hAnsi="TimesNewRomanPSMT"/>
          <w:color w:val="595959"/>
          <w:w w:val="97"/>
          <w:sz w:val="16"/>
          <w:szCs w:val="16"/>
        </w:rPr>
        <w:t xml:space="preserve"> 1.0 </w:t>
      </w:r>
      <w:r w:rsidRPr="00F9681E">
        <w:rPr>
          <w:sz w:val="16"/>
          <w:szCs w:val="16"/>
        </w:rPr>
        <w:tab/>
      </w:r>
      <w:proofErr w:type="spellStart"/>
      <w:r w:rsidRPr="00F9681E">
        <w:rPr>
          <w:rFonts w:ascii="TimesNewRomanPSMT" w:eastAsia="TimesNewRomanPSMT" w:hAnsi="TimesNewRomanPSMT"/>
          <w:color w:val="595959"/>
          <w:w w:val="97"/>
          <w:sz w:val="16"/>
          <w:szCs w:val="16"/>
        </w:rPr>
        <w:t>pagina</w:t>
      </w:r>
      <w:proofErr w:type="spellEnd"/>
      <w:r w:rsidRPr="00F9681E">
        <w:rPr>
          <w:rFonts w:ascii="TimesNewRomanPSMT" w:eastAsia="TimesNewRomanPSMT" w:hAnsi="TimesNewRomanPSMT"/>
          <w:color w:val="595959"/>
          <w:w w:val="97"/>
          <w:sz w:val="16"/>
          <w:szCs w:val="16"/>
        </w:rPr>
        <w:t xml:space="preserve"> 2 din 2</w:t>
      </w:r>
    </w:p>
    <w:p w14:paraId="7E6A642D" w14:textId="77777777" w:rsidR="00BD2397" w:rsidRDefault="00BD2397">
      <w:pPr>
        <w:spacing w:after="0"/>
        <w:sectPr w:rsidR="00BD2397">
          <w:pgSz w:w="11900" w:h="16840"/>
          <w:pgMar w:top="126" w:right="1358" w:bottom="236" w:left="564" w:header="720" w:footer="720" w:gutter="0"/>
          <w:cols w:space="708"/>
          <w:docGrid w:linePitch="360"/>
        </w:sectPr>
      </w:pPr>
    </w:p>
    <w:p w14:paraId="5292024A" w14:textId="77777777" w:rsidR="00BD2397" w:rsidRDefault="00BD2397">
      <w:pPr>
        <w:autoSpaceDE w:val="0"/>
        <w:autoSpaceDN w:val="0"/>
        <w:spacing w:after="0" w:line="126" w:lineRule="exact"/>
      </w:pPr>
    </w:p>
    <w:p w14:paraId="20F84C2D" w14:textId="3173A7D0" w:rsidR="00B9266D" w:rsidRPr="00B9266D" w:rsidRDefault="00B9266D" w:rsidP="00B9266D">
      <w:pPr>
        <w:autoSpaceDE w:val="0"/>
        <w:autoSpaceDN w:val="0"/>
        <w:spacing w:after="0" w:line="144" w:lineRule="exact"/>
        <w:ind w:left="108"/>
        <w:rPr>
          <w:rFonts w:ascii="TimesNewRomanPSMT" w:eastAsia="TimesNewRomanPSMT" w:hAnsi="TimesNewRomanPSMT"/>
          <w:color w:val="595959"/>
          <w:w w:val="97"/>
          <w:sz w:val="13"/>
          <w:lang w:val="pt-PT"/>
        </w:rPr>
      </w:pPr>
      <w:r w:rsidRPr="00B9266D">
        <w:rPr>
          <w:rFonts w:ascii="TimesNewRomanPSMT" w:eastAsia="TimesNewRomanPSMT" w:hAnsi="TimesNewRomanPSMT"/>
          <w:color w:val="595959"/>
          <w:w w:val="97"/>
          <w:sz w:val="13"/>
        </w:rPr>
        <w:drawing>
          <wp:anchor distT="0" distB="0" distL="114300" distR="114300" simplePos="0" relativeHeight="251879424" behindDoc="0" locked="0" layoutInCell="1" allowOverlap="1" wp14:anchorId="1F73644E" wp14:editId="3D88500C">
            <wp:simplePos x="0" y="0"/>
            <wp:positionH relativeFrom="column">
              <wp:posOffset>346710</wp:posOffset>
            </wp:positionH>
            <wp:positionV relativeFrom="paragraph">
              <wp:posOffset>149225</wp:posOffset>
            </wp:positionV>
            <wp:extent cx="719455" cy="1076325"/>
            <wp:effectExtent l="0" t="0" r="4445" b="9525"/>
            <wp:wrapSquare wrapText="bothSides"/>
            <wp:docPr id="1167949848" name="I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r w:rsidRPr="00B9266D">
        <w:rPr>
          <w:rFonts w:ascii="TimesNewRomanPSMT" w:eastAsia="TimesNewRomanPSMT" w:hAnsi="TimesNewRomanPSMT"/>
          <w:color w:val="595959"/>
          <w:w w:val="97"/>
          <w:sz w:val="13"/>
        </w:rPr>
        <w:drawing>
          <wp:anchor distT="0" distB="0" distL="114300" distR="114300" simplePos="0" relativeHeight="251877376" behindDoc="0" locked="0" layoutInCell="1" allowOverlap="1" wp14:anchorId="28DBB56A" wp14:editId="07085E92">
            <wp:simplePos x="0" y="0"/>
            <wp:positionH relativeFrom="column">
              <wp:posOffset>347345</wp:posOffset>
            </wp:positionH>
            <wp:positionV relativeFrom="paragraph">
              <wp:posOffset>180975</wp:posOffset>
            </wp:positionV>
            <wp:extent cx="516255" cy="762000"/>
            <wp:effectExtent l="0" t="0" r="0" b="0"/>
            <wp:wrapSquare wrapText="right"/>
            <wp:docPr id="1549402901" name="I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16255" cy="762000"/>
                    </a:xfrm>
                    <a:prstGeom prst="rect">
                      <a:avLst/>
                    </a:prstGeom>
                    <a:noFill/>
                  </pic:spPr>
                </pic:pic>
              </a:graphicData>
            </a:graphic>
            <wp14:sizeRelH relativeFrom="page">
              <wp14:pctWidth>0</wp14:pctWidth>
            </wp14:sizeRelH>
            <wp14:sizeRelV relativeFrom="page">
              <wp14:pctHeight>0</wp14:pctHeight>
            </wp14:sizeRelV>
          </wp:anchor>
        </w:drawing>
      </w:r>
    </w:p>
    <w:p w14:paraId="708F23B3" w14:textId="77777777" w:rsidR="00B9266D" w:rsidRPr="00B9266D" w:rsidRDefault="00B9266D" w:rsidP="00B9266D">
      <w:pPr>
        <w:autoSpaceDE w:val="0"/>
        <w:autoSpaceDN w:val="0"/>
        <w:spacing w:after="0" w:line="144" w:lineRule="exact"/>
        <w:ind w:left="108"/>
        <w:rPr>
          <w:rFonts w:ascii="TimesNewRomanPSMT" w:eastAsia="TimesNewRomanPSMT" w:hAnsi="TimesNewRomanPSMT"/>
          <w:b/>
          <w:color w:val="595959"/>
          <w:w w:val="97"/>
          <w:sz w:val="13"/>
          <w:lang w:val="pt-PT"/>
        </w:rPr>
      </w:pPr>
      <w:r w:rsidRPr="00B9266D">
        <w:rPr>
          <w:rFonts w:ascii="TimesNewRomanPSMT" w:eastAsia="TimesNewRomanPSMT" w:hAnsi="TimesNewRomanPSMT"/>
          <w:color w:val="595959"/>
          <w:w w:val="97"/>
          <w:sz w:val="13"/>
          <w:lang w:val="pt-PT"/>
        </w:rPr>
        <w:t xml:space="preserve">Judeţul  MUREŞ                                                                                                    </w:t>
      </w:r>
      <w:r w:rsidRPr="00B9266D">
        <w:rPr>
          <w:rFonts w:ascii="TimesNewRomanPSMT" w:eastAsia="TimesNewRomanPSMT" w:hAnsi="TimesNewRomanPSMT"/>
          <w:b/>
          <w:color w:val="595959"/>
          <w:w w:val="97"/>
          <w:sz w:val="13"/>
          <w:lang w:val="pt-PT"/>
        </w:rPr>
        <w:t xml:space="preserve"> </w:t>
      </w:r>
      <w:r w:rsidRPr="00B9266D">
        <w:rPr>
          <w:rFonts w:ascii="TimesNewRomanPSMT" w:eastAsia="TimesNewRomanPSMT" w:hAnsi="TimesNewRomanPSMT"/>
          <w:color w:val="595959"/>
          <w:w w:val="97"/>
          <w:sz w:val="13"/>
          <w:lang w:val="pt-PT"/>
        </w:rPr>
        <w:t xml:space="preserve">   </w:t>
      </w:r>
      <w:r w:rsidRPr="00B9266D">
        <w:rPr>
          <w:rFonts w:ascii="TimesNewRomanPSMT" w:eastAsia="TimesNewRomanPSMT" w:hAnsi="TimesNewRomanPSMT"/>
          <w:b/>
          <w:color w:val="595959"/>
          <w:w w:val="97"/>
          <w:sz w:val="13"/>
          <w:lang w:val="pt-PT"/>
        </w:rPr>
        <w:t xml:space="preserve"> </w:t>
      </w:r>
      <w:r w:rsidRPr="00B9266D">
        <w:rPr>
          <w:rFonts w:ascii="TimesNewRomanPSMT" w:eastAsia="TimesNewRomanPSMT" w:hAnsi="TimesNewRomanPSMT"/>
          <w:color w:val="595959"/>
          <w:w w:val="97"/>
          <w:sz w:val="13"/>
          <w:lang w:val="pt-PT"/>
        </w:rPr>
        <w:t xml:space="preserve"> </w:t>
      </w:r>
      <w:r w:rsidRPr="00B9266D">
        <w:rPr>
          <w:rFonts w:ascii="TimesNewRomanPSMT" w:eastAsia="TimesNewRomanPSMT" w:hAnsi="TimesNewRomanPSMT"/>
          <w:color w:val="595959"/>
          <w:w w:val="97"/>
          <w:sz w:val="13"/>
          <w:lang w:val="pt-PT"/>
        </w:rPr>
        <w:tab/>
      </w:r>
    </w:p>
    <w:p w14:paraId="3E598390" w14:textId="50A10DF1" w:rsidR="00B9266D" w:rsidRPr="00B9266D" w:rsidRDefault="00B9266D" w:rsidP="00B9266D">
      <w:pPr>
        <w:autoSpaceDE w:val="0"/>
        <w:autoSpaceDN w:val="0"/>
        <w:spacing w:after="0" w:line="144" w:lineRule="exact"/>
        <w:ind w:left="108"/>
        <w:rPr>
          <w:rFonts w:ascii="TimesNewRomanPSMT" w:eastAsia="TimesNewRomanPSMT" w:hAnsi="TimesNewRomanPSMT"/>
          <w:b/>
          <w:bCs/>
          <w:color w:val="595959"/>
          <w:w w:val="97"/>
          <w:sz w:val="13"/>
          <w:lang w:val="pt-PT"/>
        </w:rPr>
      </w:pPr>
      <w:r w:rsidRPr="00B9266D">
        <w:rPr>
          <w:rFonts w:ascii="TimesNewRomanPSMT" w:eastAsia="TimesNewRomanPSMT" w:hAnsi="TimesNewRomanPSMT"/>
          <w:color w:val="595959"/>
          <w:w w:val="97"/>
          <w:sz w:val="13"/>
        </w:rPr>
        <mc:AlternateContent>
          <mc:Choice Requires="wps">
            <w:drawing>
              <wp:anchor distT="0" distB="0" distL="114300" distR="114300" simplePos="0" relativeHeight="251878400" behindDoc="0" locked="0" layoutInCell="1" allowOverlap="1" wp14:anchorId="0FCB7C60" wp14:editId="1957994E">
                <wp:simplePos x="0" y="0"/>
                <wp:positionH relativeFrom="column">
                  <wp:posOffset>3457575</wp:posOffset>
                </wp:positionH>
                <wp:positionV relativeFrom="paragraph">
                  <wp:posOffset>34925</wp:posOffset>
                </wp:positionV>
                <wp:extent cx="361950" cy="134620"/>
                <wp:effectExtent l="0" t="0" r="0" b="0"/>
                <wp:wrapNone/>
                <wp:docPr id="2009819835" name="Casetă text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6F32B0" w14:textId="77777777" w:rsidR="00B9266D" w:rsidRDefault="00B9266D" w:rsidP="00B9266D"/>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B7C60" id="Casetă text 40" o:spid="_x0000_s1031" type="#_x0000_t202" style="position:absolute;left:0;text-align:left;margin-left:272.25pt;margin-top:2.75pt;width:28.5pt;height:10.6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" stroked="f">
                <v:textbox>
                  <w:txbxContent>
                    <w:p w14:paraId="0C6F32B0" w14:textId="77777777" w:rsidR="00B9266D" w:rsidRDefault="00B9266D" w:rsidP="00B9266D"/>
                  </w:txbxContent>
                </v:textbox>
              </v:shape>
            </w:pict>
          </mc:Fallback>
        </mc:AlternateContent>
      </w:r>
      <w:r w:rsidRPr="00B9266D">
        <w:rPr>
          <w:rFonts w:ascii="TimesNewRomanPSMT" w:eastAsia="TimesNewRomanPSMT" w:hAnsi="TimesNewRomanPSMT"/>
          <w:bCs/>
          <w:color w:val="595959"/>
          <w:w w:val="97"/>
          <w:sz w:val="13"/>
          <w:lang w:val="pt-PT"/>
        </w:rPr>
        <w:t>Comuna Zau de Câmpie</w:t>
      </w:r>
      <w:r w:rsidRPr="00B9266D">
        <w:rPr>
          <w:rFonts w:ascii="TimesNewRomanPSMT" w:eastAsia="TimesNewRomanPSMT" w:hAnsi="TimesNewRomanPSMT"/>
          <w:bCs/>
          <w:color w:val="595959"/>
          <w:w w:val="97"/>
          <w:sz w:val="13"/>
          <w:lang w:val="pt-PT"/>
        </w:rPr>
        <w:tab/>
      </w:r>
      <w:r w:rsidRPr="00B9266D">
        <w:rPr>
          <w:rFonts w:ascii="TimesNewRomanPSMT" w:eastAsia="TimesNewRomanPSMT" w:hAnsi="TimesNewRomanPSMT"/>
          <w:bCs/>
          <w:color w:val="595959"/>
          <w:w w:val="97"/>
          <w:sz w:val="13"/>
          <w:lang w:val="pt-PT"/>
        </w:rPr>
        <w:tab/>
      </w:r>
      <w:r w:rsidRPr="00B9266D">
        <w:rPr>
          <w:rFonts w:ascii="TimesNewRomanPSMT" w:eastAsia="TimesNewRomanPSMT" w:hAnsi="TimesNewRomanPSMT"/>
          <w:bCs/>
          <w:color w:val="595959"/>
          <w:w w:val="97"/>
          <w:sz w:val="13"/>
          <w:lang w:val="pt-PT"/>
        </w:rPr>
        <w:tab/>
      </w:r>
      <w:r w:rsidRPr="00B9266D">
        <w:rPr>
          <w:rFonts w:ascii="TimesNewRomanPSMT" w:eastAsia="TimesNewRomanPSMT" w:hAnsi="TimesNewRomanPSMT"/>
          <w:bCs/>
          <w:color w:val="595959"/>
          <w:w w:val="97"/>
          <w:sz w:val="13"/>
          <w:lang w:val="pt-PT"/>
        </w:rPr>
        <w:tab/>
      </w:r>
      <w:r w:rsidRPr="00B9266D">
        <w:rPr>
          <w:rFonts w:ascii="TimesNewRomanPSMT" w:eastAsia="TimesNewRomanPSMT" w:hAnsi="TimesNewRomanPSMT"/>
          <w:bCs/>
          <w:color w:val="595959"/>
          <w:w w:val="97"/>
          <w:sz w:val="13"/>
          <w:lang w:val="pt-PT"/>
        </w:rPr>
        <w:tab/>
      </w:r>
      <w:r w:rsidRPr="00B9266D">
        <w:rPr>
          <w:rFonts w:ascii="TimesNewRomanPSMT" w:eastAsia="TimesNewRomanPSMT" w:hAnsi="TimesNewRomanPSMT"/>
          <w:bCs/>
          <w:color w:val="595959"/>
          <w:w w:val="97"/>
          <w:sz w:val="13"/>
          <w:lang w:val="pt-PT"/>
        </w:rPr>
        <w:tab/>
      </w:r>
    </w:p>
    <w:p w14:paraId="0B18F6C5" w14:textId="77777777" w:rsidR="00B9266D" w:rsidRPr="00B9266D" w:rsidRDefault="00B9266D" w:rsidP="00B9266D">
      <w:pPr>
        <w:autoSpaceDE w:val="0"/>
        <w:autoSpaceDN w:val="0"/>
        <w:spacing w:after="0" w:line="144" w:lineRule="exact"/>
        <w:ind w:left="108"/>
        <w:rPr>
          <w:rFonts w:ascii="TimesNewRomanPSMT" w:eastAsia="TimesNewRomanPSMT" w:hAnsi="TimesNewRomanPSMT"/>
          <w:bCs/>
          <w:color w:val="595959"/>
          <w:w w:val="97"/>
          <w:sz w:val="13"/>
          <w:lang w:val="pt-PT"/>
        </w:rPr>
      </w:pPr>
      <w:r w:rsidRPr="00B9266D">
        <w:rPr>
          <w:rFonts w:ascii="TimesNewRomanPSMT" w:eastAsia="TimesNewRomanPSMT" w:hAnsi="TimesNewRomanPSMT"/>
          <w:bCs/>
          <w:color w:val="595959"/>
          <w:w w:val="97"/>
          <w:sz w:val="13"/>
          <w:lang w:val="pt-PT"/>
        </w:rPr>
        <w:t>CIF4375917, Zau de Câmpie, strada Republicii, nr.18</w:t>
      </w:r>
    </w:p>
    <w:p w14:paraId="57BF93AB" w14:textId="77777777" w:rsidR="00B9266D" w:rsidRPr="00B9266D" w:rsidRDefault="00B9266D" w:rsidP="00B9266D">
      <w:pPr>
        <w:autoSpaceDE w:val="0"/>
        <w:autoSpaceDN w:val="0"/>
        <w:spacing w:after="0" w:line="144" w:lineRule="exact"/>
        <w:ind w:left="108"/>
        <w:rPr>
          <w:rFonts w:ascii="TimesNewRomanPSMT" w:eastAsia="TimesNewRomanPSMT" w:hAnsi="TimesNewRomanPSMT"/>
          <w:bCs/>
          <w:color w:val="595959"/>
          <w:w w:val="97"/>
          <w:sz w:val="13"/>
          <w:lang w:val="pt-PT"/>
        </w:rPr>
      </w:pPr>
      <w:r w:rsidRPr="00B9266D">
        <w:rPr>
          <w:rFonts w:ascii="TimesNewRomanPSMT" w:eastAsia="TimesNewRomanPSMT" w:hAnsi="TimesNewRomanPSMT"/>
          <w:bCs/>
          <w:color w:val="595959"/>
          <w:w w:val="97"/>
          <w:sz w:val="13"/>
          <w:lang w:val="pt-PT"/>
        </w:rPr>
        <w:t>Telefon: 0265 486112</w:t>
      </w:r>
    </w:p>
    <w:p w14:paraId="6B90F87C" w14:textId="77777777" w:rsidR="00B9266D" w:rsidRPr="00B9266D" w:rsidRDefault="00B9266D" w:rsidP="00B9266D">
      <w:pPr>
        <w:autoSpaceDE w:val="0"/>
        <w:autoSpaceDN w:val="0"/>
        <w:spacing w:after="0" w:line="144" w:lineRule="exact"/>
        <w:ind w:left="108"/>
        <w:rPr>
          <w:rFonts w:ascii="TimesNewRomanPSMT" w:eastAsia="TimesNewRomanPSMT" w:hAnsi="TimesNewRomanPSMT"/>
          <w:bCs/>
          <w:color w:val="595959"/>
          <w:w w:val="97"/>
          <w:sz w:val="13"/>
          <w:lang w:val="pt-PT"/>
        </w:rPr>
      </w:pPr>
      <w:r w:rsidRPr="00B9266D">
        <w:rPr>
          <w:rFonts w:ascii="TimesNewRomanPSMT" w:eastAsia="TimesNewRomanPSMT" w:hAnsi="TimesNewRomanPSMT"/>
          <w:bCs/>
          <w:color w:val="595959"/>
          <w:w w:val="97"/>
          <w:sz w:val="13"/>
          <w:lang w:val="pt-PT"/>
        </w:rPr>
        <w:t xml:space="preserve"> E-mail: </w:t>
      </w:r>
      <w:hyperlink r:id="rId14" w:history="1">
        <w:r w:rsidRPr="00B9266D">
          <w:rPr>
            <w:rStyle w:val="Hyperlink"/>
            <w:rFonts w:ascii="TimesNewRomanPSMT" w:eastAsia="TimesNewRomanPSMT" w:hAnsi="TimesNewRomanPSMT"/>
            <w:bCs/>
            <w:w w:val="97"/>
            <w:sz w:val="13"/>
            <w:lang w:val="pt-PT"/>
          </w:rPr>
          <w:t>zaucimpiei@cjmures.ro</w:t>
        </w:r>
      </w:hyperlink>
    </w:p>
    <w:p w14:paraId="3399A66F" w14:textId="77777777" w:rsidR="00B9266D" w:rsidRPr="00B9266D" w:rsidRDefault="00B9266D" w:rsidP="00B9266D">
      <w:pPr>
        <w:autoSpaceDE w:val="0"/>
        <w:autoSpaceDN w:val="0"/>
        <w:spacing w:after="0" w:line="144" w:lineRule="exact"/>
        <w:ind w:left="108"/>
        <w:rPr>
          <w:rFonts w:ascii="TimesNewRomanPSMT" w:eastAsia="TimesNewRomanPSMT" w:hAnsi="TimesNewRomanPSMT"/>
          <w:bCs/>
          <w:color w:val="595959"/>
          <w:w w:val="97"/>
          <w:sz w:val="13"/>
          <w:lang w:val="pt-PT"/>
        </w:rPr>
      </w:pPr>
      <w:r w:rsidRPr="00B9266D">
        <w:rPr>
          <w:rFonts w:ascii="TimesNewRomanPSMT" w:eastAsia="TimesNewRomanPSMT" w:hAnsi="TimesNewRomanPSMT"/>
          <w:color w:val="595959"/>
          <w:w w:val="97"/>
          <w:sz w:val="13"/>
          <w:lang w:val="pt-PT"/>
        </w:rPr>
        <w:t xml:space="preserve"> Număr de înregistrare.................data...............................  </w:t>
      </w:r>
    </w:p>
    <w:p w14:paraId="2892ADB1" w14:textId="77777777" w:rsidR="00B9266D" w:rsidRPr="00B9266D" w:rsidRDefault="00B9266D" w:rsidP="00B9266D">
      <w:pPr>
        <w:autoSpaceDE w:val="0"/>
        <w:autoSpaceDN w:val="0"/>
        <w:spacing w:after="0" w:line="144" w:lineRule="exact"/>
        <w:ind w:left="108"/>
        <w:rPr>
          <w:rFonts w:ascii="TimesNewRomanPSMT" w:eastAsia="TimesNewRomanPSMT" w:hAnsi="TimesNewRomanPSMT"/>
          <w:color w:val="595959"/>
          <w:w w:val="97"/>
          <w:sz w:val="13"/>
          <w:lang w:val="pt-PT"/>
        </w:rPr>
      </w:pPr>
    </w:p>
    <w:p w14:paraId="3E11E449" w14:textId="77777777" w:rsidR="00C53134" w:rsidRPr="008F01A5" w:rsidRDefault="00C53134">
      <w:pPr>
        <w:autoSpaceDE w:val="0"/>
        <w:autoSpaceDN w:val="0"/>
        <w:spacing w:after="0" w:line="144" w:lineRule="exact"/>
        <w:ind w:left="108"/>
        <w:rPr>
          <w:rFonts w:ascii="TimesNewRomanPSMT" w:eastAsia="TimesNewRomanPSMT" w:hAnsi="TimesNewRomanPSMT"/>
          <w:color w:val="595959"/>
          <w:w w:val="97"/>
          <w:sz w:val="13"/>
          <w:lang w:val="pt-PT"/>
        </w:rPr>
      </w:pPr>
    </w:p>
    <w:p w14:paraId="4F6FACE5" w14:textId="77777777" w:rsidR="00C53134" w:rsidRPr="008F01A5" w:rsidRDefault="00C53134">
      <w:pPr>
        <w:autoSpaceDE w:val="0"/>
        <w:autoSpaceDN w:val="0"/>
        <w:spacing w:after="0" w:line="144" w:lineRule="exact"/>
        <w:ind w:left="108"/>
        <w:rPr>
          <w:rFonts w:ascii="TimesNewRomanPSMT" w:eastAsia="TimesNewRomanPSMT" w:hAnsi="TimesNewRomanPSMT"/>
          <w:color w:val="595959"/>
          <w:w w:val="97"/>
          <w:sz w:val="13"/>
          <w:lang w:val="pt-PT"/>
        </w:rPr>
      </w:pPr>
    </w:p>
    <w:p w14:paraId="0A48A802" w14:textId="77777777" w:rsidR="00C53134" w:rsidRPr="008F01A5" w:rsidRDefault="00C53134">
      <w:pPr>
        <w:autoSpaceDE w:val="0"/>
        <w:autoSpaceDN w:val="0"/>
        <w:spacing w:after="0" w:line="144" w:lineRule="exact"/>
        <w:ind w:left="108"/>
        <w:rPr>
          <w:rFonts w:ascii="TimesNewRomanPSMT" w:eastAsia="TimesNewRomanPSMT" w:hAnsi="TimesNewRomanPSMT"/>
          <w:color w:val="595959"/>
          <w:w w:val="97"/>
          <w:sz w:val="13"/>
          <w:lang w:val="pt-PT"/>
        </w:rPr>
      </w:pPr>
    </w:p>
    <w:p w14:paraId="20620DE6" w14:textId="77777777" w:rsidR="00C53134" w:rsidRPr="008F01A5" w:rsidRDefault="00C53134">
      <w:pPr>
        <w:autoSpaceDE w:val="0"/>
        <w:autoSpaceDN w:val="0"/>
        <w:spacing w:after="0" w:line="144" w:lineRule="exact"/>
        <w:ind w:left="108"/>
        <w:rPr>
          <w:lang w:val="pt-PT"/>
        </w:rPr>
      </w:pPr>
    </w:p>
    <w:p w14:paraId="6CBBFABB" w14:textId="77777777" w:rsidR="00BD2397" w:rsidRPr="00912339" w:rsidRDefault="00B8640C">
      <w:pPr>
        <w:autoSpaceDE w:val="0"/>
        <w:autoSpaceDN w:val="0"/>
        <w:spacing w:after="0" w:line="244" w:lineRule="exact"/>
        <w:ind w:left="3024" w:right="3600"/>
        <w:jc w:val="center"/>
        <w:rPr>
          <w:lang w:val="sv-SE"/>
        </w:rPr>
      </w:pPr>
      <w:r w:rsidRPr="00912339">
        <w:rPr>
          <w:rFonts w:ascii="TimesNewRomanPS" w:eastAsia="TimesNewRomanPS" w:hAnsi="TimesNewRomanPS"/>
          <w:b/>
          <w:color w:val="000000"/>
          <w:sz w:val="23"/>
          <w:lang w:val="sv-SE"/>
        </w:rPr>
        <w:t xml:space="preserve">AVIZ DE AMPLASARE </w:t>
      </w:r>
      <w:r w:rsidRPr="00912339">
        <w:rPr>
          <w:lang w:val="sv-SE"/>
        </w:rPr>
        <w:br/>
      </w:r>
      <w:r w:rsidRPr="00912339">
        <w:rPr>
          <w:rFonts w:ascii="TimesNewRomanPSMT" w:eastAsia="TimesNewRomanPSMT" w:hAnsi="TimesNewRomanPSMT"/>
          <w:color w:val="000000"/>
          <w:w w:val="102"/>
          <w:sz w:val="15"/>
          <w:lang w:val="sv-SE"/>
        </w:rPr>
        <w:t>Nr. ……………… din ………………………</w:t>
      </w:r>
    </w:p>
    <w:tbl>
      <w:tblPr>
        <w:tblW w:w="0" w:type="auto"/>
        <w:tblInd w:w="4" w:type="dxa"/>
        <w:tblLayout w:type="fixed"/>
        <w:tblLook w:val="04A0" w:firstRow="1" w:lastRow="0" w:firstColumn="1" w:lastColumn="0" w:noHBand="0" w:noVBand="1"/>
      </w:tblPr>
      <w:tblGrid>
        <w:gridCol w:w="3116"/>
        <w:gridCol w:w="778"/>
        <w:gridCol w:w="780"/>
        <w:gridCol w:w="778"/>
        <w:gridCol w:w="780"/>
        <w:gridCol w:w="1560"/>
        <w:gridCol w:w="1556"/>
      </w:tblGrid>
      <w:tr w:rsidR="00BD2397" w:rsidRPr="00F9681E" w14:paraId="3C03D41A" w14:textId="77777777">
        <w:trPr>
          <w:trHeight w:hRule="exact" w:val="210"/>
        </w:trPr>
        <w:tc>
          <w:tcPr>
            <w:tcW w:w="9348" w:type="dxa"/>
            <w:gridSpan w:val="7"/>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28ED165"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lang w:val="sv-SE"/>
              </w:rPr>
              <w:t xml:space="preserve"> </w:t>
            </w:r>
            <w:r w:rsidRPr="00F9681E">
              <w:rPr>
                <w:rFonts w:ascii="TimesNewRomanPS" w:eastAsia="TimesNewRomanPS" w:hAnsi="TimesNewRomanPS"/>
                <w:b/>
                <w:color w:val="000000"/>
                <w:w w:val="103"/>
                <w:sz w:val="16"/>
                <w:szCs w:val="16"/>
              </w:rPr>
              <w:t xml:space="preserve">1. </w:t>
            </w:r>
            <w:r w:rsidRPr="00F9681E">
              <w:rPr>
                <w:rFonts w:ascii="TimesNewRomanPS" w:eastAsia="TimesNewRomanPS" w:hAnsi="TimesNewRomanPS"/>
                <w:b/>
                <w:color w:val="000000"/>
                <w:w w:val="102"/>
                <w:sz w:val="16"/>
                <w:szCs w:val="16"/>
              </w:rPr>
              <w:t>SOLICITANTUL</w:t>
            </w:r>
          </w:p>
        </w:tc>
      </w:tr>
      <w:tr w:rsidR="00BD2397" w:rsidRPr="00F9681E" w14:paraId="3FFBE9B6" w14:textId="77777777">
        <w:trPr>
          <w:trHeight w:hRule="exact" w:val="504"/>
        </w:trPr>
        <w:tc>
          <w:tcPr>
            <w:tcW w:w="5452" w:type="dxa"/>
            <w:gridSpan w:val="4"/>
            <w:tcBorders>
              <w:top w:val="single" w:sz="3" w:space="0" w:color="767676"/>
              <w:left w:val="single" w:sz="3" w:space="0" w:color="767676"/>
              <w:bottom w:val="single" w:sz="3" w:space="0" w:color="767676"/>
              <w:right w:val="single" w:sz="4" w:space="0" w:color="767676"/>
            </w:tcBorders>
            <w:tcMar>
              <w:left w:w="0" w:type="dxa"/>
              <w:right w:w="0" w:type="dxa"/>
            </w:tcMar>
          </w:tcPr>
          <w:p w14:paraId="79ECBD10"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3" w:space="0" w:color="767676"/>
              <w:left w:val="single" w:sz="4" w:space="0" w:color="767676"/>
              <w:bottom w:val="single" w:sz="3" w:space="0" w:color="767676"/>
              <w:right w:val="single" w:sz="3" w:space="0" w:color="767676"/>
            </w:tcBorders>
            <w:tcMar>
              <w:left w:w="0" w:type="dxa"/>
              <w:right w:w="0" w:type="dxa"/>
            </w:tcMar>
          </w:tcPr>
          <w:p w14:paraId="0A1E1AEF"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7DBD4AB2" w14:textId="77777777">
        <w:trPr>
          <w:trHeight w:hRule="exact" w:val="190"/>
        </w:trPr>
        <w:tc>
          <w:tcPr>
            <w:tcW w:w="9348" w:type="dxa"/>
            <w:gridSpan w:val="7"/>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E41CF5F"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2FEF8BD1"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61E7910A"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4" w:space="0" w:color="767676"/>
              <w:right w:val="single" w:sz="3" w:space="0" w:color="767676"/>
            </w:tcBorders>
            <w:tcMar>
              <w:left w:w="0" w:type="dxa"/>
              <w:right w:w="0" w:type="dxa"/>
            </w:tcMar>
          </w:tcPr>
          <w:p w14:paraId="0BB4089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14B99E0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2F60D9D7" w14:textId="77777777">
        <w:trPr>
          <w:trHeight w:hRule="exact" w:val="504"/>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13D3A9A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4" w:space="0" w:color="767676"/>
              <w:left w:val="single" w:sz="4" w:space="0" w:color="767676"/>
              <w:bottom w:val="single" w:sz="4" w:space="0" w:color="767676"/>
              <w:right w:val="single" w:sz="4" w:space="0" w:color="767676"/>
            </w:tcBorders>
            <w:tcMar>
              <w:left w:w="0" w:type="dxa"/>
              <w:right w:w="0" w:type="dxa"/>
            </w:tcMar>
          </w:tcPr>
          <w:p w14:paraId="3A1FD4D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72342067"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4" w:space="0" w:color="767676"/>
              <w:left w:val="single" w:sz="3" w:space="0" w:color="767676"/>
              <w:bottom w:val="single" w:sz="4" w:space="0" w:color="767676"/>
              <w:right w:val="single" w:sz="4" w:space="0" w:color="767676"/>
            </w:tcBorders>
            <w:tcMar>
              <w:left w:w="0" w:type="dxa"/>
              <w:right w:w="0" w:type="dxa"/>
            </w:tcMar>
          </w:tcPr>
          <w:p w14:paraId="54CBFE63"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4" w:space="0" w:color="767676"/>
              <w:left w:val="single" w:sz="4" w:space="0" w:color="767676"/>
              <w:bottom w:val="single" w:sz="4" w:space="0" w:color="767676"/>
              <w:right w:val="single" w:sz="3" w:space="0" w:color="767676"/>
            </w:tcBorders>
            <w:tcMar>
              <w:left w:w="0" w:type="dxa"/>
              <w:right w:w="0" w:type="dxa"/>
            </w:tcMar>
          </w:tcPr>
          <w:p w14:paraId="30EAF64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4" w:space="0" w:color="767676"/>
              <w:left w:val="single" w:sz="3" w:space="0" w:color="767676"/>
              <w:bottom w:val="single" w:sz="4" w:space="0" w:color="767676"/>
              <w:right w:val="single" w:sz="4" w:space="0" w:color="767676"/>
            </w:tcBorders>
            <w:tcMar>
              <w:left w:w="0" w:type="dxa"/>
              <w:right w:w="0" w:type="dxa"/>
            </w:tcMar>
          </w:tcPr>
          <w:p w14:paraId="40F5F0B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36211CF6"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45CE5E27" w14:textId="77777777">
        <w:trPr>
          <w:trHeight w:hRule="exact" w:val="186"/>
        </w:trPr>
        <w:tc>
          <w:tcPr>
            <w:tcW w:w="9348" w:type="dxa"/>
            <w:gridSpan w:val="7"/>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191EA18"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6A008DC4" w14:textId="77777777">
        <w:trPr>
          <w:trHeight w:hRule="exact" w:val="506"/>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18FEEA4B"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4" w:space="0" w:color="767676"/>
              <w:left w:val="single" w:sz="4" w:space="0" w:color="767676"/>
              <w:bottom w:val="single" w:sz="4" w:space="0" w:color="767676"/>
              <w:right w:val="single" w:sz="3" w:space="0" w:color="767676"/>
            </w:tcBorders>
            <w:tcMar>
              <w:left w:w="0" w:type="dxa"/>
              <w:right w:w="0" w:type="dxa"/>
            </w:tcMar>
          </w:tcPr>
          <w:p w14:paraId="066EF6D9"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E-mail</w:t>
            </w:r>
          </w:p>
        </w:tc>
      </w:tr>
    </w:tbl>
    <w:p w14:paraId="324B751E" w14:textId="77777777" w:rsidR="00BD2397" w:rsidRPr="00F9681E" w:rsidRDefault="00BD2397">
      <w:pPr>
        <w:autoSpaceDE w:val="0"/>
        <w:autoSpaceDN w:val="0"/>
        <w:spacing w:after="0" w:line="118" w:lineRule="exact"/>
        <w:rPr>
          <w:sz w:val="16"/>
          <w:szCs w:val="16"/>
        </w:rPr>
      </w:pPr>
    </w:p>
    <w:tbl>
      <w:tblPr>
        <w:tblW w:w="0" w:type="auto"/>
        <w:tblInd w:w="4" w:type="dxa"/>
        <w:tblLayout w:type="fixed"/>
        <w:tblLook w:val="04A0" w:firstRow="1" w:lastRow="0" w:firstColumn="1" w:lastColumn="0" w:noHBand="0" w:noVBand="1"/>
      </w:tblPr>
      <w:tblGrid>
        <w:gridCol w:w="1558"/>
        <w:gridCol w:w="780"/>
        <w:gridCol w:w="778"/>
        <w:gridCol w:w="2336"/>
        <w:gridCol w:w="780"/>
        <w:gridCol w:w="780"/>
        <w:gridCol w:w="780"/>
        <w:gridCol w:w="1556"/>
      </w:tblGrid>
      <w:tr w:rsidR="00BD2397" w:rsidRPr="00F9681E" w14:paraId="7CBF2C06" w14:textId="77777777">
        <w:trPr>
          <w:trHeight w:hRule="exact" w:val="208"/>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3D8BC5E"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2. </w:t>
            </w:r>
            <w:r w:rsidRPr="00F9681E">
              <w:rPr>
                <w:rFonts w:ascii="TimesNewRomanPS" w:eastAsia="TimesNewRomanPS" w:hAnsi="TimesNewRomanPS"/>
                <w:b/>
                <w:color w:val="000000"/>
                <w:w w:val="102"/>
                <w:sz w:val="16"/>
                <w:szCs w:val="16"/>
              </w:rPr>
              <w:t>PE IMOBILUL — TEREN ȘI/SAU CONSTRUCȚII — SITUAT ÎN</w:t>
            </w:r>
          </w:p>
        </w:tc>
      </w:tr>
      <w:tr w:rsidR="00BD2397" w:rsidRPr="00F9681E" w14:paraId="13A0EF5C" w14:textId="77777777">
        <w:trPr>
          <w:trHeight w:hRule="exact" w:val="504"/>
        </w:trPr>
        <w:tc>
          <w:tcPr>
            <w:tcW w:w="233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4D08E62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697154E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2340" w:type="dxa"/>
            <w:gridSpan w:val="3"/>
            <w:tcBorders>
              <w:top w:val="single" w:sz="4" w:space="0" w:color="767676"/>
              <w:left w:val="single" w:sz="4" w:space="0" w:color="767676"/>
              <w:bottom w:val="single" w:sz="4" w:space="0" w:color="767676"/>
              <w:right w:val="single" w:sz="4" w:space="0" w:color="767676"/>
            </w:tcBorders>
            <w:tcMar>
              <w:left w:w="0" w:type="dxa"/>
              <w:right w:w="0" w:type="dxa"/>
            </w:tcMar>
          </w:tcPr>
          <w:p w14:paraId="3BD2343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0A2A4B8C" w14:textId="77777777" w:rsidR="00BD2397" w:rsidRPr="00F9681E" w:rsidRDefault="00B8640C">
            <w:pPr>
              <w:autoSpaceDE w:val="0"/>
              <w:autoSpaceDN w:val="0"/>
              <w:spacing w:after="0" w:line="146" w:lineRule="exact"/>
              <w:ind w:left="98"/>
              <w:rPr>
                <w:sz w:val="16"/>
                <w:szCs w:val="16"/>
              </w:rPr>
            </w:pP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00E2C40C" w14:textId="77777777">
        <w:trPr>
          <w:trHeight w:hRule="exact" w:val="508"/>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200B6A6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4674" w:type="dxa"/>
            <w:gridSpan w:val="4"/>
            <w:tcBorders>
              <w:top w:val="single" w:sz="4" w:space="0" w:color="767676"/>
              <w:left w:val="single" w:sz="3" w:space="0" w:color="767676"/>
              <w:bottom w:val="single" w:sz="4" w:space="0" w:color="767676"/>
              <w:right w:val="single" w:sz="3" w:space="0" w:color="767676"/>
            </w:tcBorders>
            <w:tcMar>
              <w:left w:w="0" w:type="dxa"/>
              <w:right w:w="0" w:type="dxa"/>
            </w:tcMar>
          </w:tcPr>
          <w:p w14:paraId="70FE8E7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80" w:type="dxa"/>
            <w:tcBorders>
              <w:top w:val="single" w:sz="4" w:space="0" w:color="767676"/>
              <w:left w:val="single" w:sz="3" w:space="0" w:color="767676"/>
              <w:bottom w:val="single" w:sz="4" w:space="0" w:color="767676"/>
              <w:right w:val="single" w:sz="3" w:space="0" w:color="767676"/>
            </w:tcBorders>
            <w:tcMar>
              <w:left w:w="0" w:type="dxa"/>
              <w:right w:w="0" w:type="dxa"/>
            </w:tcMar>
          </w:tcPr>
          <w:p w14:paraId="70AB83C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233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7EEA62F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Bl. / sc. / et. / ap.</w:t>
            </w:r>
          </w:p>
        </w:tc>
      </w:tr>
      <w:tr w:rsidR="00BD2397" w:rsidRPr="00F9681E" w14:paraId="460A7F3E" w14:textId="77777777">
        <w:trPr>
          <w:trHeight w:hRule="exact" w:val="502"/>
        </w:trPr>
        <w:tc>
          <w:tcPr>
            <w:tcW w:w="3116"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1687A3A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Cartea </w:t>
            </w:r>
            <w:proofErr w:type="spellStart"/>
            <w:r w:rsidRPr="00F9681E">
              <w:rPr>
                <w:rFonts w:ascii="TimesNewRomanPS" w:eastAsia="TimesNewRomanPS" w:hAnsi="TimesNewRomanPS"/>
                <w:b/>
                <w:color w:val="0D5F78"/>
                <w:w w:val="97"/>
                <w:sz w:val="16"/>
                <w:szCs w:val="16"/>
              </w:rPr>
              <w:t>funciară</w:t>
            </w:r>
            <w:proofErr w:type="spellEnd"/>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6C9E065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Fișa</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bunului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imobil</w:t>
            </w:r>
            <w:proofErr w:type="spellEnd"/>
          </w:p>
        </w:tc>
        <w:tc>
          <w:tcPr>
            <w:tcW w:w="3116"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0566710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sau</w:t>
            </w:r>
            <w:proofErr w:type="spellEnd"/>
            <w:r w:rsidRPr="00F9681E">
              <w:rPr>
                <w:rFonts w:ascii="TimesNewRomanPS" w:eastAsia="TimesNewRomanPS" w:hAnsi="TimesNewRomanPS"/>
                <w:b/>
                <w:color w:val="0D5F78"/>
                <w:w w:val="97"/>
                <w:sz w:val="16"/>
                <w:szCs w:val="16"/>
              </w:rPr>
              <w:t xml:space="preserve"> nr. cadastral</w:t>
            </w:r>
          </w:p>
        </w:tc>
      </w:tr>
    </w:tbl>
    <w:p w14:paraId="1BC050BB" w14:textId="77777777" w:rsidR="00BD2397" w:rsidRPr="00F9681E" w:rsidRDefault="00BD2397">
      <w:pPr>
        <w:autoSpaceDE w:val="0"/>
        <w:autoSpaceDN w:val="0"/>
        <w:spacing w:after="0" w:line="118" w:lineRule="exact"/>
        <w:rPr>
          <w:sz w:val="16"/>
          <w:szCs w:val="16"/>
        </w:rPr>
      </w:pPr>
    </w:p>
    <w:tbl>
      <w:tblPr>
        <w:tblW w:w="0" w:type="auto"/>
        <w:tblInd w:w="4" w:type="dxa"/>
        <w:tblLayout w:type="fixed"/>
        <w:tblLook w:val="04A0" w:firstRow="1" w:lastRow="0" w:firstColumn="1" w:lastColumn="0" w:noHBand="0" w:noVBand="1"/>
      </w:tblPr>
      <w:tblGrid>
        <w:gridCol w:w="3116"/>
        <w:gridCol w:w="6232"/>
      </w:tblGrid>
      <w:tr w:rsidR="00BD2397" w:rsidRPr="00F9681E" w14:paraId="7C40F239" w14:textId="77777777">
        <w:trPr>
          <w:trHeight w:hRule="exact" w:val="212"/>
        </w:trPr>
        <w:tc>
          <w:tcPr>
            <w:tcW w:w="9348" w:type="dxa"/>
            <w:gridSpan w:val="2"/>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BE5DC4B"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3. </w:t>
            </w:r>
            <w:r w:rsidRPr="00F9681E">
              <w:rPr>
                <w:rFonts w:ascii="TimesNewRomanPS" w:eastAsia="TimesNewRomanPS" w:hAnsi="TimesNewRomanPS"/>
                <w:b/>
                <w:color w:val="000000"/>
                <w:w w:val="102"/>
                <w:sz w:val="16"/>
                <w:szCs w:val="16"/>
              </w:rPr>
              <w:t>SUPRAFAȚA</w:t>
            </w:r>
          </w:p>
        </w:tc>
      </w:tr>
      <w:tr w:rsidR="00BD2397" w:rsidRPr="00B9266D" w14:paraId="3AEDDD47" w14:textId="77777777">
        <w:trPr>
          <w:trHeight w:hRule="exact" w:val="510"/>
        </w:trPr>
        <w:tc>
          <w:tcPr>
            <w:tcW w:w="3116" w:type="dxa"/>
            <w:tcBorders>
              <w:top w:val="single" w:sz="4" w:space="0" w:color="767676"/>
              <w:left w:val="single" w:sz="3" w:space="0" w:color="767676"/>
              <w:bottom w:val="single" w:sz="3" w:space="0" w:color="767676"/>
              <w:right w:val="single" w:sz="4" w:space="0" w:color="767676"/>
            </w:tcBorders>
            <w:tcMar>
              <w:left w:w="0" w:type="dxa"/>
              <w:right w:w="0" w:type="dxa"/>
            </w:tcMar>
          </w:tcPr>
          <w:p w14:paraId="629971C3"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Având</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suprafața</w:t>
            </w:r>
            <w:proofErr w:type="spellEnd"/>
            <w:r w:rsidRPr="00F9681E">
              <w:rPr>
                <w:rFonts w:ascii="TimesNewRomanPS" w:eastAsia="TimesNewRomanPS" w:hAnsi="TimesNewRomanPS"/>
                <w:b/>
                <w:color w:val="0D5F78"/>
                <w:w w:val="97"/>
                <w:sz w:val="16"/>
                <w:szCs w:val="16"/>
              </w:rPr>
              <w:t xml:space="preserve"> de (m²)</w:t>
            </w:r>
          </w:p>
        </w:tc>
        <w:tc>
          <w:tcPr>
            <w:tcW w:w="6232" w:type="dxa"/>
            <w:tcBorders>
              <w:top w:val="single" w:sz="4" w:space="0" w:color="767676"/>
              <w:left w:val="single" w:sz="4" w:space="0" w:color="767676"/>
              <w:bottom w:val="single" w:sz="3" w:space="0" w:color="767676"/>
              <w:right w:val="single" w:sz="3" w:space="0" w:color="767676"/>
            </w:tcBorders>
            <w:tcMar>
              <w:left w:w="0" w:type="dxa"/>
              <w:right w:w="0" w:type="dxa"/>
            </w:tcMar>
          </w:tcPr>
          <w:p w14:paraId="33AE25D3" w14:textId="77777777" w:rsidR="00BD2397" w:rsidRPr="008F01A5" w:rsidRDefault="00B8640C">
            <w:pPr>
              <w:autoSpaceDE w:val="0"/>
              <w:autoSpaceDN w:val="0"/>
              <w:spacing w:after="0" w:line="166" w:lineRule="exact"/>
              <w:ind w:left="100" w:right="4464"/>
              <w:rPr>
                <w:sz w:val="16"/>
                <w:szCs w:val="16"/>
                <w:lang w:val="pt-PT"/>
              </w:rPr>
            </w:pPr>
            <w:r w:rsidRPr="008F01A5">
              <w:rPr>
                <w:rFonts w:ascii="TimesNewRomanPS" w:eastAsia="TimesNewRomanPS" w:hAnsi="TimesNewRomanPS"/>
                <w:b/>
                <w:color w:val="0D5F78"/>
                <w:w w:val="97"/>
                <w:sz w:val="16"/>
                <w:szCs w:val="16"/>
                <w:lang w:val="pt-PT"/>
              </w:rPr>
              <w:t xml:space="preserve">Identificat prin </w:t>
            </w:r>
            <w:r w:rsidRPr="008F01A5">
              <w:rPr>
                <w:sz w:val="16"/>
                <w:szCs w:val="16"/>
                <w:lang w:val="pt-PT"/>
              </w:rPr>
              <w:br/>
            </w:r>
            <w:r w:rsidRPr="008F01A5">
              <w:rPr>
                <w:rFonts w:ascii="TimesNewRomanPS" w:eastAsia="TimesNewRomanPS" w:hAnsi="TimesNewRomanPS"/>
                <w:i/>
                <w:color w:val="7A7A7A"/>
                <w:w w:val="97"/>
                <w:sz w:val="16"/>
                <w:szCs w:val="16"/>
                <w:lang w:val="pt-PT"/>
              </w:rPr>
              <w:t>nr. cadastral / alte elemente</w:t>
            </w:r>
          </w:p>
        </w:tc>
      </w:tr>
    </w:tbl>
    <w:p w14:paraId="524ECD86" w14:textId="77777777" w:rsidR="00BD2397" w:rsidRPr="000C1C98" w:rsidRDefault="00B8640C">
      <w:pPr>
        <w:autoSpaceDE w:val="0"/>
        <w:autoSpaceDN w:val="0"/>
        <w:spacing w:after="0" w:line="202" w:lineRule="exact"/>
        <w:ind w:left="144" w:right="720"/>
        <w:jc w:val="center"/>
        <w:rPr>
          <w:sz w:val="16"/>
          <w:szCs w:val="16"/>
          <w:lang w:val="pt-PT"/>
        </w:rPr>
      </w:pPr>
      <w:r w:rsidRPr="000C1C98">
        <w:rPr>
          <w:rFonts w:ascii="TimesNewRomanPSMT" w:eastAsia="TimesNewRomanPSMT" w:hAnsi="TimesNewRomanPSMT"/>
          <w:color w:val="000000"/>
          <w:w w:val="102"/>
          <w:sz w:val="16"/>
          <w:szCs w:val="16"/>
          <w:lang w:val="pt-PT"/>
        </w:rPr>
        <w:t>În temeiul art. 300 din Legea nr. 169/2026 privind Codul amenajării teritoriului, urbanismului și construcțiilor, ca urmare a cererii înregistrate cu nr. ………………… din data de ……………………,</w:t>
      </w:r>
    </w:p>
    <w:p w14:paraId="342F7AA0" w14:textId="77777777" w:rsidR="00BD2397" w:rsidRPr="008F01A5" w:rsidRDefault="00B8640C">
      <w:pPr>
        <w:autoSpaceDE w:val="0"/>
        <w:autoSpaceDN w:val="0"/>
        <w:spacing w:after="0" w:line="246" w:lineRule="exact"/>
        <w:ind w:left="2592" w:right="3168"/>
        <w:jc w:val="center"/>
        <w:rPr>
          <w:sz w:val="16"/>
          <w:szCs w:val="16"/>
          <w:lang w:val="pt-PT"/>
        </w:rPr>
      </w:pPr>
      <w:r w:rsidRPr="008F01A5">
        <w:rPr>
          <w:rFonts w:ascii="TimesNewRomanPS" w:eastAsia="TimesNewRomanPS" w:hAnsi="TimesNewRomanPS"/>
          <w:b/>
          <w:color w:val="000000"/>
          <w:sz w:val="24"/>
          <w:szCs w:val="24"/>
          <w:lang w:val="pt-PT"/>
        </w:rPr>
        <w:t>SE EMITE AVIZ DE AMPLASARE</w:t>
      </w:r>
      <w:r w:rsidRPr="008F01A5">
        <w:rPr>
          <w:rFonts w:ascii="TimesNewRomanPS" w:eastAsia="TimesNewRomanPS" w:hAnsi="TimesNewRomanPS"/>
          <w:b/>
          <w:color w:val="000000"/>
          <w:sz w:val="16"/>
          <w:szCs w:val="16"/>
          <w:lang w:val="pt-PT"/>
        </w:rPr>
        <w:t xml:space="preserve"> </w:t>
      </w:r>
      <w:r w:rsidRPr="008F01A5">
        <w:rPr>
          <w:sz w:val="16"/>
          <w:szCs w:val="16"/>
          <w:lang w:val="pt-PT"/>
        </w:rPr>
        <w:br/>
      </w:r>
      <w:r w:rsidRPr="008F01A5">
        <w:rPr>
          <w:rFonts w:ascii="TimesNewRomanPSMT" w:eastAsia="TimesNewRomanPSMT" w:hAnsi="TimesNewRomanPSMT"/>
          <w:color w:val="000000"/>
          <w:w w:val="102"/>
          <w:sz w:val="16"/>
          <w:szCs w:val="16"/>
          <w:lang w:val="pt-PT"/>
        </w:rPr>
        <w:t>pentru realizarea / amplasarea:</w:t>
      </w:r>
    </w:p>
    <w:tbl>
      <w:tblPr>
        <w:tblW w:w="0" w:type="auto"/>
        <w:tblInd w:w="4" w:type="dxa"/>
        <w:tblLayout w:type="fixed"/>
        <w:tblLook w:val="04A0" w:firstRow="1" w:lastRow="0" w:firstColumn="1" w:lastColumn="0" w:noHBand="0" w:noVBand="1"/>
      </w:tblPr>
      <w:tblGrid>
        <w:gridCol w:w="9348"/>
      </w:tblGrid>
      <w:tr w:rsidR="00BD2397" w:rsidRPr="00B9266D" w14:paraId="7BD87F6A"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C802A03" w14:textId="77777777" w:rsidR="00BD2397" w:rsidRPr="008F01A5" w:rsidRDefault="00B8640C">
            <w:pPr>
              <w:autoSpaceDE w:val="0"/>
              <w:autoSpaceDN w:val="0"/>
              <w:spacing w:after="0" w:line="174" w:lineRule="exact"/>
              <w:ind w:left="100"/>
              <w:rPr>
                <w:sz w:val="16"/>
                <w:szCs w:val="16"/>
                <w:lang w:val="pt-PT"/>
              </w:rPr>
            </w:pPr>
            <w:r w:rsidRPr="008F01A5">
              <w:rPr>
                <w:rFonts w:ascii="TimesNewRomanPS" w:eastAsia="TimesNewRomanPS" w:hAnsi="TimesNewRomanPS"/>
                <w:b/>
                <w:color w:val="000000"/>
                <w:w w:val="103"/>
                <w:sz w:val="16"/>
                <w:szCs w:val="16"/>
                <w:lang w:val="pt-PT"/>
              </w:rPr>
              <w:t xml:space="preserve"> 4. </w:t>
            </w:r>
            <w:r w:rsidRPr="008F01A5">
              <w:rPr>
                <w:rFonts w:ascii="TimesNewRomanPS" w:eastAsia="TimesNewRomanPS" w:hAnsi="TimesNewRomanPS"/>
                <w:b/>
                <w:color w:val="000000"/>
                <w:w w:val="102"/>
                <w:sz w:val="16"/>
                <w:szCs w:val="16"/>
                <w:lang w:val="pt-PT"/>
              </w:rPr>
              <w:t>OBIECTIVUL PERMIS A SE AMPLASA</w:t>
            </w:r>
          </w:p>
        </w:tc>
      </w:tr>
      <w:tr w:rsidR="00BD2397" w:rsidRPr="00B9266D" w14:paraId="1304DC74"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B9D0CE7" w14:textId="77777777" w:rsidR="00BD2397" w:rsidRPr="008F01A5" w:rsidRDefault="00B8640C">
            <w:pPr>
              <w:autoSpaceDE w:val="0"/>
              <w:autoSpaceDN w:val="0"/>
              <w:spacing w:after="0" w:line="160" w:lineRule="exact"/>
              <w:ind w:left="10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a) rastele pentru biciclete, trotinete și puncte / stații de încărcare pentru autovehicule electrice / hibride</w:t>
            </w:r>
          </w:p>
        </w:tc>
      </w:tr>
      <w:tr w:rsidR="00BD2397" w:rsidRPr="00B9266D" w14:paraId="149B0584" w14:textId="77777777">
        <w:trPr>
          <w:trHeight w:hRule="exact" w:val="39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3C89FC26" w14:textId="77777777" w:rsidR="00BD2397" w:rsidRPr="008F01A5" w:rsidRDefault="00B8640C">
            <w:pPr>
              <w:autoSpaceDE w:val="0"/>
              <w:autoSpaceDN w:val="0"/>
              <w:spacing w:after="0" w:line="184" w:lineRule="exact"/>
              <w:ind w:left="100" w:right="432"/>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b) punct fix de măsurare și punct de măsurare indicativ a calității aerului, cu dotări aferente, conform Legii nr. 104/2011, cu modificările ulterioare</w:t>
            </w:r>
          </w:p>
        </w:tc>
      </w:tr>
      <w:tr w:rsidR="00BD2397" w:rsidRPr="00B9266D" w14:paraId="2299D4E3" w14:textId="77777777">
        <w:trPr>
          <w:trHeight w:hRule="exact" w:val="394"/>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1A2F45EA" w14:textId="77777777" w:rsidR="00BD2397" w:rsidRPr="008F01A5" w:rsidRDefault="00B8640C">
            <w:pPr>
              <w:autoSpaceDE w:val="0"/>
              <w:autoSpaceDN w:val="0"/>
              <w:spacing w:after="0" w:line="184" w:lineRule="exact"/>
              <w:ind w:left="100" w:right="432"/>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c) puncte / sisteme automate pentru precolectarea și gestionarea deșeurilor reciclabile, recipiente pentru precolectarea deșeurilor, inclusiv platforme și dotări tehnico-edilitare aferente</w:t>
            </w:r>
          </w:p>
        </w:tc>
      </w:tr>
      <w:tr w:rsidR="00BD2397" w:rsidRPr="00B9266D" w14:paraId="548A681B" w14:textId="77777777">
        <w:trPr>
          <w:trHeight w:hRule="exact" w:val="39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0288C8C2" w14:textId="77777777" w:rsidR="00BD2397" w:rsidRPr="008F01A5" w:rsidRDefault="00B8640C">
            <w:pPr>
              <w:autoSpaceDE w:val="0"/>
              <w:autoSpaceDN w:val="0"/>
              <w:spacing w:after="0" w:line="182" w:lineRule="exact"/>
              <w:ind w:left="100" w:right="432"/>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d) elemente de semnalizare rutieră, plăcuțe de nomenclatură / identificare stradală și sisteme de monitorizare video a traficului rutier și a siguranței publice</w:t>
            </w:r>
          </w:p>
        </w:tc>
      </w:tr>
      <w:tr w:rsidR="00BD2397" w:rsidRPr="00B9266D" w14:paraId="1D49D8FC" w14:textId="77777777">
        <w:trPr>
          <w:trHeight w:hRule="exact" w:val="21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CC8C567" w14:textId="77777777" w:rsidR="00BD2397" w:rsidRPr="008F01A5" w:rsidRDefault="00B8640C">
            <w:pPr>
              <w:autoSpaceDE w:val="0"/>
              <w:autoSpaceDN w:val="0"/>
              <w:spacing w:after="0" w:line="160" w:lineRule="exact"/>
              <w:ind w:left="14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e) toalete ecologice mobile și dotările aferente</w:t>
            </w:r>
          </w:p>
        </w:tc>
      </w:tr>
      <w:tr w:rsidR="00BD2397" w:rsidRPr="00B9266D" w14:paraId="29849C8E" w14:textId="77777777">
        <w:trPr>
          <w:trHeight w:hRule="exact" w:val="75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51609D9" w14:textId="77777777" w:rsidR="00BD2397" w:rsidRPr="008F01A5" w:rsidRDefault="00B8640C">
            <w:pPr>
              <w:autoSpaceDE w:val="0"/>
              <w:autoSpaceDN w:val="0"/>
              <w:spacing w:after="0" w:line="180" w:lineRule="exact"/>
              <w:ind w:left="100" w:right="288"/>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BD2397" w:rsidRPr="00B9266D" w14:paraId="6901BF4E" w14:textId="77777777">
        <w:trPr>
          <w:trHeight w:hRule="exact" w:val="39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5F76BB71" w14:textId="77777777" w:rsidR="00BD2397" w:rsidRPr="008F01A5" w:rsidRDefault="00B8640C">
            <w:pPr>
              <w:autoSpaceDE w:val="0"/>
              <w:autoSpaceDN w:val="0"/>
              <w:spacing w:after="0" w:line="184" w:lineRule="exact"/>
              <w:ind w:left="100" w:right="144"/>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g) mobilier necesar practicării comerțului de întâmpinare, în baza unui regulament aprobat de consiliul local al unității administrativ-teritoriale sau al sectorului municipiului București</w:t>
            </w:r>
          </w:p>
        </w:tc>
      </w:tr>
      <w:tr w:rsidR="00BD2397" w:rsidRPr="00B9266D" w14:paraId="59483610" w14:textId="77777777">
        <w:trPr>
          <w:trHeight w:hRule="exact" w:val="39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03150AB3" w14:textId="77777777" w:rsidR="00BD2397" w:rsidRPr="008F01A5" w:rsidRDefault="00B8640C">
            <w:pPr>
              <w:autoSpaceDE w:val="0"/>
              <w:autoSpaceDN w:val="0"/>
              <w:spacing w:after="0" w:line="184" w:lineRule="exact"/>
              <w:ind w:left="100" w:right="288"/>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h) amenajări temporare în aer liber pentru activitățile de spectacole, întruniri, concerte, proiecții de filme, târguri, expoziții, jocuri de artificii sau spectacole pirotehnice, circuri, alimentație publică, patinoare, parcuri de distracții</w:t>
            </w:r>
          </w:p>
        </w:tc>
      </w:tr>
      <w:tr w:rsidR="00BD2397" w:rsidRPr="00B9266D" w14:paraId="6A6B8C5F" w14:textId="77777777">
        <w:trPr>
          <w:trHeight w:hRule="exact" w:val="21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424EF721" w14:textId="77777777" w:rsidR="00BD2397" w:rsidRPr="00F9681E" w:rsidRDefault="00B8640C">
            <w:pPr>
              <w:autoSpaceDE w:val="0"/>
              <w:autoSpaceDN w:val="0"/>
              <w:spacing w:after="0" w:line="162" w:lineRule="exact"/>
              <w:ind w:left="100"/>
              <w:rPr>
                <w:sz w:val="16"/>
                <w:szCs w:val="16"/>
                <w:lang w:val="sv-SE"/>
              </w:rPr>
            </w:pPr>
            <w:r w:rsidRPr="00F9681E">
              <w:rPr>
                <w:rFonts w:ascii="SegoeUISymbol" w:eastAsia="SegoeUISymbol" w:hAnsi="SegoeUISymbol"/>
                <w:color w:val="000000"/>
                <w:w w:val="103"/>
                <w:sz w:val="16"/>
                <w:szCs w:val="16"/>
                <w:lang w:val="sv-SE"/>
              </w:rPr>
              <w:t>☐</w:t>
            </w:r>
            <w:r w:rsidRPr="00F9681E">
              <w:rPr>
                <w:rFonts w:ascii="TimesNewRomanPSMT" w:eastAsia="TimesNewRomanPSMT" w:hAnsi="TimesNewRomanPSMT"/>
                <w:color w:val="000000"/>
                <w:w w:val="103"/>
                <w:sz w:val="16"/>
                <w:szCs w:val="16"/>
                <w:lang w:val="sv-SE"/>
              </w:rPr>
              <w:t xml:space="preserve"> i) stație automată fixă de monitorizare a nivelului de zgomot ambiant</w:t>
            </w:r>
          </w:p>
        </w:tc>
      </w:tr>
    </w:tbl>
    <w:p w14:paraId="3AF4FB1E" w14:textId="77777777" w:rsidR="00BD2397" w:rsidRPr="008F01A5" w:rsidRDefault="00B8640C">
      <w:pPr>
        <w:tabs>
          <w:tab w:val="left" w:pos="4236"/>
        </w:tabs>
        <w:autoSpaceDE w:val="0"/>
        <w:autoSpaceDN w:val="0"/>
        <w:spacing w:after="0" w:line="144" w:lineRule="exact"/>
        <w:ind w:left="108"/>
        <w:rPr>
          <w:sz w:val="16"/>
          <w:szCs w:val="16"/>
          <w:lang w:val="pt-PT"/>
        </w:rPr>
      </w:pPr>
      <w:r w:rsidRPr="008F01A5">
        <w:rPr>
          <w:rFonts w:ascii="TimesNewRomanPSMT" w:eastAsia="TimesNewRomanPSMT" w:hAnsi="TimesNewRomanPSMT"/>
          <w:color w:val="595959"/>
          <w:w w:val="97"/>
          <w:sz w:val="16"/>
          <w:szCs w:val="16"/>
          <w:lang w:val="pt-PT"/>
        </w:rPr>
        <w:t xml:space="preserve">F_06 · versiunea 1.0 </w:t>
      </w:r>
      <w:r w:rsidRPr="008F01A5">
        <w:rPr>
          <w:sz w:val="16"/>
          <w:szCs w:val="16"/>
          <w:lang w:val="pt-PT"/>
        </w:rPr>
        <w:tab/>
      </w:r>
      <w:r w:rsidRPr="008F01A5">
        <w:rPr>
          <w:rFonts w:ascii="TimesNewRomanPSMT" w:eastAsia="TimesNewRomanPSMT" w:hAnsi="TimesNewRomanPSMT"/>
          <w:color w:val="595959"/>
          <w:w w:val="97"/>
          <w:sz w:val="16"/>
          <w:szCs w:val="16"/>
          <w:lang w:val="pt-PT"/>
        </w:rPr>
        <w:t>pagina 1 din 2</w:t>
      </w:r>
    </w:p>
    <w:p w14:paraId="6352893C" w14:textId="77777777" w:rsidR="00BD2397" w:rsidRPr="008F01A5" w:rsidRDefault="00BD2397">
      <w:pPr>
        <w:spacing w:after="0"/>
        <w:rPr>
          <w:sz w:val="16"/>
          <w:szCs w:val="16"/>
          <w:lang w:val="pt-PT"/>
        </w:rPr>
        <w:sectPr w:rsidR="00BD2397" w:rsidRPr="008F01A5">
          <w:pgSz w:w="11900" w:h="16840"/>
          <w:pgMar w:top="126" w:right="546" w:bottom="236" w:left="1166" w:header="720" w:footer="720" w:gutter="0"/>
          <w:cols w:space="708"/>
          <w:docGrid w:linePitch="360"/>
        </w:sectPr>
      </w:pPr>
    </w:p>
    <w:p w14:paraId="7067ACBE" w14:textId="77777777" w:rsidR="00BD2397" w:rsidRPr="008F01A5" w:rsidRDefault="00BD2397">
      <w:pPr>
        <w:autoSpaceDE w:val="0"/>
        <w:autoSpaceDN w:val="0"/>
        <w:spacing w:after="0" w:line="126" w:lineRule="exact"/>
        <w:rPr>
          <w:sz w:val="16"/>
          <w:szCs w:val="16"/>
          <w:lang w:val="pt-PT"/>
        </w:rPr>
      </w:pPr>
    </w:p>
    <w:p w14:paraId="545AEF15" w14:textId="77777777" w:rsidR="00BD2397" w:rsidRPr="008F01A5" w:rsidRDefault="00B8640C">
      <w:pPr>
        <w:tabs>
          <w:tab w:val="left" w:pos="2080"/>
        </w:tabs>
        <w:autoSpaceDE w:val="0"/>
        <w:autoSpaceDN w:val="0"/>
        <w:spacing w:after="0" w:line="200" w:lineRule="exact"/>
        <w:rPr>
          <w:sz w:val="16"/>
          <w:szCs w:val="16"/>
          <w:lang w:val="pt-PT"/>
        </w:rPr>
      </w:pPr>
      <w:r w:rsidRPr="008F01A5">
        <w:rPr>
          <w:rFonts w:ascii="Arial" w:eastAsia="Arial" w:hAnsi="Arial"/>
          <w:color w:val="000000"/>
          <w:sz w:val="16"/>
          <w:szCs w:val="16"/>
          <w:lang w:val="pt-PT"/>
        </w:rPr>
        <w:t>64 MONITORUL OFICIAL AL ROMÂNIEI, PARTEA I, Nr. 711 bis/26.VIII.2026</w:t>
      </w:r>
    </w:p>
    <w:p w14:paraId="3F92CE6C" w14:textId="77777777" w:rsidR="00BD2397" w:rsidRPr="00F9681E" w:rsidRDefault="00B8640C">
      <w:pPr>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F_06 · </w:t>
      </w:r>
      <w:proofErr w:type="spellStart"/>
      <w:r w:rsidRPr="00F9681E">
        <w:rPr>
          <w:rFonts w:ascii="TimesNewRomanPSMT" w:eastAsia="TimesNewRomanPSMT" w:hAnsi="TimesNewRomanPSMT"/>
          <w:color w:val="595959"/>
          <w:w w:val="97"/>
          <w:sz w:val="16"/>
          <w:szCs w:val="16"/>
        </w:rPr>
        <w:t>versiunea</w:t>
      </w:r>
      <w:proofErr w:type="spellEnd"/>
      <w:r w:rsidRPr="00F9681E">
        <w:rPr>
          <w:rFonts w:ascii="TimesNewRomanPSMT" w:eastAsia="TimesNewRomanPSMT" w:hAnsi="TimesNewRomanPSMT"/>
          <w:color w:val="595959"/>
          <w:w w:val="97"/>
          <w:sz w:val="16"/>
          <w:szCs w:val="16"/>
        </w:rPr>
        <w:t xml:space="preserve"> 1.0 </w:t>
      </w:r>
    </w:p>
    <w:tbl>
      <w:tblPr>
        <w:tblW w:w="0" w:type="auto"/>
        <w:tblInd w:w="606" w:type="dxa"/>
        <w:tblLayout w:type="fixed"/>
        <w:tblLook w:val="04A0" w:firstRow="1" w:lastRow="0" w:firstColumn="1" w:lastColumn="0" w:noHBand="0" w:noVBand="1"/>
      </w:tblPr>
      <w:tblGrid>
        <w:gridCol w:w="3894"/>
        <w:gridCol w:w="5454"/>
      </w:tblGrid>
      <w:tr w:rsidR="00BD2397" w:rsidRPr="00F9681E" w14:paraId="422C0EFF" w14:textId="77777777">
        <w:trPr>
          <w:trHeight w:hRule="exact" w:val="210"/>
        </w:trPr>
        <w:tc>
          <w:tcPr>
            <w:tcW w:w="9348" w:type="dxa"/>
            <w:gridSpan w:val="2"/>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E05DE3F"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5. </w:t>
            </w:r>
            <w:r w:rsidRPr="00F9681E">
              <w:rPr>
                <w:rFonts w:ascii="TimesNewRomanPS" w:eastAsia="TimesNewRomanPS" w:hAnsi="TimesNewRomanPS"/>
                <w:b/>
                <w:color w:val="000000"/>
                <w:w w:val="102"/>
                <w:sz w:val="16"/>
                <w:szCs w:val="16"/>
              </w:rPr>
              <w:t>CONDIȚIILE AVIZULUI</w:t>
            </w:r>
          </w:p>
        </w:tc>
      </w:tr>
      <w:tr w:rsidR="00BD2397" w:rsidRPr="00F9681E" w14:paraId="7EF5DC9C" w14:textId="77777777">
        <w:trPr>
          <w:trHeight w:hRule="exact" w:val="218"/>
        </w:trPr>
        <w:tc>
          <w:tcPr>
            <w:tcW w:w="9348"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2F482D12" w14:textId="77777777" w:rsidR="00BD2397" w:rsidRPr="00F9681E" w:rsidRDefault="00B8640C">
            <w:pPr>
              <w:autoSpaceDE w:val="0"/>
              <w:autoSpaceDN w:val="0"/>
              <w:spacing w:after="0" w:line="162" w:lineRule="exact"/>
              <w:ind w:left="10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fără</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congestionarea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sau</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blocarea</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traficului</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rutier</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și</w:t>
            </w:r>
            <w:proofErr w:type="spellEnd"/>
            <w:r w:rsidRPr="00F9681E">
              <w:rPr>
                <w:rFonts w:ascii="TimesNewRomanPSMT" w:eastAsia="TimesNewRomanPSMT" w:hAnsi="TimesNewRomanPSMT"/>
                <w:color w:val="000000"/>
                <w:w w:val="103"/>
                <w:sz w:val="16"/>
                <w:szCs w:val="16"/>
              </w:rPr>
              <w:t>/</w:t>
            </w:r>
            <w:proofErr w:type="spellStart"/>
            <w:r w:rsidRPr="00F9681E">
              <w:rPr>
                <w:rFonts w:ascii="TimesNewRomanPSMT" w:eastAsia="TimesNewRomanPSMT" w:hAnsi="TimesNewRomanPSMT"/>
                <w:color w:val="000000"/>
                <w:w w:val="103"/>
                <w:sz w:val="16"/>
                <w:szCs w:val="16"/>
              </w:rPr>
              <w:t>sau</w:t>
            </w:r>
            <w:proofErr w:type="spellEnd"/>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pietonal</w:t>
            </w:r>
            <w:proofErr w:type="spellEnd"/>
          </w:p>
        </w:tc>
      </w:tr>
      <w:tr w:rsidR="00BD2397" w:rsidRPr="00B9266D" w14:paraId="316EDDE7" w14:textId="77777777">
        <w:trPr>
          <w:trHeight w:hRule="exact" w:val="218"/>
        </w:trPr>
        <w:tc>
          <w:tcPr>
            <w:tcW w:w="9348"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391D3B0B" w14:textId="77777777" w:rsidR="00BD2397" w:rsidRPr="008F01A5" w:rsidRDefault="00B8640C">
            <w:pPr>
              <w:autoSpaceDE w:val="0"/>
              <w:autoSpaceDN w:val="0"/>
              <w:spacing w:after="0" w:line="160" w:lineRule="exact"/>
              <w:ind w:left="100"/>
              <w:rPr>
                <w:sz w:val="16"/>
                <w:szCs w:val="16"/>
                <w:lang w:val="pt-PT"/>
              </w:rPr>
            </w:pPr>
            <w:r w:rsidRPr="008F01A5">
              <w:rPr>
                <w:rFonts w:ascii="SegoeUISymbol" w:eastAsia="SegoeUISymbol" w:hAnsi="SegoeUISymbol"/>
                <w:color w:val="000000"/>
                <w:w w:val="103"/>
                <w:sz w:val="16"/>
                <w:szCs w:val="16"/>
                <w:lang w:val="pt-PT"/>
              </w:rPr>
              <w:t>☐</w:t>
            </w:r>
            <w:r w:rsidRPr="008F01A5">
              <w:rPr>
                <w:rFonts w:ascii="TimesNewRomanPSMT" w:eastAsia="TimesNewRomanPSMT" w:hAnsi="TimesNewRomanPSMT"/>
                <w:color w:val="000000"/>
                <w:w w:val="103"/>
                <w:sz w:val="16"/>
                <w:szCs w:val="16"/>
                <w:lang w:val="pt-PT"/>
              </w:rPr>
              <w:t xml:space="preserve"> cu racordare și/sau branșare la rețeaua de alimentare cu energie electrică și/sau apă și canal, în funcție de caz</w:t>
            </w:r>
          </w:p>
        </w:tc>
      </w:tr>
      <w:tr w:rsidR="00BD2397" w:rsidRPr="00F9681E" w14:paraId="11C2959C" w14:textId="77777777">
        <w:trPr>
          <w:trHeight w:hRule="exact" w:val="504"/>
        </w:trPr>
        <w:tc>
          <w:tcPr>
            <w:tcW w:w="9348"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0543B6A5"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 xml:space="preserve">Alte </w:t>
            </w:r>
            <w:proofErr w:type="spellStart"/>
            <w:r w:rsidRPr="00F9681E">
              <w:rPr>
                <w:rFonts w:ascii="TimesNewRomanPS" w:eastAsia="TimesNewRomanPS" w:hAnsi="TimesNewRomanPS"/>
                <w:b/>
                <w:color w:val="0D5F78"/>
                <w:w w:val="97"/>
                <w:sz w:val="16"/>
                <w:szCs w:val="16"/>
              </w:rPr>
              <w:t>condiții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impuse</w:t>
            </w:r>
            <w:proofErr w:type="spellEnd"/>
          </w:p>
        </w:tc>
      </w:tr>
      <w:tr w:rsidR="00BD2397" w:rsidRPr="00B9266D" w14:paraId="59A12857" w14:textId="77777777">
        <w:trPr>
          <w:trHeight w:hRule="exact" w:val="512"/>
        </w:trPr>
        <w:tc>
          <w:tcPr>
            <w:tcW w:w="3894" w:type="dxa"/>
            <w:tcBorders>
              <w:top w:val="single" w:sz="4" w:space="0" w:color="767676"/>
              <w:left w:val="single" w:sz="3" w:space="0" w:color="767676"/>
              <w:bottom w:val="single" w:sz="4" w:space="0" w:color="767676"/>
              <w:right w:val="single" w:sz="4" w:space="0" w:color="767676"/>
            </w:tcBorders>
            <w:tcMar>
              <w:left w:w="0" w:type="dxa"/>
              <w:right w:w="0" w:type="dxa"/>
            </w:tcMar>
          </w:tcPr>
          <w:p w14:paraId="70F247F4" w14:textId="77777777" w:rsidR="00BD2397" w:rsidRPr="008F01A5" w:rsidRDefault="00B8640C">
            <w:pPr>
              <w:autoSpaceDE w:val="0"/>
              <w:autoSpaceDN w:val="0"/>
              <w:spacing w:after="0" w:line="144" w:lineRule="exact"/>
              <w:ind w:left="100"/>
              <w:rPr>
                <w:sz w:val="16"/>
                <w:szCs w:val="16"/>
                <w:lang w:val="pt-PT"/>
              </w:rPr>
            </w:pPr>
            <w:r w:rsidRPr="008F01A5">
              <w:rPr>
                <w:rFonts w:ascii="TimesNewRomanPS" w:eastAsia="TimesNewRomanPS" w:hAnsi="TimesNewRomanPS"/>
                <w:b/>
                <w:color w:val="0D5F78"/>
                <w:w w:val="97"/>
                <w:sz w:val="16"/>
                <w:szCs w:val="16"/>
                <w:lang w:val="pt-PT"/>
              </w:rPr>
              <w:t>Termenul de valabilitate a avizului</w:t>
            </w:r>
          </w:p>
        </w:tc>
        <w:tc>
          <w:tcPr>
            <w:tcW w:w="5454" w:type="dxa"/>
            <w:tcBorders>
              <w:top w:val="single" w:sz="4" w:space="0" w:color="767676"/>
              <w:left w:val="single" w:sz="4" w:space="0" w:color="767676"/>
              <w:bottom w:val="single" w:sz="4" w:space="0" w:color="767676"/>
              <w:right w:val="single" w:sz="3" w:space="0" w:color="767676"/>
            </w:tcBorders>
            <w:tcMar>
              <w:left w:w="0" w:type="dxa"/>
              <w:right w:w="0" w:type="dxa"/>
            </w:tcMar>
          </w:tcPr>
          <w:p w14:paraId="19BF4405" w14:textId="77777777" w:rsidR="00BD2397" w:rsidRPr="00F9681E" w:rsidRDefault="00B8640C">
            <w:pPr>
              <w:autoSpaceDE w:val="0"/>
              <w:autoSpaceDN w:val="0"/>
              <w:spacing w:after="0" w:line="168" w:lineRule="exact"/>
              <w:ind w:right="3744"/>
              <w:jc w:val="center"/>
              <w:rPr>
                <w:sz w:val="16"/>
                <w:szCs w:val="16"/>
                <w:lang w:val="sv-SE"/>
              </w:rPr>
            </w:pPr>
            <w:r w:rsidRPr="00F9681E">
              <w:rPr>
                <w:rFonts w:ascii="TimesNewRomanPS" w:eastAsia="TimesNewRomanPS" w:hAnsi="TimesNewRomanPS"/>
                <w:b/>
                <w:color w:val="0D5F78"/>
                <w:w w:val="97"/>
                <w:sz w:val="16"/>
                <w:szCs w:val="16"/>
                <w:lang w:val="sv-SE"/>
              </w:rPr>
              <w:t xml:space="preserve">Perioada de amplasare </w:t>
            </w:r>
            <w:r w:rsidRPr="00F9681E">
              <w:rPr>
                <w:sz w:val="16"/>
                <w:szCs w:val="16"/>
                <w:lang w:val="sv-SE"/>
              </w:rPr>
              <w:br/>
            </w:r>
            <w:r w:rsidRPr="00F9681E">
              <w:rPr>
                <w:rFonts w:ascii="TimesNewRomanPS" w:eastAsia="TimesNewRomanPS" w:hAnsi="TimesNewRomanPS"/>
                <w:i/>
                <w:color w:val="7A7A7A"/>
                <w:w w:val="97"/>
                <w:sz w:val="16"/>
                <w:szCs w:val="16"/>
                <w:lang w:val="sv-SE"/>
              </w:rPr>
              <w:t>la amenajările temporare</w:t>
            </w:r>
          </w:p>
        </w:tc>
      </w:tr>
    </w:tbl>
    <w:p w14:paraId="1695781C" w14:textId="77777777" w:rsidR="00BD2397" w:rsidRPr="00F9681E" w:rsidRDefault="00BD2397">
      <w:pPr>
        <w:autoSpaceDE w:val="0"/>
        <w:autoSpaceDN w:val="0"/>
        <w:spacing w:after="0" w:line="114" w:lineRule="exact"/>
        <w:rPr>
          <w:sz w:val="16"/>
          <w:szCs w:val="16"/>
          <w:lang w:val="sv-SE"/>
        </w:rPr>
      </w:pPr>
    </w:p>
    <w:tbl>
      <w:tblPr>
        <w:tblW w:w="0" w:type="auto"/>
        <w:tblInd w:w="606" w:type="dxa"/>
        <w:tblLayout w:type="fixed"/>
        <w:tblLook w:val="04A0" w:firstRow="1" w:lastRow="0" w:firstColumn="1" w:lastColumn="0" w:noHBand="0" w:noVBand="1"/>
      </w:tblPr>
      <w:tblGrid>
        <w:gridCol w:w="9348"/>
      </w:tblGrid>
      <w:tr w:rsidR="00BD2397" w:rsidRPr="00F9681E" w14:paraId="1202FAE8" w14:textId="77777777">
        <w:trPr>
          <w:trHeight w:hRule="exact" w:val="488"/>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7F2D903A" w14:textId="77777777" w:rsidR="00BD2397" w:rsidRPr="00F9681E" w:rsidRDefault="00B8640C">
            <w:pPr>
              <w:autoSpaceDE w:val="0"/>
              <w:autoSpaceDN w:val="0"/>
              <w:spacing w:after="0" w:line="160" w:lineRule="exact"/>
              <w:ind w:left="100" w:right="144"/>
              <w:rPr>
                <w:sz w:val="16"/>
                <w:szCs w:val="16"/>
              </w:rPr>
            </w:pPr>
            <w:r w:rsidRPr="008F01A5">
              <w:rPr>
                <w:rFonts w:ascii="TimesNewRomanPSMT" w:eastAsia="TimesNewRomanPSMT" w:hAnsi="TimesNewRomanPSMT"/>
                <w:color w:val="000000"/>
                <w:w w:val="97"/>
                <w:sz w:val="16"/>
                <w:szCs w:val="16"/>
                <w:lang w:val="pt-PT"/>
              </w:rPr>
              <w:t xml:space="preserve">Lucrările se execută fără autorizație de construire numai în limitele prezentului aviz. Dacă nu sunt îndeplinite cumulativ condițiile privind impactul asupra mediului și cele urbanistice, autoritatea publică locală aplică prevederile legale privind desființarea lucrărilor realizate ori poate impune obținerea unei autorizații de construire sau de desființare parțială — art. 300 alin. </w:t>
            </w:r>
            <w:r w:rsidRPr="00F9681E">
              <w:rPr>
                <w:rFonts w:ascii="TimesNewRomanPSMT" w:eastAsia="TimesNewRomanPSMT" w:hAnsi="TimesNewRomanPSMT"/>
                <w:color w:val="000000"/>
                <w:w w:val="97"/>
                <w:sz w:val="16"/>
                <w:szCs w:val="16"/>
              </w:rPr>
              <w:t xml:space="preserve">(5) </w:t>
            </w:r>
            <w:proofErr w:type="spellStart"/>
            <w:r w:rsidRPr="00F9681E">
              <w:rPr>
                <w:rFonts w:ascii="TimesNewRomanPSMT" w:eastAsia="TimesNewRomanPSMT" w:hAnsi="TimesNewRomanPSMT"/>
                <w:color w:val="000000"/>
                <w:w w:val="97"/>
                <w:sz w:val="16"/>
                <w:szCs w:val="16"/>
              </w:rPr>
              <w:t>și</w:t>
            </w:r>
            <w:proofErr w:type="spellEnd"/>
            <w:r w:rsidRPr="00F9681E">
              <w:rPr>
                <w:rFonts w:ascii="TimesNewRomanPSMT" w:eastAsia="TimesNewRomanPSMT" w:hAnsi="TimesNewRomanPSMT"/>
                <w:color w:val="000000"/>
                <w:w w:val="97"/>
                <w:sz w:val="16"/>
                <w:szCs w:val="16"/>
              </w:rPr>
              <w:t xml:space="preserve"> (6) din Legea nr. 169/2026. </w:t>
            </w:r>
          </w:p>
        </w:tc>
      </w:tr>
    </w:tbl>
    <w:p w14:paraId="1760573F" w14:textId="77777777" w:rsidR="00BD2397" w:rsidRPr="00F9681E"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2338"/>
        <w:gridCol w:w="778"/>
        <w:gridCol w:w="2336"/>
        <w:gridCol w:w="780"/>
        <w:gridCol w:w="3116"/>
      </w:tblGrid>
      <w:tr w:rsidR="00BD2397" w:rsidRPr="00F9681E" w14:paraId="22232484" w14:textId="77777777">
        <w:trPr>
          <w:trHeight w:hRule="exact" w:val="212"/>
        </w:trPr>
        <w:tc>
          <w:tcPr>
            <w:tcW w:w="9348" w:type="dxa"/>
            <w:gridSpan w:val="5"/>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65FFD1DE"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6. </w:t>
            </w:r>
            <w:r w:rsidRPr="00F9681E">
              <w:rPr>
                <w:rFonts w:ascii="TimesNewRomanPS" w:eastAsia="TimesNewRomanPS" w:hAnsi="TimesNewRomanPS"/>
                <w:b/>
                <w:color w:val="000000"/>
                <w:w w:val="102"/>
                <w:sz w:val="16"/>
                <w:szCs w:val="16"/>
              </w:rPr>
              <w:t>SEMNĂTURILE</w:t>
            </w:r>
          </w:p>
        </w:tc>
      </w:tr>
      <w:tr w:rsidR="00BD2397" w:rsidRPr="00F9681E" w14:paraId="294F4DFA" w14:textId="77777777">
        <w:trPr>
          <w:trHeight w:hRule="exact" w:val="88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393CA0E3" w14:textId="77777777" w:rsidR="00BD2397" w:rsidRPr="008F01A5" w:rsidRDefault="00B8640C">
            <w:pPr>
              <w:autoSpaceDE w:val="0"/>
              <w:autoSpaceDN w:val="0"/>
              <w:spacing w:after="0" w:line="146" w:lineRule="exact"/>
              <w:jc w:val="center"/>
              <w:rPr>
                <w:sz w:val="16"/>
                <w:szCs w:val="16"/>
                <w:lang w:val="pt-PT"/>
              </w:rPr>
            </w:pPr>
            <w:r w:rsidRPr="008F01A5">
              <w:rPr>
                <w:rFonts w:ascii="TimesNewRomanPS" w:eastAsia="TimesNewRomanPS" w:hAnsi="TimesNewRomanPS"/>
                <w:b/>
                <w:color w:val="0D5F78"/>
                <w:w w:val="97"/>
                <w:sz w:val="16"/>
                <w:szCs w:val="16"/>
                <w:lang w:val="pt-PT"/>
              </w:rPr>
              <w:t>Conducătorul autorității emitente</w:t>
            </w:r>
          </w:p>
          <w:p w14:paraId="65F5027F" w14:textId="77777777" w:rsidR="00BD2397" w:rsidRPr="008F01A5" w:rsidRDefault="00B8640C">
            <w:pPr>
              <w:autoSpaceDE w:val="0"/>
              <w:autoSpaceDN w:val="0"/>
              <w:spacing w:after="0" w:line="146" w:lineRule="exact"/>
              <w:jc w:val="center"/>
              <w:rPr>
                <w:sz w:val="16"/>
                <w:szCs w:val="16"/>
                <w:lang w:val="pt-PT"/>
              </w:rPr>
            </w:pPr>
            <w:r w:rsidRPr="008F01A5">
              <w:rPr>
                <w:rFonts w:ascii="TimesNewRomanPS" w:eastAsia="TimesNewRomanPS" w:hAnsi="TimesNewRomanPS"/>
                <w:i/>
                <w:color w:val="595959"/>
                <w:w w:val="97"/>
                <w:sz w:val="16"/>
                <w:szCs w:val="16"/>
                <w:lang w:val="pt-PT"/>
              </w:rPr>
              <w:t>funcția, numele și semnătura</w:t>
            </w:r>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036DC0C5" w14:textId="77777777" w:rsidR="00BD2397" w:rsidRPr="008F01A5" w:rsidRDefault="00B8640C">
            <w:pPr>
              <w:autoSpaceDE w:val="0"/>
              <w:autoSpaceDN w:val="0"/>
              <w:spacing w:after="0" w:line="146" w:lineRule="exact"/>
              <w:jc w:val="center"/>
              <w:rPr>
                <w:sz w:val="16"/>
                <w:szCs w:val="16"/>
                <w:lang w:val="pt-PT"/>
              </w:rPr>
            </w:pPr>
            <w:r w:rsidRPr="008F01A5">
              <w:rPr>
                <w:rFonts w:ascii="TimesNewRomanPS" w:eastAsia="TimesNewRomanPS" w:hAnsi="TimesNewRomanPS"/>
                <w:b/>
                <w:color w:val="0D5F78"/>
                <w:w w:val="97"/>
                <w:sz w:val="16"/>
                <w:szCs w:val="16"/>
                <w:lang w:val="pt-PT"/>
              </w:rPr>
              <w:t>Secretar general</w:t>
            </w:r>
          </w:p>
          <w:p w14:paraId="2488F7FF" w14:textId="77777777" w:rsidR="00BD2397" w:rsidRPr="008F01A5" w:rsidRDefault="00B8640C">
            <w:pPr>
              <w:autoSpaceDE w:val="0"/>
              <w:autoSpaceDN w:val="0"/>
              <w:spacing w:after="0" w:line="146" w:lineRule="exact"/>
              <w:jc w:val="center"/>
              <w:rPr>
                <w:sz w:val="16"/>
                <w:szCs w:val="16"/>
                <w:lang w:val="pt-PT"/>
              </w:rPr>
            </w:pPr>
            <w:r w:rsidRPr="008F01A5">
              <w:rPr>
                <w:rFonts w:ascii="TimesNewRomanPS" w:eastAsia="TimesNewRomanPS" w:hAnsi="TimesNewRomanPS"/>
                <w:i/>
                <w:color w:val="595959"/>
                <w:w w:val="97"/>
                <w:sz w:val="16"/>
                <w:szCs w:val="16"/>
                <w:lang w:val="pt-PT"/>
              </w:rPr>
              <w:t>numele și semnătura</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359EAE7B"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b/>
                <w:color w:val="0D5F78"/>
                <w:w w:val="97"/>
                <w:sz w:val="16"/>
                <w:szCs w:val="16"/>
              </w:rPr>
              <w:t>Arhitect-șef</w:t>
            </w:r>
            <w:proofErr w:type="spellEnd"/>
          </w:p>
          <w:p w14:paraId="23986B0B" w14:textId="77777777" w:rsidR="00BD2397" w:rsidRPr="00F9681E" w:rsidRDefault="00B8640C">
            <w:pPr>
              <w:autoSpaceDE w:val="0"/>
              <w:autoSpaceDN w:val="0"/>
              <w:spacing w:after="0" w:line="146" w:lineRule="exact"/>
              <w:jc w:val="center"/>
              <w:rPr>
                <w:sz w:val="16"/>
                <w:szCs w:val="16"/>
              </w:rPr>
            </w:pPr>
            <w:proofErr w:type="spellStart"/>
            <w:r w:rsidRPr="00F9681E">
              <w:rPr>
                <w:rFonts w:ascii="TimesNewRomanPS" w:eastAsia="TimesNewRomanPS" w:hAnsi="TimesNewRomanPS"/>
                <w:i/>
                <w:color w:val="595959"/>
                <w:w w:val="97"/>
                <w:sz w:val="16"/>
                <w:szCs w:val="16"/>
              </w:rPr>
              <w:t>numele</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și</w:t>
            </w:r>
            <w:proofErr w:type="spellEnd"/>
            <w:r w:rsidRPr="00F9681E">
              <w:rPr>
                <w:rFonts w:ascii="TimesNewRomanPS" w:eastAsia="TimesNewRomanPS" w:hAnsi="TimesNewRomanPS"/>
                <w:i/>
                <w:color w:val="595959"/>
                <w:w w:val="97"/>
                <w:sz w:val="16"/>
                <w:szCs w:val="16"/>
              </w:rPr>
              <w:t xml:space="preserve"> </w:t>
            </w:r>
            <w:proofErr w:type="spellStart"/>
            <w:r w:rsidRPr="00F9681E">
              <w:rPr>
                <w:rFonts w:ascii="TimesNewRomanPS" w:eastAsia="TimesNewRomanPS" w:hAnsi="TimesNewRomanPS"/>
                <w:i/>
                <w:color w:val="595959"/>
                <w:w w:val="97"/>
                <w:sz w:val="16"/>
                <w:szCs w:val="16"/>
              </w:rPr>
              <w:t>semnătura</w:t>
            </w:r>
            <w:proofErr w:type="spellEnd"/>
          </w:p>
        </w:tc>
      </w:tr>
      <w:tr w:rsidR="00BD2397" w:rsidRPr="00B9266D" w14:paraId="4BAB8B62" w14:textId="77777777">
        <w:trPr>
          <w:trHeight w:hRule="exact" w:val="514"/>
        </w:trPr>
        <w:tc>
          <w:tcPr>
            <w:tcW w:w="2338" w:type="dxa"/>
            <w:tcBorders>
              <w:top w:val="single" w:sz="4" w:space="0" w:color="767676"/>
              <w:left w:val="single" w:sz="3" w:space="0" w:color="767676"/>
              <w:bottom w:val="single" w:sz="4" w:space="0" w:color="767676"/>
              <w:right w:val="single" w:sz="3" w:space="0" w:color="767676"/>
            </w:tcBorders>
            <w:tcMar>
              <w:left w:w="0" w:type="dxa"/>
              <w:right w:w="0" w:type="dxa"/>
            </w:tcMar>
          </w:tcPr>
          <w:p w14:paraId="626F468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Achitat</w:t>
            </w:r>
            <w:proofErr w:type="spellEnd"/>
            <w:r w:rsidRPr="00F9681E">
              <w:rPr>
                <w:rFonts w:ascii="TimesNewRomanPS" w:eastAsia="TimesNewRomanPS" w:hAnsi="TimesNewRomanPS"/>
                <w:b/>
                <w:color w:val="0D5F78"/>
                <w:w w:val="97"/>
                <w:sz w:val="16"/>
                <w:szCs w:val="16"/>
              </w:rPr>
              <w:t xml:space="preserve"> taxa de (lei)</w:t>
            </w:r>
          </w:p>
        </w:tc>
        <w:tc>
          <w:tcPr>
            <w:tcW w:w="311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61F0EF7F"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Chitanța</w:t>
            </w:r>
            <w:proofErr w:type="spellEnd"/>
            <w:r w:rsidRPr="00F9681E">
              <w:rPr>
                <w:rFonts w:ascii="TimesNewRomanPS" w:eastAsia="TimesNewRomanPS" w:hAnsi="TimesNewRomanPS"/>
                <w:b/>
                <w:color w:val="0D5F78"/>
                <w:w w:val="97"/>
                <w:sz w:val="16"/>
                <w:szCs w:val="16"/>
              </w:rPr>
              <w:t xml:space="preserve"> nr. / </w:t>
            </w:r>
            <w:proofErr w:type="gramStart"/>
            <w:r w:rsidRPr="00F9681E">
              <w:rPr>
                <w:rFonts w:ascii="TimesNewRomanPS" w:eastAsia="TimesNewRomanPS" w:hAnsi="TimesNewRomanPS"/>
                <w:b/>
                <w:color w:val="0D5F78"/>
                <w:w w:val="97"/>
                <w:sz w:val="16"/>
                <w:szCs w:val="16"/>
              </w:rPr>
              <w:t>data</w:t>
            </w:r>
            <w:proofErr w:type="gramEnd"/>
          </w:p>
        </w:tc>
        <w:tc>
          <w:tcPr>
            <w:tcW w:w="389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7320C828" w14:textId="77777777" w:rsidR="00BD2397" w:rsidRPr="008F01A5" w:rsidRDefault="00B8640C">
            <w:pPr>
              <w:autoSpaceDE w:val="0"/>
              <w:autoSpaceDN w:val="0"/>
              <w:spacing w:after="0" w:line="166" w:lineRule="exact"/>
              <w:ind w:left="100" w:right="1872"/>
              <w:rPr>
                <w:sz w:val="16"/>
                <w:szCs w:val="16"/>
                <w:lang w:val="pt-PT"/>
              </w:rPr>
            </w:pPr>
            <w:r w:rsidRPr="008F01A5">
              <w:rPr>
                <w:rFonts w:ascii="TimesNewRomanPS" w:eastAsia="TimesNewRomanPS" w:hAnsi="TimesNewRomanPS"/>
                <w:b/>
                <w:color w:val="0D5F78"/>
                <w:w w:val="97"/>
                <w:sz w:val="16"/>
                <w:szCs w:val="16"/>
                <w:lang w:val="pt-PT"/>
              </w:rPr>
              <w:t xml:space="preserve">Transmis solicitantului la data </w:t>
            </w:r>
            <w:r w:rsidRPr="008F01A5">
              <w:rPr>
                <w:sz w:val="16"/>
                <w:szCs w:val="16"/>
                <w:lang w:val="pt-PT"/>
              </w:rPr>
              <w:br/>
            </w:r>
            <w:r w:rsidRPr="008F01A5">
              <w:rPr>
                <w:rFonts w:ascii="TimesNewRomanPS" w:eastAsia="TimesNewRomanPS" w:hAnsi="TimesNewRomanPS"/>
                <w:i/>
                <w:color w:val="7A7A7A"/>
                <w:w w:val="97"/>
                <w:sz w:val="16"/>
                <w:szCs w:val="16"/>
                <w:lang w:val="pt-PT"/>
              </w:rPr>
              <w:t>direct / prin poștă / digital</w:t>
            </w:r>
          </w:p>
        </w:tc>
      </w:tr>
    </w:tbl>
    <w:p w14:paraId="0F0F1B53" w14:textId="77777777" w:rsidR="00BD2397" w:rsidRPr="00F9681E" w:rsidRDefault="00B8640C">
      <w:pPr>
        <w:tabs>
          <w:tab w:val="left" w:pos="4838"/>
        </w:tabs>
        <w:autoSpaceDE w:val="0"/>
        <w:autoSpaceDN w:val="0"/>
        <w:spacing w:after="0" w:line="144" w:lineRule="exact"/>
        <w:ind w:left="710"/>
        <w:rPr>
          <w:sz w:val="16"/>
          <w:szCs w:val="16"/>
        </w:rPr>
      </w:pPr>
      <w:r w:rsidRPr="00F9681E">
        <w:rPr>
          <w:rFonts w:ascii="TimesNewRomanPSMT" w:eastAsia="TimesNewRomanPSMT" w:hAnsi="TimesNewRomanPSMT"/>
          <w:color w:val="595959"/>
          <w:w w:val="97"/>
          <w:sz w:val="16"/>
          <w:szCs w:val="16"/>
        </w:rPr>
        <w:t xml:space="preserve">F_06 · </w:t>
      </w:r>
      <w:proofErr w:type="spellStart"/>
      <w:r w:rsidRPr="00F9681E">
        <w:rPr>
          <w:rFonts w:ascii="TimesNewRomanPSMT" w:eastAsia="TimesNewRomanPSMT" w:hAnsi="TimesNewRomanPSMT"/>
          <w:color w:val="595959"/>
          <w:w w:val="97"/>
          <w:sz w:val="16"/>
          <w:szCs w:val="16"/>
        </w:rPr>
        <w:t>versiunea</w:t>
      </w:r>
      <w:proofErr w:type="spellEnd"/>
      <w:r w:rsidRPr="00F9681E">
        <w:rPr>
          <w:rFonts w:ascii="TimesNewRomanPSMT" w:eastAsia="TimesNewRomanPSMT" w:hAnsi="TimesNewRomanPSMT"/>
          <w:color w:val="595959"/>
          <w:w w:val="97"/>
          <w:sz w:val="16"/>
          <w:szCs w:val="16"/>
        </w:rPr>
        <w:t xml:space="preserve"> 1.0 </w:t>
      </w:r>
      <w:r w:rsidRPr="00F9681E">
        <w:rPr>
          <w:sz w:val="16"/>
          <w:szCs w:val="16"/>
        </w:rPr>
        <w:tab/>
      </w:r>
      <w:proofErr w:type="spellStart"/>
      <w:r w:rsidRPr="00F9681E">
        <w:rPr>
          <w:rFonts w:ascii="TimesNewRomanPSMT" w:eastAsia="TimesNewRomanPSMT" w:hAnsi="TimesNewRomanPSMT"/>
          <w:color w:val="595959"/>
          <w:w w:val="97"/>
          <w:sz w:val="16"/>
          <w:szCs w:val="16"/>
        </w:rPr>
        <w:t>pagina</w:t>
      </w:r>
      <w:proofErr w:type="spellEnd"/>
      <w:r w:rsidRPr="00F9681E">
        <w:rPr>
          <w:rFonts w:ascii="TimesNewRomanPSMT" w:eastAsia="TimesNewRomanPSMT" w:hAnsi="TimesNewRomanPSMT"/>
          <w:color w:val="595959"/>
          <w:w w:val="97"/>
          <w:sz w:val="16"/>
          <w:szCs w:val="16"/>
        </w:rPr>
        <w:t xml:space="preserve"> 2 din 2</w:t>
      </w:r>
    </w:p>
    <w:sectPr w:rsidR="00BD2397" w:rsidRPr="00F9681E"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367DB"/>
    <w:rsid w:val="0006063C"/>
    <w:rsid w:val="000C1C98"/>
    <w:rsid w:val="000D51AB"/>
    <w:rsid w:val="0015074B"/>
    <w:rsid w:val="00184E29"/>
    <w:rsid w:val="00187A6E"/>
    <w:rsid w:val="001C63D4"/>
    <w:rsid w:val="001F5194"/>
    <w:rsid w:val="001F7E48"/>
    <w:rsid w:val="0029639D"/>
    <w:rsid w:val="002A5EAB"/>
    <w:rsid w:val="002B0E1B"/>
    <w:rsid w:val="00326F90"/>
    <w:rsid w:val="003C5479"/>
    <w:rsid w:val="003D684B"/>
    <w:rsid w:val="003F7FDF"/>
    <w:rsid w:val="004761A5"/>
    <w:rsid w:val="004A23F1"/>
    <w:rsid w:val="005869A8"/>
    <w:rsid w:val="00616AC8"/>
    <w:rsid w:val="00646AD5"/>
    <w:rsid w:val="0068581A"/>
    <w:rsid w:val="006E158E"/>
    <w:rsid w:val="00786EB1"/>
    <w:rsid w:val="00846091"/>
    <w:rsid w:val="008D0C1E"/>
    <w:rsid w:val="008F01A5"/>
    <w:rsid w:val="00912339"/>
    <w:rsid w:val="00944F95"/>
    <w:rsid w:val="009F0C11"/>
    <w:rsid w:val="00A1149B"/>
    <w:rsid w:val="00A531FA"/>
    <w:rsid w:val="00AA1D8D"/>
    <w:rsid w:val="00AB1449"/>
    <w:rsid w:val="00B40836"/>
    <w:rsid w:val="00B47730"/>
    <w:rsid w:val="00B84130"/>
    <w:rsid w:val="00B8640C"/>
    <w:rsid w:val="00B9266D"/>
    <w:rsid w:val="00BB3B32"/>
    <w:rsid w:val="00BD2397"/>
    <w:rsid w:val="00BE77F5"/>
    <w:rsid w:val="00C44B4D"/>
    <w:rsid w:val="00C53134"/>
    <w:rsid w:val="00C90722"/>
    <w:rsid w:val="00CA3FBF"/>
    <w:rsid w:val="00CB0664"/>
    <w:rsid w:val="00CB26DE"/>
    <w:rsid w:val="00CE6227"/>
    <w:rsid w:val="00D70A05"/>
    <w:rsid w:val="00E3029C"/>
    <w:rsid w:val="00E5523C"/>
    <w:rsid w:val="00EE1EFB"/>
    <w:rsid w:val="00F011B1"/>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B92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Program%20Files\Indaco\Lege4\Cache\208h867b.tmp" TargetMode="External"/><Relationship Id="rId13" Type="http://schemas.openxmlformats.org/officeDocument/2006/relationships/hyperlink" Target="mailto:zaucimpiei@cjmures.r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zaucimpiei@cjmures.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zaucimpiei@cjmures.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aucimpiei@cjmures.ro" TargetMode="External"/><Relationship Id="rId4" Type="http://schemas.openxmlformats.org/officeDocument/2006/relationships/settings" Target="settings.xml"/><Relationship Id="rId9" Type="http://schemas.openxmlformats.org/officeDocument/2006/relationships/hyperlink" Target="mailto:zaucimpiei@cjmures.ro" TargetMode="External"/><Relationship Id="rId14" Type="http://schemas.openxmlformats.org/officeDocument/2006/relationships/hyperlink" Target="mailto:zaucimpiei@cj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5242</Words>
  <Characters>29885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2026-09-07T11:19:00Z</dcterms:created>
  <dcterms:modified xsi:type="dcterms:W3CDTF">2026-09-08T08:09:00Z</dcterms:modified>
</cp:coreProperties>
</file>