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143A4C2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4C5D59C1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9FADB4E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5CAE9067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0FDFBAEE" w14:textId="57D8E018" w:rsidR="00537BD1" w:rsidRPr="00537BD1" w:rsidRDefault="00537BD1" w:rsidP="00537BD1">
      <w:pPr>
        <w:autoSpaceDE w:val="0"/>
        <w:autoSpaceDN w:val="0"/>
        <w:spacing w:after="0" w:line="292" w:lineRule="exact"/>
        <w:rPr>
          <w:lang w:val="pt-PT"/>
        </w:rPr>
      </w:pPr>
      <w:r w:rsidRPr="00537BD1">
        <w:drawing>
          <wp:anchor distT="0" distB="0" distL="114300" distR="114300" simplePos="0" relativeHeight="251661312" behindDoc="0" locked="0" layoutInCell="1" allowOverlap="1" wp14:anchorId="13211296" wp14:editId="1F42919C">
            <wp:simplePos x="0" y="0"/>
            <wp:positionH relativeFrom="column">
              <wp:posOffset>346710</wp:posOffset>
            </wp:positionH>
            <wp:positionV relativeFrom="paragraph">
              <wp:posOffset>149225</wp:posOffset>
            </wp:positionV>
            <wp:extent cx="719455" cy="1076325"/>
            <wp:effectExtent l="0" t="0" r="4445" b="9525"/>
            <wp:wrapSquare wrapText="bothSides"/>
            <wp:docPr id="1231908472" name="I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7BD1">
        <w:drawing>
          <wp:anchor distT="0" distB="0" distL="114300" distR="114300" simplePos="0" relativeHeight="251659264" behindDoc="0" locked="0" layoutInCell="1" allowOverlap="1" wp14:anchorId="76D2C6A7" wp14:editId="0E970BD1">
            <wp:simplePos x="0" y="0"/>
            <wp:positionH relativeFrom="column">
              <wp:posOffset>347345</wp:posOffset>
            </wp:positionH>
            <wp:positionV relativeFrom="paragraph">
              <wp:posOffset>180975</wp:posOffset>
            </wp:positionV>
            <wp:extent cx="516255" cy="762000"/>
            <wp:effectExtent l="0" t="0" r="17145" b="0"/>
            <wp:wrapSquare wrapText="right"/>
            <wp:docPr id="1517077661" name="I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130046" w14:textId="77777777" w:rsidR="00537BD1" w:rsidRPr="00537BD1" w:rsidRDefault="00537BD1" w:rsidP="00537BD1">
      <w:pPr>
        <w:autoSpaceDE w:val="0"/>
        <w:autoSpaceDN w:val="0"/>
        <w:spacing w:after="0" w:line="292" w:lineRule="exact"/>
        <w:rPr>
          <w:b/>
          <w:lang w:val="pt-PT"/>
        </w:rPr>
      </w:pPr>
      <w:r w:rsidRPr="00537BD1">
        <w:rPr>
          <w:lang w:val="pt-PT"/>
        </w:rPr>
        <w:t xml:space="preserve">Judeţul  MUREŞ                                                                                                    </w:t>
      </w:r>
      <w:r w:rsidRPr="00537BD1">
        <w:rPr>
          <w:b/>
          <w:lang w:val="pt-PT"/>
        </w:rPr>
        <w:t xml:space="preserve"> </w:t>
      </w:r>
      <w:r w:rsidRPr="00537BD1">
        <w:rPr>
          <w:lang w:val="pt-PT"/>
        </w:rPr>
        <w:t xml:space="preserve">   </w:t>
      </w:r>
      <w:r w:rsidRPr="00537BD1">
        <w:rPr>
          <w:b/>
          <w:lang w:val="pt-PT"/>
        </w:rPr>
        <w:t xml:space="preserve"> </w:t>
      </w:r>
      <w:r w:rsidRPr="00537BD1">
        <w:rPr>
          <w:lang w:val="pt-PT"/>
        </w:rPr>
        <w:t xml:space="preserve"> </w:t>
      </w:r>
      <w:r w:rsidRPr="00537BD1">
        <w:rPr>
          <w:lang w:val="pt-PT"/>
        </w:rPr>
        <w:tab/>
      </w:r>
    </w:p>
    <w:p w14:paraId="14FE3FAB" w14:textId="55499D21" w:rsidR="00537BD1" w:rsidRPr="00537BD1" w:rsidRDefault="00537BD1" w:rsidP="00537BD1">
      <w:pPr>
        <w:autoSpaceDE w:val="0"/>
        <w:autoSpaceDN w:val="0"/>
        <w:spacing w:after="0" w:line="292" w:lineRule="exact"/>
        <w:rPr>
          <w:b/>
          <w:bCs/>
          <w:lang w:val="pt-PT"/>
        </w:rPr>
      </w:pPr>
      <w:r w:rsidRPr="00537BD1"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1BDD6C" wp14:editId="73245E7C">
                <wp:simplePos x="0" y="0"/>
                <wp:positionH relativeFrom="column">
                  <wp:posOffset>3457575</wp:posOffset>
                </wp:positionH>
                <wp:positionV relativeFrom="paragraph">
                  <wp:posOffset>34925</wp:posOffset>
                </wp:positionV>
                <wp:extent cx="361950" cy="134620"/>
                <wp:effectExtent l="0" t="0" r="0" b="0"/>
                <wp:wrapNone/>
                <wp:docPr id="1112684803" name="Casetă tex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0A2950" w14:textId="77777777" w:rsidR="00537BD1" w:rsidRDefault="00537BD1" w:rsidP="00537BD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1BDD6C" id="_x0000_t202" coordsize="21600,21600" o:spt="202" path="m,l,21600r21600,l21600,xe">
                <v:stroke joinstyle="miter"/>
                <v:path gradientshapeok="t" o:connecttype="rect"/>
              </v:shapetype>
              <v:shape id="Casetă text 5" o:spid="_x0000_s1026" type="#_x0000_t202" style="position:absolute;margin-left:272.25pt;margin-top:2.75pt;width:28.5pt;height: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" stroked="f">
                <v:textbox>
                  <w:txbxContent>
                    <w:p w14:paraId="3B0A2950" w14:textId="77777777" w:rsidR="00537BD1" w:rsidRDefault="00537BD1" w:rsidP="00537BD1"/>
                  </w:txbxContent>
                </v:textbox>
              </v:shape>
            </w:pict>
          </mc:Fallback>
        </mc:AlternateContent>
      </w:r>
      <w:r w:rsidRPr="00537BD1">
        <w:rPr>
          <w:bCs/>
          <w:lang w:val="pt-PT"/>
        </w:rPr>
        <w:t>Comuna Zau de Câmpie</w:t>
      </w:r>
      <w:r w:rsidRPr="00537BD1">
        <w:rPr>
          <w:bCs/>
          <w:lang w:val="pt-PT"/>
        </w:rPr>
        <w:tab/>
      </w:r>
      <w:r w:rsidRPr="00537BD1">
        <w:rPr>
          <w:bCs/>
          <w:lang w:val="pt-PT"/>
        </w:rPr>
        <w:tab/>
      </w:r>
      <w:r w:rsidRPr="00537BD1">
        <w:rPr>
          <w:bCs/>
          <w:lang w:val="pt-PT"/>
        </w:rPr>
        <w:tab/>
      </w:r>
      <w:r w:rsidRPr="00537BD1">
        <w:rPr>
          <w:bCs/>
          <w:lang w:val="pt-PT"/>
        </w:rPr>
        <w:tab/>
      </w:r>
      <w:r w:rsidRPr="00537BD1">
        <w:rPr>
          <w:bCs/>
          <w:lang w:val="pt-PT"/>
        </w:rPr>
        <w:tab/>
      </w:r>
      <w:r w:rsidRPr="00537BD1">
        <w:rPr>
          <w:bCs/>
          <w:lang w:val="pt-PT"/>
        </w:rPr>
        <w:tab/>
      </w:r>
    </w:p>
    <w:p w14:paraId="78DD4C79" w14:textId="77777777" w:rsidR="00537BD1" w:rsidRPr="00537BD1" w:rsidRDefault="00537BD1" w:rsidP="00537BD1">
      <w:pPr>
        <w:autoSpaceDE w:val="0"/>
        <w:autoSpaceDN w:val="0"/>
        <w:spacing w:after="0" w:line="292" w:lineRule="exact"/>
        <w:rPr>
          <w:bCs/>
          <w:lang w:val="pt-PT"/>
        </w:rPr>
      </w:pPr>
      <w:r w:rsidRPr="00537BD1">
        <w:rPr>
          <w:bCs/>
          <w:lang w:val="pt-PT"/>
        </w:rPr>
        <w:t>CIF4375917, Zau de Câmpie, strada Republicii, nr.18</w:t>
      </w:r>
    </w:p>
    <w:p w14:paraId="5CCBB77D" w14:textId="77777777" w:rsidR="00537BD1" w:rsidRPr="00537BD1" w:rsidRDefault="00537BD1" w:rsidP="00537BD1">
      <w:pPr>
        <w:autoSpaceDE w:val="0"/>
        <w:autoSpaceDN w:val="0"/>
        <w:spacing w:after="0" w:line="292" w:lineRule="exact"/>
        <w:rPr>
          <w:bCs/>
          <w:lang w:val="pt-PT"/>
        </w:rPr>
      </w:pPr>
      <w:r w:rsidRPr="00537BD1">
        <w:rPr>
          <w:bCs/>
          <w:lang w:val="pt-PT"/>
        </w:rPr>
        <w:t>Telefon: 0265 486112</w:t>
      </w:r>
    </w:p>
    <w:p w14:paraId="0E4B283B" w14:textId="77777777" w:rsidR="00537BD1" w:rsidRPr="00537BD1" w:rsidRDefault="00537BD1" w:rsidP="00537BD1">
      <w:pPr>
        <w:autoSpaceDE w:val="0"/>
        <w:autoSpaceDN w:val="0"/>
        <w:spacing w:after="0" w:line="292" w:lineRule="exact"/>
        <w:rPr>
          <w:bCs/>
          <w:lang w:val="pt-PT"/>
        </w:rPr>
      </w:pPr>
      <w:r w:rsidRPr="00537BD1">
        <w:rPr>
          <w:bCs/>
          <w:lang w:val="pt-PT"/>
        </w:rPr>
        <w:t xml:space="preserve"> E-mail: </w:t>
      </w:r>
      <w:hyperlink r:id="rId9" w:history="1">
        <w:r w:rsidRPr="00537BD1">
          <w:rPr>
            <w:rStyle w:val="Hyperlink"/>
            <w:bCs/>
            <w:lang w:val="pt-PT"/>
          </w:rPr>
          <w:t>zaucimpiei@cjmures.ro</w:t>
        </w:r>
      </w:hyperlink>
    </w:p>
    <w:p w14:paraId="74530F89" w14:textId="77777777" w:rsidR="00537BD1" w:rsidRPr="00537BD1" w:rsidRDefault="00537BD1" w:rsidP="00537BD1">
      <w:pPr>
        <w:autoSpaceDE w:val="0"/>
        <w:autoSpaceDN w:val="0"/>
        <w:spacing w:after="0" w:line="292" w:lineRule="exact"/>
        <w:rPr>
          <w:bCs/>
          <w:lang w:val="pt-PT"/>
        </w:rPr>
      </w:pPr>
      <w:r w:rsidRPr="00537BD1">
        <w:rPr>
          <w:lang w:val="pt-PT"/>
        </w:rPr>
        <w:t xml:space="preserve"> Număr de înregistrare.................data...............................  </w:t>
      </w:r>
    </w:p>
    <w:p w14:paraId="3187EC23" w14:textId="77777777" w:rsidR="00537BD1" w:rsidRPr="00537BD1" w:rsidRDefault="00537BD1" w:rsidP="00537BD1">
      <w:pPr>
        <w:autoSpaceDE w:val="0"/>
        <w:autoSpaceDN w:val="0"/>
        <w:spacing w:after="0" w:line="292" w:lineRule="exact"/>
        <w:rPr>
          <w:lang w:val="pt-PT"/>
        </w:rPr>
      </w:pPr>
    </w:p>
    <w:p w14:paraId="3C1F83D8" w14:textId="77777777" w:rsidR="00786EB1" w:rsidRPr="00537BD1" w:rsidRDefault="00786EB1">
      <w:pPr>
        <w:autoSpaceDE w:val="0"/>
        <w:autoSpaceDN w:val="0"/>
        <w:spacing w:after="0" w:line="292" w:lineRule="exact"/>
        <w:rPr>
          <w:lang w:val="pt-PT"/>
        </w:rPr>
      </w:pPr>
    </w:p>
    <w:p w14:paraId="2011DA06" w14:textId="77777777" w:rsidR="00BD2397" w:rsidRPr="002629F7" w:rsidRDefault="00B8640C">
      <w:pPr>
        <w:autoSpaceDE w:val="0"/>
        <w:autoSpaceDN w:val="0"/>
        <w:spacing w:after="0" w:line="246" w:lineRule="exact"/>
        <w:ind w:left="2448" w:right="3168"/>
        <w:jc w:val="center"/>
        <w:rPr>
          <w:sz w:val="16"/>
          <w:szCs w:val="16"/>
          <w:lang w:val="pt-PT"/>
        </w:rPr>
      </w:pPr>
      <w:r w:rsidRPr="002629F7">
        <w:rPr>
          <w:rFonts w:ascii="TimesNewRomanPS" w:eastAsia="TimesNewRomanPS" w:hAnsi="TimesNewRomanPS"/>
          <w:b/>
          <w:color w:val="000000"/>
          <w:sz w:val="23"/>
          <w:lang w:val="pt-PT"/>
        </w:rPr>
        <w:t>EXTRAS / DOVADĂ</w:t>
      </w:r>
      <w:r w:rsidRPr="002629F7">
        <w:rPr>
          <w:lang w:val="pt-PT"/>
        </w:rPr>
        <w:br/>
      </w:r>
      <w:r w:rsidRPr="002629F7">
        <w:rPr>
          <w:rFonts w:ascii="TimesNewRomanPSMT" w:eastAsia="TimesNewRomanPSMT" w:hAnsi="TimesNewRomanPSMT"/>
          <w:color w:val="000000"/>
          <w:w w:val="102"/>
          <w:sz w:val="16"/>
          <w:szCs w:val="16"/>
          <w:lang w:val="pt-PT"/>
        </w:rPr>
        <w:t>privind împlinirea termenului și stadiul procedurii notificării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2338"/>
        <w:gridCol w:w="778"/>
        <w:gridCol w:w="1558"/>
        <w:gridCol w:w="4674"/>
      </w:tblGrid>
      <w:tr w:rsidR="00BD2397" w:rsidRPr="00F9681E" w14:paraId="7A23CB43" w14:textId="77777777">
        <w:trPr>
          <w:trHeight w:hRule="exact" w:val="210"/>
        </w:trPr>
        <w:tc>
          <w:tcPr>
            <w:tcW w:w="9348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7E5E8E0" w14:textId="77777777" w:rsidR="00BD2397" w:rsidRPr="00F9681E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2629F7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1.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REFERINȚE</w:t>
            </w:r>
          </w:p>
        </w:tc>
      </w:tr>
      <w:tr w:rsidR="00BD2397" w:rsidRPr="00F9681E" w14:paraId="1CE936F1" w14:textId="77777777">
        <w:trPr>
          <w:trHeight w:hRule="exact" w:val="502"/>
        </w:trPr>
        <w:tc>
          <w:tcPr>
            <w:tcW w:w="233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A39CD23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Notificarea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</w:t>
            </w:r>
          </w:p>
        </w:tc>
        <w:tc>
          <w:tcPr>
            <w:tcW w:w="233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67FA509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din 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9EB24A3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a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beneficiarului</w:t>
            </w:r>
            <w:proofErr w:type="spellEnd"/>
          </w:p>
        </w:tc>
      </w:tr>
      <w:tr w:rsidR="00BD2397" w:rsidRPr="00F9681E" w14:paraId="34B9F124" w14:textId="77777777">
        <w:trPr>
          <w:trHeight w:hRule="exact" w:val="508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9ED7818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Proiect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 / </w:t>
            </w:r>
            <w:proofErr w:type="gram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cod</w:t>
            </w:r>
            <w:proofErr w:type="gramEnd"/>
          </w:p>
        </w:tc>
        <w:tc>
          <w:tcPr>
            <w:tcW w:w="623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6250190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Imobilul</w:t>
            </w:r>
            <w:proofErr w:type="spellEnd"/>
          </w:p>
        </w:tc>
      </w:tr>
    </w:tbl>
    <w:p w14:paraId="5C64C745" w14:textId="77777777" w:rsidR="00BD2397" w:rsidRPr="00F9681E" w:rsidRDefault="00BD2397">
      <w:pPr>
        <w:autoSpaceDE w:val="0"/>
        <w:autoSpaceDN w:val="0"/>
        <w:spacing w:after="0" w:line="114" w:lineRule="exact"/>
        <w:rPr>
          <w:sz w:val="16"/>
          <w:szCs w:val="16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3894"/>
        <w:gridCol w:w="5454"/>
      </w:tblGrid>
      <w:tr w:rsidR="00BD2397" w:rsidRPr="00F9681E" w14:paraId="51CC822A" w14:textId="77777777">
        <w:trPr>
          <w:trHeight w:hRule="exact" w:val="210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13D9010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2.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EXTRASUL</w:t>
            </w:r>
          </w:p>
        </w:tc>
      </w:tr>
      <w:tr w:rsidR="00BD2397" w:rsidRPr="00537BD1" w14:paraId="7C962DAC" w14:textId="77777777">
        <w:trPr>
          <w:trHeight w:hRule="exact" w:val="834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DAA629F" w14:textId="77777777" w:rsidR="00BD2397" w:rsidRPr="002629F7" w:rsidRDefault="00B8640C">
            <w:pPr>
              <w:autoSpaceDE w:val="0"/>
              <w:autoSpaceDN w:val="0"/>
              <w:spacing w:after="0" w:line="206" w:lineRule="exact"/>
              <w:ind w:left="100" w:right="3456"/>
              <w:rPr>
                <w:sz w:val="16"/>
                <w:szCs w:val="16"/>
                <w:lang w:val="pt-PT"/>
              </w:rPr>
            </w:pPr>
            <w:r w:rsidRPr="002629F7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2629F7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termenul s-a împlinit fără solicitare de clarificări — lucrările POT ÎNCEPE (acord tacit)</w:t>
            </w:r>
            <w:r w:rsidRPr="002629F7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2629F7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procedura este în clarificare</w:t>
            </w:r>
            <w:r w:rsidRPr="002629F7">
              <w:rPr>
                <w:sz w:val="16"/>
                <w:szCs w:val="16"/>
                <w:lang w:val="pt-PT"/>
              </w:rPr>
              <w:br/>
            </w:r>
            <w:r w:rsidRPr="002629F7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2629F7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a fost emisă informarea privind necesitatea autorizației</w:t>
            </w:r>
            <w:r w:rsidRPr="002629F7">
              <w:rPr>
                <w:sz w:val="16"/>
                <w:szCs w:val="16"/>
                <w:lang w:val="pt-PT"/>
              </w:rPr>
              <w:br/>
            </w:r>
            <w:r w:rsidRPr="002629F7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2629F7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notificarea a fost respinsă</w:t>
            </w:r>
          </w:p>
        </w:tc>
      </w:tr>
      <w:tr w:rsidR="00BD2397" w:rsidRPr="00537BD1" w14:paraId="73D68B73" w14:textId="77777777">
        <w:trPr>
          <w:trHeight w:hRule="exact" w:val="506"/>
        </w:trPr>
        <w:tc>
          <w:tcPr>
            <w:tcW w:w="3894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8631D5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Data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împlinirii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termenului</w:t>
            </w:r>
            <w:proofErr w:type="spellEnd"/>
          </w:p>
        </w:tc>
        <w:tc>
          <w:tcPr>
            <w:tcW w:w="545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D6A589D" w14:textId="77777777" w:rsidR="00BD2397" w:rsidRPr="002629F7" w:rsidRDefault="00B8640C">
            <w:pPr>
              <w:autoSpaceDE w:val="0"/>
              <w:autoSpaceDN w:val="0"/>
              <w:spacing w:after="0" w:line="146" w:lineRule="exact"/>
              <w:ind w:left="102"/>
              <w:rPr>
                <w:sz w:val="16"/>
                <w:szCs w:val="16"/>
                <w:lang w:val="pt-PT"/>
              </w:rPr>
            </w:pPr>
            <w:r w:rsidRPr="002629F7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Termenul de 3 ani pentru realizarea lucrărilor expiră la</w:t>
            </w:r>
          </w:p>
        </w:tc>
      </w:tr>
      <w:tr w:rsidR="00BD2397" w:rsidRPr="00537BD1" w14:paraId="7B8CA8C2" w14:textId="77777777">
        <w:trPr>
          <w:trHeight w:hRule="exact" w:val="170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8B0A3E8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  <w:lang w:val="sv-SE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sv-SE"/>
              </w:rPr>
              <w:t xml:space="preserve">Prezentul extras atestă stadiul procedurii la data emiterii. </w:t>
            </w:r>
          </w:p>
        </w:tc>
      </w:tr>
    </w:tbl>
    <w:p w14:paraId="5E33247E" w14:textId="77777777" w:rsidR="00BD2397" w:rsidRPr="00F9681E" w:rsidRDefault="00BD2397">
      <w:pPr>
        <w:autoSpaceDE w:val="0"/>
        <w:autoSpaceDN w:val="0"/>
        <w:spacing w:after="0" w:line="114" w:lineRule="exact"/>
        <w:rPr>
          <w:sz w:val="16"/>
          <w:szCs w:val="16"/>
          <w:lang w:val="sv-SE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5452"/>
        <w:gridCol w:w="2340"/>
        <w:gridCol w:w="1556"/>
      </w:tblGrid>
      <w:tr w:rsidR="00BD2397" w:rsidRPr="00F9681E" w14:paraId="4286E4E9" w14:textId="77777777">
        <w:trPr>
          <w:trHeight w:hRule="exact" w:val="210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B0BE617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sv-SE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3.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SEMNĂTURA</w:t>
            </w:r>
          </w:p>
        </w:tc>
      </w:tr>
      <w:tr w:rsidR="00BD2397" w:rsidRPr="00F9681E" w14:paraId="7BE77DC3" w14:textId="77777777">
        <w:trPr>
          <w:trHeight w:hRule="exact" w:val="512"/>
        </w:trPr>
        <w:tc>
          <w:tcPr>
            <w:tcW w:w="5452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C088F7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Reprezentantul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autorității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—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numele</w:t>
            </w:r>
            <w:proofErr w:type="spellEnd"/>
          </w:p>
        </w:tc>
        <w:tc>
          <w:tcPr>
            <w:tcW w:w="234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F75AE3C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0AA2F5A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  <w:proofErr w:type="spellEnd"/>
          </w:p>
        </w:tc>
      </w:tr>
    </w:tbl>
    <w:p w14:paraId="7AD09B85" w14:textId="77777777" w:rsidR="00BD2397" w:rsidRPr="00F9681E" w:rsidRDefault="00B8640C">
      <w:pPr>
        <w:tabs>
          <w:tab w:val="left" w:pos="4236"/>
        </w:tabs>
        <w:autoSpaceDE w:val="0"/>
        <w:autoSpaceDN w:val="0"/>
        <w:spacing w:after="0" w:line="144" w:lineRule="exact"/>
        <w:ind w:left="108"/>
        <w:rPr>
          <w:sz w:val="16"/>
          <w:szCs w:val="16"/>
          <w:lang w:val="sv-SE"/>
        </w:rPr>
      </w:pPr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 xml:space="preserve">F_NOT_06 · versiunea 1.0 </w:t>
      </w:r>
      <w:r w:rsidRPr="00F9681E">
        <w:rPr>
          <w:sz w:val="16"/>
          <w:szCs w:val="16"/>
          <w:lang w:val="sv-SE"/>
        </w:rPr>
        <w:tab/>
      </w:r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>pagina 1 din 1</w:t>
      </w:r>
    </w:p>
    <w:p w14:paraId="6E8CEA18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sectPr w:rsidR="00BD2397" w:rsidRPr="00912339" w:rsidSect="00034616">
      <w:pgSz w:w="11900" w:h="16840"/>
      <w:pgMar w:top="126" w:right="1358" w:bottom="236" w:left="5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UISymbol">
    <w:altName w:val="Segoe U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367DB"/>
    <w:rsid w:val="0006063C"/>
    <w:rsid w:val="000C1C98"/>
    <w:rsid w:val="000D51AB"/>
    <w:rsid w:val="0015074B"/>
    <w:rsid w:val="00184E29"/>
    <w:rsid w:val="00187A6E"/>
    <w:rsid w:val="001C63D4"/>
    <w:rsid w:val="001F5194"/>
    <w:rsid w:val="001F7E48"/>
    <w:rsid w:val="002629F7"/>
    <w:rsid w:val="0029639D"/>
    <w:rsid w:val="002A5EAB"/>
    <w:rsid w:val="002B0E1B"/>
    <w:rsid w:val="00326F90"/>
    <w:rsid w:val="003C5479"/>
    <w:rsid w:val="003D684B"/>
    <w:rsid w:val="003F7FDF"/>
    <w:rsid w:val="004761A5"/>
    <w:rsid w:val="004A23F1"/>
    <w:rsid w:val="0050487B"/>
    <w:rsid w:val="00537BD1"/>
    <w:rsid w:val="005869A8"/>
    <w:rsid w:val="00616AC8"/>
    <w:rsid w:val="00646AD5"/>
    <w:rsid w:val="0068581A"/>
    <w:rsid w:val="006C3170"/>
    <w:rsid w:val="006E158E"/>
    <w:rsid w:val="00786EB1"/>
    <w:rsid w:val="00846091"/>
    <w:rsid w:val="008D0C1E"/>
    <w:rsid w:val="00912339"/>
    <w:rsid w:val="00944F95"/>
    <w:rsid w:val="009F0C11"/>
    <w:rsid w:val="00A1149B"/>
    <w:rsid w:val="00A531FA"/>
    <w:rsid w:val="00AA1D8D"/>
    <w:rsid w:val="00AB1449"/>
    <w:rsid w:val="00B275AA"/>
    <w:rsid w:val="00B40836"/>
    <w:rsid w:val="00B47730"/>
    <w:rsid w:val="00B84130"/>
    <w:rsid w:val="00B8640C"/>
    <w:rsid w:val="00BB3B32"/>
    <w:rsid w:val="00BD2397"/>
    <w:rsid w:val="00BE77F5"/>
    <w:rsid w:val="00C44B4D"/>
    <w:rsid w:val="00C53134"/>
    <w:rsid w:val="00CA3FBF"/>
    <w:rsid w:val="00CB0664"/>
    <w:rsid w:val="00CB26DE"/>
    <w:rsid w:val="00CE6227"/>
    <w:rsid w:val="00D70A05"/>
    <w:rsid w:val="00E3029C"/>
    <w:rsid w:val="00E5523C"/>
    <w:rsid w:val="00E847BE"/>
    <w:rsid w:val="00EE1EFB"/>
    <w:rsid w:val="00F9681E"/>
    <w:rsid w:val="00FC693F"/>
    <w:rsid w:val="00FE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537B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Program%20Files\Indaco\Lege4\Cache\208h867b.tmp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aucimpiei@cjmure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Secretariat</cp:lastModifiedBy>
  <cp:revision>4</cp:revision>
  <dcterms:created xsi:type="dcterms:W3CDTF">2026-09-07T11:22:00Z</dcterms:created>
  <dcterms:modified xsi:type="dcterms:W3CDTF">2026-09-08T08:09:00Z</dcterms:modified>
</cp:coreProperties>
</file>