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20EB3AA6" w:rsidR="00BD2397" w:rsidRDefault="00BD2397">
      <w:pPr>
        <w:autoSpaceDE w:val="0"/>
        <w:autoSpaceDN w:val="0"/>
        <w:spacing w:after="0" w:line="126" w:lineRule="exact"/>
      </w:pPr>
    </w:p>
    <w:p w14:paraId="143A4C2C" w14:textId="52FAE7C8" w:rsidR="00BD2397" w:rsidRPr="00912339" w:rsidRDefault="00BD2397">
      <w:pPr>
        <w:autoSpaceDE w:val="0"/>
        <w:autoSpaceDN w:val="0"/>
        <w:spacing w:after="0" w:line="126" w:lineRule="exact"/>
        <w:rPr>
          <w:lang w:val="sv-SE"/>
        </w:rPr>
      </w:pPr>
    </w:p>
    <w:p w14:paraId="4C5D59C1" w14:textId="051FE2A6" w:rsidR="00BD2397" w:rsidRPr="001F7E48" w:rsidRDefault="001748F8">
      <w:pPr>
        <w:autoSpaceDE w:val="0"/>
        <w:autoSpaceDN w:val="0"/>
        <w:spacing w:after="0" w:line="126" w:lineRule="exact"/>
        <w:rPr>
          <w:lang w:val="pt-PT"/>
        </w:rPr>
      </w:pPr>
      <w:r w:rsidRPr="001748F8">
        <w:rPr>
          <w:rFonts w:ascii="TimesNewRomanPS" w:eastAsia="TimesNewRomanPS" w:hAnsi="TimesNewRomanPS"/>
          <w:b/>
          <w:color w:val="000000"/>
          <w:w w:val="97"/>
          <w:sz w:val="20"/>
          <w:szCs w:val="20"/>
        </w:rPr>
        <mc:AlternateContent>
          <mc:Choice Requires="wps">
            <w:drawing>
              <wp:anchor distT="0" distB="0" distL="114300" distR="114300" simplePos="0" relativeHeight="251660288" behindDoc="0" locked="0" layoutInCell="1" allowOverlap="1" wp14:anchorId="7AF50113" wp14:editId="735A1350">
                <wp:simplePos x="0" y="0"/>
                <wp:positionH relativeFrom="column">
                  <wp:posOffset>-1595437</wp:posOffset>
                </wp:positionH>
                <wp:positionV relativeFrom="paragraph">
                  <wp:posOffset>222567</wp:posOffset>
                </wp:positionV>
                <wp:extent cx="361950" cy="115408"/>
                <wp:effectExtent l="104457" t="9843" r="104458" b="9207"/>
                <wp:wrapNone/>
                <wp:docPr id="1252896135" name="Casetă tex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7848425">
                          <a:off x="0" y="0"/>
                          <a:ext cx="361950" cy="1154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7289F" w14:textId="77777777" w:rsidR="001748F8" w:rsidRDefault="001748F8" w:rsidP="001748F8"/>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50113" id="_x0000_t202" coordsize="21600,21600" o:spt="202" path="m,l,21600r21600,l21600,xe">
                <v:stroke joinstyle="miter"/>
                <v:path gradientshapeok="t" o:connecttype="rect"/>
              </v:shapetype>
              <v:shape id="Casetă text 11" o:spid="_x0000_s1026" type="#_x0000_t202" style="position:absolute;margin-left:-125.6pt;margin-top:17.5pt;width:28.5pt;height:9.1pt;rotation:8572573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" stroked="f">
                <v:textbox>
                  <w:txbxContent>
                    <w:p w14:paraId="2437289F" w14:textId="77777777" w:rsidR="001748F8" w:rsidRDefault="001748F8" w:rsidP="001748F8"/>
                  </w:txbxContent>
                </v:textbox>
              </v:shape>
            </w:pict>
          </mc:Fallback>
        </mc:AlternateContent>
      </w:r>
    </w:p>
    <w:p w14:paraId="339B24B1" w14:textId="3D46383B" w:rsidR="00BD2397" w:rsidRPr="001748F8" w:rsidRDefault="00BD2397">
      <w:pPr>
        <w:autoSpaceDE w:val="0"/>
        <w:autoSpaceDN w:val="0"/>
        <w:spacing w:after="0" w:line="126" w:lineRule="exact"/>
        <w:rPr>
          <w:sz w:val="20"/>
          <w:szCs w:val="20"/>
          <w:lang w:val="pt-PT"/>
        </w:rPr>
      </w:pPr>
    </w:p>
    <w:p w14:paraId="731E12D5" w14:textId="7A9FCB57" w:rsidR="001748F8" w:rsidRPr="001748F8" w:rsidRDefault="001748F8" w:rsidP="001748F8">
      <w:pPr>
        <w:autoSpaceDE w:val="0"/>
        <w:autoSpaceDN w:val="0"/>
        <w:spacing w:after="0" w:line="164" w:lineRule="exact"/>
        <w:rPr>
          <w:rFonts w:ascii="TimesNewRomanPS" w:eastAsia="TimesNewRomanPS" w:hAnsi="TimesNewRomanPS"/>
          <w:b/>
          <w:color w:val="000000"/>
          <w:w w:val="97"/>
          <w:sz w:val="20"/>
          <w:szCs w:val="20"/>
          <w:lang w:val="pt-PT"/>
        </w:rPr>
      </w:pPr>
      <w:r w:rsidRPr="001748F8">
        <w:rPr>
          <w:rFonts w:ascii="TimesNewRomanPS" w:eastAsia="TimesNewRomanPS" w:hAnsi="TimesNewRomanPS"/>
          <w:b/>
          <w:color w:val="000000"/>
          <w:w w:val="97"/>
          <w:sz w:val="20"/>
          <w:szCs w:val="20"/>
        </w:rPr>
        <w:drawing>
          <wp:anchor distT="0" distB="0" distL="114300" distR="114300" simplePos="0" relativeHeight="251661312" behindDoc="0" locked="0" layoutInCell="1" allowOverlap="1" wp14:anchorId="4F060C08" wp14:editId="70EFA746">
            <wp:simplePos x="0" y="0"/>
            <wp:positionH relativeFrom="column">
              <wp:posOffset>346710</wp:posOffset>
            </wp:positionH>
            <wp:positionV relativeFrom="paragraph">
              <wp:posOffset>149225</wp:posOffset>
            </wp:positionV>
            <wp:extent cx="719455" cy="1076325"/>
            <wp:effectExtent l="0" t="0" r="4445" b="9525"/>
            <wp:wrapSquare wrapText="bothSides"/>
            <wp:docPr id="94787858"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1748F8">
        <w:rPr>
          <w:rFonts w:ascii="TimesNewRomanPS" w:eastAsia="TimesNewRomanPS" w:hAnsi="TimesNewRomanPS"/>
          <w:b/>
          <w:color w:val="000000"/>
          <w:w w:val="97"/>
          <w:sz w:val="20"/>
          <w:szCs w:val="20"/>
        </w:rPr>
        <w:drawing>
          <wp:anchor distT="0" distB="0" distL="114300" distR="114300" simplePos="0" relativeHeight="251659264" behindDoc="0" locked="0" layoutInCell="1" allowOverlap="1" wp14:anchorId="3608641A" wp14:editId="611D2A4D">
            <wp:simplePos x="0" y="0"/>
            <wp:positionH relativeFrom="column">
              <wp:posOffset>347345</wp:posOffset>
            </wp:positionH>
            <wp:positionV relativeFrom="paragraph">
              <wp:posOffset>180975</wp:posOffset>
            </wp:positionV>
            <wp:extent cx="516255" cy="762000"/>
            <wp:effectExtent l="0" t="0" r="17145" b="0"/>
            <wp:wrapSquare wrapText="right"/>
            <wp:docPr id="1975340840"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63C5629F" w14:textId="40A63318" w:rsidR="001748F8" w:rsidRPr="001748F8" w:rsidRDefault="001748F8" w:rsidP="001748F8">
      <w:pPr>
        <w:autoSpaceDE w:val="0"/>
        <w:autoSpaceDN w:val="0"/>
        <w:spacing w:after="0" w:line="164" w:lineRule="exact"/>
        <w:rPr>
          <w:rFonts w:ascii="TimesNewRomanPS" w:eastAsia="TimesNewRomanPS" w:hAnsi="TimesNewRomanPS"/>
          <w:b/>
          <w:color w:val="000000"/>
          <w:w w:val="97"/>
          <w:sz w:val="20"/>
          <w:szCs w:val="20"/>
          <w:lang w:val="pt-PT"/>
        </w:rPr>
      </w:pPr>
      <w:r w:rsidRPr="001748F8">
        <w:rPr>
          <w:rFonts w:ascii="TimesNewRomanPS" w:eastAsia="TimesNewRomanPS" w:hAnsi="TimesNewRomanPS"/>
          <w:b/>
          <w:color w:val="000000"/>
          <w:w w:val="97"/>
          <w:sz w:val="20"/>
          <w:szCs w:val="20"/>
          <w:lang w:val="pt-PT"/>
        </w:rPr>
        <w:t xml:space="preserve">Judeţul  MUREŞ                                                                                                          </w:t>
      </w:r>
      <w:r w:rsidRPr="001748F8">
        <w:rPr>
          <w:rFonts w:ascii="TimesNewRomanPS" w:eastAsia="TimesNewRomanPS" w:hAnsi="TimesNewRomanPS"/>
          <w:b/>
          <w:color w:val="000000"/>
          <w:w w:val="97"/>
          <w:sz w:val="20"/>
          <w:szCs w:val="20"/>
          <w:lang w:val="pt-PT"/>
        </w:rPr>
        <w:tab/>
      </w:r>
    </w:p>
    <w:p w14:paraId="266567AC" w14:textId="5DC26169" w:rsidR="001748F8" w:rsidRPr="001748F8" w:rsidRDefault="001748F8" w:rsidP="001748F8">
      <w:pPr>
        <w:autoSpaceDE w:val="0"/>
        <w:autoSpaceDN w:val="0"/>
        <w:spacing w:after="0" w:line="164" w:lineRule="exact"/>
        <w:rPr>
          <w:rFonts w:ascii="TimesNewRomanPS" w:eastAsia="TimesNewRomanPS" w:hAnsi="TimesNewRomanPS"/>
          <w:b/>
          <w:bCs/>
          <w:color w:val="000000"/>
          <w:w w:val="97"/>
          <w:sz w:val="20"/>
          <w:szCs w:val="20"/>
          <w:lang w:val="pt-PT"/>
        </w:rPr>
      </w:pPr>
      <w:r w:rsidRPr="001748F8">
        <w:rPr>
          <w:rFonts w:ascii="TimesNewRomanPS" w:eastAsia="TimesNewRomanPS" w:hAnsi="TimesNewRomanPS"/>
          <w:b/>
          <w:bCs/>
          <w:color w:val="000000"/>
          <w:w w:val="97"/>
          <w:sz w:val="20"/>
          <w:szCs w:val="20"/>
          <w:lang w:val="pt-PT"/>
        </w:rPr>
        <w:t>Comuna Zau de Câmpie</w:t>
      </w:r>
      <w:r w:rsidRPr="001748F8">
        <w:rPr>
          <w:rFonts w:ascii="TimesNewRomanPS" w:eastAsia="TimesNewRomanPS" w:hAnsi="TimesNewRomanPS"/>
          <w:b/>
          <w:bCs/>
          <w:color w:val="000000"/>
          <w:w w:val="97"/>
          <w:sz w:val="20"/>
          <w:szCs w:val="20"/>
          <w:lang w:val="pt-PT"/>
        </w:rPr>
        <w:tab/>
      </w:r>
      <w:r w:rsidRPr="001748F8">
        <w:rPr>
          <w:rFonts w:ascii="TimesNewRomanPS" w:eastAsia="TimesNewRomanPS" w:hAnsi="TimesNewRomanPS"/>
          <w:b/>
          <w:bCs/>
          <w:color w:val="000000"/>
          <w:w w:val="97"/>
          <w:sz w:val="20"/>
          <w:szCs w:val="20"/>
          <w:lang w:val="pt-PT"/>
        </w:rPr>
        <w:tab/>
      </w:r>
      <w:r w:rsidRPr="001748F8">
        <w:rPr>
          <w:rFonts w:ascii="TimesNewRomanPS" w:eastAsia="TimesNewRomanPS" w:hAnsi="TimesNewRomanPS"/>
          <w:b/>
          <w:bCs/>
          <w:color w:val="000000"/>
          <w:w w:val="97"/>
          <w:sz w:val="20"/>
          <w:szCs w:val="20"/>
          <w:lang w:val="pt-PT"/>
        </w:rPr>
        <w:tab/>
      </w:r>
      <w:r w:rsidRPr="001748F8">
        <w:rPr>
          <w:rFonts w:ascii="TimesNewRomanPS" w:eastAsia="TimesNewRomanPS" w:hAnsi="TimesNewRomanPS"/>
          <w:b/>
          <w:bCs/>
          <w:color w:val="000000"/>
          <w:w w:val="97"/>
          <w:sz w:val="20"/>
          <w:szCs w:val="20"/>
          <w:lang w:val="pt-PT"/>
        </w:rPr>
        <w:tab/>
      </w:r>
      <w:r w:rsidRPr="001748F8">
        <w:rPr>
          <w:rFonts w:ascii="TimesNewRomanPS" w:eastAsia="TimesNewRomanPS" w:hAnsi="TimesNewRomanPS"/>
          <w:b/>
          <w:bCs/>
          <w:color w:val="000000"/>
          <w:w w:val="97"/>
          <w:sz w:val="20"/>
          <w:szCs w:val="20"/>
          <w:lang w:val="pt-PT"/>
        </w:rPr>
        <w:tab/>
      </w:r>
      <w:r w:rsidRPr="001748F8">
        <w:rPr>
          <w:rFonts w:ascii="TimesNewRomanPS" w:eastAsia="TimesNewRomanPS" w:hAnsi="TimesNewRomanPS"/>
          <w:b/>
          <w:bCs/>
          <w:color w:val="000000"/>
          <w:w w:val="97"/>
          <w:sz w:val="20"/>
          <w:szCs w:val="20"/>
          <w:lang w:val="pt-PT"/>
        </w:rPr>
        <w:tab/>
      </w:r>
    </w:p>
    <w:p w14:paraId="1B46F945" w14:textId="77777777" w:rsidR="001748F8" w:rsidRPr="001748F8" w:rsidRDefault="001748F8" w:rsidP="001748F8">
      <w:pPr>
        <w:autoSpaceDE w:val="0"/>
        <w:autoSpaceDN w:val="0"/>
        <w:spacing w:after="0" w:line="164" w:lineRule="exact"/>
        <w:rPr>
          <w:rFonts w:ascii="TimesNewRomanPS" w:eastAsia="TimesNewRomanPS" w:hAnsi="TimesNewRomanPS"/>
          <w:b/>
          <w:bCs/>
          <w:color w:val="000000"/>
          <w:w w:val="97"/>
          <w:sz w:val="20"/>
          <w:szCs w:val="20"/>
          <w:lang w:val="pt-PT"/>
        </w:rPr>
      </w:pPr>
      <w:r w:rsidRPr="001748F8">
        <w:rPr>
          <w:rFonts w:ascii="TimesNewRomanPS" w:eastAsia="TimesNewRomanPS" w:hAnsi="TimesNewRomanPS"/>
          <w:b/>
          <w:bCs/>
          <w:color w:val="000000"/>
          <w:w w:val="97"/>
          <w:sz w:val="20"/>
          <w:szCs w:val="20"/>
          <w:lang w:val="pt-PT"/>
        </w:rPr>
        <w:t>CIF4375917, Zau de Câmpie, strada Republicii, nr.18</w:t>
      </w:r>
    </w:p>
    <w:p w14:paraId="0CD57FFF" w14:textId="77777777" w:rsidR="001748F8" w:rsidRPr="001748F8" w:rsidRDefault="001748F8" w:rsidP="001748F8">
      <w:pPr>
        <w:autoSpaceDE w:val="0"/>
        <w:autoSpaceDN w:val="0"/>
        <w:spacing w:after="0" w:line="164" w:lineRule="exact"/>
        <w:rPr>
          <w:rFonts w:ascii="TimesNewRomanPS" w:eastAsia="TimesNewRomanPS" w:hAnsi="TimesNewRomanPS"/>
          <w:b/>
          <w:bCs/>
          <w:color w:val="000000"/>
          <w:w w:val="97"/>
          <w:sz w:val="20"/>
          <w:szCs w:val="20"/>
          <w:lang w:val="pt-PT"/>
        </w:rPr>
      </w:pPr>
      <w:r w:rsidRPr="001748F8">
        <w:rPr>
          <w:rFonts w:ascii="TimesNewRomanPS" w:eastAsia="TimesNewRomanPS" w:hAnsi="TimesNewRomanPS"/>
          <w:b/>
          <w:bCs/>
          <w:color w:val="000000"/>
          <w:w w:val="97"/>
          <w:sz w:val="20"/>
          <w:szCs w:val="20"/>
          <w:lang w:val="pt-PT"/>
        </w:rPr>
        <w:t>Telefon: 0265 486112</w:t>
      </w:r>
    </w:p>
    <w:p w14:paraId="759C0864" w14:textId="77777777" w:rsidR="001748F8" w:rsidRPr="001748F8" w:rsidRDefault="001748F8" w:rsidP="001748F8">
      <w:pPr>
        <w:autoSpaceDE w:val="0"/>
        <w:autoSpaceDN w:val="0"/>
        <w:spacing w:after="0" w:line="164" w:lineRule="exact"/>
        <w:rPr>
          <w:rFonts w:ascii="TimesNewRomanPS" w:eastAsia="TimesNewRomanPS" w:hAnsi="TimesNewRomanPS"/>
          <w:b/>
          <w:bCs/>
          <w:color w:val="000000"/>
          <w:w w:val="97"/>
          <w:sz w:val="20"/>
          <w:szCs w:val="20"/>
          <w:lang w:val="pt-PT"/>
        </w:rPr>
      </w:pPr>
      <w:r w:rsidRPr="001748F8">
        <w:rPr>
          <w:rFonts w:ascii="TimesNewRomanPS" w:eastAsia="TimesNewRomanPS" w:hAnsi="TimesNewRomanPS"/>
          <w:b/>
          <w:bCs/>
          <w:color w:val="000000"/>
          <w:w w:val="97"/>
          <w:sz w:val="20"/>
          <w:szCs w:val="20"/>
          <w:lang w:val="pt-PT"/>
        </w:rPr>
        <w:t xml:space="preserve"> E-mail: </w:t>
      </w:r>
      <w:hyperlink r:id="rId9" w:history="1">
        <w:r w:rsidRPr="001748F8">
          <w:rPr>
            <w:rStyle w:val="Hyperlink"/>
            <w:rFonts w:ascii="TimesNewRomanPS" w:eastAsia="TimesNewRomanPS" w:hAnsi="TimesNewRomanPS"/>
            <w:b/>
            <w:bCs/>
            <w:w w:val="97"/>
            <w:sz w:val="20"/>
            <w:szCs w:val="20"/>
            <w:lang w:val="pt-PT"/>
          </w:rPr>
          <w:t>zaucimpiei@cjmures.ro</w:t>
        </w:r>
      </w:hyperlink>
    </w:p>
    <w:p w14:paraId="7DFACB5A" w14:textId="77777777" w:rsidR="001748F8" w:rsidRPr="001748F8" w:rsidRDefault="001748F8" w:rsidP="001748F8">
      <w:pPr>
        <w:autoSpaceDE w:val="0"/>
        <w:autoSpaceDN w:val="0"/>
        <w:spacing w:after="0" w:line="164" w:lineRule="exact"/>
        <w:rPr>
          <w:rFonts w:ascii="TimesNewRomanPS" w:eastAsia="TimesNewRomanPS" w:hAnsi="TimesNewRomanPS"/>
          <w:b/>
          <w:bCs/>
          <w:color w:val="000000"/>
          <w:w w:val="97"/>
          <w:sz w:val="20"/>
          <w:szCs w:val="20"/>
          <w:lang w:val="pt-PT"/>
        </w:rPr>
      </w:pPr>
      <w:r w:rsidRPr="001748F8">
        <w:rPr>
          <w:rFonts w:ascii="TimesNewRomanPS" w:eastAsia="TimesNewRomanPS" w:hAnsi="TimesNewRomanPS"/>
          <w:b/>
          <w:color w:val="000000"/>
          <w:w w:val="97"/>
          <w:sz w:val="20"/>
          <w:szCs w:val="20"/>
          <w:lang w:val="pt-PT"/>
        </w:rPr>
        <w:t xml:space="preserve"> Număr de înregistrare.................data...............................  </w:t>
      </w:r>
    </w:p>
    <w:p w14:paraId="1958329C" w14:textId="77777777" w:rsidR="001748F8" w:rsidRPr="001748F8" w:rsidRDefault="001748F8" w:rsidP="001748F8">
      <w:pPr>
        <w:autoSpaceDE w:val="0"/>
        <w:autoSpaceDN w:val="0"/>
        <w:spacing w:after="0" w:line="164" w:lineRule="exact"/>
        <w:rPr>
          <w:rFonts w:ascii="TimesNewRomanPS" w:eastAsia="TimesNewRomanPS" w:hAnsi="TimesNewRomanPS"/>
          <w:b/>
          <w:color w:val="000000"/>
          <w:w w:val="97"/>
          <w:sz w:val="14"/>
          <w:lang w:val="pt-PT"/>
        </w:rPr>
      </w:pPr>
    </w:p>
    <w:p w14:paraId="5BD92BB7" w14:textId="77777777" w:rsidR="00786EB1" w:rsidRPr="001F7E48" w:rsidRDefault="00786EB1" w:rsidP="00C53134">
      <w:pPr>
        <w:autoSpaceDE w:val="0"/>
        <w:autoSpaceDN w:val="0"/>
        <w:spacing w:after="0" w:line="164" w:lineRule="exact"/>
        <w:rPr>
          <w:rFonts w:ascii="TimesNewRomanPS" w:eastAsia="TimesNewRomanPS" w:hAnsi="TimesNewRomanPS"/>
          <w:b/>
          <w:color w:val="000000"/>
          <w:w w:val="97"/>
          <w:sz w:val="14"/>
          <w:lang w:val="pt-PT"/>
        </w:rPr>
      </w:pPr>
    </w:p>
    <w:p w14:paraId="356EFA9A" w14:textId="77777777" w:rsidR="00786EB1" w:rsidRPr="001F7E48" w:rsidRDefault="00786EB1">
      <w:pPr>
        <w:autoSpaceDE w:val="0"/>
        <w:autoSpaceDN w:val="0"/>
        <w:spacing w:after="0" w:line="164" w:lineRule="exact"/>
        <w:ind w:left="710"/>
        <w:rPr>
          <w:rFonts w:ascii="TimesNewRomanPS" w:eastAsia="TimesNewRomanPS" w:hAnsi="TimesNewRomanPS"/>
          <w:b/>
          <w:color w:val="000000"/>
          <w:w w:val="97"/>
          <w:sz w:val="14"/>
          <w:lang w:val="pt-PT"/>
        </w:rPr>
      </w:pPr>
    </w:p>
    <w:p w14:paraId="7D90A7BB" w14:textId="77777777" w:rsidR="00786EB1" w:rsidRPr="001F7E48" w:rsidRDefault="00786EB1">
      <w:pPr>
        <w:autoSpaceDE w:val="0"/>
        <w:autoSpaceDN w:val="0"/>
        <w:spacing w:after="0" w:line="164" w:lineRule="exact"/>
        <w:ind w:left="710"/>
        <w:rPr>
          <w:lang w:val="pt-PT"/>
        </w:rPr>
      </w:pPr>
    </w:p>
    <w:p w14:paraId="317F9D35" w14:textId="77777777" w:rsidR="00BD2397" w:rsidRPr="001F7E48" w:rsidRDefault="00B8640C">
      <w:pPr>
        <w:autoSpaceDE w:val="0"/>
        <w:autoSpaceDN w:val="0"/>
        <w:spacing w:after="0" w:line="272" w:lineRule="exact"/>
        <w:ind w:right="2012"/>
        <w:jc w:val="right"/>
        <w:rPr>
          <w:lang w:val="pt-PT"/>
        </w:rPr>
      </w:pPr>
      <w:r w:rsidRPr="001F7E48">
        <w:rPr>
          <w:rFonts w:ascii="TimesNewRomanPS" w:eastAsia="TimesNewRomanPS" w:hAnsi="TimesNewRomanPS"/>
          <w:b/>
          <w:color w:val="000000"/>
          <w:sz w:val="23"/>
          <w:lang w:val="pt-PT"/>
        </w:rPr>
        <w:t>DECLARAȚIE PE PROPRIA RĂSPUNDERE</w:t>
      </w:r>
    </w:p>
    <w:p w14:paraId="07BEBFDE" w14:textId="77777777" w:rsidR="00BD2397" w:rsidRPr="001F7E48" w:rsidRDefault="00B8640C">
      <w:pPr>
        <w:autoSpaceDE w:val="0"/>
        <w:autoSpaceDN w:val="0"/>
        <w:spacing w:after="0" w:line="184" w:lineRule="exact"/>
        <w:ind w:left="754"/>
        <w:rPr>
          <w:lang w:val="pt-PT"/>
        </w:rPr>
      </w:pPr>
      <w:r w:rsidRPr="001F7E48">
        <w:rPr>
          <w:rFonts w:ascii="TimesNewRomanPSMT" w:eastAsia="TimesNewRomanPSMT" w:hAnsi="TimesNewRomanPSMT"/>
          <w:color w:val="000000"/>
          <w:w w:val="102"/>
          <w:sz w:val="15"/>
          <w:lang w:val="pt-PT"/>
        </w:rPr>
        <w:t xml:space="preserve">prin care beneficiarul declară că nu a fost primită solicitarea de clarificare, completare sau modificare, nu a fost eliberat aviz / </w:t>
      </w:r>
    </w:p>
    <w:p w14:paraId="3BD3514F" w14:textId="77777777" w:rsidR="00BD2397" w:rsidRPr="00912339" w:rsidRDefault="00B8640C">
      <w:pPr>
        <w:autoSpaceDE w:val="0"/>
        <w:autoSpaceDN w:val="0"/>
        <w:spacing w:after="0" w:line="184" w:lineRule="exact"/>
        <w:ind w:right="2224"/>
        <w:jc w:val="right"/>
        <w:rPr>
          <w:lang w:val="sv-SE"/>
        </w:rPr>
      </w:pPr>
      <w:r w:rsidRPr="00912339">
        <w:rPr>
          <w:rFonts w:ascii="TimesNewRomanPSMT" w:eastAsia="TimesNewRomanPSMT" w:hAnsi="TimesNewRomanPSMT"/>
          <w:color w:val="000000"/>
          <w:w w:val="102"/>
          <w:sz w:val="15"/>
          <w:lang w:val="sv-SE"/>
        </w:rPr>
        <w:t>acord cu sau fără condiții ori nu a fost eliberată adresa de respingere</w:t>
      </w:r>
    </w:p>
    <w:tbl>
      <w:tblPr>
        <w:tblW w:w="0" w:type="auto"/>
        <w:tblInd w:w="606" w:type="dxa"/>
        <w:tblLayout w:type="fixed"/>
        <w:tblLook w:val="04A0" w:firstRow="1" w:lastRow="0" w:firstColumn="1" w:lastColumn="0" w:noHBand="0" w:noVBand="1"/>
      </w:tblPr>
      <w:tblGrid>
        <w:gridCol w:w="1558"/>
        <w:gridCol w:w="1558"/>
        <w:gridCol w:w="778"/>
        <w:gridCol w:w="780"/>
        <w:gridCol w:w="778"/>
        <w:gridCol w:w="780"/>
        <w:gridCol w:w="1560"/>
        <w:gridCol w:w="1556"/>
      </w:tblGrid>
      <w:tr w:rsidR="00BD2397" w:rsidRPr="00F9681E" w14:paraId="07E58953" w14:textId="77777777">
        <w:trPr>
          <w:trHeight w:hRule="exact" w:val="210"/>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4E31D3D"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lang w:val="sv-SE"/>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SOLICITANTUL</w:t>
            </w:r>
          </w:p>
        </w:tc>
      </w:tr>
      <w:tr w:rsidR="00BD2397" w:rsidRPr="00F9681E" w14:paraId="7A5E94E2" w14:textId="77777777">
        <w:trPr>
          <w:trHeight w:hRule="exact" w:val="504"/>
        </w:trPr>
        <w:tc>
          <w:tcPr>
            <w:tcW w:w="5452" w:type="dxa"/>
            <w:gridSpan w:val="5"/>
            <w:tcBorders>
              <w:top w:val="single" w:sz="4" w:space="0" w:color="767676"/>
              <w:left w:val="single" w:sz="3" w:space="0" w:color="767676"/>
              <w:bottom w:val="single" w:sz="4" w:space="0" w:color="767676"/>
              <w:right w:val="single" w:sz="4" w:space="0" w:color="767676"/>
            </w:tcBorders>
            <w:tcMar>
              <w:left w:w="0" w:type="dxa"/>
              <w:right w:w="0" w:type="dxa"/>
            </w:tcMar>
          </w:tcPr>
          <w:p w14:paraId="0BD1F8A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și </w:t>
            </w:r>
            <w:proofErr w:type="spellStart"/>
            <w:r w:rsidRPr="00F9681E">
              <w:rPr>
                <w:rFonts w:ascii="TimesNewRomanPS" w:eastAsia="TimesNewRomanPS" w:hAnsi="TimesNewRomanPS"/>
                <w:b/>
                <w:color w:val="0D5F78"/>
                <w:w w:val="97"/>
                <w:sz w:val="16"/>
                <w:szCs w:val="16"/>
              </w:rPr>
              <w:t>prenume</w:t>
            </w:r>
            <w:proofErr w:type="spellEnd"/>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113D5E7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42600A41" w14:textId="77777777">
        <w:trPr>
          <w:trHeight w:hRule="exact" w:val="190"/>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9829A24"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Act de </w:t>
            </w:r>
            <w:proofErr w:type="spellStart"/>
            <w:r w:rsidRPr="00F9681E">
              <w:rPr>
                <w:rFonts w:ascii="TimesNewRomanPSMT" w:eastAsia="TimesNewRomanPSMT" w:hAnsi="TimesNewRomanPSMT"/>
                <w:color w:val="000000"/>
                <w:w w:val="103"/>
                <w:sz w:val="16"/>
                <w:szCs w:val="16"/>
              </w:rPr>
              <w:t>identitate</w:t>
            </w:r>
            <w:proofErr w:type="spellEnd"/>
          </w:p>
        </w:tc>
      </w:tr>
      <w:tr w:rsidR="00BD2397" w:rsidRPr="00F9681E" w14:paraId="5F3760BB" w14:textId="77777777">
        <w:trPr>
          <w:trHeight w:hRule="exact" w:val="50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79763BC6"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Seria</w:t>
            </w:r>
          </w:p>
        </w:tc>
        <w:tc>
          <w:tcPr>
            <w:tcW w:w="1558" w:type="dxa"/>
            <w:tcBorders>
              <w:top w:val="single" w:sz="4" w:space="0" w:color="767676"/>
              <w:left w:val="single" w:sz="3" w:space="0" w:color="767676"/>
              <w:bottom w:val="single" w:sz="4" w:space="0" w:color="767676"/>
              <w:right w:val="single" w:sz="4" w:space="0" w:color="767676"/>
            </w:tcBorders>
            <w:tcMar>
              <w:left w:w="0" w:type="dxa"/>
              <w:right w:w="0" w:type="dxa"/>
            </w:tcMar>
          </w:tcPr>
          <w:p w14:paraId="47E004CE"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Numărul</w:t>
            </w:r>
            <w:proofErr w:type="spellEnd"/>
          </w:p>
        </w:tc>
        <w:tc>
          <w:tcPr>
            <w:tcW w:w="4676" w:type="dxa"/>
            <w:gridSpan w:val="5"/>
            <w:tcBorders>
              <w:top w:val="single" w:sz="4" w:space="0" w:color="767676"/>
              <w:left w:val="single" w:sz="4" w:space="0" w:color="767676"/>
              <w:bottom w:val="single" w:sz="4" w:space="0" w:color="767676"/>
              <w:right w:val="single" w:sz="4" w:space="0" w:color="767676"/>
            </w:tcBorders>
            <w:tcMar>
              <w:left w:w="0" w:type="dxa"/>
              <w:right w:w="0" w:type="dxa"/>
            </w:tcMar>
          </w:tcPr>
          <w:p w14:paraId="78251FA2"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Eliberat</w:t>
            </w:r>
            <w:proofErr w:type="spellEnd"/>
            <w:r w:rsidRPr="00F9681E">
              <w:rPr>
                <w:rFonts w:ascii="TimesNewRomanPS" w:eastAsia="TimesNewRomanPS" w:hAnsi="TimesNewRomanPS"/>
                <w:b/>
                <w:color w:val="0D5F78"/>
                <w:w w:val="97"/>
                <w:sz w:val="16"/>
                <w:szCs w:val="16"/>
              </w:rPr>
              <w:t xml:space="preserve"> de</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433B9106" w14:textId="77777777" w:rsidR="00BD2397" w:rsidRPr="00F9681E" w:rsidRDefault="00B8640C">
            <w:pPr>
              <w:autoSpaceDE w:val="0"/>
              <w:autoSpaceDN w:val="0"/>
              <w:spacing w:after="0" w:line="146" w:lineRule="exact"/>
              <w:ind w:left="98"/>
              <w:rPr>
                <w:sz w:val="16"/>
                <w:szCs w:val="16"/>
              </w:rPr>
            </w:pPr>
            <w:r w:rsidRPr="00F9681E">
              <w:rPr>
                <w:rFonts w:ascii="TimesNewRomanPS" w:eastAsia="TimesNewRomanPS" w:hAnsi="TimesNewRomanPS"/>
                <w:b/>
                <w:color w:val="0D5F78"/>
                <w:w w:val="97"/>
                <w:sz w:val="16"/>
                <w:szCs w:val="16"/>
              </w:rPr>
              <w:t>La data</w:t>
            </w:r>
          </w:p>
        </w:tc>
      </w:tr>
      <w:tr w:rsidR="00BD2397" w:rsidRPr="00F9681E" w14:paraId="4E7500BB"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A86BFB2"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Domiciliul</w:t>
            </w:r>
            <w:proofErr w:type="spellEnd"/>
          </w:p>
        </w:tc>
      </w:tr>
      <w:tr w:rsidR="00BD2397" w:rsidRPr="00F9681E" w14:paraId="47218446" w14:textId="77777777">
        <w:trPr>
          <w:trHeight w:hRule="exact" w:val="504"/>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79A9E37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05875A45"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349EB20E"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0160D888" w14:textId="77777777">
        <w:trPr>
          <w:trHeight w:hRule="exact" w:val="50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6BDC4C5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14:paraId="7D68A5E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32B26185"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14:paraId="0053FEDE"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31652C1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1158627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06C652BD"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1C6D231D" w14:textId="77777777">
        <w:trPr>
          <w:trHeight w:hRule="exact" w:val="190"/>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B5F91E6"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08FFBBFC" w14:textId="77777777">
        <w:trPr>
          <w:trHeight w:hRule="exact" w:val="504"/>
        </w:trPr>
        <w:tc>
          <w:tcPr>
            <w:tcW w:w="3894"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21E8C69C"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fax</w:t>
            </w:r>
          </w:p>
        </w:tc>
        <w:tc>
          <w:tcPr>
            <w:tcW w:w="5454" w:type="dxa"/>
            <w:gridSpan w:val="5"/>
            <w:tcBorders>
              <w:top w:val="single" w:sz="4" w:space="0" w:color="767676"/>
              <w:left w:val="single" w:sz="4" w:space="0" w:color="767676"/>
              <w:bottom w:val="single" w:sz="4" w:space="0" w:color="767676"/>
              <w:right w:val="single" w:sz="3" w:space="0" w:color="767676"/>
            </w:tcBorders>
            <w:tcMar>
              <w:left w:w="0" w:type="dxa"/>
              <w:right w:w="0" w:type="dxa"/>
            </w:tcMar>
          </w:tcPr>
          <w:p w14:paraId="7A18158D"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E-mail</w:t>
            </w:r>
          </w:p>
        </w:tc>
      </w:tr>
      <w:tr w:rsidR="00BD2397" w:rsidRPr="00F9681E" w14:paraId="5DDCFABA"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5DB6C77"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Reprezentare</w:t>
            </w:r>
            <w:proofErr w:type="spellEnd"/>
          </w:p>
        </w:tc>
      </w:tr>
      <w:tr w:rsidR="00BD2397" w:rsidRPr="00F9681E" w14:paraId="0C475D56" w14:textId="77777777">
        <w:trPr>
          <w:trHeight w:hRule="exact" w:val="506"/>
        </w:trPr>
        <w:tc>
          <w:tcPr>
            <w:tcW w:w="6232"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14:paraId="018BA830" w14:textId="77777777" w:rsidR="00BD2397" w:rsidRPr="001F7E48" w:rsidRDefault="00B8640C">
            <w:pPr>
              <w:autoSpaceDE w:val="0"/>
              <w:autoSpaceDN w:val="0"/>
              <w:spacing w:after="0" w:line="146" w:lineRule="exact"/>
              <w:ind w:left="100"/>
              <w:rPr>
                <w:sz w:val="16"/>
                <w:szCs w:val="16"/>
                <w:lang w:val="pt-PT"/>
              </w:rPr>
            </w:pPr>
            <w:r w:rsidRPr="001F7E48">
              <w:rPr>
                <w:rFonts w:ascii="TimesNewRomanPS" w:eastAsia="TimesNewRomanPS" w:hAnsi="TimesNewRomanPS"/>
                <w:b/>
                <w:color w:val="0D5F78"/>
                <w:w w:val="97"/>
                <w:sz w:val="16"/>
                <w:szCs w:val="16"/>
                <w:lang w:val="pt-PT"/>
              </w:rPr>
              <w:t>În calitate de reprezentant al</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65BFDB2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CUI / CIF</w:t>
            </w:r>
          </w:p>
        </w:tc>
      </w:tr>
    </w:tbl>
    <w:p w14:paraId="28D455FB" w14:textId="77777777" w:rsidR="00BD2397" w:rsidRPr="00F9681E" w:rsidRDefault="00BD2397">
      <w:pPr>
        <w:autoSpaceDE w:val="0"/>
        <w:autoSpaceDN w:val="0"/>
        <w:spacing w:after="0" w:line="118" w:lineRule="exact"/>
        <w:rPr>
          <w:sz w:val="16"/>
          <w:szCs w:val="16"/>
        </w:rPr>
      </w:pPr>
    </w:p>
    <w:tbl>
      <w:tblPr>
        <w:tblW w:w="0" w:type="auto"/>
        <w:tblInd w:w="606" w:type="dxa"/>
        <w:tblLayout w:type="fixed"/>
        <w:tblLook w:val="04A0" w:firstRow="1" w:lastRow="0" w:firstColumn="1" w:lastColumn="0" w:noHBand="0" w:noVBand="1"/>
      </w:tblPr>
      <w:tblGrid>
        <w:gridCol w:w="3116"/>
        <w:gridCol w:w="778"/>
        <w:gridCol w:w="780"/>
        <w:gridCol w:w="778"/>
        <w:gridCol w:w="780"/>
        <w:gridCol w:w="1560"/>
        <w:gridCol w:w="1556"/>
      </w:tblGrid>
      <w:tr w:rsidR="00BD2397" w:rsidRPr="00F9681E" w14:paraId="31C4C68F" w14:textId="77777777">
        <w:trPr>
          <w:trHeight w:hRule="exact" w:val="210"/>
        </w:trPr>
        <w:tc>
          <w:tcPr>
            <w:tcW w:w="9348" w:type="dxa"/>
            <w:gridSpan w:val="7"/>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4F33853"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2. </w:t>
            </w:r>
            <w:r w:rsidRPr="00F9681E">
              <w:rPr>
                <w:rFonts w:ascii="TimesNewRomanPS" w:eastAsia="TimesNewRomanPS" w:hAnsi="TimesNewRomanPS"/>
                <w:b/>
                <w:color w:val="000000"/>
                <w:w w:val="102"/>
                <w:sz w:val="16"/>
                <w:szCs w:val="16"/>
              </w:rPr>
              <w:t>BENEFICIAR AL</w:t>
            </w:r>
          </w:p>
        </w:tc>
      </w:tr>
      <w:tr w:rsidR="00BD2397" w:rsidRPr="001748F8" w14:paraId="11AC2268" w14:textId="77777777" w:rsidTr="0068581A">
        <w:trPr>
          <w:trHeight w:hRule="exact" w:val="1226"/>
        </w:trPr>
        <w:tc>
          <w:tcPr>
            <w:tcW w:w="9348" w:type="dxa"/>
            <w:gridSpan w:val="7"/>
            <w:tcBorders>
              <w:top w:val="single" w:sz="4" w:space="0" w:color="767676"/>
              <w:left w:val="single" w:sz="3" w:space="0" w:color="767676"/>
              <w:bottom w:val="single" w:sz="4" w:space="0" w:color="767676"/>
              <w:right w:val="single" w:sz="3" w:space="0" w:color="767676"/>
            </w:tcBorders>
            <w:tcMar>
              <w:left w:w="0" w:type="dxa"/>
              <w:right w:w="0" w:type="dxa"/>
            </w:tcMar>
          </w:tcPr>
          <w:p w14:paraId="65021FE8" w14:textId="77777777" w:rsidR="00BD2397" w:rsidRPr="001F7E48" w:rsidRDefault="00B8640C">
            <w:pPr>
              <w:autoSpaceDE w:val="0"/>
              <w:autoSpaceDN w:val="0"/>
              <w:spacing w:after="0" w:line="182" w:lineRule="exact"/>
              <w:ind w:left="100" w:right="288"/>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Documentației de amenajare a teritoriului / documentației de urbanism, pentru care se solicită analizarea și promovarea spre aprobare, având denumirea: </w:t>
            </w:r>
            <w:r w:rsidRPr="001F7E48">
              <w:rPr>
                <w:sz w:val="16"/>
                <w:szCs w:val="16"/>
                <w:lang w:val="pt-PT"/>
              </w:rPr>
              <w:br/>
            </w:r>
            <w:r w:rsidRPr="001F7E48">
              <w:rPr>
                <w:rFonts w:ascii="TimesNewRomanPSMT" w:eastAsia="TimesNewRomanPSMT" w:hAnsi="TimesNewRomanPSMT"/>
                <w:color w:val="000000"/>
                <w:w w:val="103"/>
                <w:sz w:val="16"/>
                <w:szCs w:val="16"/>
                <w:lang w:val="pt-PT"/>
              </w:rPr>
              <w:t>……………………………………………………………………………………………………………………………………………………….</w:t>
            </w:r>
          </w:p>
          <w:p w14:paraId="1D8EFDD2" w14:textId="77777777" w:rsidR="00BD2397" w:rsidRPr="001F7E48" w:rsidRDefault="00B8640C">
            <w:pPr>
              <w:autoSpaceDE w:val="0"/>
              <w:autoSpaceDN w:val="0"/>
              <w:spacing w:after="0" w:line="160" w:lineRule="exact"/>
              <w:ind w:left="10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Investiției, pentru care se solicită emiterea autorizației de construire / desființare / organizare de șantier</w:t>
            </w:r>
          </w:p>
        </w:tc>
      </w:tr>
      <w:tr w:rsidR="00BD2397" w:rsidRPr="001748F8" w14:paraId="7990D6DD" w14:textId="77777777">
        <w:trPr>
          <w:trHeight w:hRule="exact" w:val="514"/>
        </w:trPr>
        <w:tc>
          <w:tcPr>
            <w:tcW w:w="9348" w:type="dxa"/>
            <w:gridSpan w:val="7"/>
            <w:tcBorders>
              <w:top w:val="single" w:sz="4" w:space="0" w:color="767676"/>
              <w:left w:val="single" w:sz="3" w:space="0" w:color="767676"/>
              <w:bottom w:val="single" w:sz="4" w:space="0" w:color="767676"/>
              <w:right w:val="single" w:sz="3" w:space="0" w:color="767676"/>
            </w:tcBorders>
            <w:tcMar>
              <w:left w:w="0" w:type="dxa"/>
              <w:right w:w="0" w:type="dxa"/>
            </w:tcMar>
          </w:tcPr>
          <w:p w14:paraId="13B09D57" w14:textId="77777777" w:rsidR="00BD2397" w:rsidRPr="001F7E48" w:rsidRDefault="00BD2397">
            <w:pPr>
              <w:spacing w:after="0"/>
              <w:rPr>
                <w:sz w:val="16"/>
                <w:szCs w:val="16"/>
                <w:lang w:val="pt-PT"/>
              </w:rPr>
            </w:pPr>
          </w:p>
        </w:tc>
      </w:tr>
      <w:tr w:rsidR="00BD2397" w:rsidRPr="00F9681E" w14:paraId="0DA1BF48"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448FC855"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în baza Certificatului de urbanism nr.</w:t>
            </w:r>
          </w:p>
        </w:tc>
        <w:tc>
          <w:tcPr>
            <w:tcW w:w="2336" w:type="dxa"/>
            <w:gridSpan w:val="3"/>
            <w:tcBorders>
              <w:top w:val="single" w:sz="4" w:space="0" w:color="767676"/>
              <w:left w:val="single" w:sz="4" w:space="0" w:color="767676"/>
              <w:bottom w:val="single" w:sz="4" w:space="0" w:color="767676"/>
              <w:right w:val="single" w:sz="4" w:space="0" w:color="767676"/>
            </w:tcBorders>
            <w:tcMar>
              <w:left w:w="0" w:type="dxa"/>
              <w:right w:w="0" w:type="dxa"/>
            </w:tcMar>
          </w:tcPr>
          <w:p w14:paraId="5B053C05"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din data de</w:t>
            </w:r>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72DC6F2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emis</w:t>
            </w:r>
            <w:proofErr w:type="spellEnd"/>
            <w:r w:rsidRPr="00F9681E">
              <w:rPr>
                <w:rFonts w:ascii="TimesNewRomanPS" w:eastAsia="TimesNewRomanPS" w:hAnsi="TimesNewRomanPS"/>
                <w:b/>
                <w:color w:val="0D5F78"/>
                <w:w w:val="97"/>
                <w:sz w:val="16"/>
                <w:szCs w:val="16"/>
              </w:rPr>
              <w:t xml:space="preserve"> de</w:t>
            </w:r>
          </w:p>
        </w:tc>
      </w:tr>
      <w:tr w:rsidR="00BD2397" w:rsidRPr="00F9681E" w14:paraId="103D2182" w14:textId="77777777">
        <w:trPr>
          <w:trHeight w:hRule="exact" w:val="188"/>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1133EDF9"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având</w:t>
            </w:r>
            <w:proofErr w:type="spellEnd"/>
            <w:r w:rsidRPr="00F9681E">
              <w:rPr>
                <w:rFonts w:ascii="TimesNewRomanPSMT" w:eastAsia="TimesNewRomanPSMT" w:hAnsi="TimesNewRomanPSMT"/>
                <w:color w:val="000000"/>
                <w:w w:val="103"/>
                <w:sz w:val="16"/>
                <w:szCs w:val="16"/>
              </w:rPr>
              <w:t xml:space="preserve"> ca </w:t>
            </w:r>
            <w:proofErr w:type="spellStart"/>
            <w:r w:rsidRPr="00F9681E">
              <w:rPr>
                <w:rFonts w:ascii="TimesNewRomanPSMT" w:eastAsia="TimesNewRomanPSMT" w:hAnsi="TimesNewRomanPSMT"/>
                <w:color w:val="000000"/>
                <w:w w:val="103"/>
                <w:sz w:val="16"/>
                <w:szCs w:val="16"/>
              </w:rPr>
              <w:t>amplasament</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imobilul</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teren</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și</w:t>
            </w:r>
            <w:proofErr w:type="spellEnd"/>
            <w:r w:rsidRPr="00F9681E">
              <w:rPr>
                <w:rFonts w:ascii="TimesNewRomanPSMT" w:eastAsia="TimesNewRomanPSMT" w:hAnsi="TimesNewRomanPSMT"/>
                <w:color w:val="000000"/>
                <w:w w:val="103"/>
                <w:sz w:val="16"/>
                <w:szCs w:val="16"/>
              </w:rPr>
              <w:t>/</w:t>
            </w:r>
            <w:proofErr w:type="spellStart"/>
            <w:r w:rsidRPr="00F9681E">
              <w:rPr>
                <w:rFonts w:ascii="TimesNewRomanPSMT" w:eastAsia="TimesNewRomanPSMT" w:hAnsi="TimesNewRomanPSMT"/>
                <w:color w:val="000000"/>
                <w:w w:val="103"/>
                <w:sz w:val="16"/>
                <w:szCs w:val="16"/>
              </w:rPr>
              <w:t>sau</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construcții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situat</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în</w:t>
            </w:r>
            <w:proofErr w:type="spellEnd"/>
            <w:r w:rsidRPr="00F9681E">
              <w:rPr>
                <w:rFonts w:ascii="TimesNewRomanPSMT" w:eastAsia="TimesNewRomanPSMT" w:hAnsi="TimesNewRomanPSMT"/>
                <w:color w:val="000000"/>
                <w:w w:val="103"/>
                <w:sz w:val="16"/>
                <w:szCs w:val="16"/>
              </w:rPr>
              <w:t>:</w:t>
            </w:r>
          </w:p>
        </w:tc>
      </w:tr>
      <w:tr w:rsidR="00BD2397" w:rsidRPr="00F9681E" w14:paraId="0A906855" w14:textId="77777777">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14:paraId="143B269C"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14:paraId="3C44F2D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3C25A0A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114B1F18" w14:textId="77777777">
        <w:trPr>
          <w:trHeight w:hRule="exact" w:val="504"/>
        </w:trPr>
        <w:tc>
          <w:tcPr>
            <w:tcW w:w="3116" w:type="dxa"/>
            <w:tcBorders>
              <w:top w:val="single" w:sz="3" w:space="0" w:color="767676"/>
              <w:left w:val="single" w:sz="3" w:space="0" w:color="767676"/>
              <w:bottom w:val="single" w:sz="3" w:space="0" w:color="767676"/>
              <w:right w:val="single" w:sz="4" w:space="0" w:color="767676"/>
            </w:tcBorders>
            <w:tcMar>
              <w:left w:w="0" w:type="dxa"/>
              <w:right w:w="0" w:type="dxa"/>
            </w:tcMar>
          </w:tcPr>
          <w:p w14:paraId="60FF338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3" w:space="0" w:color="767676"/>
              <w:left w:val="single" w:sz="4" w:space="0" w:color="767676"/>
              <w:bottom w:val="single" w:sz="3" w:space="0" w:color="767676"/>
              <w:right w:val="single" w:sz="4" w:space="0" w:color="767676"/>
            </w:tcBorders>
            <w:tcMar>
              <w:left w:w="0" w:type="dxa"/>
              <w:right w:w="0" w:type="dxa"/>
            </w:tcMar>
          </w:tcPr>
          <w:p w14:paraId="3969D502"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2C1D8252"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3" w:space="0" w:color="767676"/>
              <w:left w:val="single" w:sz="3" w:space="0" w:color="767676"/>
              <w:bottom w:val="single" w:sz="3" w:space="0" w:color="767676"/>
              <w:right w:val="single" w:sz="4" w:space="0" w:color="767676"/>
            </w:tcBorders>
            <w:tcMar>
              <w:left w:w="0" w:type="dxa"/>
              <w:right w:w="0" w:type="dxa"/>
            </w:tcMar>
          </w:tcPr>
          <w:p w14:paraId="031D6068"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1908166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14:paraId="664F3B3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08A08641"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10E3CF0D" w14:textId="77777777">
        <w:trPr>
          <w:trHeight w:hRule="exact" w:val="504"/>
        </w:trPr>
        <w:tc>
          <w:tcPr>
            <w:tcW w:w="4674"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09F4870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Cartea </w:t>
            </w:r>
            <w:proofErr w:type="spellStart"/>
            <w:r w:rsidRPr="00F9681E">
              <w:rPr>
                <w:rFonts w:ascii="TimesNewRomanPS" w:eastAsia="TimesNewRomanPS" w:hAnsi="TimesNewRomanPS"/>
                <w:b/>
                <w:color w:val="0D5F78"/>
                <w:w w:val="97"/>
                <w:sz w:val="16"/>
                <w:szCs w:val="16"/>
              </w:rPr>
              <w:t>funciară</w:t>
            </w:r>
            <w:proofErr w:type="spellEnd"/>
            <w:r w:rsidRPr="00F9681E">
              <w:rPr>
                <w:rFonts w:ascii="TimesNewRomanPS" w:eastAsia="TimesNewRomanPS" w:hAnsi="TimesNewRomanPS"/>
                <w:b/>
                <w:color w:val="0D5F78"/>
                <w:w w:val="97"/>
                <w:sz w:val="16"/>
                <w:szCs w:val="16"/>
              </w:rPr>
              <w:t xml:space="preserve"> nr.</w:t>
            </w:r>
          </w:p>
        </w:tc>
        <w:tc>
          <w:tcPr>
            <w:tcW w:w="4674" w:type="dxa"/>
            <w:gridSpan w:val="4"/>
            <w:tcBorders>
              <w:top w:val="single" w:sz="3" w:space="0" w:color="767676"/>
              <w:left w:val="single" w:sz="3" w:space="0" w:color="767676"/>
              <w:bottom w:val="single" w:sz="4" w:space="0" w:color="767676"/>
              <w:right w:val="single" w:sz="3" w:space="0" w:color="767676"/>
            </w:tcBorders>
            <w:tcMar>
              <w:left w:w="0" w:type="dxa"/>
              <w:right w:w="0" w:type="dxa"/>
            </w:tcMar>
          </w:tcPr>
          <w:p w14:paraId="04ECF0F0"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Nr. cadastral</w:t>
            </w:r>
          </w:p>
        </w:tc>
      </w:tr>
    </w:tbl>
    <w:p w14:paraId="0E8AF17A" w14:textId="77777777" w:rsidR="00BD2397" w:rsidRPr="00F9681E" w:rsidRDefault="00BD2397">
      <w:pPr>
        <w:autoSpaceDE w:val="0"/>
        <w:autoSpaceDN w:val="0"/>
        <w:spacing w:after="0" w:line="284" w:lineRule="exact"/>
        <w:rPr>
          <w:sz w:val="16"/>
          <w:szCs w:val="16"/>
        </w:rPr>
      </w:pPr>
    </w:p>
    <w:tbl>
      <w:tblPr>
        <w:tblW w:w="0" w:type="auto"/>
        <w:tblInd w:w="606" w:type="dxa"/>
        <w:tblLayout w:type="fixed"/>
        <w:tblLook w:val="04A0" w:firstRow="1" w:lastRow="0" w:firstColumn="1" w:lastColumn="0" w:noHBand="0" w:noVBand="1"/>
      </w:tblPr>
      <w:tblGrid>
        <w:gridCol w:w="9348"/>
      </w:tblGrid>
      <w:tr w:rsidR="00BD2397" w:rsidRPr="00F9681E" w14:paraId="605EC17D" w14:textId="77777777">
        <w:trPr>
          <w:trHeight w:hRule="exact" w:val="208"/>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35EA14D"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3. </w:t>
            </w:r>
            <w:r w:rsidRPr="00F9681E">
              <w:rPr>
                <w:rFonts w:ascii="TimesNewRomanPS" w:eastAsia="TimesNewRomanPS" w:hAnsi="TimesNewRomanPS"/>
                <w:b/>
                <w:color w:val="000000"/>
                <w:w w:val="102"/>
                <w:sz w:val="16"/>
                <w:szCs w:val="16"/>
              </w:rPr>
              <w:t>DECLAR PE PROPRIE RĂSPUNDERE</w:t>
            </w:r>
          </w:p>
        </w:tc>
      </w:tr>
      <w:tr w:rsidR="00BD2397" w:rsidRPr="00F9681E" w14:paraId="4883B9E4" w14:textId="77777777">
        <w:trPr>
          <w:trHeight w:hRule="exact" w:val="732"/>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2E31D34B" w14:textId="77777777" w:rsidR="00BD2397" w:rsidRPr="00F9681E" w:rsidRDefault="00B8640C">
            <w:pPr>
              <w:autoSpaceDE w:val="0"/>
              <w:autoSpaceDN w:val="0"/>
              <w:spacing w:after="0" w:line="180" w:lineRule="exact"/>
              <w:ind w:left="100"/>
              <w:rPr>
                <w:sz w:val="16"/>
                <w:szCs w:val="16"/>
              </w:rPr>
            </w:pPr>
            <w:r w:rsidRPr="00F9681E">
              <w:rPr>
                <w:rFonts w:ascii="TimesNewRomanPS" w:eastAsia="TimesNewRomanPS" w:hAnsi="TimesNewRomanPS"/>
                <w:i/>
                <w:color w:val="000000"/>
                <w:w w:val="97"/>
                <w:sz w:val="16"/>
                <w:szCs w:val="16"/>
              </w:rPr>
              <w:t xml:space="preserve">Sub </w:t>
            </w:r>
            <w:proofErr w:type="spellStart"/>
            <w:r w:rsidRPr="00F9681E">
              <w:rPr>
                <w:rFonts w:ascii="TimesNewRomanPS" w:eastAsia="TimesNewRomanPS" w:hAnsi="TimesNewRomanPS"/>
                <w:i/>
                <w:color w:val="000000"/>
                <w:w w:val="97"/>
                <w:sz w:val="16"/>
                <w:szCs w:val="16"/>
              </w:rPr>
              <w:t>sancțiunile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aplicate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faptei</w:t>
            </w:r>
            <w:proofErr w:type="spellEnd"/>
            <w:r w:rsidRPr="00F9681E">
              <w:rPr>
                <w:rFonts w:ascii="TimesNewRomanPS" w:eastAsia="TimesNewRomanPS" w:hAnsi="TimesNewRomanPS"/>
                <w:i/>
                <w:color w:val="000000"/>
                <w:w w:val="97"/>
                <w:sz w:val="16"/>
                <w:szCs w:val="16"/>
              </w:rPr>
              <w:t xml:space="preserve"> de </w:t>
            </w:r>
            <w:proofErr w:type="spellStart"/>
            <w:r w:rsidRPr="00F9681E">
              <w:rPr>
                <w:rFonts w:ascii="TimesNewRomanPS" w:eastAsia="TimesNewRomanPS" w:hAnsi="TimesNewRomanPS"/>
                <w:i/>
                <w:color w:val="000000"/>
                <w:w w:val="97"/>
                <w:sz w:val="16"/>
                <w:szCs w:val="16"/>
              </w:rPr>
              <w:t>fals</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declarații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prevăzute</w:t>
            </w:r>
            <w:proofErr w:type="spellEnd"/>
            <w:r w:rsidRPr="00F9681E">
              <w:rPr>
                <w:rFonts w:ascii="TimesNewRomanPS" w:eastAsia="TimesNewRomanPS" w:hAnsi="TimesNewRomanPS"/>
                <w:i/>
                <w:color w:val="000000"/>
                <w:w w:val="97"/>
                <w:sz w:val="16"/>
                <w:szCs w:val="16"/>
              </w:rPr>
              <w:t xml:space="preserve"> de art. 326 din Legea nr. 286/2009 </w:t>
            </w:r>
            <w:proofErr w:type="spellStart"/>
            <w:r w:rsidRPr="00F9681E">
              <w:rPr>
                <w:rFonts w:ascii="TimesNewRomanPS" w:eastAsia="TimesNewRomanPS" w:hAnsi="TimesNewRomanPS"/>
                <w:i/>
                <w:color w:val="000000"/>
                <w:w w:val="97"/>
                <w:sz w:val="16"/>
                <w:szCs w:val="16"/>
              </w:rPr>
              <w:t>privind</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Codul</w:t>
            </w:r>
            <w:proofErr w:type="spellEnd"/>
            <w:r w:rsidRPr="00F9681E">
              <w:rPr>
                <w:rFonts w:ascii="TimesNewRomanPS" w:eastAsia="TimesNewRomanPS" w:hAnsi="TimesNewRomanPS"/>
                <w:i/>
                <w:color w:val="000000"/>
                <w:w w:val="97"/>
                <w:sz w:val="16"/>
                <w:szCs w:val="16"/>
              </w:rPr>
              <w:t xml:space="preserve"> penal, cu </w:t>
            </w:r>
            <w:proofErr w:type="spellStart"/>
            <w:r w:rsidRPr="00F9681E">
              <w:rPr>
                <w:rFonts w:ascii="TimesNewRomanPS" w:eastAsia="TimesNewRomanPS" w:hAnsi="TimesNewRomanPS"/>
                <w:i/>
                <w:color w:val="000000"/>
                <w:w w:val="97"/>
                <w:sz w:val="16"/>
                <w:szCs w:val="16"/>
              </w:rPr>
              <w:t>modificările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completările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ulterioare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declar</w:t>
            </w:r>
            <w:proofErr w:type="spellEnd"/>
            <w:r w:rsidRPr="00F9681E">
              <w:rPr>
                <w:rFonts w:ascii="TimesNewRomanPS" w:eastAsia="TimesNewRomanPS" w:hAnsi="TimesNewRomanPS"/>
                <w:i/>
                <w:color w:val="000000"/>
                <w:w w:val="97"/>
                <w:sz w:val="16"/>
                <w:szCs w:val="16"/>
              </w:rPr>
              <w:t xml:space="preserve"> pe propria </w:t>
            </w:r>
            <w:proofErr w:type="spellStart"/>
            <w:r w:rsidRPr="00F9681E">
              <w:rPr>
                <w:rFonts w:ascii="TimesNewRomanPS" w:eastAsia="TimesNewRomanPS" w:hAnsi="TimesNewRomanPS"/>
                <w:i/>
                <w:color w:val="000000"/>
                <w:w w:val="97"/>
                <w:sz w:val="16"/>
                <w:szCs w:val="16"/>
              </w:rPr>
              <w:t>răspundere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că</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pentru</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avizele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acordurile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menționate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tabelul</w:t>
            </w:r>
            <w:proofErr w:type="spellEnd"/>
            <w:r w:rsidRPr="00F9681E">
              <w:rPr>
                <w:rFonts w:ascii="TimesNewRomanPS" w:eastAsia="TimesNewRomanPS" w:hAnsi="TimesNewRomanPS"/>
                <w:i/>
                <w:color w:val="000000"/>
                <w:w w:val="97"/>
                <w:sz w:val="16"/>
                <w:szCs w:val="16"/>
              </w:rPr>
              <w:t xml:space="preserve"> de </w:t>
            </w:r>
            <w:proofErr w:type="spellStart"/>
            <w:r w:rsidRPr="00F9681E">
              <w:rPr>
                <w:rFonts w:ascii="TimesNewRomanPS" w:eastAsia="TimesNewRomanPS" w:hAnsi="TimesNewRomanPS"/>
                <w:i/>
                <w:color w:val="000000"/>
                <w:w w:val="97"/>
                <w:sz w:val="16"/>
                <w:szCs w:val="16"/>
              </w:rPr>
              <w:t>mai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jos</w:t>
            </w:r>
            <w:proofErr w:type="spellEnd"/>
            <w:r w:rsidRPr="00F9681E">
              <w:rPr>
                <w:rFonts w:ascii="TimesNewRomanPS" w:eastAsia="TimesNewRomanPS" w:hAnsi="TimesNewRomanPS"/>
                <w:i/>
                <w:color w:val="000000"/>
                <w:w w:val="97"/>
                <w:sz w:val="16"/>
                <w:szCs w:val="16"/>
              </w:rPr>
              <w:t xml:space="preserve"> a </w:t>
            </w:r>
            <w:proofErr w:type="spellStart"/>
            <w:r w:rsidRPr="00F9681E">
              <w:rPr>
                <w:rFonts w:ascii="TimesNewRomanPS" w:eastAsia="TimesNewRomanPS" w:hAnsi="TimesNewRomanPS"/>
                <w:i/>
                <w:color w:val="000000"/>
                <w:w w:val="97"/>
                <w:sz w:val="16"/>
                <w:szCs w:val="16"/>
              </w:rPr>
              <w:t>fost</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depusă</w:t>
            </w:r>
            <w:proofErr w:type="spellEnd"/>
            <w:r w:rsidRPr="00F9681E">
              <w:rPr>
                <w:rFonts w:ascii="TimesNewRomanPS" w:eastAsia="TimesNewRomanPS" w:hAnsi="TimesNewRomanPS"/>
                <w:i/>
                <w:color w:val="000000"/>
                <w:w w:val="97"/>
                <w:sz w:val="16"/>
                <w:szCs w:val="16"/>
              </w:rPr>
              <w:t xml:space="preserve">, conform </w:t>
            </w:r>
            <w:proofErr w:type="spellStart"/>
            <w:r w:rsidRPr="00F9681E">
              <w:rPr>
                <w:rFonts w:ascii="TimesNewRomanPS" w:eastAsia="TimesNewRomanPS" w:hAnsi="TimesNewRomanPS"/>
                <w:i/>
                <w:color w:val="000000"/>
                <w:w w:val="97"/>
                <w:sz w:val="16"/>
                <w:szCs w:val="16"/>
              </w:rPr>
              <w:t>legislației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vigoare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documentația</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vederea</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obținerii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acestora</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termenele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prevăzute</w:t>
            </w:r>
            <w:proofErr w:type="spellEnd"/>
            <w:r w:rsidRPr="00F9681E">
              <w:rPr>
                <w:rFonts w:ascii="TimesNewRomanPS" w:eastAsia="TimesNewRomanPS" w:hAnsi="TimesNewRomanPS"/>
                <w:i/>
                <w:color w:val="000000"/>
                <w:w w:val="97"/>
                <w:sz w:val="16"/>
                <w:szCs w:val="16"/>
              </w:rPr>
              <w:t xml:space="preserve"> de Legea nr. 169/2026 </w:t>
            </w:r>
            <w:proofErr w:type="spellStart"/>
            <w:r w:rsidRPr="00F9681E">
              <w:rPr>
                <w:rFonts w:ascii="TimesNewRomanPS" w:eastAsia="TimesNewRomanPS" w:hAnsi="TimesNewRomanPS"/>
                <w:i/>
                <w:color w:val="000000"/>
                <w:w w:val="97"/>
                <w:sz w:val="16"/>
                <w:szCs w:val="16"/>
              </w:rPr>
              <w:t>privind</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Codul</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Amenajării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Teritoriului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Urbanismului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Construcțiilor</w:t>
            </w:r>
            <w:proofErr w:type="spellEnd"/>
            <w:r w:rsidRPr="00F9681E">
              <w:rPr>
                <w:rFonts w:ascii="TimesNewRomanPS" w:eastAsia="TimesNewRomanPS" w:hAnsi="TimesNewRomanPS"/>
                <w:i/>
                <w:color w:val="000000"/>
                <w:w w:val="97"/>
                <w:sz w:val="16"/>
                <w:szCs w:val="16"/>
              </w:rPr>
              <w:t xml:space="preserve"> nu au </w:t>
            </w:r>
            <w:proofErr w:type="spellStart"/>
            <w:r w:rsidRPr="00F9681E">
              <w:rPr>
                <w:rFonts w:ascii="TimesNewRomanPS" w:eastAsia="TimesNewRomanPS" w:hAnsi="TimesNewRomanPS"/>
                <w:i/>
                <w:color w:val="000000"/>
                <w:w w:val="97"/>
                <w:sz w:val="16"/>
                <w:szCs w:val="16"/>
              </w:rPr>
              <w:t>fost</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primite</w:t>
            </w:r>
            <w:proofErr w:type="spellEnd"/>
            <w:r w:rsidRPr="00F9681E">
              <w:rPr>
                <w:rFonts w:ascii="TimesNewRomanPS" w:eastAsia="TimesNewRomanPS" w:hAnsi="TimesNewRomanPS"/>
                <w:i/>
                <w:color w:val="000000"/>
                <w:w w:val="97"/>
                <w:sz w:val="16"/>
                <w:szCs w:val="16"/>
              </w:rPr>
              <w:t xml:space="preserve"> de la </w:t>
            </w:r>
            <w:proofErr w:type="spellStart"/>
            <w:r w:rsidRPr="00F9681E">
              <w:rPr>
                <w:rFonts w:ascii="TimesNewRomanPS" w:eastAsia="TimesNewRomanPS" w:hAnsi="TimesNewRomanPS"/>
                <w:i/>
                <w:color w:val="000000"/>
                <w:w w:val="97"/>
                <w:sz w:val="16"/>
                <w:szCs w:val="16"/>
              </w:rPr>
              <w:t>emitent</w:t>
            </w:r>
            <w:proofErr w:type="spellEnd"/>
            <w:r w:rsidRPr="00F9681E">
              <w:rPr>
                <w:rFonts w:ascii="TimesNewRomanPS" w:eastAsia="TimesNewRomanPS" w:hAnsi="TimesNewRomanPS"/>
                <w:i/>
                <w:color w:val="000000"/>
                <w:w w:val="97"/>
                <w:sz w:val="16"/>
                <w:szCs w:val="16"/>
              </w:rPr>
              <w:t xml:space="preserve"> / </w:t>
            </w:r>
            <w:proofErr w:type="spellStart"/>
            <w:r w:rsidRPr="00F9681E">
              <w:rPr>
                <w:rFonts w:ascii="TimesNewRomanPS" w:eastAsia="TimesNewRomanPS" w:hAnsi="TimesNewRomanPS"/>
                <w:i/>
                <w:color w:val="000000"/>
                <w:w w:val="97"/>
                <w:sz w:val="16"/>
                <w:szCs w:val="16"/>
              </w:rPr>
              <w:t>emitenți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condițiile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legii</w:t>
            </w:r>
            <w:proofErr w:type="spellEnd"/>
            <w:r w:rsidRPr="00F9681E">
              <w:rPr>
                <w:rFonts w:ascii="TimesNewRomanPS" w:eastAsia="TimesNewRomanPS" w:hAnsi="TimesNewRomanPS"/>
                <w:i/>
                <w:color w:val="000000"/>
                <w:w w:val="97"/>
                <w:sz w:val="16"/>
                <w:szCs w:val="16"/>
              </w:rPr>
              <w:t>:</w:t>
            </w:r>
          </w:p>
        </w:tc>
      </w:tr>
      <w:tr w:rsidR="00BD2397" w:rsidRPr="001748F8" w14:paraId="299DE046" w14:textId="77777777">
        <w:trPr>
          <w:trHeight w:hRule="exact" w:val="216"/>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007F2AE9" w14:textId="77777777" w:rsidR="00BD2397" w:rsidRPr="001F7E48" w:rsidRDefault="00B8640C">
            <w:pPr>
              <w:autoSpaceDE w:val="0"/>
              <w:autoSpaceDN w:val="0"/>
              <w:spacing w:after="0" w:line="162" w:lineRule="exact"/>
              <w:ind w:left="14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nicio solicitare de clarificare, completare sau modificare</w:t>
            </w:r>
          </w:p>
        </w:tc>
      </w:tr>
      <w:tr w:rsidR="00BD2397" w:rsidRPr="001748F8" w14:paraId="3FEE477F" w14:textId="77777777">
        <w:trPr>
          <w:trHeight w:hRule="exact" w:val="216"/>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28B196AE" w14:textId="77777777" w:rsidR="00BD2397" w:rsidRPr="001F7E48" w:rsidRDefault="00B8640C">
            <w:pPr>
              <w:autoSpaceDE w:val="0"/>
              <w:autoSpaceDN w:val="0"/>
              <w:spacing w:after="0" w:line="160" w:lineRule="exact"/>
              <w:ind w:left="140"/>
              <w:rPr>
                <w:sz w:val="16"/>
                <w:szCs w:val="16"/>
                <w:lang w:val="pt-PT"/>
              </w:rPr>
            </w:pPr>
            <w:r w:rsidRPr="001F7E48">
              <w:rPr>
                <w:rFonts w:ascii="SegoeUISymbol" w:eastAsia="SegoeUISymbol" w:hAnsi="SegoeUISymbol"/>
                <w:color w:val="000000"/>
                <w:w w:val="103"/>
                <w:sz w:val="16"/>
                <w:szCs w:val="16"/>
                <w:lang w:val="pt-PT"/>
              </w:rPr>
              <w:t>☐</w:t>
            </w:r>
            <w:r w:rsidRPr="001F7E48">
              <w:rPr>
                <w:rFonts w:ascii="TimesNewRomanPSMT" w:eastAsia="TimesNewRomanPSMT" w:hAnsi="TimesNewRomanPSMT"/>
                <w:color w:val="000000"/>
                <w:w w:val="103"/>
                <w:sz w:val="16"/>
                <w:szCs w:val="16"/>
                <w:lang w:val="pt-PT"/>
              </w:rPr>
              <w:t xml:space="preserve"> niciun aviz sau acord cu sau fără condiții</w:t>
            </w:r>
          </w:p>
        </w:tc>
      </w:tr>
      <w:tr w:rsidR="00BD2397" w:rsidRPr="00F9681E" w14:paraId="473EEDEC"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3339B0C3" w14:textId="77777777" w:rsidR="00BD2397" w:rsidRPr="00F9681E" w:rsidRDefault="00B8640C">
            <w:pPr>
              <w:autoSpaceDE w:val="0"/>
              <w:autoSpaceDN w:val="0"/>
              <w:spacing w:after="0" w:line="162" w:lineRule="exact"/>
              <w:ind w:left="14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nicio</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adresă</w:t>
            </w:r>
            <w:proofErr w:type="spellEnd"/>
            <w:r w:rsidRPr="00F9681E">
              <w:rPr>
                <w:rFonts w:ascii="TimesNewRomanPSMT" w:eastAsia="TimesNewRomanPSMT" w:hAnsi="TimesNewRomanPSMT"/>
                <w:color w:val="000000"/>
                <w:w w:val="103"/>
                <w:sz w:val="16"/>
                <w:szCs w:val="16"/>
              </w:rPr>
              <w:t xml:space="preserve"> de </w:t>
            </w:r>
            <w:proofErr w:type="spellStart"/>
            <w:r w:rsidRPr="00F9681E">
              <w:rPr>
                <w:rFonts w:ascii="TimesNewRomanPSMT" w:eastAsia="TimesNewRomanPSMT" w:hAnsi="TimesNewRomanPSMT"/>
                <w:color w:val="000000"/>
                <w:w w:val="103"/>
                <w:sz w:val="16"/>
                <w:szCs w:val="16"/>
              </w:rPr>
              <w:t>respingere</w:t>
            </w:r>
            <w:proofErr w:type="spellEnd"/>
          </w:p>
        </w:tc>
      </w:tr>
      <w:tr w:rsidR="00BD2397" w:rsidRPr="001748F8" w14:paraId="5EE989C7" w14:textId="77777777">
        <w:trPr>
          <w:trHeight w:hRule="exact" w:val="32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543A62B5" w14:textId="77777777" w:rsidR="00BD2397" w:rsidRPr="001F7E48" w:rsidRDefault="00B8640C">
            <w:pPr>
              <w:autoSpaceDE w:val="0"/>
              <w:autoSpaceDN w:val="0"/>
              <w:spacing w:after="0" w:line="158" w:lineRule="exact"/>
              <w:ind w:left="100" w:right="144"/>
              <w:rPr>
                <w:sz w:val="16"/>
                <w:szCs w:val="16"/>
                <w:lang w:val="pt-PT"/>
              </w:rPr>
            </w:pPr>
            <w:r w:rsidRPr="001F7E48">
              <w:rPr>
                <w:rFonts w:ascii="TimesNewRomanPSMT" w:eastAsia="TimesNewRomanPSMT" w:hAnsi="TimesNewRomanPSMT"/>
                <w:color w:val="000000"/>
                <w:w w:val="97"/>
                <w:sz w:val="16"/>
                <w:szCs w:val="16"/>
                <w:lang w:val="pt-PT"/>
              </w:rPr>
              <w:t xml:space="preserve">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 </w:t>
            </w:r>
          </w:p>
        </w:tc>
      </w:tr>
    </w:tbl>
    <w:p w14:paraId="405770D5" w14:textId="77777777" w:rsidR="00BD2397" w:rsidRPr="001F7E48" w:rsidRDefault="00B8640C">
      <w:pPr>
        <w:tabs>
          <w:tab w:val="left" w:pos="4836"/>
        </w:tabs>
        <w:autoSpaceDE w:val="0"/>
        <w:autoSpaceDN w:val="0"/>
        <w:spacing w:after="0" w:line="144" w:lineRule="exact"/>
        <w:ind w:left="710"/>
        <w:rPr>
          <w:sz w:val="16"/>
          <w:szCs w:val="16"/>
          <w:lang w:val="pt-PT"/>
        </w:rPr>
      </w:pPr>
      <w:r w:rsidRPr="001F7E48">
        <w:rPr>
          <w:rFonts w:ascii="TimesNewRomanPSMT" w:eastAsia="TimesNewRomanPSMT" w:hAnsi="TimesNewRomanPSMT"/>
          <w:color w:val="595959"/>
          <w:w w:val="97"/>
          <w:sz w:val="16"/>
          <w:szCs w:val="16"/>
          <w:lang w:val="pt-PT"/>
        </w:rPr>
        <w:t xml:space="preserve">F_A_03 · versiunea 1.0 </w:t>
      </w:r>
      <w:r w:rsidRPr="001F7E48">
        <w:rPr>
          <w:sz w:val="16"/>
          <w:szCs w:val="16"/>
          <w:lang w:val="pt-PT"/>
        </w:rPr>
        <w:tab/>
      </w:r>
      <w:r w:rsidRPr="001F7E48">
        <w:rPr>
          <w:rFonts w:ascii="TimesNewRomanPSMT" w:eastAsia="TimesNewRomanPSMT" w:hAnsi="TimesNewRomanPSMT"/>
          <w:color w:val="595959"/>
          <w:w w:val="97"/>
          <w:sz w:val="16"/>
          <w:szCs w:val="16"/>
          <w:lang w:val="pt-PT"/>
        </w:rPr>
        <w:t>pagina 1 din 2</w:t>
      </w:r>
    </w:p>
    <w:p w14:paraId="7590778A" w14:textId="77777777" w:rsidR="00BD2397" w:rsidRPr="001F7E48" w:rsidRDefault="00BD2397">
      <w:pPr>
        <w:spacing w:after="0"/>
        <w:rPr>
          <w:sz w:val="16"/>
          <w:szCs w:val="16"/>
          <w:lang w:val="pt-PT"/>
        </w:rPr>
        <w:sectPr w:rsidR="00BD2397" w:rsidRPr="001F7E48">
          <w:pgSz w:w="11900" w:h="16840"/>
          <w:pgMar w:top="126" w:right="1214" w:bottom="236" w:left="564" w:header="720" w:footer="720" w:gutter="0"/>
          <w:cols w:space="708"/>
          <w:docGrid w:linePitch="360"/>
        </w:sectPr>
      </w:pPr>
    </w:p>
    <w:p w14:paraId="4246D302" w14:textId="77777777" w:rsidR="00BD2397" w:rsidRPr="001F7E48" w:rsidRDefault="00BD2397">
      <w:pPr>
        <w:autoSpaceDE w:val="0"/>
        <w:autoSpaceDN w:val="0"/>
        <w:spacing w:after="0" w:line="126" w:lineRule="exact"/>
        <w:rPr>
          <w:sz w:val="16"/>
          <w:szCs w:val="16"/>
          <w:lang w:val="pt-PT"/>
        </w:rPr>
      </w:pPr>
    </w:p>
    <w:tbl>
      <w:tblPr>
        <w:tblW w:w="0" w:type="auto"/>
        <w:tblInd w:w="734" w:type="dxa"/>
        <w:tblLayout w:type="fixed"/>
        <w:tblLook w:val="04A0" w:firstRow="1" w:lastRow="0" w:firstColumn="1" w:lastColumn="0" w:noHBand="0" w:noVBand="1"/>
      </w:tblPr>
      <w:tblGrid>
        <w:gridCol w:w="8280"/>
        <w:gridCol w:w="1160"/>
      </w:tblGrid>
      <w:tr w:rsidR="00BD2397" w:rsidRPr="00F9681E" w14:paraId="792E07BE" w14:textId="77777777">
        <w:trPr>
          <w:trHeight w:hRule="exact" w:val="260"/>
        </w:trPr>
        <w:tc>
          <w:tcPr>
            <w:tcW w:w="8280" w:type="dxa"/>
            <w:tcMar>
              <w:left w:w="0" w:type="dxa"/>
              <w:right w:w="0" w:type="dxa"/>
            </w:tcMar>
          </w:tcPr>
          <w:p w14:paraId="3219C087" w14:textId="77777777" w:rsidR="00BD2397" w:rsidRPr="001F7E48" w:rsidRDefault="00B8640C">
            <w:pPr>
              <w:autoSpaceDE w:val="0"/>
              <w:autoSpaceDN w:val="0"/>
              <w:spacing w:after="0" w:line="200" w:lineRule="exact"/>
              <w:ind w:left="744"/>
              <w:rPr>
                <w:sz w:val="16"/>
                <w:szCs w:val="16"/>
                <w:lang w:val="pt-PT"/>
              </w:rPr>
            </w:pPr>
            <w:r w:rsidRPr="001F7E48">
              <w:rPr>
                <w:rFonts w:ascii="Arial" w:eastAsia="Arial" w:hAnsi="Arial"/>
                <w:color w:val="000000"/>
                <w:sz w:val="16"/>
                <w:szCs w:val="16"/>
                <w:lang w:val="pt-PT"/>
              </w:rPr>
              <w:t>MONITORUL OFICIAL AL ROMÂNIEI, PARTEA I, Nr. 711 bis/26.VIII.2026</w:t>
            </w:r>
          </w:p>
        </w:tc>
        <w:tc>
          <w:tcPr>
            <w:tcW w:w="1160" w:type="dxa"/>
            <w:tcMar>
              <w:left w:w="0" w:type="dxa"/>
              <w:right w:w="0" w:type="dxa"/>
            </w:tcMar>
          </w:tcPr>
          <w:p w14:paraId="20FBDBDA" w14:textId="77777777" w:rsidR="00BD2397" w:rsidRPr="00F9681E" w:rsidRDefault="00B8640C">
            <w:pPr>
              <w:autoSpaceDE w:val="0"/>
              <w:autoSpaceDN w:val="0"/>
              <w:spacing w:after="0" w:line="200" w:lineRule="exact"/>
              <w:ind w:right="6"/>
              <w:jc w:val="right"/>
              <w:rPr>
                <w:sz w:val="16"/>
                <w:szCs w:val="16"/>
              </w:rPr>
            </w:pPr>
            <w:r w:rsidRPr="00F9681E">
              <w:rPr>
                <w:rFonts w:ascii="Arial" w:eastAsia="Arial" w:hAnsi="Arial"/>
                <w:color w:val="000000"/>
                <w:sz w:val="16"/>
                <w:szCs w:val="16"/>
              </w:rPr>
              <w:t>23</w:t>
            </w:r>
          </w:p>
        </w:tc>
      </w:tr>
    </w:tbl>
    <w:p w14:paraId="75EC0426" w14:textId="77777777" w:rsidR="00BD2397" w:rsidRPr="00F9681E" w:rsidRDefault="00BD2397">
      <w:pPr>
        <w:autoSpaceDE w:val="0"/>
        <w:autoSpaceDN w:val="0"/>
        <w:spacing w:after="0" w:line="292" w:lineRule="exact"/>
        <w:rPr>
          <w:sz w:val="16"/>
          <w:szCs w:val="16"/>
        </w:rPr>
      </w:pPr>
    </w:p>
    <w:tbl>
      <w:tblPr>
        <w:tblW w:w="0" w:type="auto"/>
        <w:tblInd w:w="4" w:type="dxa"/>
        <w:tblLayout w:type="fixed"/>
        <w:tblLook w:val="04A0" w:firstRow="1" w:lastRow="0" w:firstColumn="1" w:lastColumn="0" w:noHBand="0" w:noVBand="1"/>
      </w:tblPr>
      <w:tblGrid>
        <w:gridCol w:w="780"/>
        <w:gridCol w:w="1558"/>
        <w:gridCol w:w="2336"/>
        <w:gridCol w:w="1558"/>
        <w:gridCol w:w="1560"/>
        <w:gridCol w:w="1556"/>
      </w:tblGrid>
      <w:tr w:rsidR="00BD2397" w:rsidRPr="001748F8" w14:paraId="06480658" w14:textId="77777777">
        <w:trPr>
          <w:trHeight w:hRule="exact" w:val="208"/>
        </w:trPr>
        <w:tc>
          <w:tcPr>
            <w:tcW w:w="9348" w:type="dxa"/>
            <w:gridSpan w:val="6"/>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7A681705" w14:textId="77777777" w:rsidR="00BD2397" w:rsidRPr="001F7E48" w:rsidRDefault="00B8640C">
            <w:pPr>
              <w:autoSpaceDE w:val="0"/>
              <w:autoSpaceDN w:val="0"/>
              <w:spacing w:after="0" w:line="176" w:lineRule="exact"/>
              <w:ind w:left="100"/>
              <w:rPr>
                <w:sz w:val="16"/>
                <w:szCs w:val="16"/>
                <w:lang w:val="pt-PT"/>
              </w:rPr>
            </w:pPr>
            <w:r w:rsidRPr="001F7E48">
              <w:rPr>
                <w:rFonts w:ascii="TimesNewRomanPS" w:eastAsia="TimesNewRomanPS" w:hAnsi="TimesNewRomanPS"/>
                <w:b/>
                <w:color w:val="000000"/>
                <w:w w:val="103"/>
                <w:sz w:val="16"/>
                <w:szCs w:val="16"/>
                <w:lang w:val="pt-PT"/>
              </w:rPr>
              <w:t xml:space="preserve"> 4. </w:t>
            </w:r>
            <w:r w:rsidRPr="001F7E48">
              <w:rPr>
                <w:rFonts w:ascii="TimesNewRomanPS" w:eastAsia="TimesNewRomanPS" w:hAnsi="TimesNewRomanPS"/>
                <w:b/>
                <w:color w:val="000000"/>
                <w:w w:val="102"/>
                <w:sz w:val="16"/>
                <w:szCs w:val="16"/>
                <w:lang w:val="pt-PT"/>
              </w:rPr>
              <w:t>AVIZELE / ACORDURILE PENTRU CARE SE INVOCĂ APROBAREA TACITĂ</w:t>
            </w:r>
          </w:p>
        </w:tc>
      </w:tr>
      <w:tr w:rsidR="00BD2397" w:rsidRPr="00F9681E" w14:paraId="2D1B5155" w14:textId="77777777">
        <w:trPr>
          <w:trHeight w:hRule="exact" w:val="512"/>
        </w:trPr>
        <w:tc>
          <w:tcPr>
            <w:tcW w:w="780" w:type="dxa"/>
            <w:tcBorders>
              <w:top w:val="single" w:sz="3" w:space="0" w:color="767676"/>
              <w:left w:val="single" w:sz="3" w:space="0" w:color="767676"/>
              <w:bottom w:val="single" w:sz="4" w:space="0" w:color="767676"/>
              <w:right w:val="single" w:sz="4" w:space="0" w:color="767676"/>
            </w:tcBorders>
            <w:tcMar>
              <w:left w:w="0" w:type="dxa"/>
              <w:right w:w="0" w:type="dxa"/>
            </w:tcMar>
          </w:tcPr>
          <w:p w14:paraId="14280443"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Nr. cr</w:t>
            </w:r>
            <w:proofErr w:type="spellStart"/>
            <w:r w:rsidRPr="00F9681E">
              <w:rPr>
                <w:rFonts w:ascii="TimesNewRomanPS" w:eastAsia="TimesNewRomanPS" w:hAnsi="TimesNewRomanPS"/>
                <w:b/>
                <w:color w:val="0D5F78"/>
                <w:w w:val="97"/>
                <w:sz w:val="16"/>
                <w:szCs w:val="16"/>
              </w:rPr>
              <w:t>t</w:t>
            </w:r>
            <w:proofErr w:type="spellEnd"/>
            <w:r w:rsidRPr="00F9681E">
              <w:rPr>
                <w:rFonts w:ascii="TimesNewRomanPS" w:eastAsia="TimesNewRomanPS" w:hAnsi="TimesNewRomanPS"/>
                <w:b/>
                <w:color w:val="0D5F78"/>
                <w:w w:val="97"/>
                <w:sz w:val="16"/>
                <w:szCs w:val="16"/>
              </w:rPr>
              <w:t>.</w:t>
            </w:r>
          </w:p>
        </w:tc>
        <w:tc>
          <w:tcPr>
            <w:tcW w:w="1558" w:type="dxa"/>
            <w:tcBorders>
              <w:top w:val="single" w:sz="3" w:space="0" w:color="767676"/>
              <w:left w:val="single" w:sz="4" w:space="0" w:color="767676"/>
              <w:bottom w:val="single" w:sz="4" w:space="0" w:color="767676"/>
              <w:right w:val="single" w:sz="3" w:space="0" w:color="767676"/>
            </w:tcBorders>
            <w:tcMar>
              <w:left w:w="0" w:type="dxa"/>
              <w:right w:w="0" w:type="dxa"/>
            </w:tcMar>
          </w:tcPr>
          <w:p w14:paraId="5E382AD9" w14:textId="77777777" w:rsidR="00BD2397" w:rsidRPr="00F9681E" w:rsidRDefault="00B8640C">
            <w:pPr>
              <w:autoSpaceDE w:val="0"/>
              <w:autoSpaceDN w:val="0"/>
              <w:spacing w:after="0" w:line="168" w:lineRule="exact"/>
              <w:ind w:left="98" w:right="288"/>
              <w:rPr>
                <w:sz w:val="16"/>
                <w:szCs w:val="16"/>
              </w:rPr>
            </w:pPr>
            <w:proofErr w:type="spellStart"/>
            <w:r w:rsidRPr="00F9681E">
              <w:rPr>
                <w:rFonts w:ascii="TimesNewRomanPS" w:eastAsia="TimesNewRomanPS" w:hAnsi="TimesNewRomanPS"/>
                <w:b/>
                <w:color w:val="0D5F78"/>
                <w:w w:val="97"/>
                <w:sz w:val="16"/>
                <w:szCs w:val="16"/>
              </w:rPr>
              <w:t>Avizul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acordul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solicitat</w:t>
            </w:r>
            <w:proofErr w:type="spellEnd"/>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2BD09CA0" w14:textId="77777777" w:rsidR="00BD2397" w:rsidRPr="001F7E48" w:rsidRDefault="00B8640C">
            <w:pPr>
              <w:autoSpaceDE w:val="0"/>
              <w:autoSpaceDN w:val="0"/>
              <w:spacing w:after="0" w:line="168" w:lineRule="exact"/>
              <w:ind w:left="100"/>
              <w:rPr>
                <w:sz w:val="16"/>
                <w:szCs w:val="16"/>
                <w:lang w:val="pt-PT"/>
              </w:rPr>
            </w:pPr>
            <w:r w:rsidRPr="001F7E48">
              <w:rPr>
                <w:rFonts w:ascii="TimesNewRomanPS" w:eastAsia="TimesNewRomanPS" w:hAnsi="TimesNewRomanPS"/>
                <w:b/>
                <w:color w:val="0D5F78"/>
                <w:w w:val="97"/>
                <w:sz w:val="16"/>
                <w:szCs w:val="16"/>
                <w:lang w:val="pt-PT"/>
              </w:rPr>
              <w:t>Instituția / entitatea de la care s-a solicitat</w:t>
            </w:r>
          </w:p>
        </w:tc>
        <w:tc>
          <w:tcPr>
            <w:tcW w:w="1558" w:type="dxa"/>
            <w:tcBorders>
              <w:top w:val="single" w:sz="3" w:space="0" w:color="767676"/>
              <w:left w:val="single" w:sz="3" w:space="0" w:color="767676"/>
              <w:bottom w:val="single" w:sz="4" w:space="0" w:color="767676"/>
              <w:right w:val="single" w:sz="3" w:space="0" w:color="767676"/>
            </w:tcBorders>
            <w:tcMar>
              <w:left w:w="0" w:type="dxa"/>
              <w:right w:w="0" w:type="dxa"/>
            </w:tcMar>
          </w:tcPr>
          <w:p w14:paraId="7D157F23" w14:textId="77777777" w:rsidR="00BD2397" w:rsidRPr="001F7E48" w:rsidRDefault="00B8640C">
            <w:pPr>
              <w:autoSpaceDE w:val="0"/>
              <w:autoSpaceDN w:val="0"/>
              <w:spacing w:after="0" w:line="144" w:lineRule="exact"/>
              <w:ind w:left="102"/>
              <w:rPr>
                <w:sz w:val="16"/>
                <w:szCs w:val="16"/>
                <w:lang w:val="pt-PT"/>
              </w:rPr>
            </w:pPr>
            <w:r w:rsidRPr="001F7E48">
              <w:rPr>
                <w:rFonts w:ascii="TimesNewRomanPS" w:eastAsia="TimesNewRomanPS" w:hAnsi="TimesNewRomanPS"/>
                <w:b/>
                <w:color w:val="0D5F78"/>
                <w:w w:val="97"/>
                <w:sz w:val="16"/>
                <w:szCs w:val="16"/>
                <w:lang w:val="pt-PT"/>
              </w:rPr>
              <w:t xml:space="preserve">Dată și nr. </w:t>
            </w:r>
          </w:p>
          <w:p w14:paraId="3CBB59D3" w14:textId="77777777" w:rsidR="00BD2397" w:rsidRPr="001F7E48" w:rsidRDefault="00B8640C">
            <w:pPr>
              <w:autoSpaceDE w:val="0"/>
              <w:autoSpaceDN w:val="0"/>
              <w:spacing w:after="0" w:line="146" w:lineRule="exact"/>
              <w:jc w:val="center"/>
              <w:rPr>
                <w:sz w:val="16"/>
                <w:szCs w:val="16"/>
                <w:lang w:val="pt-PT"/>
              </w:rPr>
            </w:pPr>
            <w:r w:rsidRPr="001F7E48">
              <w:rPr>
                <w:rFonts w:ascii="TimesNewRomanPS" w:eastAsia="TimesNewRomanPS" w:hAnsi="TimesNewRomanPS"/>
                <w:b/>
                <w:color w:val="0D5F78"/>
                <w:w w:val="97"/>
                <w:sz w:val="16"/>
                <w:szCs w:val="16"/>
                <w:lang w:val="pt-PT"/>
              </w:rPr>
              <w:t>înregistrare solicitare</w:t>
            </w:r>
          </w:p>
        </w:tc>
        <w:tc>
          <w:tcPr>
            <w:tcW w:w="1560" w:type="dxa"/>
            <w:tcBorders>
              <w:top w:val="single" w:sz="3" w:space="0" w:color="767676"/>
              <w:left w:val="single" w:sz="3" w:space="0" w:color="767676"/>
              <w:bottom w:val="single" w:sz="4" w:space="0" w:color="767676"/>
              <w:right w:val="single" w:sz="4" w:space="0" w:color="767676"/>
            </w:tcBorders>
            <w:tcMar>
              <w:left w:w="0" w:type="dxa"/>
              <w:right w:w="0" w:type="dxa"/>
            </w:tcMar>
          </w:tcPr>
          <w:p w14:paraId="7A71D415" w14:textId="77777777" w:rsidR="00BD2397" w:rsidRPr="001F7E48" w:rsidRDefault="00B8640C">
            <w:pPr>
              <w:autoSpaceDE w:val="0"/>
              <w:autoSpaceDN w:val="0"/>
              <w:spacing w:after="0" w:line="168" w:lineRule="exact"/>
              <w:ind w:right="144"/>
              <w:jc w:val="center"/>
              <w:rPr>
                <w:sz w:val="16"/>
                <w:szCs w:val="16"/>
                <w:lang w:val="pt-PT"/>
              </w:rPr>
            </w:pPr>
            <w:r w:rsidRPr="001F7E48">
              <w:rPr>
                <w:rFonts w:ascii="TimesNewRomanPS" w:eastAsia="TimesNewRomanPS" w:hAnsi="TimesNewRomanPS"/>
                <w:b/>
                <w:color w:val="0D5F78"/>
                <w:w w:val="97"/>
                <w:sz w:val="16"/>
                <w:szCs w:val="16"/>
                <w:lang w:val="pt-PT"/>
              </w:rPr>
              <w:t>Dată și nr. depunere răspuns la clarificări</w:t>
            </w:r>
          </w:p>
        </w:tc>
        <w:tc>
          <w:tcPr>
            <w:tcW w:w="1556" w:type="dxa"/>
            <w:tcBorders>
              <w:top w:val="single" w:sz="3" w:space="0" w:color="767676"/>
              <w:left w:val="single" w:sz="4" w:space="0" w:color="767676"/>
              <w:bottom w:val="single" w:sz="4" w:space="0" w:color="767676"/>
              <w:right w:val="single" w:sz="3" w:space="0" w:color="767676"/>
            </w:tcBorders>
            <w:tcMar>
              <w:left w:w="0" w:type="dxa"/>
              <w:right w:w="0" w:type="dxa"/>
            </w:tcMar>
          </w:tcPr>
          <w:p w14:paraId="7BE22110" w14:textId="77777777" w:rsidR="00BD2397" w:rsidRPr="00F9681E" w:rsidRDefault="00B8640C">
            <w:pPr>
              <w:autoSpaceDE w:val="0"/>
              <w:autoSpaceDN w:val="0"/>
              <w:spacing w:after="0" w:line="168" w:lineRule="exact"/>
              <w:ind w:left="98" w:right="432"/>
              <w:rPr>
                <w:sz w:val="16"/>
                <w:szCs w:val="16"/>
              </w:rPr>
            </w:pPr>
            <w:r w:rsidRPr="00F9681E">
              <w:rPr>
                <w:rFonts w:ascii="TimesNewRomanPS" w:eastAsia="TimesNewRomanPS" w:hAnsi="TimesNewRomanPS"/>
                <w:b/>
                <w:color w:val="0D5F78"/>
                <w:w w:val="97"/>
                <w:sz w:val="16"/>
                <w:szCs w:val="16"/>
              </w:rPr>
              <w:t xml:space="preserve">Data </w:t>
            </w:r>
            <w:proofErr w:type="spellStart"/>
            <w:r w:rsidRPr="00F9681E">
              <w:rPr>
                <w:rFonts w:ascii="TimesNewRomanPS" w:eastAsia="TimesNewRomanPS" w:hAnsi="TimesNewRomanPS"/>
                <w:b/>
                <w:color w:val="0D5F78"/>
                <w:w w:val="97"/>
                <w:sz w:val="16"/>
                <w:szCs w:val="16"/>
              </w:rPr>
              <w:t>împlinirii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termenului</w:t>
            </w:r>
            <w:proofErr w:type="spellEnd"/>
          </w:p>
        </w:tc>
      </w:tr>
      <w:tr w:rsidR="00BD2397" w:rsidRPr="00F9681E" w14:paraId="6F5EDF09" w14:textId="77777777">
        <w:trPr>
          <w:trHeight w:hRule="exact" w:val="506"/>
        </w:trPr>
        <w:tc>
          <w:tcPr>
            <w:tcW w:w="780" w:type="dxa"/>
            <w:tcBorders>
              <w:top w:val="single" w:sz="4" w:space="0" w:color="767676"/>
              <w:left w:val="single" w:sz="3" w:space="0" w:color="767676"/>
              <w:bottom w:val="single" w:sz="4" w:space="0" w:color="767676"/>
              <w:right w:val="single" w:sz="4" w:space="0" w:color="767676"/>
            </w:tcBorders>
            <w:tcMar>
              <w:left w:w="0" w:type="dxa"/>
              <w:right w:w="0" w:type="dxa"/>
            </w:tcMar>
          </w:tcPr>
          <w:p w14:paraId="0C0C00B9" w14:textId="77777777" w:rsidR="00BD2397" w:rsidRPr="00F9681E" w:rsidRDefault="00B8640C">
            <w:pPr>
              <w:autoSpaceDE w:val="0"/>
              <w:autoSpaceDN w:val="0"/>
              <w:spacing w:after="0" w:line="174" w:lineRule="exact"/>
              <w:ind w:left="100"/>
              <w:rPr>
                <w:sz w:val="16"/>
                <w:szCs w:val="16"/>
              </w:rPr>
            </w:pPr>
            <w:r w:rsidRPr="00F9681E">
              <w:rPr>
                <w:rFonts w:ascii="TimesNewRomanPSMT" w:eastAsia="TimesNewRomanPSMT" w:hAnsi="TimesNewRomanPSMT"/>
                <w:color w:val="000000"/>
                <w:w w:val="102"/>
                <w:sz w:val="16"/>
                <w:szCs w:val="16"/>
              </w:rPr>
              <w:t>1</w:t>
            </w:r>
          </w:p>
        </w:tc>
        <w:tc>
          <w:tcPr>
            <w:tcW w:w="1558" w:type="dxa"/>
            <w:tcBorders>
              <w:top w:val="single" w:sz="4" w:space="0" w:color="767676"/>
              <w:left w:val="single" w:sz="4" w:space="0" w:color="767676"/>
              <w:bottom w:val="single" w:sz="4" w:space="0" w:color="767676"/>
              <w:right w:val="single" w:sz="3" w:space="0" w:color="767676"/>
            </w:tcBorders>
            <w:tcMar>
              <w:left w:w="0" w:type="dxa"/>
              <w:right w:w="0" w:type="dxa"/>
            </w:tcMar>
          </w:tcPr>
          <w:p w14:paraId="438480B0" w14:textId="77777777" w:rsidR="00BD2397" w:rsidRPr="00F9681E" w:rsidRDefault="00BD2397">
            <w:pPr>
              <w:spacing w:after="0"/>
              <w:rPr>
                <w:sz w:val="16"/>
                <w:szCs w:val="16"/>
              </w:rPr>
            </w:pP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14:paraId="4D49C4B7" w14:textId="77777777" w:rsidR="00BD2397" w:rsidRPr="00F9681E" w:rsidRDefault="00BD2397">
            <w:pPr>
              <w:spacing w:after="0"/>
              <w:rPr>
                <w:sz w:val="16"/>
                <w:szCs w:val="16"/>
              </w:rPr>
            </w:pPr>
          </w:p>
        </w:tc>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220C8616" w14:textId="77777777" w:rsidR="00BD2397" w:rsidRPr="00F9681E" w:rsidRDefault="00BD2397">
            <w:pPr>
              <w:spacing w:after="0"/>
              <w:rPr>
                <w:sz w:val="16"/>
                <w:szCs w:val="16"/>
              </w:rPr>
            </w:pP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5580B928" w14:textId="77777777" w:rsidR="00BD2397" w:rsidRPr="00F9681E" w:rsidRDefault="00BD2397">
            <w:pPr>
              <w:spacing w:after="0"/>
              <w:rPr>
                <w:sz w:val="16"/>
                <w:szCs w:val="16"/>
              </w:rPr>
            </w:pP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464C1217" w14:textId="77777777" w:rsidR="00BD2397" w:rsidRPr="00F9681E" w:rsidRDefault="00BD2397">
            <w:pPr>
              <w:spacing w:after="0"/>
              <w:rPr>
                <w:sz w:val="16"/>
                <w:szCs w:val="16"/>
              </w:rPr>
            </w:pPr>
          </w:p>
        </w:tc>
      </w:tr>
      <w:tr w:rsidR="00BD2397" w:rsidRPr="00F9681E" w14:paraId="787D5ABA" w14:textId="77777777">
        <w:trPr>
          <w:trHeight w:hRule="exact" w:val="504"/>
        </w:trPr>
        <w:tc>
          <w:tcPr>
            <w:tcW w:w="780" w:type="dxa"/>
            <w:tcBorders>
              <w:top w:val="single" w:sz="4" w:space="0" w:color="767676"/>
              <w:left w:val="single" w:sz="3" w:space="0" w:color="767676"/>
              <w:bottom w:val="single" w:sz="3" w:space="0" w:color="767676"/>
              <w:right w:val="single" w:sz="4" w:space="0" w:color="767676"/>
            </w:tcBorders>
            <w:tcMar>
              <w:left w:w="0" w:type="dxa"/>
              <w:right w:w="0" w:type="dxa"/>
            </w:tcMar>
          </w:tcPr>
          <w:p w14:paraId="259F3E94" w14:textId="77777777" w:rsidR="00BD2397" w:rsidRPr="00F9681E" w:rsidRDefault="00B8640C">
            <w:pPr>
              <w:autoSpaceDE w:val="0"/>
              <w:autoSpaceDN w:val="0"/>
              <w:spacing w:after="0" w:line="174" w:lineRule="exact"/>
              <w:ind w:left="100"/>
              <w:rPr>
                <w:sz w:val="16"/>
                <w:szCs w:val="16"/>
              </w:rPr>
            </w:pPr>
            <w:r w:rsidRPr="00F9681E">
              <w:rPr>
                <w:rFonts w:ascii="TimesNewRomanPSMT" w:eastAsia="TimesNewRomanPSMT" w:hAnsi="TimesNewRomanPSMT"/>
                <w:color w:val="000000"/>
                <w:w w:val="102"/>
                <w:sz w:val="16"/>
                <w:szCs w:val="16"/>
              </w:rPr>
              <w:t>2</w:t>
            </w:r>
          </w:p>
        </w:tc>
        <w:tc>
          <w:tcPr>
            <w:tcW w:w="1558" w:type="dxa"/>
            <w:tcBorders>
              <w:top w:val="single" w:sz="4" w:space="0" w:color="767676"/>
              <w:left w:val="single" w:sz="4" w:space="0" w:color="767676"/>
              <w:bottom w:val="single" w:sz="3" w:space="0" w:color="767676"/>
              <w:right w:val="single" w:sz="3" w:space="0" w:color="767676"/>
            </w:tcBorders>
            <w:tcMar>
              <w:left w:w="0" w:type="dxa"/>
              <w:right w:w="0" w:type="dxa"/>
            </w:tcMar>
          </w:tcPr>
          <w:p w14:paraId="6930733A" w14:textId="77777777" w:rsidR="00BD2397" w:rsidRPr="00F9681E" w:rsidRDefault="00BD2397">
            <w:pPr>
              <w:spacing w:after="0"/>
              <w:rPr>
                <w:sz w:val="16"/>
                <w:szCs w:val="16"/>
              </w:rPr>
            </w:pP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02C17282" w14:textId="77777777" w:rsidR="00BD2397" w:rsidRPr="00F9681E" w:rsidRDefault="00BD2397">
            <w:pPr>
              <w:spacing w:after="0"/>
              <w:rPr>
                <w:sz w:val="16"/>
                <w:szCs w:val="16"/>
              </w:rPr>
            </w:pPr>
          </w:p>
        </w:tc>
        <w:tc>
          <w:tcPr>
            <w:tcW w:w="1558" w:type="dxa"/>
            <w:tcBorders>
              <w:top w:val="single" w:sz="4" w:space="0" w:color="767676"/>
              <w:left w:val="single" w:sz="3" w:space="0" w:color="767676"/>
              <w:bottom w:val="single" w:sz="3" w:space="0" w:color="767676"/>
              <w:right w:val="single" w:sz="3" w:space="0" w:color="767676"/>
            </w:tcBorders>
            <w:tcMar>
              <w:left w:w="0" w:type="dxa"/>
              <w:right w:w="0" w:type="dxa"/>
            </w:tcMar>
          </w:tcPr>
          <w:p w14:paraId="5252910F" w14:textId="77777777" w:rsidR="00BD2397" w:rsidRPr="00F9681E" w:rsidRDefault="00BD2397">
            <w:pPr>
              <w:spacing w:after="0"/>
              <w:rPr>
                <w:sz w:val="16"/>
                <w:szCs w:val="16"/>
              </w:rPr>
            </w:pP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14:paraId="4493D042" w14:textId="77777777" w:rsidR="00BD2397" w:rsidRPr="00F9681E" w:rsidRDefault="00BD2397">
            <w:pPr>
              <w:spacing w:after="0"/>
              <w:rPr>
                <w:sz w:val="16"/>
                <w:szCs w:val="16"/>
              </w:rPr>
            </w:pP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75A93C5B" w14:textId="77777777" w:rsidR="00BD2397" w:rsidRPr="00F9681E" w:rsidRDefault="00BD2397">
            <w:pPr>
              <w:spacing w:after="0"/>
              <w:rPr>
                <w:sz w:val="16"/>
                <w:szCs w:val="16"/>
              </w:rPr>
            </w:pPr>
          </w:p>
        </w:tc>
      </w:tr>
      <w:tr w:rsidR="00BD2397" w:rsidRPr="00F9681E" w14:paraId="4164C067" w14:textId="77777777">
        <w:trPr>
          <w:trHeight w:hRule="exact" w:val="504"/>
        </w:trPr>
        <w:tc>
          <w:tcPr>
            <w:tcW w:w="780" w:type="dxa"/>
            <w:tcBorders>
              <w:top w:val="single" w:sz="3" w:space="0" w:color="767676"/>
              <w:left w:val="single" w:sz="3" w:space="0" w:color="767676"/>
              <w:bottom w:val="single" w:sz="3" w:space="0" w:color="767676"/>
              <w:right w:val="single" w:sz="4" w:space="0" w:color="767676"/>
            </w:tcBorders>
            <w:tcMar>
              <w:left w:w="0" w:type="dxa"/>
              <w:right w:w="0" w:type="dxa"/>
            </w:tcMar>
          </w:tcPr>
          <w:p w14:paraId="7C0E9285" w14:textId="77777777" w:rsidR="00BD2397" w:rsidRPr="00F9681E" w:rsidRDefault="00B8640C">
            <w:pPr>
              <w:autoSpaceDE w:val="0"/>
              <w:autoSpaceDN w:val="0"/>
              <w:spacing w:after="0" w:line="174" w:lineRule="exact"/>
              <w:ind w:left="100"/>
              <w:rPr>
                <w:sz w:val="16"/>
                <w:szCs w:val="16"/>
              </w:rPr>
            </w:pPr>
            <w:r w:rsidRPr="00F9681E">
              <w:rPr>
                <w:rFonts w:ascii="TimesNewRomanPSMT" w:eastAsia="TimesNewRomanPSMT" w:hAnsi="TimesNewRomanPSMT"/>
                <w:color w:val="000000"/>
                <w:w w:val="102"/>
                <w:sz w:val="16"/>
                <w:szCs w:val="16"/>
              </w:rPr>
              <w:t>3</w:t>
            </w:r>
          </w:p>
        </w:tc>
        <w:tc>
          <w:tcPr>
            <w:tcW w:w="1558" w:type="dxa"/>
            <w:tcBorders>
              <w:top w:val="single" w:sz="3" w:space="0" w:color="767676"/>
              <w:left w:val="single" w:sz="4" w:space="0" w:color="767676"/>
              <w:bottom w:val="single" w:sz="3" w:space="0" w:color="767676"/>
              <w:right w:val="single" w:sz="3" w:space="0" w:color="767676"/>
            </w:tcBorders>
            <w:tcMar>
              <w:left w:w="0" w:type="dxa"/>
              <w:right w:w="0" w:type="dxa"/>
            </w:tcMar>
          </w:tcPr>
          <w:p w14:paraId="5617E962" w14:textId="77777777" w:rsidR="00BD2397" w:rsidRPr="00F9681E" w:rsidRDefault="00BD2397">
            <w:pPr>
              <w:spacing w:after="0"/>
              <w:rPr>
                <w:sz w:val="16"/>
                <w:szCs w:val="16"/>
              </w:rPr>
            </w:pPr>
          </w:p>
        </w:tc>
        <w:tc>
          <w:tcPr>
            <w:tcW w:w="2336" w:type="dxa"/>
            <w:tcBorders>
              <w:top w:val="single" w:sz="3" w:space="0" w:color="767676"/>
              <w:left w:val="single" w:sz="3" w:space="0" w:color="767676"/>
              <w:bottom w:val="single" w:sz="3" w:space="0" w:color="767676"/>
              <w:right w:val="single" w:sz="3" w:space="0" w:color="767676"/>
            </w:tcBorders>
            <w:tcMar>
              <w:left w:w="0" w:type="dxa"/>
              <w:right w:w="0" w:type="dxa"/>
            </w:tcMar>
          </w:tcPr>
          <w:p w14:paraId="6E61322F" w14:textId="77777777" w:rsidR="00BD2397" w:rsidRPr="00F9681E" w:rsidRDefault="00BD2397">
            <w:pPr>
              <w:spacing w:after="0"/>
              <w:rPr>
                <w:sz w:val="16"/>
                <w:szCs w:val="16"/>
              </w:rPr>
            </w:pPr>
          </w:p>
        </w:tc>
        <w:tc>
          <w:tcPr>
            <w:tcW w:w="1558" w:type="dxa"/>
            <w:tcBorders>
              <w:top w:val="single" w:sz="3" w:space="0" w:color="767676"/>
              <w:left w:val="single" w:sz="3" w:space="0" w:color="767676"/>
              <w:bottom w:val="single" w:sz="3" w:space="0" w:color="767676"/>
              <w:right w:val="single" w:sz="3" w:space="0" w:color="767676"/>
            </w:tcBorders>
            <w:tcMar>
              <w:left w:w="0" w:type="dxa"/>
              <w:right w:w="0" w:type="dxa"/>
            </w:tcMar>
          </w:tcPr>
          <w:p w14:paraId="21CF3042" w14:textId="77777777" w:rsidR="00BD2397" w:rsidRPr="00F9681E" w:rsidRDefault="00BD2397">
            <w:pPr>
              <w:spacing w:after="0"/>
              <w:rPr>
                <w:sz w:val="16"/>
                <w:szCs w:val="16"/>
              </w:rPr>
            </w:pP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14:paraId="247B1F22" w14:textId="77777777" w:rsidR="00BD2397" w:rsidRPr="00F9681E" w:rsidRDefault="00BD2397">
            <w:pPr>
              <w:spacing w:after="0"/>
              <w:rPr>
                <w:sz w:val="16"/>
                <w:szCs w:val="16"/>
              </w:rPr>
            </w:pPr>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226615F3" w14:textId="77777777" w:rsidR="00BD2397" w:rsidRPr="00F9681E" w:rsidRDefault="00BD2397">
            <w:pPr>
              <w:spacing w:after="0"/>
              <w:rPr>
                <w:sz w:val="16"/>
                <w:szCs w:val="16"/>
              </w:rPr>
            </w:pPr>
          </w:p>
        </w:tc>
      </w:tr>
      <w:tr w:rsidR="00BD2397" w:rsidRPr="00F9681E" w14:paraId="0AEA3E8D" w14:textId="77777777">
        <w:trPr>
          <w:trHeight w:hRule="exact" w:val="504"/>
        </w:trPr>
        <w:tc>
          <w:tcPr>
            <w:tcW w:w="780" w:type="dxa"/>
            <w:tcBorders>
              <w:top w:val="single" w:sz="3" w:space="0" w:color="767676"/>
              <w:left w:val="single" w:sz="3" w:space="0" w:color="767676"/>
              <w:bottom w:val="single" w:sz="4" w:space="0" w:color="767676"/>
              <w:right w:val="single" w:sz="4" w:space="0" w:color="767676"/>
            </w:tcBorders>
            <w:tcMar>
              <w:left w:w="0" w:type="dxa"/>
              <w:right w:w="0" w:type="dxa"/>
            </w:tcMar>
          </w:tcPr>
          <w:p w14:paraId="513600F0" w14:textId="77777777" w:rsidR="00BD2397" w:rsidRPr="00F9681E" w:rsidRDefault="00B8640C">
            <w:pPr>
              <w:autoSpaceDE w:val="0"/>
              <w:autoSpaceDN w:val="0"/>
              <w:spacing w:after="0" w:line="174" w:lineRule="exact"/>
              <w:ind w:left="100"/>
              <w:rPr>
                <w:sz w:val="16"/>
                <w:szCs w:val="16"/>
              </w:rPr>
            </w:pPr>
            <w:r w:rsidRPr="00F9681E">
              <w:rPr>
                <w:rFonts w:ascii="TimesNewRomanPSMT" w:eastAsia="TimesNewRomanPSMT" w:hAnsi="TimesNewRomanPSMT"/>
                <w:color w:val="000000"/>
                <w:w w:val="102"/>
                <w:sz w:val="16"/>
                <w:szCs w:val="16"/>
              </w:rPr>
              <w:t>4</w:t>
            </w:r>
          </w:p>
        </w:tc>
        <w:tc>
          <w:tcPr>
            <w:tcW w:w="1558" w:type="dxa"/>
            <w:tcBorders>
              <w:top w:val="single" w:sz="3" w:space="0" w:color="767676"/>
              <w:left w:val="single" w:sz="4" w:space="0" w:color="767676"/>
              <w:bottom w:val="single" w:sz="4" w:space="0" w:color="767676"/>
              <w:right w:val="single" w:sz="3" w:space="0" w:color="767676"/>
            </w:tcBorders>
            <w:tcMar>
              <w:left w:w="0" w:type="dxa"/>
              <w:right w:w="0" w:type="dxa"/>
            </w:tcMar>
          </w:tcPr>
          <w:p w14:paraId="1FCEE902" w14:textId="77777777" w:rsidR="00BD2397" w:rsidRPr="00F9681E" w:rsidRDefault="00BD2397">
            <w:pPr>
              <w:spacing w:after="0"/>
              <w:rPr>
                <w:sz w:val="16"/>
                <w:szCs w:val="16"/>
              </w:rPr>
            </w:pP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5FCDA1D4" w14:textId="77777777" w:rsidR="00BD2397" w:rsidRPr="00F9681E" w:rsidRDefault="00BD2397">
            <w:pPr>
              <w:spacing w:after="0"/>
              <w:rPr>
                <w:sz w:val="16"/>
                <w:szCs w:val="16"/>
              </w:rPr>
            </w:pPr>
          </w:p>
        </w:tc>
        <w:tc>
          <w:tcPr>
            <w:tcW w:w="1558" w:type="dxa"/>
            <w:tcBorders>
              <w:top w:val="single" w:sz="3" w:space="0" w:color="767676"/>
              <w:left w:val="single" w:sz="3" w:space="0" w:color="767676"/>
              <w:bottom w:val="single" w:sz="4" w:space="0" w:color="767676"/>
              <w:right w:val="single" w:sz="3" w:space="0" w:color="767676"/>
            </w:tcBorders>
            <w:tcMar>
              <w:left w:w="0" w:type="dxa"/>
              <w:right w:w="0" w:type="dxa"/>
            </w:tcMar>
          </w:tcPr>
          <w:p w14:paraId="6EC63361" w14:textId="77777777" w:rsidR="00BD2397" w:rsidRPr="00F9681E" w:rsidRDefault="00BD2397">
            <w:pPr>
              <w:spacing w:after="0"/>
              <w:rPr>
                <w:sz w:val="16"/>
                <w:szCs w:val="16"/>
              </w:rPr>
            </w:pPr>
          </w:p>
        </w:tc>
        <w:tc>
          <w:tcPr>
            <w:tcW w:w="1560" w:type="dxa"/>
            <w:tcBorders>
              <w:top w:val="single" w:sz="3" w:space="0" w:color="767676"/>
              <w:left w:val="single" w:sz="3" w:space="0" w:color="767676"/>
              <w:bottom w:val="single" w:sz="4" w:space="0" w:color="767676"/>
              <w:right w:val="single" w:sz="4" w:space="0" w:color="767676"/>
            </w:tcBorders>
            <w:tcMar>
              <w:left w:w="0" w:type="dxa"/>
              <w:right w:w="0" w:type="dxa"/>
            </w:tcMar>
          </w:tcPr>
          <w:p w14:paraId="44AE099F" w14:textId="77777777" w:rsidR="00BD2397" w:rsidRPr="00F9681E" w:rsidRDefault="00BD2397">
            <w:pPr>
              <w:spacing w:after="0"/>
              <w:rPr>
                <w:sz w:val="16"/>
                <w:szCs w:val="16"/>
              </w:rPr>
            </w:pPr>
          </w:p>
        </w:tc>
        <w:tc>
          <w:tcPr>
            <w:tcW w:w="1556" w:type="dxa"/>
            <w:tcBorders>
              <w:top w:val="single" w:sz="3" w:space="0" w:color="767676"/>
              <w:left w:val="single" w:sz="4" w:space="0" w:color="767676"/>
              <w:bottom w:val="single" w:sz="4" w:space="0" w:color="767676"/>
              <w:right w:val="single" w:sz="3" w:space="0" w:color="767676"/>
            </w:tcBorders>
            <w:tcMar>
              <w:left w:w="0" w:type="dxa"/>
              <w:right w:w="0" w:type="dxa"/>
            </w:tcMar>
          </w:tcPr>
          <w:p w14:paraId="63B3FC7D" w14:textId="77777777" w:rsidR="00BD2397" w:rsidRPr="00F9681E" w:rsidRDefault="00BD2397">
            <w:pPr>
              <w:spacing w:after="0"/>
              <w:rPr>
                <w:sz w:val="16"/>
                <w:szCs w:val="16"/>
              </w:rPr>
            </w:pPr>
          </w:p>
        </w:tc>
      </w:tr>
    </w:tbl>
    <w:p w14:paraId="576E535B" w14:textId="77777777" w:rsidR="00BD2397" w:rsidRPr="00F9681E" w:rsidRDefault="00BD2397">
      <w:pPr>
        <w:autoSpaceDE w:val="0"/>
        <w:autoSpaceDN w:val="0"/>
        <w:spacing w:after="0" w:line="118" w:lineRule="exact"/>
        <w:rPr>
          <w:sz w:val="16"/>
          <w:szCs w:val="16"/>
        </w:rPr>
      </w:pPr>
    </w:p>
    <w:tbl>
      <w:tblPr>
        <w:tblW w:w="0" w:type="auto"/>
        <w:tblInd w:w="4" w:type="dxa"/>
        <w:tblLayout w:type="fixed"/>
        <w:tblLook w:val="04A0" w:firstRow="1" w:lastRow="0" w:firstColumn="1" w:lastColumn="0" w:noHBand="0" w:noVBand="1"/>
      </w:tblPr>
      <w:tblGrid>
        <w:gridCol w:w="9348"/>
      </w:tblGrid>
      <w:tr w:rsidR="00BD2397" w:rsidRPr="00F9681E" w14:paraId="68086121" w14:textId="77777777">
        <w:trPr>
          <w:trHeight w:hRule="exact" w:val="21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3E80A360"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rPr>
              <w:t xml:space="preserve"> 5. </w:t>
            </w:r>
            <w:r w:rsidRPr="00F9681E">
              <w:rPr>
                <w:rFonts w:ascii="TimesNewRomanPS" w:eastAsia="TimesNewRomanPS" w:hAnsi="TimesNewRomanPS"/>
                <w:b/>
                <w:color w:val="000000"/>
                <w:w w:val="102"/>
                <w:sz w:val="16"/>
                <w:szCs w:val="16"/>
              </w:rPr>
              <w:t>ASUMAREA RĂSPUNDERII ȘI CONSIMȚĂMÂNTUL</w:t>
            </w:r>
          </w:p>
        </w:tc>
      </w:tr>
      <w:tr w:rsidR="00BD2397" w:rsidRPr="00F9681E" w14:paraId="5637EDAC" w14:textId="77777777">
        <w:trPr>
          <w:trHeight w:hRule="exact" w:val="910"/>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2483253A" w14:textId="77777777" w:rsidR="00BD2397" w:rsidRPr="00F9681E" w:rsidRDefault="00B8640C">
            <w:pPr>
              <w:autoSpaceDE w:val="0"/>
              <w:autoSpaceDN w:val="0"/>
              <w:spacing w:after="0" w:line="180" w:lineRule="exact"/>
              <w:ind w:left="100"/>
              <w:rPr>
                <w:sz w:val="16"/>
                <w:szCs w:val="16"/>
              </w:rPr>
            </w:pPr>
            <w:proofErr w:type="spellStart"/>
            <w:r w:rsidRPr="00F9681E">
              <w:rPr>
                <w:rFonts w:ascii="TimesNewRomanPS" w:eastAsia="TimesNewRomanPS" w:hAnsi="TimesNewRomanPS"/>
                <w:i/>
                <w:color w:val="000000"/>
                <w:w w:val="97"/>
                <w:sz w:val="16"/>
                <w:szCs w:val="16"/>
              </w:rPr>
              <w:t>Declar</w:t>
            </w:r>
            <w:proofErr w:type="spellEnd"/>
            <w:r w:rsidRPr="00F9681E">
              <w:rPr>
                <w:rFonts w:ascii="TimesNewRomanPS" w:eastAsia="TimesNewRomanPS" w:hAnsi="TimesNewRomanPS"/>
                <w:i/>
                <w:color w:val="000000"/>
                <w:w w:val="97"/>
                <w:sz w:val="16"/>
                <w:szCs w:val="16"/>
              </w:rPr>
              <w:t xml:space="preserve"> pe propria </w:t>
            </w:r>
            <w:proofErr w:type="spellStart"/>
            <w:r w:rsidRPr="00F9681E">
              <w:rPr>
                <w:rFonts w:ascii="TimesNewRomanPS" w:eastAsia="TimesNewRomanPS" w:hAnsi="TimesNewRomanPS"/>
                <w:i/>
                <w:color w:val="000000"/>
                <w:w w:val="97"/>
                <w:sz w:val="16"/>
                <w:szCs w:val="16"/>
              </w:rPr>
              <w:t>răspundere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cunoscând</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prevederile</w:t>
            </w:r>
            <w:proofErr w:type="spellEnd"/>
            <w:r w:rsidRPr="00F9681E">
              <w:rPr>
                <w:rFonts w:ascii="TimesNewRomanPS" w:eastAsia="TimesNewRomanPS" w:hAnsi="TimesNewRomanPS"/>
                <w:i/>
                <w:color w:val="000000"/>
                <w:w w:val="97"/>
                <w:sz w:val="16"/>
                <w:szCs w:val="16"/>
              </w:rPr>
              <w:t xml:space="preserve"> art. 326 din </w:t>
            </w:r>
            <w:proofErr w:type="spellStart"/>
            <w:r w:rsidRPr="00F9681E">
              <w:rPr>
                <w:rFonts w:ascii="TimesNewRomanPS" w:eastAsia="TimesNewRomanPS" w:hAnsi="TimesNewRomanPS"/>
                <w:i/>
                <w:color w:val="000000"/>
                <w:w w:val="97"/>
                <w:sz w:val="16"/>
                <w:szCs w:val="16"/>
              </w:rPr>
              <w:t>Codul</w:t>
            </w:r>
            <w:proofErr w:type="spellEnd"/>
            <w:r w:rsidRPr="00F9681E">
              <w:rPr>
                <w:rFonts w:ascii="TimesNewRomanPS" w:eastAsia="TimesNewRomanPS" w:hAnsi="TimesNewRomanPS"/>
                <w:i/>
                <w:color w:val="000000"/>
                <w:w w:val="97"/>
                <w:sz w:val="16"/>
                <w:szCs w:val="16"/>
              </w:rPr>
              <w:t xml:space="preserve"> penal </w:t>
            </w:r>
            <w:proofErr w:type="spellStart"/>
            <w:r w:rsidRPr="00F9681E">
              <w:rPr>
                <w:rFonts w:ascii="TimesNewRomanPS" w:eastAsia="TimesNewRomanPS" w:hAnsi="TimesNewRomanPS"/>
                <w:i/>
                <w:color w:val="000000"/>
                <w:w w:val="97"/>
                <w:sz w:val="16"/>
                <w:szCs w:val="16"/>
              </w:rPr>
              <w:t>privind</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falsul</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declarații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că</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datele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înscrise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prezenta</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cerere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documentele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anexate</w:t>
            </w:r>
            <w:proofErr w:type="spellEnd"/>
            <w:r w:rsidRPr="00F9681E">
              <w:rPr>
                <w:rFonts w:ascii="TimesNewRomanPS" w:eastAsia="TimesNewRomanPS" w:hAnsi="TimesNewRomanPS"/>
                <w:i/>
                <w:color w:val="000000"/>
                <w:w w:val="97"/>
                <w:sz w:val="16"/>
                <w:szCs w:val="16"/>
              </w:rPr>
              <w:t xml:space="preserve"> sunt </w:t>
            </w:r>
            <w:proofErr w:type="spellStart"/>
            <w:r w:rsidRPr="00F9681E">
              <w:rPr>
                <w:rFonts w:ascii="TimesNewRomanPS" w:eastAsia="TimesNewRomanPS" w:hAnsi="TimesNewRomanPS"/>
                <w:i/>
                <w:color w:val="000000"/>
                <w:w w:val="97"/>
                <w:sz w:val="16"/>
                <w:szCs w:val="16"/>
              </w:rPr>
              <w:t>reale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corecte</w:t>
            </w:r>
            <w:proofErr w:type="spellEnd"/>
            <w:r w:rsidRPr="00F9681E">
              <w:rPr>
                <w:rFonts w:ascii="TimesNewRomanPS" w:eastAsia="TimesNewRomanPS" w:hAnsi="TimesNewRomanPS"/>
                <w:i/>
                <w:color w:val="000000"/>
                <w:w w:val="97"/>
                <w:sz w:val="16"/>
                <w:szCs w:val="16"/>
              </w:rPr>
              <w:t xml:space="preserve">, complete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perfect </w:t>
            </w:r>
            <w:proofErr w:type="spellStart"/>
            <w:r w:rsidRPr="00F9681E">
              <w:rPr>
                <w:rFonts w:ascii="TimesNewRomanPS" w:eastAsia="TimesNewRomanPS" w:hAnsi="TimesNewRomanPS"/>
                <w:i/>
                <w:color w:val="000000"/>
                <w:w w:val="97"/>
                <w:sz w:val="16"/>
                <w:szCs w:val="16"/>
              </w:rPr>
              <w:t>valabile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înțeleg</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că</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invocarea</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fața</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unei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autorități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sau</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instituții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publice</w:t>
            </w:r>
            <w:proofErr w:type="spellEnd"/>
            <w:r w:rsidRPr="00F9681E">
              <w:rPr>
                <w:rFonts w:ascii="TimesNewRomanPS" w:eastAsia="TimesNewRomanPS" w:hAnsi="TimesNewRomanPS"/>
                <w:i/>
                <w:color w:val="000000"/>
                <w:w w:val="97"/>
                <w:sz w:val="16"/>
                <w:szCs w:val="16"/>
              </w:rPr>
              <w:t xml:space="preserve"> a </w:t>
            </w:r>
            <w:proofErr w:type="spellStart"/>
            <w:r w:rsidRPr="00F9681E">
              <w:rPr>
                <w:rFonts w:ascii="TimesNewRomanPS" w:eastAsia="TimesNewRomanPS" w:hAnsi="TimesNewRomanPS"/>
                <w:i/>
                <w:color w:val="000000"/>
                <w:w w:val="97"/>
                <w:sz w:val="16"/>
                <w:szCs w:val="16"/>
              </w:rPr>
              <w:t>obținerii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unui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aviz</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sau</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acord</w:t>
            </w:r>
            <w:proofErr w:type="spellEnd"/>
            <w:r w:rsidRPr="00F9681E">
              <w:rPr>
                <w:rFonts w:ascii="TimesNewRomanPS" w:eastAsia="TimesNewRomanPS" w:hAnsi="TimesNewRomanPS"/>
                <w:i/>
                <w:color w:val="000000"/>
                <w:w w:val="97"/>
                <w:sz w:val="16"/>
                <w:szCs w:val="16"/>
              </w:rPr>
              <w:t xml:space="preserve"> ca </w:t>
            </w:r>
            <w:proofErr w:type="spellStart"/>
            <w:r w:rsidRPr="00F9681E">
              <w:rPr>
                <w:rFonts w:ascii="TimesNewRomanPS" w:eastAsia="TimesNewRomanPS" w:hAnsi="TimesNewRomanPS"/>
                <w:i/>
                <w:color w:val="000000"/>
                <w:w w:val="97"/>
                <w:sz w:val="16"/>
                <w:szCs w:val="16"/>
              </w:rPr>
              <w:t>urmare</w:t>
            </w:r>
            <w:proofErr w:type="spellEnd"/>
            <w:r w:rsidRPr="00F9681E">
              <w:rPr>
                <w:rFonts w:ascii="TimesNewRomanPS" w:eastAsia="TimesNewRomanPS" w:hAnsi="TimesNewRomanPS"/>
                <w:i/>
                <w:color w:val="000000"/>
                <w:w w:val="97"/>
                <w:sz w:val="16"/>
                <w:szCs w:val="16"/>
              </w:rPr>
              <w:t xml:space="preserve"> a </w:t>
            </w:r>
            <w:proofErr w:type="spellStart"/>
            <w:r w:rsidRPr="00F9681E">
              <w:rPr>
                <w:rFonts w:ascii="TimesNewRomanPS" w:eastAsia="TimesNewRomanPS" w:hAnsi="TimesNewRomanPS"/>
                <w:i/>
                <w:color w:val="000000"/>
                <w:w w:val="97"/>
                <w:sz w:val="16"/>
                <w:szCs w:val="16"/>
              </w:rPr>
              <w:t>procedurii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aprobării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tacite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omițând</w:t>
            </w:r>
            <w:proofErr w:type="spellEnd"/>
            <w:r w:rsidRPr="00F9681E">
              <w:rPr>
                <w:rFonts w:ascii="TimesNewRomanPS" w:eastAsia="TimesNewRomanPS" w:hAnsi="TimesNewRomanPS"/>
                <w:i/>
                <w:color w:val="000000"/>
                <w:w w:val="97"/>
                <w:sz w:val="16"/>
                <w:szCs w:val="16"/>
              </w:rPr>
              <w:t xml:space="preserve"> cu </w:t>
            </w:r>
            <w:proofErr w:type="spellStart"/>
            <w:r w:rsidRPr="00F9681E">
              <w:rPr>
                <w:rFonts w:ascii="TimesNewRomanPS" w:eastAsia="TimesNewRomanPS" w:hAnsi="TimesNewRomanPS"/>
                <w:i/>
                <w:color w:val="000000"/>
                <w:w w:val="97"/>
                <w:sz w:val="16"/>
                <w:szCs w:val="16"/>
              </w:rPr>
              <w:t>știință</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prezentarea</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răspunsului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ori</w:t>
            </w:r>
            <w:proofErr w:type="spellEnd"/>
            <w:r w:rsidRPr="00F9681E">
              <w:rPr>
                <w:rFonts w:ascii="TimesNewRomanPS" w:eastAsia="TimesNewRomanPS" w:hAnsi="TimesNewRomanPS"/>
                <w:i/>
                <w:color w:val="000000"/>
                <w:w w:val="97"/>
                <w:sz w:val="16"/>
                <w:szCs w:val="16"/>
              </w:rPr>
              <w:t xml:space="preserve"> a </w:t>
            </w:r>
            <w:proofErr w:type="spellStart"/>
            <w:r w:rsidRPr="00F9681E">
              <w:rPr>
                <w:rFonts w:ascii="TimesNewRomanPS" w:eastAsia="TimesNewRomanPS" w:hAnsi="TimesNewRomanPS"/>
                <w:i/>
                <w:color w:val="000000"/>
                <w:w w:val="97"/>
                <w:sz w:val="16"/>
                <w:szCs w:val="16"/>
              </w:rPr>
              <w:t>notificării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primite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cadrul</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procesului</w:t>
            </w:r>
            <w:proofErr w:type="spellEnd"/>
            <w:r w:rsidRPr="00F9681E">
              <w:rPr>
                <w:rFonts w:ascii="TimesNewRomanPS" w:eastAsia="TimesNewRomanPS" w:hAnsi="TimesNewRomanPS"/>
                <w:i/>
                <w:color w:val="000000"/>
                <w:w w:val="97"/>
                <w:sz w:val="16"/>
                <w:szCs w:val="16"/>
              </w:rPr>
              <w:t xml:space="preserve"> de </w:t>
            </w:r>
            <w:proofErr w:type="spellStart"/>
            <w:r w:rsidRPr="00F9681E">
              <w:rPr>
                <w:rFonts w:ascii="TimesNewRomanPS" w:eastAsia="TimesNewRomanPS" w:hAnsi="TimesNewRomanPS"/>
                <w:i/>
                <w:color w:val="000000"/>
                <w:w w:val="97"/>
                <w:sz w:val="16"/>
                <w:szCs w:val="16"/>
              </w:rPr>
              <w:t>emitere</w:t>
            </w:r>
            <w:proofErr w:type="spellEnd"/>
            <w:r w:rsidRPr="00F9681E">
              <w:rPr>
                <w:rFonts w:ascii="TimesNewRomanPS" w:eastAsia="TimesNewRomanPS" w:hAnsi="TimesNewRomanPS"/>
                <w:i/>
                <w:color w:val="000000"/>
                <w:w w:val="97"/>
                <w:sz w:val="16"/>
                <w:szCs w:val="16"/>
              </w:rPr>
              <w:t xml:space="preserve"> a </w:t>
            </w:r>
            <w:proofErr w:type="spellStart"/>
            <w:r w:rsidRPr="00F9681E">
              <w:rPr>
                <w:rFonts w:ascii="TimesNewRomanPS" w:eastAsia="TimesNewRomanPS" w:hAnsi="TimesNewRomanPS"/>
                <w:i/>
                <w:color w:val="000000"/>
                <w:w w:val="97"/>
                <w:sz w:val="16"/>
                <w:szCs w:val="16"/>
              </w:rPr>
              <w:t>avizelor</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acordurilor</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reprezintă</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fals</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declarații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constituie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infracțiune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se </w:t>
            </w:r>
            <w:proofErr w:type="spellStart"/>
            <w:r w:rsidRPr="00F9681E">
              <w:rPr>
                <w:rFonts w:ascii="TimesNewRomanPS" w:eastAsia="TimesNewRomanPS" w:hAnsi="TimesNewRomanPS"/>
                <w:i/>
                <w:color w:val="000000"/>
                <w:w w:val="97"/>
                <w:sz w:val="16"/>
                <w:szCs w:val="16"/>
              </w:rPr>
              <w:t>pedepsește</w:t>
            </w:r>
            <w:proofErr w:type="spellEnd"/>
            <w:r w:rsidRPr="00F9681E">
              <w:rPr>
                <w:rFonts w:ascii="TimesNewRomanPS" w:eastAsia="TimesNewRomanPS" w:hAnsi="TimesNewRomanPS"/>
                <w:i/>
                <w:color w:val="000000"/>
                <w:w w:val="97"/>
                <w:sz w:val="16"/>
                <w:szCs w:val="16"/>
              </w:rPr>
              <w:t xml:space="preserve"> conform </w:t>
            </w:r>
            <w:proofErr w:type="spellStart"/>
            <w:r w:rsidRPr="00F9681E">
              <w:rPr>
                <w:rFonts w:ascii="TimesNewRomanPS" w:eastAsia="TimesNewRomanPS" w:hAnsi="TimesNewRomanPS"/>
                <w:i/>
                <w:color w:val="000000"/>
                <w:w w:val="97"/>
                <w:sz w:val="16"/>
                <w:szCs w:val="16"/>
              </w:rPr>
              <w:t>legii</w:t>
            </w:r>
            <w:proofErr w:type="spellEnd"/>
            <w:r w:rsidRPr="00F9681E">
              <w:rPr>
                <w:rFonts w:ascii="TimesNewRomanPS" w:eastAsia="TimesNewRomanPS" w:hAnsi="TimesNewRomanPS"/>
                <w:i/>
                <w:color w:val="000000"/>
                <w:w w:val="97"/>
                <w:sz w:val="16"/>
                <w:szCs w:val="16"/>
              </w:rPr>
              <w:t>.</w:t>
            </w:r>
          </w:p>
        </w:tc>
      </w:tr>
      <w:tr w:rsidR="00BD2397" w:rsidRPr="001748F8" w14:paraId="0458C498" w14:textId="77777777">
        <w:trPr>
          <w:trHeight w:hRule="exact" w:val="128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AA5C3E4" w14:textId="77777777" w:rsidR="00BD2397" w:rsidRPr="001F7E48" w:rsidRDefault="00B8640C">
            <w:pPr>
              <w:autoSpaceDE w:val="0"/>
              <w:autoSpaceDN w:val="0"/>
              <w:spacing w:after="0" w:line="158" w:lineRule="exact"/>
              <w:ind w:left="100"/>
              <w:rPr>
                <w:sz w:val="16"/>
                <w:szCs w:val="16"/>
                <w:lang w:val="pt-PT"/>
              </w:rPr>
            </w:pPr>
            <w:r w:rsidRPr="001F7E48">
              <w:rPr>
                <w:rFonts w:ascii="TimesNewRomanPSMT" w:eastAsia="TimesNewRomanPSMT" w:hAnsi="TimesNewRomanPSMT"/>
                <w:color w:val="000000"/>
                <w:w w:val="97"/>
                <w:sz w:val="16"/>
                <w:szCs w:val="16"/>
                <w:lang w:val="pt-PT"/>
              </w:rP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w:t>
            </w:r>
            <w:r w:rsidRPr="001F7E48">
              <w:rPr>
                <w:sz w:val="16"/>
                <w:szCs w:val="16"/>
                <w:lang w:val="pt-PT"/>
              </w:rPr>
              <w:br/>
            </w:r>
            <w:r w:rsidRPr="001F7E48">
              <w:rPr>
                <w:rFonts w:ascii="TimesNewRomanPSMT" w:eastAsia="TimesNewRomanPSMT" w:hAnsi="TimesNewRomanPSMT"/>
                <w:color w:val="000000"/>
                <w:w w:val="97"/>
                <w:sz w:val="16"/>
                <w:szCs w:val="16"/>
                <w:lang w:val="pt-PT"/>
              </w:rPr>
              <w:t xml:space="preserve">……………………………………………………………,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 </w:t>
            </w:r>
          </w:p>
        </w:tc>
      </w:tr>
      <w:tr w:rsidR="00BD2397" w:rsidRPr="001748F8" w14:paraId="68A3DECF" w14:textId="77777777">
        <w:trPr>
          <w:trHeight w:hRule="exact" w:val="19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C7AA8A0" w14:textId="77777777" w:rsidR="00BD2397" w:rsidRPr="000C1C98" w:rsidRDefault="00B8640C">
            <w:pPr>
              <w:autoSpaceDE w:val="0"/>
              <w:autoSpaceDN w:val="0"/>
              <w:spacing w:after="0" w:line="166" w:lineRule="exact"/>
              <w:ind w:left="100"/>
              <w:rPr>
                <w:sz w:val="16"/>
                <w:szCs w:val="16"/>
                <w:lang w:val="pt-PT"/>
              </w:rPr>
            </w:pPr>
            <w:r w:rsidRPr="000C1C98">
              <w:rPr>
                <w:rFonts w:ascii="TimesNewRomanPS" w:eastAsia="TimesNewRomanPS" w:hAnsi="TimesNewRomanPS"/>
                <w:i/>
                <w:color w:val="000000"/>
                <w:w w:val="97"/>
                <w:sz w:val="16"/>
                <w:szCs w:val="16"/>
                <w:lang w:val="pt-PT"/>
              </w:rPr>
              <w:t>Am înțeles această declarație de consimțământ și sunt de acord cu prelucrarea datelor mele cu caracter personal.</w:t>
            </w:r>
          </w:p>
        </w:tc>
      </w:tr>
    </w:tbl>
    <w:p w14:paraId="71A79F7C" w14:textId="77777777" w:rsidR="00BD2397" w:rsidRPr="000C1C98" w:rsidRDefault="00BD2397">
      <w:pPr>
        <w:autoSpaceDE w:val="0"/>
        <w:autoSpaceDN w:val="0"/>
        <w:spacing w:after="0" w:line="116" w:lineRule="exact"/>
        <w:rPr>
          <w:sz w:val="16"/>
          <w:szCs w:val="16"/>
          <w:lang w:val="pt-PT"/>
        </w:rPr>
      </w:pPr>
    </w:p>
    <w:tbl>
      <w:tblPr>
        <w:tblW w:w="0" w:type="auto"/>
        <w:tblInd w:w="4" w:type="dxa"/>
        <w:tblLayout w:type="fixed"/>
        <w:tblLook w:val="04A0" w:firstRow="1" w:lastRow="0" w:firstColumn="1" w:lastColumn="0" w:noHBand="0" w:noVBand="1"/>
      </w:tblPr>
      <w:tblGrid>
        <w:gridCol w:w="1558"/>
        <w:gridCol w:w="4674"/>
        <w:gridCol w:w="3116"/>
      </w:tblGrid>
      <w:tr w:rsidR="00BD2397" w:rsidRPr="00F9681E" w14:paraId="43226734" w14:textId="77777777">
        <w:trPr>
          <w:trHeight w:hRule="exact" w:val="210"/>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69E54A7" w14:textId="77777777" w:rsidR="00BD2397" w:rsidRPr="00F9681E" w:rsidRDefault="00B8640C">
            <w:pPr>
              <w:autoSpaceDE w:val="0"/>
              <w:autoSpaceDN w:val="0"/>
              <w:spacing w:after="0" w:line="174" w:lineRule="exact"/>
              <w:ind w:left="100"/>
              <w:rPr>
                <w:sz w:val="16"/>
                <w:szCs w:val="16"/>
              </w:rPr>
            </w:pPr>
            <w:r w:rsidRPr="000C1C98">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6. </w:t>
            </w:r>
            <w:r w:rsidRPr="00F9681E">
              <w:rPr>
                <w:rFonts w:ascii="TimesNewRomanPS" w:eastAsia="TimesNewRomanPS" w:hAnsi="TimesNewRomanPS"/>
                <w:b/>
                <w:color w:val="000000"/>
                <w:w w:val="102"/>
                <w:sz w:val="16"/>
                <w:szCs w:val="16"/>
              </w:rPr>
              <w:t>DATA ȘI SEMNĂTURA</w:t>
            </w:r>
          </w:p>
        </w:tc>
      </w:tr>
      <w:tr w:rsidR="00BD2397" w:rsidRPr="00F9681E" w14:paraId="35B6F41E" w14:textId="77777777">
        <w:trPr>
          <w:trHeight w:hRule="exact" w:val="50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19DE1C3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78EE550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Beneficiarul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reprezentantul</w:t>
            </w:r>
            <w:proofErr w:type="spellEnd"/>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6A400970"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Semnătura</w:t>
            </w:r>
            <w:proofErr w:type="spellEnd"/>
          </w:p>
        </w:tc>
      </w:tr>
    </w:tbl>
    <w:p w14:paraId="46BFE1FD" w14:textId="77777777" w:rsidR="00BD2397" w:rsidRPr="001F7E48" w:rsidRDefault="00B8640C">
      <w:pPr>
        <w:tabs>
          <w:tab w:val="left" w:pos="4234"/>
        </w:tabs>
        <w:autoSpaceDE w:val="0"/>
        <w:autoSpaceDN w:val="0"/>
        <w:spacing w:after="0" w:line="144" w:lineRule="exact"/>
        <w:ind w:left="108"/>
        <w:rPr>
          <w:sz w:val="16"/>
          <w:szCs w:val="16"/>
          <w:lang w:val="pt-PT"/>
        </w:rPr>
      </w:pPr>
      <w:r w:rsidRPr="001F7E48">
        <w:rPr>
          <w:rFonts w:ascii="TimesNewRomanPSMT" w:eastAsia="TimesNewRomanPSMT" w:hAnsi="TimesNewRomanPSMT"/>
          <w:color w:val="595959"/>
          <w:w w:val="97"/>
          <w:sz w:val="16"/>
          <w:szCs w:val="16"/>
          <w:lang w:val="pt-PT"/>
        </w:rPr>
        <w:t xml:space="preserve">F_A_03 · versiunea 1.0 </w:t>
      </w:r>
      <w:r w:rsidRPr="001F7E48">
        <w:rPr>
          <w:sz w:val="16"/>
          <w:szCs w:val="16"/>
          <w:lang w:val="pt-PT"/>
        </w:rPr>
        <w:tab/>
      </w:r>
      <w:r w:rsidRPr="001F7E48">
        <w:rPr>
          <w:rFonts w:ascii="TimesNewRomanPSMT" w:eastAsia="TimesNewRomanPSMT" w:hAnsi="TimesNewRomanPSMT"/>
          <w:color w:val="595959"/>
          <w:w w:val="97"/>
          <w:sz w:val="16"/>
          <w:szCs w:val="16"/>
          <w:lang w:val="pt-PT"/>
        </w:rPr>
        <w:t>pagina 2 din 2</w:t>
      </w:r>
    </w:p>
    <w:p w14:paraId="19FADB4E" w14:textId="77777777" w:rsidR="00BD2397" w:rsidRPr="001F7E48" w:rsidRDefault="00BD2397">
      <w:pPr>
        <w:autoSpaceDE w:val="0"/>
        <w:autoSpaceDN w:val="0"/>
        <w:spacing w:after="0" w:line="126" w:lineRule="exact"/>
        <w:rPr>
          <w:lang w:val="pt-PT"/>
        </w:rPr>
      </w:pPr>
    </w:p>
    <w:sectPr w:rsidR="00BD2397" w:rsidRPr="001F7E48"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6063C"/>
    <w:rsid w:val="000C1C98"/>
    <w:rsid w:val="0015074B"/>
    <w:rsid w:val="001748F8"/>
    <w:rsid w:val="00184E29"/>
    <w:rsid w:val="00187A6E"/>
    <w:rsid w:val="001C63D4"/>
    <w:rsid w:val="001F5194"/>
    <w:rsid w:val="001F7E48"/>
    <w:rsid w:val="00243A23"/>
    <w:rsid w:val="0029639D"/>
    <w:rsid w:val="002A5EAB"/>
    <w:rsid w:val="00326F90"/>
    <w:rsid w:val="003C5479"/>
    <w:rsid w:val="003D684B"/>
    <w:rsid w:val="003F7FDF"/>
    <w:rsid w:val="004761A5"/>
    <w:rsid w:val="00616AC8"/>
    <w:rsid w:val="00646AD5"/>
    <w:rsid w:val="0068581A"/>
    <w:rsid w:val="00786EB1"/>
    <w:rsid w:val="00912339"/>
    <w:rsid w:val="00944F95"/>
    <w:rsid w:val="00A1149B"/>
    <w:rsid w:val="00AA1D8D"/>
    <w:rsid w:val="00AB1449"/>
    <w:rsid w:val="00AF0748"/>
    <w:rsid w:val="00B47730"/>
    <w:rsid w:val="00B84130"/>
    <w:rsid w:val="00B8640C"/>
    <w:rsid w:val="00B87EF5"/>
    <w:rsid w:val="00BD2397"/>
    <w:rsid w:val="00BE77F5"/>
    <w:rsid w:val="00C44B4D"/>
    <w:rsid w:val="00C53134"/>
    <w:rsid w:val="00CB0664"/>
    <w:rsid w:val="00CE6227"/>
    <w:rsid w:val="00D70A05"/>
    <w:rsid w:val="00E5523C"/>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 w:type="character" w:styleId="MeniuneNerezolvat">
    <w:name w:val="Unresolved Mention"/>
    <w:basedOn w:val="Fontdeparagrafimplicit"/>
    <w:uiPriority w:val="99"/>
    <w:semiHidden/>
    <w:unhideWhenUsed/>
    <w:rsid w:val="00174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Program%20Files\Indaco\Lege4\Cache\208h867b.tmp"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aucimpiei@cj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4</cp:revision>
  <dcterms:created xsi:type="dcterms:W3CDTF">2026-09-07T10:37:00Z</dcterms:created>
  <dcterms:modified xsi:type="dcterms:W3CDTF">2026-09-08T08:11:00Z</dcterms:modified>
</cp:coreProperties>
</file>