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6FDE67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3DDE68F1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8121885" w14:textId="59C183E2" w:rsidR="009627F8" w:rsidRPr="009627F8" w:rsidRDefault="009627F8" w:rsidP="009627F8">
      <w:pPr>
        <w:autoSpaceDE w:val="0"/>
        <w:autoSpaceDN w:val="0"/>
        <w:spacing w:after="0" w:line="292" w:lineRule="exact"/>
        <w:rPr>
          <w:lang w:val="pt-PT"/>
        </w:rPr>
      </w:pPr>
      <w:r w:rsidRPr="009627F8">
        <w:drawing>
          <wp:anchor distT="0" distB="0" distL="114300" distR="114300" simplePos="0" relativeHeight="251661312" behindDoc="0" locked="0" layoutInCell="1" allowOverlap="1" wp14:anchorId="38353A4F" wp14:editId="446B0C3E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948705957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7F8">
        <w:drawing>
          <wp:anchor distT="0" distB="0" distL="114300" distR="114300" simplePos="0" relativeHeight="251659264" behindDoc="0" locked="0" layoutInCell="1" allowOverlap="1" wp14:anchorId="6D0AB0ED" wp14:editId="3CB203F3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104629061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35D8A" w14:textId="77777777" w:rsidR="009627F8" w:rsidRPr="009627F8" w:rsidRDefault="009627F8" w:rsidP="009627F8">
      <w:pPr>
        <w:autoSpaceDE w:val="0"/>
        <w:autoSpaceDN w:val="0"/>
        <w:spacing w:after="0" w:line="292" w:lineRule="exact"/>
        <w:rPr>
          <w:b/>
          <w:lang w:val="pt-PT"/>
        </w:rPr>
      </w:pPr>
      <w:r w:rsidRPr="009627F8">
        <w:rPr>
          <w:lang w:val="pt-PT"/>
        </w:rPr>
        <w:t xml:space="preserve">Judeţul  MUREŞ                                                                                                    </w:t>
      </w:r>
      <w:r w:rsidRPr="009627F8">
        <w:rPr>
          <w:b/>
          <w:lang w:val="pt-PT"/>
        </w:rPr>
        <w:t xml:space="preserve"> </w:t>
      </w:r>
      <w:r w:rsidRPr="009627F8">
        <w:rPr>
          <w:lang w:val="pt-PT"/>
        </w:rPr>
        <w:t xml:space="preserve">   </w:t>
      </w:r>
      <w:r w:rsidRPr="009627F8">
        <w:rPr>
          <w:b/>
          <w:lang w:val="pt-PT"/>
        </w:rPr>
        <w:t xml:space="preserve"> </w:t>
      </w:r>
      <w:r w:rsidRPr="009627F8">
        <w:rPr>
          <w:lang w:val="pt-PT"/>
        </w:rPr>
        <w:t xml:space="preserve"> </w:t>
      </w:r>
      <w:r w:rsidRPr="009627F8">
        <w:rPr>
          <w:lang w:val="pt-PT"/>
        </w:rPr>
        <w:tab/>
      </w:r>
    </w:p>
    <w:p w14:paraId="08685775" w14:textId="1CD95558" w:rsidR="009627F8" w:rsidRPr="009627F8" w:rsidRDefault="009627F8" w:rsidP="009627F8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9627F8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27832" wp14:editId="6505715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373098008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9F900" w14:textId="77777777" w:rsidR="009627F8" w:rsidRDefault="009627F8" w:rsidP="009627F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327832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0139F900" w14:textId="77777777" w:rsidR="009627F8" w:rsidRDefault="009627F8" w:rsidP="009627F8"/>
                  </w:txbxContent>
                </v:textbox>
              </v:shape>
            </w:pict>
          </mc:Fallback>
        </mc:AlternateContent>
      </w:r>
      <w:r w:rsidRPr="009627F8">
        <w:rPr>
          <w:bCs/>
          <w:lang w:val="pt-PT"/>
        </w:rPr>
        <w:t>Comuna Zau de Câmpie</w:t>
      </w:r>
      <w:r w:rsidRPr="009627F8">
        <w:rPr>
          <w:bCs/>
          <w:lang w:val="pt-PT"/>
        </w:rPr>
        <w:tab/>
      </w:r>
      <w:r w:rsidRPr="009627F8">
        <w:rPr>
          <w:bCs/>
          <w:lang w:val="pt-PT"/>
        </w:rPr>
        <w:tab/>
      </w:r>
      <w:r w:rsidRPr="009627F8">
        <w:rPr>
          <w:bCs/>
          <w:lang w:val="pt-PT"/>
        </w:rPr>
        <w:tab/>
      </w:r>
      <w:r w:rsidRPr="009627F8">
        <w:rPr>
          <w:bCs/>
          <w:lang w:val="pt-PT"/>
        </w:rPr>
        <w:tab/>
      </w:r>
      <w:r w:rsidRPr="009627F8">
        <w:rPr>
          <w:bCs/>
          <w:lang w:val="pt-PT"/>
        </w:rPr>
        <w:tab/>
      </w:r>
      <w:r w:rsidRPr="009627F8">
        <w:rPr>
          <w:bCs/>
          <w:lang w:val="pt-PT"/>
        </w:rPr>
        <w:tab/>
      </w:r>
    </w:p>
    <w:p w14:paraId="25EFD6E8" w14:textId="77777777" w:rsidR="009627F8" w:rsidRPr="009627F8" w:rsidRDefault="009627F8" w:rsidP="009627F8">
      <w:pPr>
        <w:autoSpaceDE w:val="0"/>
        <w:autoSpaceDN w:val="0"/>
        <w:spacing w:after="0" w:line="292" w:lineRule="exact"/>
        <w:rPr>
          <w:bCs/>
          <w:lang w:val="pt-PT"/>
        </w:rPr>
      </w:pPr>
      <w:r w:rsidRPr="009627F8">
        <w:rPr>
          <w:bCs/>
          <w:lang w:val="pt-PT"/>
        </w:rPr>
        <w:t>CIF4375917, Zau de Câmpie, strada Republicii, nr.18</w:t>
      </w:r>
    </w:p>
    <w:p w14:paraId="7D144CFB" w14:textId="77777777" w:rsidR="009627F8" w:rsidRPr="009627F8" w:rsidRDefault="009627F8" w:rsidP="009627F8">
      <w:pPr>
        <w:autoSpaceDE w:val="0"/>
        <w:autoSpaceDN w:val="0"/>
        <w:spacing w:after="0" w:line="292" w:lineRule="exact"/>
        <w:rPr>
          <w:bCs/>
          <w:lang w:val="pt-PT"/>
        </w:rPr>
      </w:pPr>
      <w:r w:rsidRPr="009627F8">
        <w:rPr>
          <w:bCs/>
          <w:lang w:val="pt-PT"/>
        </w:rPr>
        <w:t>Telefon: 0265 486112</w:t>
      </w:r>
    </w:p>
    <w:p w14:paraId="0EDA3D10" w14:textId="77777777" w:rsidR="009627F8" w:rsidRPr="009627F8" w:rsidRDefault="009627F8" w:rsidP="009627F8">
      <w:pPr>
        <w:autoSpaceDE w:val="0"/>
        <w:autoSpaceDN w:val="0"/>
        <w:spacing w:after="0" w:line="292" w:lineRule="exact"/>
        <w:rPr>
          <w:bCs/>
          <w:lang w:val="pt-PT"/>
        </w:rPr>
      </w:pPr>
      <w:r w:rsidRPr="009627F8">
        <w:rPr>
          <w:bCs/>
          <w:lang w:val="pt-PT"/>
        </w:rPr>
        <w:t xml:space="preserve"> E-mail: </w:t>
      </w:r>
      <w:hyperlink r:id="rId9" w:history="1">
        <w:r w:rsidRPr="009627F8">
          <w:rPr>
            <w:rStyle w:val="Hyperlink"/>
            <w:bCs/>
            <w:lang w:val="pt-PT"/>
          </w:rPr>
          <w:t>zaucimpiei@cjmures.ro</w:t>
        </w:r>
      </w:hyperlink>
    </w:p>
    <w:p w14:paraId="6565364C" w14:textId="77777777" w:rsidR="009627F8" w:rsidRPr="009627F8" w:rsidRDefault="009627F8" w:rsidP="009627F8">
      <w:pPr>
        <w:autoSpaceDE w:val="0"/>
        <w:autoSpaceDN w:val="0"/>
        <w:spacing w:after="0" w:line="292" w:lineRule="exact"/>
        <w:rPr>
          <w:bCs/>
          <w:lang w:val="pt-PT"/>
        </w:rPr>
      </w:pPr>
      <w:r w:rsidRPr="009627F8">
        <w:rPr>
          <w:lang w:val="pt-PT"/>
        </w:rPr>
        <w:t xml:space="preserve"> Număr de înregistrare.................data...............................  </w:t>
      </w:r>
    </w:p>
    <w:p w14:paraId="76E0F73E" w14:textId="77777777" w:rsidR="009627F8" w:rsidRPr="009627F8" w:rsidRDefault="009627F8" w:rsidP="009627F8">
      <w:pPr>
        <w:autoSpaceDE w:val="0"/>
        <w:autoSpaceDN w:val="0"/>
        <w:spacing w:after="0" w:line="292" w:lineRule="exact"/>
        <w:rPr>
          <w:lang w:val="pt-PT"/>
        </w:rPr>
      </w:pPr>
    </w:p>
    <w:p w14:paraId="275019C5" w14:textId="77777777" w:rsidR="00786EB1" w:rsidRDefault="00786EB1">
      <w:pPr>
        <w:autoSpaceDE w:val="0"/>
        <w:autoSpaceDN w:val="0"/>
        <w:spacing w:after="0" w:line="292" w:lineRule="exact"/>
      </w:pPr>
    </w:p>
    <w:p w14:paraId="46F95CF4" w14:textId="77777777" w:rsidR="00BD2397" w:rsidRDefault="00B8640C">
      <w:pPr>
        <w:autoSpaceDE w:val="0"/>
        <w:autoSpaceDN w:val="0"/>
        <w:spacing w:after="0" w:line="246" w:lineRule="exact"/>
        <w:ind w:left="3024" w:right="3600"/>
        <w:jc w:val="center"/>
      </w:pPr>
      <w:r>
        <w:rPr>
          <w:rFonts w:ascii="TimesNewRomanPS" w:eastAsia="TimesNewRomanPS" w:hAnsi="TimesNewRomanPS"/>
          <w:b/>
          <w:color w:val="000000"/>
          <w:sz w:val="23"/>
        </w:rPr>
        <w:t xml:space="preserve">CONFIRMARE </w:t>
      </w:r>
      <w:r>
        <w:br/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privind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recepționarea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și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înregistrarea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notificării</w:t>
      </w:r>
      <w:proofErr w:type="spellEnd"/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1558"/>
        <w:gridCol w:w="4674"/>
      </w:tblGrid>
      <w:tr w:rsidR="00BD2397" w:rsidRPr="00F9681E" w14:paraId="482242C1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76FD3EE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</w:t>
            </w:r>
          </w:p>
        </w:tc>
      </w:tr>
      <w:tr w:rsidR="00BD2397" w:rsidRPr="00F9681E" w14:paraId="266CF60F" w14:textId="77777777">
        <w:trPr>
          <w:trHeight w:hRule="exact" w:val="50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67B22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Notificarea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  <w:tc>
          <w:tcPr>
            <w:tcW w:w="233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62ADD1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5714B9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beneficiarului</w:t>
            </w:r>
            <w:proofErr w:type="spellEnd"/>
          </w:p>
        </w:tc>
      </w:tr>
      <w:tr w:rsidR="00BD2397" w:rsidRPr="00F9681E" w14:paraId="11C4EAA8" w14:textId="77777777">
        <w:trPr>
          <w:trHeight w:hRule="exact" w:val="50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D28650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Proiect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cod</w:t>
            </w:r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1B7C31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Imobilul</w:t>
            </w:r>
            <w:proofErr w:type="spellEnd"/>
          </w:p>
        </w:tc>
      </w:tr>
    </w:tbl>
    <w:p w14:paraId="4A6AEE92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4674"/>
      </w:tblGrid>
      <w:tr w:rsidR="00BD2397" w:rsidRPr="00F9681E" w14:paraId="1040F758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34F3215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CONFIRMAREA</w:t>
            </w:r>
          </w:p>
        </w:tc>
      </w:tr>
      <w:tr w:rsidR="00BD2397" w:rsidRPr="009627F8" w14:paraId="4F21123E" w14:textId="77777777">
        <w:trPr>
          <w:trHeight w:hRule="exact" w:val="32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75DA8CA" w14:textId="77777777" w:rsidR="00BD2397" w:rsidRPr="00010393" w:rsidRDefault="00B8640C">
            <w:pPr>
              <w:autoSpaceDE w:val="0"/>
              <w:autoSpaceDN w:val="0"/>
              <w:spacing w:after="0" w:line="158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010393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Se confirmă recepționarea și înregistrarea notificării privind executarea lucrărilor în baza procedurii simplificate. Pentru depunerea digitală, confirmarea se generează automat; pentru depunerea în format scris se eliberează la data depunerii. </w:t>
            </w:r>
          </w:p>
        </w:tc>
      </w:tr>
      <w:tr w:rsidR="00BD2397" w:rsidRPr="009627F8" w14:paraId="2CE1B3EA" w14:textId="77777777">
        <w:trPr>
          <w:trHeight w:hRule="exact" w:val="51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2C5AB9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Nr. de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4549C3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ora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FACEF1" w14:textId="77777777" w:rsidR="00BD2397" w:rsidRPr="00010393" w:rsidRDefault="00B8640C">
            <w:pPr>
              <w:autoSpaceDE w:val="0"/>
              <w:autoSpaceDN w:val="0"/>
              <w:spacing w:after="0" w:line="164" w:lineRule="exact"/>
              <w:ind w:left="102" w:right="1728"/>
              <w:rPr>
                <w:sz w:val="16"/>
                <w:szCs w:val="16"/>
                <w:lang w:val="pt-PT"/>
              </w:rPr>
            </w:pPr>
            <w:r w:rsidRPr="00010393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Termenul de la care pot începe lucrările </w:t>
            </w:r>
            <w:r w:rsidRPr="00010393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15 zile de la înregistrare, în lipsa clarificărilor</w:t>
            </w:r>
          </w:p>
        </w:tc>
      </w:tr>
    </w:tbl>
    <w:p w14:paraId="69BFF2F8" w14:textId="77777777" w:rsidR="00BD2397" w:rsidRPr="00010393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452"/>
        <w:gridCol w:w="2340"/>
        <w:gridCol w:w="1556"/>
      </w:tblGrid>
      <w:tr w:rsidR="00BD2397" w:rsidRPr="00F9681E" w14:paraId="371DD99D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3D90191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010393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SEMNĂTURA</w:t>
            </w:r>
          </w:p>
        </w:tc>
      </w:tr>
      <w:tr w:rsidR="00BD2397" w:rsidRPr="00F9681E" w14:paraId="3C0638C1" w14:textId="77777777">
        <w:trPr>
          <w:trHeight w:hRule="exact" w:val="504"/>
        </w:trPr>
        <w:tc>
          <w:tcPr>
            <w:tcW w:w="545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F322FE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autorității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numele</w:t>
            </w:r>
            <w:proofErr w:type="spellEnd"/>
          </w:p>
        </w:tc>
        <w:tc>
          <w:tcPr>
            <w:tcW w:w="2340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363AE6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226227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55BC1D0D" w14:textId="3A081D1D" w:rsidR="00BD2397" w:rsidRPr="00F9681E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7A643EC3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393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0E52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5DD6"/>
    <w:rsid w:val="004761A5"/>
    <w:rsid w:val="004A23F1"/>
    <w:rsid w:val="00616AC8"/>
    <w:rsid w:val="00646AD5"/>
    <w:rsid w:val="0068581A"/>
    <w:rsid w:val="006E158E"/>
    <w:rsid w:val="00786EB1"/>
    <w:rsid w:val="00846091"/>
    <w:rsid w:val="008D0C1E"/>
    <w:rsid w:val="00912339"/>
    <w:rsid w:val="00944F95"/>
    <w:rsid w:val="009627F8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62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3</cp:revision>
  <dcterms:created xsi:type="dcterms:W3CDTF">2026-09-07T11:17:00Z</dcterms:created>
  <dcterms:modified xsi:type="dcterms:W3CDTF">2026-09-08T08:19:00Z</dcterms:modified>
</cp:coreProperties>
</file>