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51A14" w14:textId="77777777" w:rsidR="00BD2397" w:rsidRDefault="00BD2397">
      <w:pPr>
        <w:autoSpaceDE w:val="0"/>
        <w:autoSpaceDN w:val="0"/>
        <w:spacing w:after="0" w:line="126" w:lineRule="exact"/>
      </w:pPr>
    </w:p>
    <w:p w14:paraId="143A4C2C" w14:textId="77777777" w:rsidR="00BD2397" w:rsidRPr="00912339" w:rsidRDefault="00BD2397">
      <w:pPr>
        <w:autoSpaceDE w:val="0"/>
        <w:autoSpaceDN w:val="0"/>
        <w:spacing w:after="0" w:line="126" w:lineRule="exact"/>
        <w:rPr>
          <w:lang w:val="sv-SE"/>
        </w:rPr>
      </w:pPr>
    </w:p>
    <w:p w14:paraId="4C5D59C1" w14:textId="1A9366D0" w:rsidR="00BD2397" w:rsidRPr="001F7E48" w:rsidRDefault="001222E3">
      <w:pPr>
        <w:autoSpaceDE w:val="0"/>
        <w:autoSpaceDN w:val="0"/>
        <w:spacing w:after="0" w:line="126" w:lineRule="exact"/>
        <w:rPr>
          <w:lang w:val="pt-PT"/>
        </w:rPr>
      </w:pPr>
      <w:r w:rsidRPr="001222E3">
        <w:drawing>
          <wp:anchor distT="0" distB="0" distL="114300" distR="114300" simplePos="0" relativeHeight="251661312" behindDoc="0" locked="0" layoutInCell="1" allowOverlap="1" wp14:anchorId="2455AF77" wp14:editId="31867625">
            <wp:simplePos x="0" y="0"/>
            <wp:positionH relativeFrom="column">
              <wp:posOffset>-434340</wp:posOffset>
            </wp:positionH>
            <wp:positionV relativeFrom="paragraph">
              <wp:posOffset>170180</wp:posOffset>
            </wp:positionV>
            <wp:extent cx="719455" cy="1076325"/>
            <wp:effectExtent l="0" t="0" r="4445" b="9525"/>
            <wp:wrapSquare wrapText="bothSides"/>
            <wp:docPr id="1612567314"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9455" cy="1076325"/>
                    </a:xfrm>
                    <a:prstGeom prst="rect">
                      <a:avLst/>
                    </a:prstGeom>
                    <a:noFill/>
                  </pic:spPr>
                </pic:pic>
              </a:graphicData>
            </a:graphic>
            <wp14:sizeRelH relativeFrom="page">
              <wp14:pctWidth>0</wp14:pctWidth>
            </wp14:sizeRelH>
            <wp14:sizeRelV relativeFrom="page">
              <wp14:pctHeight>0</wp14:pctHeight>
            </wp14:sizeRelV>
          </wp:anchor>
        </w:drawing>
      </w:r>
    </w:p>
    <w:p w14:paraId="19FADB4E" w14:textId="1DDE2D83" w:rsidR="00BD2397" w:rsidRPr="001F7E48" w:rsidRDefault="00BD2397">
      <w:pPr>
        <w:autoSpaceDE w:val="0"/>
        <w:autoSpaceDN w:val="0"/>
        <w:spacing w:after="0" w:line="126" w:lineRule="exact"/>
        <w:rPr>
          <w:lang w:val="pt-PT"/>
        </w:rPr>
      </w:pPr>
    </w:p>
    <w:p w14:paraId="48B0CC20" w14:textId="0C70191F" w:rsidR="001222E3" w:rsidRPr="001222E3" w:rsidRDefault="001222E3" w:rsidP="001222E3">
      <w:pPr>
        <w:autoSpaceDE w:val="0"/>
        <w:autoSpaceDN w:val="0"/>
        <w:spacing w:after="0" w:line="126" w:lineRule="exact"/>
        <w:rPr>
          <w:lang w:val="pt-PT"/>
        </w:rPr>
      </w:pPr>
    </w:p>
    <w:p w14:paraId="57F55539" w14:textId="32682885" w:rsidR="001222E3" w:rsidRDefault="001222E3" w:rsidP="001222E3">
      <w:pPr>
        <w:autoSpaceDE w:val="0"/>
        <w:autoSpaceDN w:val="0"/>
        <w:spacing w:after="0" w:line="126" w:lineRule="exact"/>
        <w:rPr>
          <w:lang w:val="pt-PT"/>
        </w:rPr>
      </w:pPr>
    </w:p>
    <w:p w14:paraId="386DA58D" w14:textId="77777777" w:rsidR="001222E3" w:rsidRDefault="001222E3" w:rsidP="001222E3">
      <w:pPr>
        <w:autoSpaceDE w:val="0"/>
        <w:autoSpaceDN w:val="0"/>
        <w:spacing w:after="0" w:line="126" w:lineRule="exact"/>
        <w:rPr>
          <w:lang w:val="pt-PT"/>
        </w:rPr>
      </w:pPr>
    </w:p>
    <w:p w14:paraId="5B8B8AC3" w14:textId="77777777" w:rsidR="001222E3" w:rsidRDefault="001222E3" w:rsidP="001222E3">
      <w:pPr>
        <w:autoSpaceDE w:val="0"/>
        <w:autoSpaceDN w:val="0"/>
        <w:spacing w:after="0" w:line="126" w:lineRule="exact"/>
        <w:rPr>
          <w:lang w:val="pt-PT"/>
        </w:rPr>
      </w:pPr>
    </w:p>
    <w:p w14:paraId="1569F36B" w14:textId="77777777" w:rsidR="001222E3" w:rsidRDefault="001222E3" w:rsidP="001222E3">
      <w:pPr>
        <w:autoSpaceDE w:val="0"/>
        <w:autoSpaceDN w:val="0"/>
        <w:spacing w:after="0" w:line="126" w:lineRule="exact"/>
        <w:rPr>
          <w:lang w:val="pt-PT"/>
        </w:rPr>
      </w:pPr>
    </w:p>
    <w:p w14:paraId="5E29901D" w14:textId="1278640C" w:rsidR="001222E3" w:rsidRPr="001222E3" w:rsidRDefault="001222E3" w:rsidP="001222E3">
      <w:pPr>
        <w:autoSpaceDE w:val="0"/>
        <w:autoSpaceDN w:val="0"/>
        <w:spacing w:after="0" w:line="126" w:lineRule="exact"/>
        <w:rPr>
          <w:b/>
          <w:sz w:val="18"/>
          <w:szCs w:val="18"/>
          <w:lang w:val="pt-PT"/>
        </w:rPr>
      </w:pPr>
      <w:r>
        <w:rPr>
          <w:sz w:val="18"/>
          <w:szCs w:val="18"/>
          <w:lang w:val="pt-PT"/>
        </w:rPr>
        <w:t>J</w:t>
      </w:r>
      <w:r w:rsidRPr="001222E3">
        <w:rPr>
          <w:sz w:val="18"/>
          <w:szCs w:val="18"/>
          <w:lang w:val="pt-PT"/>
        </w:rPr>
        <w:t xml:space="preserve">udeţul  MUREŞ                                                                                                    </w:t>
      </w:r>
      <w:r w:rsidRPr="001222E3">
        <w:rPr>
          <w:b/>
          <w:sz w:val="18"/>
          <w:szCs w:val="18"/>
          <w:lang w:val="pt-PT"/>
        </w:rPr>
        <w:t xml:space="preserve"> </w:t>
      </w:r>
      <w:r w:rsidRPr="001222E3">
        <w:rPr>
          <w:sz w:val="18"/>
          <w:szCs w:val="18"/>
          <w:lang w:val="pt-PT"/>
        </w:rPr>
        <w:t xml:space="preserve">   </w:t>
      </w:r>
      <w:r w:rsidRPr="001222E3">
        <w:rPr>
          <w:b/>
          <w:sz w:val="18"/>
          <w:szCs w:val="18"/>
          <w:lang w:val="pt-PT"/>
        </w:rPr>
        <w:t xml:space="preserve"> </w:t>
      </w:r>
      <w:r w:rsidRPr="001222E3">
        <w:rPr>
          <w:sz w:val="18"/>
          <w:szCs w:val="18"/>
          <w:lang w:val="pt-PT"/>
        </w:rPr>
        <w:t xml:space="preserve"> </w:t>
      </w:r>
      <w:r w:rsidRPr="001222E3">
        <w:rPr>
          <w:sz w:val="18"/>
          <w:szCs w:val="18"/>
          <w:lang w:val="pt-PT"/>
        </w:rPr>
        <w:tab/>
      </w:r>
    </w:p>
    <w:p w14:paraId="7B8A9793" w14:textId="034D6D3F" w:rsidR="001222E3" w:rsidRPr="001222E3" w:rsidRDefault="001222E3" w:rsidP="001222E3">
      <w:pPr>
        <w:autoSpaceDE w:val="0"/>
        <w:autoSpaceDN w:val="0"/>
        <w:spacing w:after="0" w:line="126" w:lineRule="exact"/>
        <w:rPr>
          <w:b/>
          <w:bCs/>
          <w:sz w:val="18"/>
          <w:szCs w:val="18"/>
          <w:lang w:val="pt-PT"/>
        </w:rPr>
      </w:pPr>
      <w:r w:rsidRPr="001222E3">
        <w:rPr>
          <w:sz w:val="18"/>
          <w:szCs w:val="18"/>
        </w:rPr>
        <mc:AlternateContent>
          <mc:Choice Requires="wps">
            <w:drawing>
              <wp:anchor distT="0" distB="0" distL="114300" distR="114300" simplePos="0" relativeHeight="251660288" behindDoc="0" locked="0" layoutInCell="1" allowOverlap="1" wp14:anchorId="58AF1780" wp14:editId="1D4536A1">
                <wp:simplePos x="0" y="0"/>
                <wp:positionH relativeFrom="column">
                  <wp:posOffset>3457575</wp:posOffset>
                </wp:positionH>
                <wp:positionV relativeFrom="paragraph">
                  <wp:posOffset>34925</wp:posOffset>
                </wp:positionV>
                <wp:extent cx="361950" cy="134620"/>
                <wp:effectExtent l="0" t="0" r="0" b="0"/>
                <wp:wrapNone/>
                <wp:docPr id="197022660"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34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257971" w14:textId="77777777" w:rsidR="001222E3" w:rsidRDefault="001222E3" w:rsidP="001222E3"/>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AF1780" id="_x0000_t202" coordsize="21600,21600" o:spt="202" path="m,l,21600r21600,l21600,xe">
                <v:stroke joinstyle="miter"/>
                <v:path gradientshapeok="t" o:connecttype="rect"/>
              </v:shapetype>
              <v:shape id="Casetă text 5" o:spid="_x0000_s1026" type="#_x0000_t202" style="position:absolute;margin-left:272.25pt;margin-top:2.75pt;width:28.5pt;height:1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" stroked="f">
                <v:textbox>
                  <w:txbxContent>
                    <w:p w14:paraId="50257971" w14:textId="77777777" w:rsidR="001222E3" w:rsidRDefault="001222E3" w:rsidP="001222E3"/>
                  </w:txbxContent>
                </v:textbox>
              </v:shape>
            </w:pict>
          </mc:Fallback>
        </mc:AlternateContent>
      </w:r>
      <w:r w:rsidRPr="001222E3">
        <w:rPr>
          <w:bCs/>
          <w:sz w:val="18"/>
          <w:szCs w:val="18"/>
          <w:lang w:val="pt-PT"/>
        </w:rPr>
        <w:t>Comuna Zau de Câmpie</w:t>
      </w:r>
      <w:r w:rsidRPr="001222E3">
        <w:rPr>
          <w:bCs/>
          <w:sz w:val="18"/>
          <w:szCs w:val="18"/>
          <w:lang w:val="pt-PT"/>
        </w:rPr>
        <w:tab/>
      </w:r>
      <w:r w:rsidRPr="001222E3">
        <w:rPr>
          <w:bCs/>
          <w:sz w:val="18"/>
          <w:szCs w:val="18"/>
          <w:lang w:val="pt-PT"/>
        </w:rPr>
        <w:tab/>
      </w:r>
      <w:r w:rsidRPr="001222E3">
        <w:rPr>
          <w:bCs/>
          <w:sz w:val="18"/>
          <w:szCs w:val="18"/>
          <w:lang w:val="pt-PT"/>
        </w:rPr>
        <w:tab/>
      </w:r>
      <w:r w:rsidRPr="001222E3">
        <w:rPr>
          <w:bCs/>
          <w:sz w:val="18"/>
          <w:szCs w:val="18"/>
          <w:lang w:val="pt-PT"/>
        </w:rPr>
        <w:tab/>
      </w:r>
      <w:r w:rsidRPr="001222E3">
        <w:rPr>
          <w:bCs/>
          <w:sz w:val="18"/>
          <w:szCs w:val="18"/>
          <w:lang w:val="pt-PT"/>
        </w:rPr>
        <w:tab/>
      </w:r>
      <w:r w:rsidRPr="001222E3">
        <w:rPr>
          <w:bCs/>
          <w:sz w:val="18"/>
          <w:szCs w:val="18"/>
          <w:lang w:val="pt-PT"/>
        </w:rPr>
        <w:tab/>
      </w:r>
    </w:p>
    <w:p w14:paraId="0EE5E9F3" w14:textId="77777777" w:rsidR="001222E3" w:rsidRPr="001222E3" w:rsidRDefault="001222E3" w:rsidP="001222E3">
      <w:pPr>
        <w:autoSpaceDE w:val="0"/>
        <w:autoSpaceDN w:val="0"/>
        <w:spacing w:after="0" w:line="126" w:lineRule="exact"/>
        <w:rPr>
          <w:bCs/>
          <w:sz w:val="18"/>
          <w:szCs w:val="18"/>
          <w:lang w:val="pt-PT"/>
        </w:rPr>
      </w:pPr>
      <w:r w:rsidRPr="001222E3">
        <w:rPr>
          <w:bCs/>
          <w:sz w:val="18"/>
          <w:szCs w:val="18"/>
          <w:lang w:val="pt-PT"/>
        </w:rPr>
        <w:t>CIF4375917, Zau de Câmpie, strada Republicii, nr.18</w:t>
      </w:r>
    </w:p>
    <w:p w14:paraId="254CD962" w14:textId="77777777" w:rsidR="001222E3" w:rsidRPr="001222E3" w:rsidRDefault="001222E3" w:rsidP="001222E3">
      <w:pPr>
        <w:autoSpaceDE w:val="0"/>
        <w:autoSpaceDN w:val="0"/>
        <w:spacing w:after="0" w:line="126" w:lineRule="exact"/>
        <w:rPr>
          <w:bCs/>
          <w:sz w:val="18"/>
          <w:szCs w:val="18"/>
          <w:lang w:val="pt-PT"/>
        </w:rPr>
      </w:pPr>
      <w:r w:rsidRPr="001222E3">
        <w:rPr>
          <w:bCs/>
          <w:sz w:val="18"/>
          <w:szCs w:val="18"/>
          <w:lang w:val="pt-PT"/>
        </w:rPr>
        <w:t>Telefon: 0265 486112</w:t>
      </w:r>
    </w:p>
    <w:p w14:paraId="103C50BB" w14:textId="77777777" w:rsidR="001222E3" w:rsidRPr="001222E3" w:rsidRDefault="001222E3" w:rsidP="001222E3">
      <w:pPr>
        <w:autoSpaceDE w:val="0"/>
        <w:autoSpaceDN w:val="0"/>
        <w:spacing w:after="0" w:line="126" w:lineRule="exact"/>
        <w:rPr>
          <w:bCs/>
          <w:sz w:val="18"/>
          <w:szCs w:val="18"/>
          <w:lang w:val="pt-PT"/>
        </w:rPr>
      </w:pPr>
      <w:r w:rsidRPr="001222E3">
        <w:rPr>
          <w:bCs/>
          <w:sz w:val="18"/>
          <w:szCs w:val="18"/>
          <w:lang w:val="pt-PT"/>
        </w:rPr>
        <w:t xml:space="preserve"> E-mail: </w:t>
      </w:r>
      <w:r w:rsidRPr="001222E3">
        <w:rPr>
          <w:sz w:val="18"/>
          <w:szCs w:val="18"/>
        </w:rPr>
        <w:fldChar w:fldCharType="begin"/>
      </w:r>
      <w:r w:rsidRPr="001222E3">
        <w:rPr>
          <w:sz w:val="18"/>
          <w:szCs w:val="18"/>
          <w:lang w:val="pt-BR"/>
        </w:rPr>
        <w:instrText>HYPERLINK "mailto:zaucimpiei@cjmures.ro"</w:instrText>
      </w:r>
      <w:r w:rsidRPr="001222E3">
        <w:rPr>
          <w:sz w:val="18"/>
          <w:szCs w:val="18"/>
        </w:rPr>
      </w:r>
      <w:r w:rsidRPr="001222E3">
        <w:rPr>
          <w:sz w:val="18"/>
          <w:szCs w:val="18"/>
        </w:rPr>
        <w:fldChar w:fldCharType="separate"/>
      </w:r>
      <w:r w:rsidRPr="001222E3">
        <w:rPr>
          <w:rStyle w:val="Hyperlink"/>
          <w:bCs/>
          <w:sz w:val="18"/>
          <w:szCs w:val="18"/>
          <w:lang w:val="pt-PT"/>
        </w:rPr>
        <w:t>zaucimpiei@cjmures.ro</w:t>
      </w:r>
      <w:r w:rsidRPr="001222E3">
        <w:rPr>
          <w:sz w:val="18"/>
          <w:szCs w:val="18"/>
          <w:lang w:val="pt-PT"/>
        </w:rPr>
        <w:fldChar w:fldCharType="end"/>
      </w:r>
    </w:p>
    <w:p w14:paraId="5CAE9067" w14:textId="74F1DE63" w:rsidR="00BD2397" w:rsidRPr="001222E3" w:rsidRDefault="001222E3" w:rsidP="001222E3">
      <w:pPr>
        <w:autoSpaceDE w:val="0"/>
        <w:autoSpaceDN w:val="0"/>
        <w:spacing w:after="0" w:line="126" w:lineRule="exact"/>
        <w:rPr>
          <w:sz w:val="18"/>
          <w:szCs w:val="18"/>
          <w:lang w:val="pt-PT"/>
        </w:rPr>
      </w:pPr>
      <w:r w:rsidRPr="001222E3">
        <w:rPr>
          <w:sz w:val="18"/>
          <w:szCs w:val="18"/>
          <w:lang w:val="pt-PT"/>
        </w:rPr>
        <w:t xml:space="preserve"> Număr de înregistrare.................data...............................  </w:t>
      </w:r>
    </w:p>
    <w:p w14:paraId="63BC7A4B" w14:textId="77777777" w:rsidR="00BD2397" w:rsidRPr="001222E3" w:rsidRDefault="00BD2397">
      <w:pPr>
        <w:autoSpaceDE w:val="0"/>
        <w:autoSpaceDN w:val="0"/>
        <w:spacing w:after="0" w:line="126" w:lineRule="exact"/>
        <w:rPr>
          <w:sz w:val="18"/>
          <w:szCs w:val="18"/>
          <w:lang w:val="pt-PT"/>
        </w:rPr>
      </w:pPr>
    </w:p>
    <w:p w14:paraId="10EEED62" w14:textId="77777777" w:rsidR="00BD2397" w:rsidRPr="001F7E48" w:rsidRDefault="00BD2397">
      <w:pPr>
        <w:autoSpaceDE w:val="0"/>
        <w:autoSpaceDN w:val="0"/>
        <w:spacing w:after="0" w:line="126" w:lineRule="exact"/>
        <w:rPr>
          <w:lang w:val="pt-PT"/>
        </w:rPr>
      </w:pPr>
    </w:p>
    <w:p w14:paraId="7130DB22" w14:textId="77777777" w:rsidR="00BD2397" w:rsidRPr="001F5194" w:rsidRDefault="00BD2397">
      <w:pPr>
        <w:autoSpaceDE w:val="0"/>
        <w:autoSpaceDN w:val="0"/>
        <w:spacing w:after="0" w:line="126" w:lineRule="exact"/>
        <w:rPr>
          <w:lang w:val="pt-PT"/>
        </w:rPr>
      </w:pPr>
    </w:p>
    <w:p w14:paraId="6361A290" w14:textId="77777777" w:rsidR="00786EB1" w:rsidRDefault="00786EB1">
      <w:pPr>
        <w:autoSpaceDE w:val="0"/>
        <w:autoSpaceDN w:val="0"/>
        <w:spacing w:after="0" w:line="292" w:lineRule="exact"/>
      </w:pPr>
    </w:p>
    <w:p w14:paraId="33A66287" w14:textId="77777777" w:rsidR="00BD2397" w:rsidRDefault="00B8640C">
      <w:pPr>
        <w:autoSpaceDE w:val="0"/>
        <w:autoSpaceDN w:val="0"/>
        <w:spacing w:after="0" w:line="272" w:lineRule="exact"/>
        <w:ind w:right="4838"/>
        <w:jc w:val="right"/>
      </w:pPr>
      <w:r>
        <w:rPr>
          <w:rFonts w:ascii="TimesNewRomanPS" w:eastAsia="TimesNewRomanPS" w:hAnsi="TimesNewRomanPS"/>
          <w:b/>
          <w:color w:val="000000"/>
          <w:sz w:val="23"/>
        </w:rPr>
        <w:t>CERERE</w:t>
      </w:r>
    </w:p>
    <w:tbl>
      <w:tblPr>
        <w:tblW w:w="0" w:type="auto"/>
        <w:tblInd w:w="4" w:type="dxa"/>
        <w:tblLayout w:type="fixed"/>
        <w:tblLook w:val="04A0" w:firstRow="1" w:lastRow="0" w:firstColumn="1" w:lastColumn="0" w:noHBand="0" w:noVBand="1"/>
      </w:tblPr>
      <w:tblGrid>
        <w:gridCol w:w="9348"/>
      </w:tblGrid>
      <w:tr w:rsidR="00BD2397" w:rsidRPr="00F9681E" w14:paraId="5F929802"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11EA452" w14:textId="77777777" w:rsidR="00BD2397" w:rsidRPr="00F9681E" w:rsidRDefault="00B8640C">
            <w:pPr>
              <w:autoSpaceDE w:val="0"/>
              <w:autoSpaceDN w:val="0"/>
              <w:spacing w:after="0" w:line="176" w:lineRule="exact"/>
              <w:ind w:left="100"/>
              <w:rPr>
                <w:sz w:val="16"/>
                <w:szCs w:val="16"/>
              </w:rPr>
            </w:pPr>
            <w:r w:rsidRPr="00F9681E">
              <w:rPr>
                <w:rFonts w:ascii="TimesNewRomanPS" w:eastAsia="TimesNewRomanPS" w:hAnsi="TimesNewRomanPS"/>
                <w:b/>
                <w:color w:val="000000"/>
                <w:w w:val="103"/>
                <w:sz w:val="16"/>
                <w:szCs w:val="16"/>
              </w:rPr>
              <w:t xml:space="preserve"> 1. </w:t>
            </w:r>
            <w:r w:rsidRPr="00F9681E">
              <w:rPr>
                <w:rFonts w:ascii="TimesNewRomanPS" w:eastAsia="TimesNewRomanPS" w:hAnsi="TimesNewRomanPS"/>
                <w:b/>
                <w:color w:val="000000"/>
                <w:w w:val="102"/>
                <w:sz w:val="16"/>
                <w:szCs w:val="16"/>
              </w:rPr>
              <w:t>CĂTRE</w:t>
            </w:r>
          </w:p>
        </w:tc>
      </w:tr>
      <w:tr w:rsidR="00BD2397" w:rsidRPr="001222E3" w14:paraId="0FA5096D" w14:textId="77777777">
        <w:trPr>
          <w:trHeight w:hRule="exact" w:val="510"/>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15DE63BD" w14:textId="77777777" w:rsidR="00BD2397" w:rsidRPr="001F5194" w:rsidRDefault="00B8640C">
            <w:pPr>
              <w:autoSpaceDE w:val="0"/>
              <w:autoSpaceDN w:val="0"/>
              <w:spacing w:after="0" w:line="166" w:lineRule="exact"/>
              <w:ind w:left="100" w:right="4320"/>
              <w:rPr>
                <w:sz w:val="16"/>
                <w:szCs w:val="16"/>
                <w:lang w:val="pt-PT"/>
              </w:rPr>
            </w:pPr>
            <w:r w:rsidRPr="001F5194">
              <w:rPr>
                <w:rFonts w:ascii="TimesNewRomanPS" w:eastAsia="TimesNewRomanPS" w:hAnsi="TimesNewRomanPS"/>
                <w:b/>
                <w:color w:val="0D5F78"/>
                <w:w w:val="97"/>
                <w:sz w:val="16"/>
                <w:szCs w:val="16"/>
                <w:lang w:val="pt-PT"/>
              </w:rPr>
              <w:t xml:space="preserve">Instituția </w:t>
            </w:r>
            <w:r w:rsidRPr="001F5194">
              <w:rPr>
                <w:sz w:val="16"/>
                <w:szCs w:val="16"/>
                <w:lang w:val="pt-PT"/>
              </w:rPr>
              <w:br/>
            </w:r>
            <w:r w:rsidRPr="001F5194">
              <w:rPr>
                <w:rFonts w:ascii="TimesNewRomanPS" w:eastAsia="TimesNewRomanPS" w:hAnsi="TimesNewRomanPS"/>
                <w:i/>
                <w:color w:val="7A7A7A"/>
                <w:w w:val="97"/>
                <w:sz w:val="16"/>
                <w:szCs w:val="16"/>
                <w:lang w:val="pt-PT"/>
              </w:rPr>
              <w:t>primăria municipiului / orașului / comunei · primăria de sector · consiliul județean</w:t>
            </w:r>
          </w:p>
        </w:tc>
      </w:tr>
      <w:tr w:rsidR="00BD2397" w:rsidRPr="001222E3" w14:paraId="1E7AFA6D" w14:textId="77777777" w:rsidTr="003D684B">
        <w:trPr>
          <w:trHeight w:hRule="exact" w:val="473"/>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4967642D" w14:textId="77777777" w:rsidR="00BD2397" w:rsidRPr="001F5194" w:rsidRDefault="00B8640C">
            <w:pPr>
              <w:autoSpaceDE w:val="0"/>
              <w:autoSpaceDN w:val="0"/>
              <w:spacing w:after="0" w:line="146" w:lineRule="exact"/>
              <w:jc w:val="center"/>
              <w:rPr>
                <w:sz w:val="16"/>
                <w:szCs w:val="16"/>
                <w:lang w:val="pt-PT"/>
              </w:rPr>
            </w:pPr>
            <w:r w:rsidRPr="001F5194">
              <w:rPr>
                <w:rFonts w:ascii="TimesNewRomanPSMT" w:eastAsia="TimesNewRomanPSMT" w:hAnsi="TimesNewRomanPSMT"/>
                <w:color w:val="000000"/>
                <w:w w:val="97"/>
                <w:sz w:val="16"/>
                <w:szCs w:val="16"/>
                <w:lang w:val="pt-PT"/>
              </w:rPr>
              <w:t xml:space="preserve">Cererea va fi transmisă către președintele consiliului județean, primarul general, primarul de sector sau primarul municipiului / orașului / comunei, după caz. </w:t>
            </w:r>
          </w:p>
        </w:tc>
      </w:tr>
    </w:tbl>
    <w:p w14:paraId="6EE5E689" w14:textId="77777777" w:rsidR="00BD2397" w:rsidRPr="001F5194" w:rsidRDefault="00BD2397">
      <w:pPr>
        <w:autoSpaceDE w:val="0"/>
        <w:autoSpaceDN w:val="0"/>
        <w:spacing w:after="0" w:line="118" w:lineRule="exact"/>
        <w:rPr>
          <w:sz w:val="16"/>
          <w:szCs w:val="16"/>
          <w:lang w:val="pt-PT"/>
        </w:rPr>
      </w:pPr>
    </w:p>
    <w:tbl>
      <w:tblPr>
        <w:tblW w:w="0" w:type="auto"/>
        <w:tblInd w:w="4" w:type="dxa"/>
        <w:tblLayout w:type="fixed"/>
        <w:tblLook w:val="04A0" w:firstRow="1" w:lastRow="0" w:firstColumn="1" w:lastColumn="0" w:noHBand="0" w:noVBand="1"/>
      </w:tblPr>
      <w:tblGrid>
        <w:gridCol w:w="1558"/>
        <w:gridCol w:w="1558"/>
        <w:gridCol w:w="778"/>
        <w:gridCol w:w="780"/>
        <w:gridCol w:w="778"/>
        <w:gridCol w:w="780"/>
        <w:gridCol w:w="1560"/>
        <w:gridCol w:w="1556"/>
      </w:tblGrid>
      <w:tr w:rsidR="00BD2397" w:rsidRPr="00F9681E" w14:paraId="554CDF23" w14:textId="77777777">
        <w:trPr>
          <w:trHeight w:hRule="exact" w:val="210"/>
        </w:trPr>
        <w:tc>
          <w:tcPr>
            <w:tcW w:w="9348" w:type="dxa"/>
            <w:gridSpan w:val="8"/>
            <w:tcBorders>
              <w:top w:val="single" w:sz="3" w:space="0" w:color="767676"/>
              <w:left w:val="single" w:sz="3" w:space="0" w:color="767676"/>
              <w:bottom w:val="single" w:sz="3" w:space="0" w:color="767676"/>
              <w:right w:val="single" w:sz="3" w:space="0" w:color="767676"/>
            </w:tcBorders>
            <w:shd w:val="clear" w:color="auto" w:fill="F4F4F4"/>
            <w:tcMar>
              <w:left w:w="0" w:type="dxa"/>
              <w:right w:w="0" w:type="dxa"/>
            </w:tcMar>
          </w:tcPr>
          <w:p w14:paraId="04CA05CB" w14:textId="77777777" w:rsidR="00BD2397" w:rsidRPr="00F9681E" w:rsidRDefault="00B8640C">
            <w:pPr>
              <w:autoSpaceDE w:val="0"/>
              <w:autoSpaceDN w:val="0"/>
              <w:spacing w:after="0" w:line="174" w:lineRule="exact"/>
              <w:ind w:left="100"/>
              <w:rPr>
                <w:sz w:val="16"/>
                <w:szCs w:val="16"/>
              </w:rPr>
            </w:pPr>
            <w:r w:rsidRPr="001F5194">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2. </w:t>
            </w:r>
            <w:r w:rsidRPr="00F9681E">
              <w:rPr>
                <w:rFonts w:ascii="TimesNewRomanPS" w:eastAsia="TimesNewRomanPS" w:hAnsi="TimesNewRomanPS"/>
                <w:b/>
                <w:color w:val="000000"/>
                <w:w w:val="102"/>
                <w:sz w:val="16"/>
                <w:szCs w:val="16"/>
              </w:rPr>
              <w:t>SOLICITANTUL</w:t>
            </w:r>
          </w:p>
        </w:tc>
      </w:tr>
      <w:tr w:rsidR="00BD2397" w:rsidRPr="00F9681E" w14:paraId="575E067C" w14:textId="77777777">
        <w:trPr>
          <w:trHeight w:hRule="exact" w:val="506"/>
        </w:trPr>
        <w:tc>
          <w:tcPr>
            <w:tcW w:w="5452" w:type="dxa"/>
            <w:gridSpan w:val="5"/>
            <w:tcBorders>
              <w:top w:val="single" w:sz="3" w:space="0" w:color="767676"/>
              <w:left w:val="single" w:sz="3" w:space="0" w:color="767676"/>
              <w:bottom w:val="single" w:sz="4" w:space="0" w:color="767676"/>
              <w:right w:val="single" w:sz="4" w:space="0" w:color="767676"/>
            </w:tcBorders>
            <w:tcMar>
              <w:left w:w="0" w:type="dxa"/>
              <w:right w:w="0" w:type="dxa"/>
            </w:tcMar>
          </w:tcPr>
          <w:p w14:paraId="011929DF"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și </w:t>
            </w:r>
            <w:proofErr w:type="spellStart"/>
            <w:r w:rsidRPr="00F9681E">
              <w:rPr>
                <w:rFonts w:ascii="TimesNewRomanPS" w:eastAsia="TimesNewRomanPS" w:hAnsi="TimesNewRomanPS"/>
                <w:b/>
                <w:color w:val="0D5F78"/>
                <w:w w:val="97"/>
                <w:sz w:val="16"/>
                <w:szCs w:val="16"/>
              </w:rPr>
              <w:t>prenume</w:t>
            </w:r>
            <w:proofErr w:type="spellEnd"/>
          </w:p>
        </w:tc>
        <w:tc>
          <w:tcPr>
            <w:tcW w:w="3896" w:type="dxa"/>
            <w:gridSpan w:val="3"/>
            <w:tcBorders>
              <w:top w:val="single" w:sz="3" w:space="0" w:color="767676"/>
              <w:left w:val="single" w:sz="4" w:space="0" w:color="767676"/>
              <w:bottom w:val="single" w:sz="4" w:space="0" w:color="767676"/>
              <w:right w:val="single" w:sz="3" w:space="0" w:color="767676"/>
            </w:tcBorders>
            <w:tcMar>
              <w:left w:w="0" w:type="dxa"/>
              <w:right w:w="0" w:type="dxa"/>
            </w:tcMar>
          </w:tcPr>
          <w:p w14:paraId="3D67EF8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CNP</w:t>
            </w:r>
          </w:p>
        </w:tc>
      </w:tr>
      <w:tr w:rsidR="00BD2397" w:rsidRPr="00F9681E" w14:paraId="1C626B52"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4D2B9791"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Act de </w:t>
            </w:r>
            <w:proofErr w:type="spellStart"/>
            <w:r w:rsidRPr="00F9681E">
              <w:rPr>
                <w:rFonts w:ascii="TimesNewRomanPSMT" w:eastAsia="TimesNewRomanPSMT" w:hAnsi="TimesNewRomanPSMT"/>
                <w:color w:val="000000"/>
                <w:w w:val="103"/>
                <w:sz w:val="16"/>
                <w:szCs w:val="16"/>
              </w:rPr>
              <w:t>identitate</w:t>
            </w:r>
            <w:proofErr w:type="spellEnd"/>
          </w:p>
        </w:tc>
      </w:tr>
      <w:tr w:rsidR="00BD2397" w:rsidRPr="00F9681E" w14:paraId="67BB7F72" w14:textId="77777777">
        <w:trPr>
          <w:trHeight w:hRule="exact" w:val="506"/>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06BBF3D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Seria</w:t>
            </w:r>
          </w:p>
        </w:tc>
        <w:tc>
          <w:tcPr>
            <w:tcW w:w="1558" w:type="dxa"/>
            <w:tcBorders>
              <w:top w:val="single" w:sz="4" w:space="0" w:color="767676"/>
              <w:left w:val="single" w:sz="3" w:space="0" w:color="767676"/>
              <w:bottom w:val="single" w:sz="4" w:space="0" w:color="767676"/>
              <w:right w:val="single" w:sz="4" w:space="0" w:color="767676"/>
            </w:tcBorders>
            <w:tcMar>
              <w:left w:w="0" w:type="dxa"/>
              <w:right w:w="0" w:type="dxa"/>
            </w:tcMar>
          </w:tcPr>
          <w:p w14:paraId="738765A2"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Numărul</w:t>
            </w:r>
            <w:proofErr w:type="spellEnd"/>
          </w:p>
        </w:tc>
        <w:tc>
          <w:tcPr>
            <w:tcW w:w="4676" w:type="dxa"/>
            <w:gridSpan w:val="5"/>
            <w:tcBorders>
              <w:top w:val="single" w:sz="4" w:space="0" w:color="767676"/>
              <w:left w:val="single" w:sz="4" w:space="0" w:color="767676"/>
              <w:bottom w:val="single" w:sz="4" w:space="0" w:color="767676"/>
              <w:right w:val="single" w:sz="4" w:space="0" w:color="767676"/>
            </w:tcBorders>
            <w:tcMar>
              <w:left w:w="0" w:type="dxa"/>
              <w:right w:w="0" w:type="dxa"/>
            </w:tcMar>
          </w:tcPr>
          <w:p w14:paraId="2C52FDD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Eliberat</w:t>
            </w:r>
            <w:proofErr w:type="spellEnd"/>
            <w:r w:rsidRPr="00F9681E">
              <w:rPr>
                <w:rFonts w:ascii="TimesNewRomanPS" w:eastAsia="TimesNewRomanPS" w:hAnsi="TimesNewRomanPS"/>
                <w:b/>
                <w:color w:val="0D5F78"/>
                <w:w w:val="97"/>
                <w:sz w:val="16"/>
                <w:szCs w:val="16"/>
              </w:rPr>
              <w:t xml:space="preserve"> de</w:t>
            </w:r>
          </w:p>
        </w:tc>
        <w:tc>
          <w:tcPr>
            <w:tcW w:w="1556" w:type="dxa"/>
            <w:tcBorders>
              <w:top w:val="single" w:sz="4" w:space="0" w:color="767676"/>
              <w:left w:val="single" w:sz="4" w:space="0" w:color="767676"/>
              <w:bottom w:val="single" w:sz="4" w:space="0" w:color="767676"/>
              <w:right w:val="single" w:sz="3" w:space="0" w:color="767676"/>
            </w:tcBorders>
            <w:tcMar>
              <w:left w:w="0" w:type="dxa"/>
              <w:right w:w="0" w:type="dxa"/>
            </w:tcMar>
          </w:tcPr>
          <w:p w14:paraId="06E058CE" w14:textId="77777777" w:rsidR="00BD2397" w:rsidRPr="00F9681E" w:rsidRDefault="00B8640C">
            <w:pPr>
              <w:autoSpaceDE w:val="0"/>
              <w:autoSpaceDN w:val="0"/>
              <w:spacing w:after="0" w:line="146" w:lineRule="exact"/>
              <w:ind w:left="98"/>
              <w:rPr>
                <w:sz w:val="16"/>
                <w:szCs w:val="16"/>
              </w:rPr>
            </w:pPr>
            <w:r w:rsidRPr="00F9681E">
              <w:rPr>
                <w:rFonts w:ascii="TimesNewRomanPS" w:eastAsia="TimesNewRomanPS" w:hAnsi="TimesNewRomanPS"/>
                <w:b/>
                <w:color w:val="0D5F78"/>
                <w:w w:val="97"/>
                <w:sz w:val="16"/>
                <w:szCs w:val="16"/>
              </w:rPr>
              <w:t>La data</w:t>
            </w:r>
          </w:p>
        </w:tc>
      </w:tr>
      <w:tr w:rsidR="00BD2397" w:rsidRPr="00F9681E" w14:paraId="08FF3B8B" w14:textId="77777777">
        <w:trPr>
          <w:trHeight w:hRule="exact" w:val="188"/>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1F15237D" w14:textId="77777777" w:rsidR="00BD2397" w:rsidRPr="00F9681E" w:rsidRDefault="00B8640C">
            <w:pPr>
              <w:autoSpaceDE w:val="0"/>
              <w:autoSpaceDN w:val="0"/>
              <w:spacing w:after="0" w:line="156"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Domiciliul</w:t>
            </w:r>
            <w:proofErr w:type="spellEnd"/>
          </w:p>
        </w:tc>
      </w:tr>
      <w:tr w:rsidR="00BD2397" w:rsidRPr="00F9681E" w14:paraId="1253B3BD" w14:textId="77777777">
        <w:trPr>
          <w:trHeight w:hRule="exact" w:val="504"/>
        </w:trPr>
        <w:tc>
          <w:tcPr>
            <w:tcW w:w="3116" w:type="dxa"/>
            <w:gridSpan w:val="2"/>
            <w:tcBorders>
              <w:top w:val="single" w:sz="4" w:space="0" w:color="767676"/>
              <w:left w:val="single" w:sz="3" w:space="0" w:color="767676"/>
              <w:bottom w:val="single" w:sz="3" w:space="0" w:color="767676"/>
              <w:right w:val="single" w:sz="4" w:space="0" w:color="767676"/>
            </w:tcBorders>
            <w:tcMar>
              <w:left w:w="0" w:type="dxa"/>
              <w:right w:w="0" w:type="dxa"/>
            </w:tcMar>
          </w:tcPr>
          <w:p w14:paraId="429C01C3"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Județul</w:t>
            </w:r>
            <w:proofErr w:type="spellEnd"/>
          </w:p>
        </w:tc>
        <w:tc>
          <w:tcPr>
            <w:tcW w:w="3116" w:type="dxa"/>
            <w:gridSpan w:val="4"/>
            <w:tcBorders>
              <w:top w:val="single" w:sz="4" w:space="0" w:color="767676"/>
              <w:left w:val="single" w:sz="4" w:space="0" w:color="767676"/>
              <w:bottom w:val="single" w:sz="3" w:space="0" w:color="767676"/>
              <w:right w:val="single" w:sz="3" w:space="0" w:color="767676"/>
            </w:tcBorders>
            <w:tcMar>
              <w:left w:w="0" w:type="dxa"/>
              <w:right w:w="0" w:type="dxa"/>
            </w:tcMar>
          </w:tcPr>
          <w:p w14:paraId="75FC6D8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comuna</w:t>
            </w:r>
            <w:proofErr w:type="spellEnd"/>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7001DBA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Satul</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sectorul</w:t>
            </w:r>
            <w:proofErr w:type="spellEnd"/>
          </w:p>
        </w:tc>
      </w:tr>
      <w:tr w:rsidR="00BD2397" w:rsidRPr="00F9681E" w14:paraId="031AC0C0" w14:textId="77777777">
        <w:trPr>
          <w:trHeight w:hRule="exact" w:val="504"/>
        </w:trPr>
        <w:tc>
          <w:tcPr>
            <w:tcW w:w="3116" w:type="dxa"/>
            <w:gridSpan w:val="2"/>
            <w:tcBorders>
              <w:top w:val="single" w:sz="3" w:space="0" w:color="767676"/>
              <w:left w:val="single" w:sz="3" w:space="0" w:color="767676"/>
              <w:bottom w:val="single" w:sz="3" w:space="0" w:color="767676"/>
              <w:right w:val="single" w:sz="4" w:space="0" w:color="767676"/>
            </w:tcBorders>
            <w:tcMar>
              <w:left w:w="0" w:type="dxa"/>
              <w:right w:w="0" w:type="dxa"/>
            </w:tcMar>
          </w:tcPr>
          <w:p w14:paraId="30232411"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Strada</w:t>
            </w:r>
          </w:p>
        </w:tc>
        <w:tc>
          <w:tcPr>
            <w:tcW w:w="778" w:type="dxa"/>
            <w:tcBorders>
              <w:top w:val="single" w:sz="3" w:space="0" w:color="767676"/>
              <w:left w:val="single" w:sz="4" w:space="0" w:color="767676"/>
              <w:bottom w:val="single" w:sz="3" w:space="0" w:color="767676"/>
              <w:right w:val="single" w:sz="4" w:space="0" w:color="767676"/>
            </w:tcBorders>
            <w:tcMar>
              <w:left w:w="0" w:type="dxa"/>
              <w:right w:w="0" w:type="dxa"/>
            </w:tcMar>
          </w:tcPr>
          <w:p w14:paraId="4F2B61D0"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Nr.</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4E5446E6"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Sc.</w:t>
            </w:r>
          </w:p>
        </w:tc>
        <w:tc>
          <w:tcPr>
            <w:tcW w:w="778" w:type="dxa"/>
            <w:tcBorders>
              <w:top w:val="single" w:sz="3" w:space="0" w:color="767676"/>
              <w:left w:val="single" w:sz="3" w:space="0" w:color="767676"/>
              <w:bottom w:val="single" w:sz="3" w:space="0" w:color="767676"/>
              <w:right w:val="single" w:sz="4" w:space="0" w:color="767676"/>
            </w:tcBorders>
            <w:tcMar>
              <w:left w:w="0" w:type="dxa"/>
              <w:right w:w="0" w:type="dxa"/>
            </w:tcMar>
          </w:tcPr>
          <w:p w14:paraId="1230B355"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Et.</w:t>
            </w:r>
          </w:p>
        </w:tc>
        <w:tc>
          <w:tcPr>
            <w:tcW w:w="780" w:type="dxa"/>
            <w:tcBorders>
              <w:top w:val="single" w:sz="3" w:space="0" w:color="767676"/>
              <w:left w:val="single" w:sz="4" w:space="0" w:color="767676"/>
              <w:bottom w:val="single" w:sz="3" w:space="0" w:color="767676"/>
              <w:right w:val="single" w:sz="3" w:space="0" w:color="767676"/>
            </w:tcBorders>
            <w:tcMar>
              <w:left w:w="0" w:type="dxa"/>
              <w:right w:w="0" w:type="dxa"/>
            </w:tcMar>
          </w:tcPr>
          <w:p w14:paraId="715C8C2F"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Ap.</w:t>
            </w:r>
          </w:p>
        </w:tc>
        <w:tc>
          <w:tcPr>
            <w:tcW w:w="1560" w:type="dxa"/>
            <w:tcBorders>
              <w:top w:val="single" w:sz="3" w:space="0" w:color="767676"/>
              <w:left w:val="single" w:sz="3" w:space="0" w:color="767676"/>
              <w:bottom w:val="single" w:sz="3" w:space="0" w:color="767676"/>
              <w:right w:val="single" w:sz="4" w:space="0" w:color="767676"/>
            </w:tcBorders>
            <w:tcMar>
              <w:left w:w="0" w:type="dxa"/>
              <w:right w:w="0" w:type="dxa"/>
            </w:tcMar>
          </w:tcPr>
          <w:p w14:paraId="067ACBC8" w14:textId="77777777" w:rsidR="00BD2397" w:rsidRPr="00F9681E" w:rsidRDefault="00B8640C">
            <w:pPr>
              <w:autoSpaceDE w:val="0"/>
              <w:autoSpaceDN w:val="0"/>
              <w:spacing w:after="0" w:line="144"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1556" w:type="dxa"/>
            <w:tcBorders>
              <w:top w:val="single" w:sz="3" w:space="0" w:color="767676"/>
              <w:left w:val="single" w:sz="4" w:space="0" w:color="767676"/>
              <w:bottom w:val="single" w:sz="3" w:space="0" w:color="767676"/>
              <w:right w:val="single" w:sz="3" w:space="0" w:color="767676"/>
            </w:tcBorders>
            <w:tcMar>
              <w:left w:w="0" w:type="dxa"/>
              <w:right w:w="0" w:type="dxa"/>
            </w:tcMar>
          </w:tcPr>
          <w:p w14:paraId="2FE86FEE" w14:textId="77777777" w:rsidR="00BD2397" w:rsidRPr="00F9681E" w:rsidRDefault="00B8640C">
            <w:pPr>
              <w:autoSpaceDE w:val="0"/>
              <w:autoSpaceDN w:val="0"/>
              <w:spacing w:after="0" w:line="144" w:lineRule="exact"/>
              <w:ind w:left="98"/>
              <w:rPr>
                <w:sz w:val="16"/>
                <w:szCs w:val="16"/>
              </w:rPr>
            </w:pPr>
            <w:proofErr w:type="spellStart"/>
            <w:r w:rsidRPr="00F9681E">
              <w:rPr>
                <w:rFonts w:ascii="TimesNewRomanPS" w:eastAsia="TimesNewRomanPS" w:hAnsi="TimesNewRomanPS"/>
                <w:b/>
                <w:color w:val="0D5F78"/>
                <w:w w:val="97"/>
                <w:sz w:val="16"/>
                <w:szCs w:val="16"/>
              </w:rPr>
              <w:t>Țara</w:t>
            </w:r>
            <w:proofErr w:type="spellEnd"/>
          </w:p>
        </w:tc>
      </w:tr>
      <w:tr w:rsidR="00BD2397" w:rsidRPr="00F9681E" w14:paraId="1183F03F" w14:textId="77777777">
        <w:trPr>
          <w:trHeight w:hRule="exact" w:val="188"/>
        </w:trPr>
        <w:tc>
          <w:tcPr>
            <w:tcW w:w="9348" w:type="dxa"/>
            <w:gridSpan w:val="8"/>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34613D93"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Date de contact</w:t>
            </w:r>
          </w:p>
        </w:tc>
      </w:tr>
      <w:tr w:rsidR="00BD2397" w:rsidRPr="00F9681E" w14:paraId="74DC24E2" w14:textId="77777777">
        <w:trPr>
          <w:trHeight w:hRule="exact" w:val="506"/>
        </w:trPr>
        <w:tc>
          <w:tcPr>
            <w:tcW w:w="3894"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0DA46214"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Telefon</w:t>
            </w:r>
            <w:proofErr w:type="spellEnd"/>
            <w:r w:rsidRPr="00F9681E">
              <w:rPr>
                <w:rFonts w:ascii="TimesNewRomanPS" w:eastAsia="TimesNewRomanPS" w:hAnsi="TimesNewRomanPS"/>
                <w:b/>
                <w:color w:val="0D5F78"/>
                <w:w w:val="97"/>
                <w:sz w:val="16"/>
                <w:szCs w:val="16"/>
              </w:rPr>
              <w:t xml:space="preserve"> / fax</w:t>
            </w:r>
          </w:p>
        </w:tc>
        <w:tc>
          <w:tcPr>
            <w:tcW w:w="5454" w:type="dxa"/>
            <w:gridSpan w:val="5"/>
            <w:tcBorders>
              <w:top w:val="single" w:sz="4" w:space="0" w:color="767676"/>
              <w:left w:val="single" w:sz="4" w:space="0" w:color="767676"/>
              <w:bottom w:val="single" w:sz="4" w:space="0" w:color="767676"/>
              <w:right w:val="single" w:sz="3" w:space="0" w:color="767676"/>
            </w:tcBorders>
            <w:tcMar>
              <w:left w:w="0" w:type="dxa"/>
              <w:right w:w="0" w:type="dxa"/>
            </w:tcMar>
          </w:tcPr>
          <w:p w14:paraId="76534DCA" w14:textId="77777777" w:rsidR="00BD2397" w:rsidRPr="00F9681E" w:rsidRDefault="00B8640C">
            <w:pPr>
              <w:autoSpaceDE w:val="0"/>
              <w:autoSpaceDN w:val="0"/>
              <w:spacing w:after="0" w:line="146" w:lineRule="exact"/>
              <w:ind w:left="102"/>
              <w:rPr>
                <w:sz w:val="16"/>
                <w:szCs w:val="16"/>
              </w:rPr>
            </w:pPr>
            <w:r w:rsidRPr="00F9681E">
              <w:rPr>
                <w:rFonts w:ascii="TimesNewRomanPS" w:eastAsia="TimesNewRomanPS" w:hAnsi="TimesNewRomanPS"/>
                <w:b/>
                <w:color w:val="0D5F78"/>
                <w:w w:val="97"/>
                <w:sz w:val="16"/>
                <w:szCs w:val="16"/>
              </w:rPr>
              <w:t>E-mail</w:t>
            </w:r>
          </w:p>
        </w:tc>
      </w:tr>
      <w:tr w:rsidR="00BD2397" w:rsidRPr="00F9681E" w14:paraId="10888E3A" w14:textId="77777777">
        <w:trPr>
          <w:trHeight w:hRule="exact" w:val="186"/>
        </w:trPr>
        <w:tc>
          <w:tcPr>
            <w:tcW w:w="9348" w:type="dxa"/>
            <w:gridSpan w:val="8"/>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C7FDE86" w14:textId="77777777" w:rsidR="00BD2397" w:rsidRPr="00F9681E" w:rsidRDefault="00B8640C">
            <w:pPr>
              <w:autoSpaceDE w:val="0"/>
              <w:autoSpaceDN w:val="0"/>
              <w:spacing w:after="0" w:line="154" w:lineRule="exact"/>
              <w:ind w:left="100"/>
              <w:rPr>
                <w:sz w:val="16"/>
                <w:szCs w:val="16"/>
              </w:rPr>
            </w:pP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Reprezentare</w:t>
            </w:r>
            <w:proofErr w:type="spellEnd"/>
          </w:p>
        </w:tc>
      </w:tr>
      <w:tr w:rsidR="00BD2397" w:rsidRPr="00F9681E" w14:paraId="6D74B92A" w14:textId="77777777">
        <w:trPr>
          <w:trHeight w:hRule="exact" w:val="506"/>
        </w:trPr>
        <w:tc>
          <w:tcPr>
            <w:tcW w:w="6232"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14:paraId="61C50EDA" w14:textId="77777777" w:rsidR="00BD2397" w:rsidRPr="001F5194" w:rsidRDefault="00B8640C">
            <w:pPr>
              <w:autoSpaceDE w:val="0"/>
              <w:autoSpaceDN w:val="0"/>
              <w:spacing w:after="0" w:line="146" w:lineRule="exact"/>
              <w:ind w:left="100"/>
              <w:rPr>
                <w:sz w:val="16"/>
                <w:szCs w:val="16"/>
                <w:lang w:val="pt-PT"/>
              </w:rPr>
            </w:pPr>
            <w:r w:rsidRPr="001F5194">
              <w:rPr>
                <w:rFonts w:ascii="TimesNewRomanPS" w:eastAsia="TimesNewRomanPS" w:hAnsi="TimesNewRomanPS"/>
                <w:b/>
                <w:color w:val="0D5F78"/>
                <w:w w:val="97"/>
                <w:sz w:val="16"/>
                <w:szCs w:val="16"/>
                <w:lang w:val="pt-PT"/>
              </w:rPr>
              <w:t>În calitate de reprezentant al</w:t>
            </w:r>
          </w:p>
        </w:tc>
        <w:tc>
          <w:tcPr>
            <w:tcW w:w="3116" w:type="dxa"/>
            <w:gridSpan w:val="2"/>
            <w:tcBorders>
              <w:top w:val="single" w:sz="4" w:space="0" w:color="767676"/>
              <w:left w:val="single" w:sz="3" w:space="0" w:color="767676"/>
              <w:bottom w:val="single" w:sz="3" w:space="0" w:color="767676"/>
              <w:right w:val="single" w:sz="3" w:space="0" w:color="767676"/>
            </w:tcBorders>
            <w:tcMar>
              <w:left w:w="0" w:type="dxa"/>
              <w:right w:w="0" w:type="dxa"/>
            </w:tcMar>
          </w:tcPr>
          <w:p w14:paraId="5FD79B7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CUI / CIF</w:t>
            </w:r>
          </w:p>
        </w:tc>
      </w:tr>
    </w:tbl>
    <w:p w14:paraId="31F06749" w14:textId="77777777" w:rsidR="00BD2397" w:rsidRPr="00F9681E" w:rsidRDefault="00BD2397">
      <w:pPr>
        <w:autoSpaceDE w:val="0"/>
        <w:autoSpaceDN w:val="0"/>
        <w:spacing w:after="0" w:line="118" w:lineRule="exact"/>
        <w:rPr>
          <w:sz w:val="16"/>
          <w:szCs w:val="16"/>
        </w:rPr>
      </w:pPr>
    </w:p>
    <w:tbl>
      <w:tblPr>
        <w:tblW w:w="0" w:type="auto"/>
        <w:tblInd w:w="4" w:type="dxa"/>
        <w:tblLayout w:type="fixed"/>
        <w:tblLook w:val="04A0" w:firstRow="1" w:lastRow="0" w:firstColumn="1" w:lastColumn="0" w:noHBand="0" w:noVBand="1"/>
      </w:tblPr>
      <w:tblGrid>
        <w:gridCol w:w="1558"/>
        <w:gridCol w:w="1558"/>
        <w:gridCol w:w="2336"/>
        <w:gridCol w:w="3896"/>
      </w:tblGrid>
      <w:tr w:rsidR="00BD2397" w:rsidRPr="001222E3" w14:paraId="04226C22" w14:textId="77777777">
        <w:trPr>
          <w:trHeight w:hRule="exact" w:val="210"/>
        </w:trPr>
        <w:tc>
          <w:tcPr>
            <w:tcW w:w="9348" w:type="dxa"/>
            <w:gridSpan w:val="4"/>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6EB72C11" w14:textId="77777777" w:rsidR="00BD2397" w:rsidRPr="001F5194" w:rsidRDefault="00B8640C">
            <w:pPr>
              <w:autoSpaceDE w:val="0"/>
              <w:autoSpaceDN w:val="0"/>
              <w:spacing w:after="0" w:line="176" w:lineRule="exact"/>
              <w:ind w:left="100"/>
              <w:rPr>
                <w:sz w:val="16"/>
                <w:szCs w:val="16"/>
                <w:lang w:val="pt-PT"/>
              </w:rPr>
            </w:pPr>
            <w:r w:rsidRPr="001F5194">
              <w:rPr>
                <w:rFonts w:ascii="TimesNewRomanPS" w:eastAsia="TimesNewRomanPS" w:hAnsi="TimesNewRomanPS"/>
                <w:b/>
                <w:color w:val="000000"/>
                <w:w w:val="103"/>
                <w:sz w:val="16"/>
                <w:szCs w:val="16"/>
                <w:lang w:val="pt-PT"/>
              </w:rPr>
              <w:t xml:space="preserve"> 3. </w:t>
            </w:r>
            <w:r w:rsidRPr="001F5194">
              <w:rPr>
                <w:rFonts w:ascii="TimesNewRomanPS" w:eastAsia="TimesNewRomanPS" w:hAnsi="TimesNewRomanPS"/>
                <w:b/>
                <w:color w:val="000000"/>
                <w:w w:val="102"/>
                <w:sz w:val="16"/>
                <w:szCs w:val="16"/>
                <w:lang w:val="pt-PT"/>
              </w:rPr>
              <w:t>TITULAR AL AUTORIZAȚIEI DE CONSTRUIRE</w:t>
            </w:r>
          </w:p>
        </w:tc>
      </w:tr>
      <w:tr w:rsidR="00BD2397" w:rsidRPr="00F9681E" w14:paraId="4F1299D1" w14:textId="77777777">
        <w:trPr>
          <w:trHeight w:hRule="exact" w:val="504"/>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379B13D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1558" w:type="dxa"/>
            <w:tcBorders>
              <w:top w:val="single" w:sz="4" w:space="0" w:color="767676"/>
              <w:left w:val="single" w:sz="3" w:space="0" w:color="767676"/>
              <w:bottom w:val="single" w:sz="4" w:space="0" w:color="767676"/>
              <w:right w:val="single" w:sz="4" w:space="0" w:color="767676"/>
            </w:tcBorders>
            <w:tcMar>
              <w:left w:w="0" w:type="dxa"/>
              <w:right w:w="0" w:type="dxa"/>
            </w:tcMar>
          </w:tcPr>
          <w:p w14:paraId="53540CF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Din data</w:t>
            </w:r>
          </w:p>
        </w:tc>
        <w:tc>
          <w:tcPr>
            <w:tcW w:w="2336" w:type="dxa"/>
            <w:tcBorders>
              <w:top w:val="single" w:sz="4" w:space="0" w:color="767676"/>
              <w:left w:val="single" w:sz="4" w:space="0" w:color="767676"/>
              <w:bottom w:val="single" w:sz="4" w:space="0" w:color="767676"/>
              <w:right w:val="single" w:sz="4" w:space="0" w:color="767676"/>
            </w:tcBorders>
            <w:tcMar>
              <w:left w:w="0" w:type="dxa"/>
              <w:right w:w="0" w:type="dxa"/>
            </w:tcMar>
          </w:tcPr>
          <w:p w14:paraId="5A8364D5"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Termen de </w:t>
            </w:r>
            <w:proofErr w:type="spellStart"/>
            <w:r w:rsidRPr="00F9681E">
              <w:rPr>
                <w:rFonts w:ascii="TimesNewRomanPS" w:eastAsia="TimesNewRomanPS" w:hAnsi="TimesNewRomanPS"/>
                <w:b/>
                <w:color w:val="0D5F78"/>
                <w:w w:val="97"/>
                <w:sz w:val="16"/>
                <w:szCs w:val="16"/>
              </w:rPr>
              <w:t>valabilitate</w:t>
            </w:r>
            <w:proofErr w:type="spellEnd"/>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14:paraId="7DC0232E"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Emisă</w:t>
            </w:r>
            <w:proofErr w:type="spellEnd"/>
            <w:r w:rsidRPr="00F9681E">
              <w:rPr>
                <w:rFonts w:ascii="TimesNewRomanPS" w:eastAsia="TimesNewRomanPS" w:hAnsi="TimesNewRomanPS"/>
                <w:b/>
                <w:color w:val="0D5F78"/>
                <w:w w:val="97"/>
                <w:sz w:val="16"/>
                <w:szCs w:val="16"/>
              </w:rPr>
              <w:t xml:space="preserve"> de</w:t>
            </w:r>
          </w:p>
        </w:tc>
      </w:tr>
    </w:tbl>
    <w:p w14:paraId="17A3B561" w14:textId="77777777" w:rsidR="00BD2397" w:rsidRPr="00F9681E" w:rsidRDefault="00BD2397">
      <w:pPr>
        <w:autoSpaceDE w:val="0"/>
        <w:autoSpaceDN w:val="0"/>
        <w:spacing w:after="0" w:line="116" w:lineRule="exact"/>
        <w:rPr>
          <w:sz w:val="16"/>
          <w:szCs w:val="16"/>
        </w:rPr>
      </w:pPr>
    </w:p>
    <w:tbl>
      <w:tblPr>
        <w:tblW w:w="0" w:type="auto"/>
        <w:tblInd w:w="4" w:type="dxa"/>
        <w:tblLayout w:type="fixed"/>
        <w:tblLook w:val="04A0" w:firstRow="1" w:lastRow="0" w:firstColumn="1" w:lastColumn="0" w:noHBand="0" w:noVBand="1"/>
      </w:tblPr>
      <w:tblGrid>
        <w:gridCol w:w="1558"/>
        <w:gridCol w:w="1558"/>
        <w:gridCol w:w="2336"/>
        <w:gridCol w:w="780"/>
        <w:gridCol w:w="780"/>
        <w:gridCol w:w="2336"/>
      </w:tblGrid>
      <w:tr w:rsidR="00BD2397" w:rsidRPr="00F9681E" w14:paraId="7724BB61" w14:textId="77777777">
        <w:trPr>
          <w:trHeight w:hRule="exact" w:val="210"/>
        </w:trPr>
        <w:tc>
          <w:tcPr>
            <w:tcW w:w="9348" w:type="dxa"/>
            <w:gridSpan w:val="6"/>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7E720487"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4. </w:t>
            </w:r>
            <w:r w:rsidRPr="00F9681E">
              <w:rPr>
                <w:rFonts w:ascii="TimesNewRomanPS" w:eastAsia="TimesNewRomanPS" w:hAnsi="TimesNewRomanPS"/>
                <w:b/>
                <w:color w:val="000000"/>
                <w:w w:val="102"/>
                <w:sz w:val="16"/>
                <w:szCs w:val="16"/>
              </w:rPr>
              <w:t>IMOBILUL</w:t>
            </w:r>
          </w:p>
        </w:tc>
      </w:tr>
      <w:tr w:rsidR="00BD2397" w:rsidRPr="00F9681E" w14:paraId="3A968A93" w14:textId="77777777">
        <w:trPr>
          <w:trHeight w:hRule="exact" w:val="216"/>
        </w:trPr>
        <w:tc>
          <w:tcPr>
            <w:tcW w:w="9348" w:type="dxa"/>
            <w:gridSpan w:val="6"/>
            <w:tcBorders>
              <w:top w:val="single" w:sz="4" w:space="0" w:color="767676"/>
              <w:left w:val="single" w:sz="3" w:space="0" w:color="767676"/>
              <w:bottom w:val="single" w:sz="4" w:space="0" w:color="767676"/>
              <w:right w:val="single" w:sz="3" w:space="0" w:color="767676"/>
            </w:tcBorders>
            <w:tcMar>
              <w:left w:w="0" w:type="dxa"/>
              <w:right w:w="0" w:type="dxa"/>
            </w:tcMar>
          </w:tcPr>
          <w:p w14:paraId="573580AE" w14:textId="77777777" w:rsidR="00BD2397" w:rsidRPr="00F9681E" w:rsidRDefault="00B8640C">
            <w:pPr>
              <w:autoSpaceDE w:val="0"/>
              <w:autoSpaceDN w:val="0"/>
              <w:spacing w:after="0" w:line="160" w:lineRule="exact"/>
              <w:ind w:left="14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teren</w:t>
            </w:r>
            <w:proofErr w:type="spellEnd"/>
            <w:r w:rsidRPr="00F9681E">
              <w:rPr>
                <w:rFonts w:ascii="TimesNewRomanPSMT" w:eastAsia="TimesNewRomanPSMT" w:hAnsi="TimesNewRomanPSMT"/>
                <w:color w:val="000000"/>
                <w:w w:val="103"/>
                <w:sz w:val="16"/>
                <w:szCs w:val="16"/>
              </w:rPr>
              <w:t xml:space="preserve">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w:t>
            </w:r>
            <w:proofErr w:type="spellStart"/>
            <w:r w:rsidRPr="00F9681E">
              <w:rPr>
                <w:rFonts w:ascii="TimesNewRomanPSMT" w:eastAsia="TimesNewRomanPSMT" w:hAnsi="TimesNewRomanPSMT"/>
                <w:color w:val="000000"/>
                <w:w w:val="103"/>
                <w:sz w:val="16"/>
                <w:szCs w:val="16"/>
              </w:rPr>
              <w:t>construcții</w:t>
            </w:r>
            <w:proofErr w:type="spellEnd"/>
          </w:p>
        </w:tc>
      </w:tr>
      <w:tr w:rsidR="00BD2397" w:rsidRPr="00F9681E" w14:paraId="0EAF08B3" w14:textId="77777777">
        <w:trPr>
          <w:trHeight w:hRule="exact" w:val="506"/>
        </w:trPr>
        <w:tc>
          <w:tcPr>
            <w:tcW w:w="3116"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3C4EEA7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Județ</w:t>
            </w:r>
            <w:proofErr w:type="spellEnd"/>
          </w:p>
        </w:tc>
        <w:tc>
          <w:tcPr>
            <w:tcW w:w="3116" w:type="dxa"/>
            <w:gridSpan w:val="2"/>
            <w:tcBorders>
              <w:top w:val="single" w:sz="4" w:space="0" w:color="767676"/>
              <w:left w:val="single" w:sz="4" w:space="0" w:color="767676"/>
              <w:bottom w:val="single" w:sz="4" w:space="0" w:color="767676"/>
              <w:right w:val="single" w:sz="3" w:space="0" w:color="767676"/>
            </w:tcBorders>
            <w:tcMar>
              <w:left w:w="0" w:type="dxa"/>
              <w:right w:w="0" w:type="dxa"/>
            </w:tcMar>
          </w:tcPr>
          <w:p w14:paraId="3A84BE01"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Municipiu</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oraș</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comună</w:t>
            </w:r>
            <w:proofErr w:type="spellEnd"/>
          </w:p>
        </w:tc>
        <w:tc>
          <w:tcPr>
            <w:tcW w:w="3116" w:type="dxa"/>
            <w:gridSpan w:val="2"/>
            <w:tcBorders>
              <w:top w:val="single" w:sz="4" w:space="0" w:color="767676"/>
              <w:left w:val="single" w:sz="3" w:space="0" w:color="767676"/>
              <w:bottom w:val="single" w:sz="4" w:space="0" w:color="767676"/>
              <w:right w:val="single" w:sz="3" w:space="0" w:color="767676"/>
            </w:tcBorders>
            <w:tcMar>
              <w:left w:w="0" w:type="dxa"/>
              <w:right w:w="0" w:type="dxa"/>
            </w:tcMar>
          </w:tcPr>
          <w:p w14:paraId="1179F4B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Sat / sector</w:t>
            </w:r>
          </w:p>
        </w:tc>
      </w:tr>
      <w:tr w:rsidR="00BD2397" w:rsidRPr="00F9681E" w14:paraId="172F693B" w14:textId="77777777">
        <w:trPr>
          <w:trHeight w:hRule="exact" w:val="502"/>
        </w:trPr>
        <w:tc>
          <w:tcPr>
            <w:tcW w:w="1558" w:type="dxa"/>
            <w:tcBorders>
              <w:top w:val="single" w:sz="4" w:space="0" w:color="767676"/>
              <w:left w:val="single" w:sz="3" w:space="0" w:color="767676"/>
              <w:bottom w:val="single" w:sz="4" w:space="0" w:color="767676"/>
              <w:right w:val="single" w:sz="3" w:space="0" w:color="767676"/>
            </w:tcBorders>
            <w:tcMar>
              <w:left w:w="0" w:type="dxa"/>
              <w:right w:w="0" w:type="dxa"/>
            </w:tcMar>
          </w:tcPr>
          <w:p w14:paraId="6BED6F2D"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Cod </w:t>
            </w:r>
            <w:proofErr w:type="spellStart"/>
            <w:r w:rsidRPr="00F9681E">
              <w:rPr>
                <w:rFonts w:ascii="TimesNewRomanPS" w:eastAsia="TimesNewRomanPS" w:hAnsi="TimesNewRomanPS"/>
                <w:b/>
                <w:color w:val="0D5F78"/>
                <w:w w:val="97"/>
                <w:sz w:val="16"/>
                <w:szCs w:val="16"/>
              </w:rPr>
              <w:t>poștal</w:t>
            </w:r>
            <w:proofErr w:type="spellEnd"/>
          </w:p>
        </w:tc>
        <w:tc>
          <w:tcPr>
            <w:tcW w:w="4674" w:type="dxa"/>
            <w:gridSpan w:val="3"/>
            <w:tcBorders>
              <w:top w:val="single" w:sz="4" w:space="0" w:color="767676"/>
              <w:left w:val="single" w:sz="3" w:space="0" w:color="767676"/>
              <w:bottom w:val="single" w:sz="4" w:space="0" w:color="767676"/>
              <w:right w:val="single" w:sz="3" w:space="0" w:color="767676"/>
            </w:tcBorders>
            <w:tcMar>
              <w:left w:w="0" w:type="dxa"/>
              <w:right w:w="0" w:type="dxa"/>
            </w:tcMar>
          </w:tcPr>
          <w:p w14:paraId="0ECEFB6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Strada</w:t>
            </w:r>
          </w:p>
        </w:tc>
        <w:tc>
          <w:tcPr>
            <w:tcW w:w="780" w:type="dxa"/>
            <w:tcBorders>
              <w:top w:val="single" w:sz="4" w:space="0" w:color="767676"/>
              <w:left w:val="single" w:sz="3" w:space="0" w:color="767676"/>
              <w:bottom w:val="single" w:sz="4" w:space="0" w:color="767676"/>
              <w:right w:val="single" w:sz="3" w:space="0" w:color="767676"/>
            </w:tcBorders>
            <w:tcMar>
              <w:left w:w="0" w:type="dxa"/>
              <w:right w:w="0" w:type="dxa"/>
            </w:tcMar>
          </w:tcPr>
          <w:p w14:paraId="358E4640"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Nr.</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14:paraId="2E29DDD1"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Bl. / sc. / et. / ap.</w:t>
            </w:r>
          </w:p>
        </w:tc>
      </w:tr>
      <w:tr w:rsidR="00BD2397" w:rsidRPr="00F9681E" w14:paraId="4EF76434" w14:textId="77777777">
        <w:trPr>
          <w:trHeight w:hRule="exact" w:val="512"/>
        </w:trPr>
        <w:tc>
          <w:tcPr>
            <w:tcW w:w="5452" w:type="dxa"/>
            <w:gridSpan w:val="3"/>
            <w:tcBorders>
              <w:top w:val="single" w:sz="4" w:space="0" w:color="767676"/>
              <w:left w:val="single" w:sz="3" w:space="0" w:color="767676"/>
              <w:bottom w:val="single" w:sz="4" w:space="0" w:color="767676"/>
              <w:right w:val="single" w:sz="4" w:space="0" w:color="767676"/>
            </w:tcBorders>
            <w:tcMar>
              <w:left w:w="0" w:type="dxa"/>
              <w:right w:w="0" w:type="dxa"/>
            </w:tcMar>
          </w:tcPr>
          <w:p w14:paraId="10E4A8CB" w14:textId="77777777" w:rsidR="00BD2397" w:rsidRPr="001F5194" w:rsidRDefault="00B8640C">
            <w:pPr>
              <w:autoSpaceDE w:val="0"/>
              <w:autoSpaceDN w:val="0"/>
              <w:spacing w:after="0" w:line="166" w:lineRule="exact"/>
              <w:ind w:left="100" w:right="3312"/>
              <w:rPr>
                <w:sz w:val="16"/>
                <w:szCs w:val="16"/>
                <w:lang w:val="pt-PT"/>
              </w:rPr>
            </w:pPr>
            <w:r w:rsidRPr="001F5194">
              <w:rPr>
                <w:rFonts w:ascii="TimesNewRomanPS" w:eastAsia="TimesNewRomanPS" w:hAnsi="TimesNewRomanPS"/>
                <w:b/>
                <w:color w:val="0D5F78"/>
                <w:w w:val="97"/>
                <w:sz w:val="16"/>
                <w:szCs w:val="16"/>
                <w:lang w:val="pt-PT"/>
              </w:rPr>
              <w:t xml:space="preserve">Număr cadastral </w:t>
            </w:r>
            <w:r w:rsidRPr="001F5194">
              <w:rPr>
                <w:sz w:val="16"/>
                <w:szCs w:val="16"/>
                <w:lang w:val="pt-PT"/>
              </w:rPr>
              <w:br/>
            </w:r>
            <w:r w:rsidRPr="001F5194">
              <w:rPr>
                <w:rFonts w:ascii="TimesNewRomanPS" w:eastAsia="TimesNewRomanPS" w:hAnsi="TimesNewRomanPS"/>
                <w:i/>
                <w:color w:val="7A7A7A"/>
                <w:w w:val="97"/>
                <w:sz w:val="16"/>
                <w:szCs w:val="16"/>
                <w:lang w:val="pt-PT"/>
              </w:rPr>
              <w:t>dacă imobilul e înscris în e-Terra</w:t>
            </w:r>
          </w:p>
        </w:tc>
        <w:tc>
          <w:tcPr>
            <w:tcW w:w="3896"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2F2C3B9B"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Carte </w:t>
            </w:r>
            <w:proofErr w:type="spellStart"/>
            <w:r w:rsidRPr="00F9681E">
              <w:rPr>
                <w:rFonts w:ascii="TimesNewRomanPS" w:eastAsia="TimesNewRomanPS" w:hAnsi="TimesNewRomanPS"/>
                <w:b/>
                <w:color w:val="0D5F78"/>
                <w:w w:val="97"/>
                <w:sz w:val="16"/>
                <w:szCs w:val="16"/>
              </w:rPr>
              <w:t>funciară</w:t>
            </w:r>
            <w:proofErr w:type="spellEnd"/>
            <w:r w:rsidRPr="00F9681E">
              <w:rPr>
                <w:rFonts w:ascii="TimesNewRomanPS" w:eastAsia="TimesNewRomanPS" w:hAnsi="TimesNewRomanPS"/>
                <w:b/>
                <w:color w:val="0D5F78"/>
                <w:w w:val="97"/>
                <w:sz w:val="16"/>
                <w:szCs w:val="16"/>
              </w:rPr>
              <w:t xml:space="preserve"> nr.</w:t>
            </w:r>
          </w:p>
        </w:tc>
      </w:tr>
      <w:tr w:rsidR="00BD2397" w:rsidRPr="001222E3" w14:paraId="41BEBEDE" w14:textId="77777777">
        <w:trPr>
          <w:trHeight w:hRule="exact" w:val="218"/>
        </w:trPr>
        <w:tc>
          <w:tcPr>
            <w:tcW w:w="9348" w:type="dxa"/>
            <w:gridSpan w:val="6"/>
            <w:tcBorders>
              <w:top w:val="single" w:sz="4" w:space="0" w:color="767676"/>
              <w:left w:val="single" w:sz="3" w:space="0" w:color="767676"/>
              <w:bottom w:val="single" w:sz="3" w:space="0" w:color="767676"/>
              <w:right w:val="single" w:sz="3" w:space="0" w:color="767676"/>
            </w:tcBorders>
            <w:tcMar>
              <w:left w:w="0" w:type="dxa"/>
              <w:right w:w="0" w:type="dxa"/>
            </w:tcMar>
          </w:tcPr>
          <w:p w14:paraId="03CBEFE4" w14:textId="77777777" w:rsidR="00BD2397" w:rsidRPr="001F5194" w:rsidRDefault="00B8640C">
            <w:pPr>
              <w:autoSpaceDE w:val="0"/>
              <w:autoSpaceDN w:val="0"/>
              <w:spacing w:after="0" w:line="160" w:lineRule="exact"/>
              <w:ind w:left="140"/>
              <w:rPr>
                <w:sz w:val="16"/>
                <w:szCs w:val="16"/>
                <w:lang w:val="pt-PT"/>
              </w:rPr>
            </w:pPr>
            <w:r w:rsidRPr="001F5194">
              <w:rPr>
                <w:rFonts w:ascii="SegoeUISymbol" w:eastAsia="SegoeUISymbol" w:hAnsi="SegoeUISymbol"/>
                <w:color w:val="000000"/>
                <w:w w:val="103"/>
                <w:sz w:val="16"/>
                <w:szCs w:val="16"/>
                <w:lang w:val="pt-PT"/>
              </w:rPr>
              <w:t>☐</w:t>
            </w:r>
            <w:r w:rsidRPr="001F5194">
              <w:rPr>
                <w:rFonts w:ascii="TimesNewRomanPSMT" w:eastAsia="TimesNewRomanPSMT" w:hAnsi="TimesNewRomanPSMT"/>
                <w:color w:val="000000"/>
                <w:w w:val="103"/>
                <w:sz w:val="16"/>
                <w:szCs w:val="16"/>
                <w:lang w:val="pt-PT"/>
              </w:rPr>
              <w:t xml:space="preserve"> extras de carte funciară actualizat, anexat     </w:t>
            </w:r>
            <w:r w:rsidRPr="001F5194">
              <w:rPr>
                <w:rFonts w:ascii="SegoeUISymbol" w:eastAsia="SegoeUISymbol" w:hAnsi="SegoeUISymbol"/>
                <w:color w:val="000000"/>
                <w:w w:val="103"/>
                <w:sz w:val="16"/>
                <w:szCs w:val="16"/>
                <w:lang w:val="pt-PT"/>
              </w:rPr>
              <w:t>☐</w:t>
            </w:r>
            <w:r w:rsidRPr="001F5194">
              <w:rPr>
                <w:rFonts w:ascii="TimesNewRomanPSMT" w:eastAsia="TimesNewRomanPSMT" w:hAnsi="TimesNewRomanPSMT"/>
                <w:color w:val="000000"/>
                <w:w w:val="103"/>
                <w:sz w:val="16"/>
                <w:szCs w:val="16"/>
                <w:lang w:val="pt-PT"/>
              </w:rPr>
              <w:t xml:space="preserve"> plan de încadrare în zonă în sistem Stereo 70, anexat</w:t>
            </w:r>
          </w:p>
        </w:tc>
      </w:tr>
    </w:tbl>
    <w:p w14:paraId="4DAD1799" w14:textId="77777777" w:rsidR="00BD2397" w:rsidRPr="000C1C98" w:rsidRDefault="00B8640C">
      <w:pPr>
        <w:autoSpaceDE w:val="0"/>
        <w:autoSpaceDN w:val="0"/>
        <w:spacing w:after="0" w:line="242" w:lineRule="exact"/>
        <w:ind w:left="144" w:right="720"/>
        <w:jc w:val="center"/>
        <w:rPr>
          <w:sz w:val="16"/>
          <w:szCs w:val="16"/>
          <w:lang w:val="pt-PT"/>
        </w:rPr>
      </w:pPr>
      <w:r w:rsidRPr="000C1C98">
        <w:rPr>
          <w:rFonts w:ascii="TimesNewRomanPSMT" w:eastAsia="TimesNewRomanPSMT" w:hAnsi="TimesNewRomanPSMT"/>
          <w:color w:val="000000"/>
          <w:w w:val="102"/>
          <w:sz w:val="16"/>
          <w:szCs w:val="16"/>
          <w:lang w:val="pt-PT"/>
        </w:rPr>
        <w:t xml:space="preserve">în conformitate cu prevederile art. 293 din Legea nr. 169/2026 privind Codul amenajării teritoriului, urbanismului și construcțiilor, solicit emiterea </w:t>
      </w:r>
      <w:r w:rsidRPr="000C1C98">
        <w:rPr>
          <w:sz w:val="16"/>
          <w:szCs w:val="16"/>
          <w:lang w:val="pt-PT"/>
        </w:rPr>
        <w:br/>
      </w:r>
      <w:r w:rsidRPr="000C1C98">
        <w:rPr>
          <w:rFonts w:ascii="TimesNewRomanPS" w:eastAsia="TimesNewRomanPS" w:hAnsi="TimesNewRomanPS"/>
          <w:b/>
          <w:color w:val="000000"/>
          <w:w w:val="102"/>
          <w:sz w:val="24"/>
          <w:szCs w:val="24"/>
          <w:lang w:val="pt-PT"/>
        </w:rPr>
        <w:t>AUTORIZAȚIEI DE MODIFICARE</w:t>
      </w:r>
    </w:p>
    <w:p w14:paraId="046F3754" w14:textId="77777777" w:rsidR="00BD2397" w:rsidRPr="000C1C98" w:rsidRDefault="00B8640C">
      <w:pPr>
        <w:autoSpaceDE w:val="0"/>
        <w:autoSpaceDN w:val="0"/>
        <w:spacing w:after="0" w:line="184" w:lineRule="exact"/>
        <w:ind w:left="2242"/>
        <w:rPr>
          <w:sz w:val="16"/>
          <w:szCs w:val="16"/>
          <w:lang w:val="pt-PT"/>
        </w:rPr>
      </w:pPr>
      <w:r w:rsidRPr="000C1C98">
        <w:rPr>
          <w:rFonts w:ascii="TimesNewRomanPSMT" w:eastAsia="TimesNewRomanPSMT" w:hAnsi="TimesNewRomanPSMT"/>
          <w:color w:val="000000"/>
          <w:w w:val="102"/>
          <w:sz w:val="16"/>
          <w:szCs w:val="16"/>
          <w:lang w:val="pt-PT"/>
        </w:rPr>
        <w:t>în vederea realizării lucrărilor corespunzătoare modificărilor de temă</w:t>
      </w:r>
    </w:p>
    <w:tbl>
      <w:tblPr>
        <w:tblW w:w="0" w:type="auto"/>
        <w:tblInd w:w="4" w:type="dxa"/>
        <w:tblLayout w:type="fixed"/>
        <w:tblLook w:val="04A0" w:firstRow="1" w:lastRow="0" w:firstColumn="1" w:lastColumn="0" w:noHBand="0" w:noVBand="1"/>
      </w:tblPr>
      <w:tblGrid>
        <w:gridCol w:w="9348"/>
      </w:tblGrid>
      <w:tr w:rsidR="00BD2397" w:rsidRPr="00F9681E" w14:paraId="56D1B72A" w14:textId="77777777">
        <w:trPr>
          <w:trHeight w:hRule="exact" w:val="210"/>
        </w:trPr>
        <w:tc>
          <w:tcPr>
            <w:tcW w:w="9348" w:type="dxa"/>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39AA56D3" w14:textId="77777777" w:rsidR="00BD2397" w:rsidRPr="00F9681E" w:rsidRDefault="00B8640C">
            <w:pPr>
              <w:autoSpaceDE w:val="0"/>
              <w:autoSpaceDN w:val="0"/>
              <w:spacing w:after="0" w:line="174" w:lineRule="exact"/>
              <w:ind w:left="100"/>
              <w:rPr>
                <w:sz w:val="16"/>
                <w:szCs w:val="16"/>
              </w:rPr>
            </w:pPr>
            <w:r w:rsidRPr="000C1C98">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5. </w:t>
            </w:r>
            <w:r w:rsidRPr="00F9681E">
              <w:rPr>
                <w:rFonts w:ascii="TimesNewRomanPS" w:eastAsia="TimesNewRomanPS" w:hAnsi="TimesNewRomanPS"/>
                <w:b/>
                <w:color w:val="000000"/>
                <w:w w:val="102"/>
                <w:sz w:val="16"/>
                <w:szCs w:val="16"/>
              </w:rPr>
              <w:t>MODIFICĂRILE DE TEMĂ SOLICITATE</w:t>
            </w:r>
          </w:p>
        </w:tc>
      </w:tr>
      <w:tr w:rsidR="00BD2397" w:rsidRPr="00F9681E" w14:paraId="52B394D2" w14:textId="77777777">
        <w:trPr>
          <w:trHeight w:hRule="exact" w:val="760"/>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466CB048" w14:textId="77777777" w:rsidR="00BD2397" w:rsidRPr="00F9681E" w:rsidRDefault="00BD2397">
            <w:pPr>
              <w:spacing w:after="0"/>
              <w:rPr>
                <w:sz w:val="16"/>
                <w:szCs w:val="16"/>
              </w:rPr>
            </w:pPr>
          </w:p>
        </w:tc>
      </w:tr>
    </w:tbl>
    <w:p w14:paraId="4E610DE3" w14:textId="77777777" w:rsidR="00BD2397" w:rsidRPr="00F9681E" w:rsidRDefault="00BD2397">
      <w:pPr>
        <w:autoSpaceDE w:val="0"/>
        <w:autoSpaceDN w:val="0"/>
        <w:spacing w:after="0" w:line="116" w:lineRule="exact"/>
        <w:rPr>
          <w:sz w:val="16"/>
          <w:szCs w:val="16"/>
        </w:rPr>
      </w:pPr>
    </w:p>
    <w:tbl>
      <w:tblPr>
        <w:tblW w:w="0" w:type="auto"/>
        <w:tblInd w:w="4" w:type="dxa"/>
        <w:tblLayout w:type="fixed"/>
        <w:tblLook w:val="04A0" w:firstRow="1" w:lastRow="0" w:firstColumn="1" w:lastColumn="0" w:noHBand="0" w:noVBand="1"/>
      </w:tblPr>
      <w:tblGrid>
        <w:gridCol w:w="3116"/>
        <w:gridCol w:w="778"/>
        <w:gridCol w:w="1558"/>
        <w:gridCol w:w="3896"/>
      </w:tblGrid>
      <w:tr w:rsidR="00BD2397" w:rsidRPr="00F9681E" w14:paraId="52C2C9CF" w14:textId="77777777">
        <w:trPr>
          <w:trHeight w:hRule="exact" w:val="210"/>
        </w:trPr>
        <w:tc>
          <w:tcPr>
            <w:tcW w:w="9348" w:type="dxa"/>
            <w:gridSpan w:val="4"/>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7C5E8FE2"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6. </w:t>
            </w:r>
            <w:r w:rsidRPr="00F9681E">
              <w:rPr>
                <w:rFonts w:ascii="TimesNewRomanPS" w:eastAsia="TimesNewRomanPS" w:hAnsi="TimesNewRomanPS"/>
                <w:b/>
                <w:color w:val="000000"/>
                <w:w w:val="102"/>
                <w:sz w:val="16"/>
                <w:szCs w:val="16"/>
              </w:rPr>
              <w:t>ECHIPA DE PROIECTARE</w:t>
            </w:r>
          </w:p>
        </w:tc>
      </w:tr>
      <w:tr w:rsidR="00BD2397" w:rsidRPr="001222E3" w14:paraId="4104FBEC" w14:textId="77777777">
        <w:trPr>
          <w:trHeight w:hRule="exact" w:val="214"/>
        </w:trPr>
        <w:tc>
          <w:tcPr>
            <w:tcW w:w="9348" w:type="dxa"/>
            <w:gridSpan w:val="4"/>
            <w:tcBorders>
              <w:top w:val="single" w:sz="3" w:space="0" w:color="767676"/>
              <w:left w:val="single" w:sz="3" w:space="0" w:color="767676"/>
              <w:bottom w:val="single" w:sz="4" w:space="0" w:color="767676"/>
              <w:right w:val="single" w:sz="3" w:space="0" w:color="767676"/>
            </w:tcBorders>
            <w:tcMar>
              <w:left w:w="0" w:type="dxa"/>
              <w:right w:w="0" w:type="dxa"/>
            </w:tcMar>
          </w:tcPr>
          <w:p w14:paraId="15C4FC05" w14:textId="77777777" w:rsidR="00BD2397" w:rsidRPr="001F5194" w:rsidRDefault="00B8640C">
            <w:pPr>
              <w:autoSpaceDE w:val="0"/>
              <w:autoSpaceDN w:val="0"/>
              <w:spacing w:after="0" w:line="160" w:lineRule="exact"/>
              <w:ind w:left="140"/>
              <w:rPr>
                <w:sz w:val="16"/>
                <w:szCs w:val="16"/>
                <w:lang w:val="pt-PT"/>
              </w:rPr>
            </w:pPr>
            <w:r w:rsidRPr="001F5194">
              <w:rPr>
                <w:rFonts w:ascii="SegoeUISymbol" w:eastAsia="SegoeUISymbol" w:hAnsi="SegoeUISymbol"/>
                <w:color w:val="000000"/>
                <w:w w:val="103"/>
                <w:sz w:val="16"/>
                <w:szCs w:val="16"/>
                <w:lang w:val="pt-PT"/>
              </w:rPr>
              <w:t>☐</w:t>
            </w:r>
            <w:r w:rsidRPr="001F5194">
              <w:rPr>
                <w:rFonts w:ascii="TimesNewRomanPSMT" w:eastAsia="TimesNewRomanPSMT" w:hAnsi="TimesNewRomanPSMT"/>
                <w:color w:val="000000"/>
                <w:w w:val="103"/>
                <w:sz w:val="16"/>
                <w:szCs w:val="16"/>
                <w:lang w:val="pt-PT"/>
              </w:rPr>
              <w:t xml:space="preserve"> Proiect pentru autorizarea construirii actualizat </w:t>
            </w:r>
          </w:p>
        </w:tc>
      </w:tr>
      <w:tr w:rsidR="00BD2397" w:rsidRPr="00F9681E" w14:paraId="5D1FB6F0" w14:textId="77777777">
        <w:trPr>
          <w:trHeight w:hRule="exact" w:val="508"/>
        </w:trPr>
        <w:tc>
          <w:tcPr>
            <w:tcW w:w="3116" w:type="dxa"/>
            <w:tcBorders>
              <w:top w:val="single" w:sz="4" w:space="0" w:color="767676"/>
              <w:left w:val="single" w:sz="3" w:space="0" w:color="767676"/>
              <w:bottom w:val="single" w:sz="4" w:space="0" w:color="767676"/>
              <w:right w:val="single" w:sz="4" w:space="0" w:color="767676"/>
            </w:tcBorders>
            <w:tcMar>
              <w:left w:w="0" w:type="dxa"/>
              <w:right w:w="0" w:type="dxa"/>
            </w:tcMar>
          </w:tcPr>
          <w:p w14:paraId="774157BC"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 xml:space="preserve">Nr. / data </w:t>
            </w:r>
            <w:proofErr w:type="spellStart"/>
            <w:r w:rsidRPr="00F9681E">
              <w:rPr>
                <w:rFonts w:ascii="TimesNewRomanPS" w:eastAsia="TimesNewRomanPS" w:hAnsi="TimesNewRomanPS"/>
                <w:b/>
                <w:color w:val="0D5F78"/>
                <w:w w:val="97"/>
                <w:sz w:val="16"/>
                <w:szCs w:val="16"/>
              </w:rPr>
              <w:t>proiectului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actualizat</w:t>
            </w:r>
            <w:proofErr w:type="spellEnd"/>
          </w:p>
        </w:tc>
        <w:tc>
          <w:tcPr>
            <w:tcW w:w="6232" w:type="dxa"/>
            <w:gridSpan w:val="3"/>
            <w:tcBorders>
              <w:top w:val="single" w:sz="4" w:space="0" w:color="767676"/>
              <w:left w:val="single" w:sz="4" w:space="0" w:color="767676"/>
              <w:bottom w:val="single" w:sz="4" w:space="0" w:color="767676"/>
              <w:right w:val="single" w:sz="3" w:space="0" w:color="767676"/>
            </w:tcBorders>
            <w:tcMar>
              <w:left w:w="0" w:type="dxa"/>
              <w:right w:w="0" w:type="dxa"/>
            </w:tcMar>
          </w:tcPr>
          <w:p w14:paraId="20CFC0AF"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Elaborator (</w:t>
            </w:r>
            <w:proofErr w:type="spellStart"/>
            <w:r w:rsidRPr="00F9681E">
              <w:rPr>
                <w:rFonts w:ascii="TimesNewRomanPS" w:eastAsia="TimesNewRomanPS" w:hAnsi="TimesNewRomanPS"/>
                <w:b/>
                <w:color w:val="0D5F78"/>
                <w:w w:val="97"/>
                <w:sz w:val="16"/>
                <w:szCs w:val="16"/>
              </w:rPr>
              <w:t>denumire</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sediu</w:t>
            </w:r>
            <w:proofErr w:type="spellEnd"/>
            <w:r w:rsidRPr="00F9681E">
              <w:rPr>
                <w:rFonts w:ascii="TimesNewRomanPS" w:eastAsia="TimesNewRomanPS" w:hAnsi="TimesNewRomanPS"/>
                <w:b/>
                <w:color w:val="0D5F78"/>
                <w:w w:val="97"/>
                <w:sz w:val="16"/>
                <w:szCs w:val="16"/>
              </w:rPr>
              <w:t>)</w:t>
            </w:r>
          </w:p>
        </w:tc>
      </w:tr>
      <w:tr w:rsidR="00BD2397" w:rsidRPr="00F9681E" w14:paraId="30DFDE05" w14:textId="77777777">
        <w:trPr>
          <w:trHeight w:hRule="exact" w:val="510"/>
        </w:trPr>
        <w:tc>
          <w:tcPr>
            <w:tcW w:w="3894" w:type="dxa"/>
            <w:gridSpan w:val="2"/>
            <w:tcBorders>
              <w:top w:val="single" w:sz="4" w:space="0" w:color="767676"/>
              <w:left w:val="single" w:sz="3" w:space="0" w:color="767676"/>
              <w:bottom w:val="single" w:sz="4" w:space="0" w:color="767676"/>
              <w:right w:val="single" w:sz="4" w:space="0" w:color="767676"/>
            </w:tcBorders>
            <w:tcMar>
              <w:left w:w="0" w:type="dxa"/>
              <w:right w:w="0" w:type="dxa"/>
            </w:tcMar>
          </w:tcPr>
          <w:p w14:paraId="24BA0C53" w14:textId="77777777" w:rsidR="00BD2397" w:rsidRPr="00F9681E" w:rsidRDefault="00B8640C">
            <w:pPr>
              <w:autoSpaceDE w:val="0"/>
              <w:autoSpaceDN w:val="0"/>
              <w:spacing w:after="0" w:line="168" w:lineRule="exact"/>
              <w:ind w:left="100" w:right="144"/>
              <w:rPr>
                <w:sz w:val="16"/>
                <w:szCs w:val="16"/>
              </w:rPr>
            </w:pPr>
            <w:proofErr w:type="spellStart"/>
            <w:r w:rsidRPr="00F9681E">
              <w:rPr>
                <w:rFonts w:ascii="TimesNewRomanPS" w:eastAsia="TimesNewRomanPS" w:hAnsi="TimesNewRomanPS"/>
                <w:b/>
                <w:color w:val="0D5F78"/>
                <w:w w:val="97"/>
                <w:sz w:val="16"/>
                <w:szCs w:val="16"/>
              </w:rPr>
              <w:t>Proiectant</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autor</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arhitect</w:t>
            </w:r>
            <w:proofErr w:type="spellEnd"/>
            <w:r w:rsidRPr="00F9681E">
              <w:rPr>
                <w:rFonts w:ascii="TimesNewRomanPS" w:eastAsia="TimesNewRomanPS" w:hAnsi="TimesNewRomanPS"/>
                <w:b/>
                <w:color w:val="0D5F78"/>
                <w:w w:val="97"/>
                <w:sz w:val="16"/>
                <w:szCs w:val="16"/>
              </w:rPr>
              <w:t xml:space="preserve"> / conductor </w:t>
            </w:r>
            <w:proofErr w:type="spellStart"/>
            <w:r w:rsidRPr="00F9681E">
              <w:rPr>
                <w:rFonts w:ascii="TimesNewRomanPS" w:eastAsia="TimesNewRomanPS" w:hAnsi="TimesNewRomanPS"/>
                <w:b/>
                <w:color w:val="0D5F78"/>
                <w:w w:val="97"/>
                <w:sz w:val="16"/>
                <w:szCs w:val="16"/>
              </w:rPr>
              <w:t>arhitect</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arhitect</w:t>
            </w:r>
            <w:proofErr w:type="spellEnd"/>
            <w:r w:rsidRPr="00F9681E">
              <w:rPr>
                <w:rFonts w:ascii="TimesNewRomanPS" w:eastAsia="TimesNewRomanPS" w:hAnsi="TimesNewRomanPS"/>
                <w:b/>
                <w:color w:val="0D5F78"/>
                <w:w w:val="97"/>
                <w:sz w:val="16"/>
                <w:szCs w:val="16"/>
              </w:rPr>
              <w:t xml:space="preserve"> de interior</w:t>
            </w:r>
          </w:p>
        </w:tc>
        <w:tc>
          <w:tcPr>
            <w:tcW w:w="1558" w:type="dxa"/>
            <w:tcBorders>
              <w:top w:val="single" w:sz="4" w:space="0" w:color="767676"/>
              <w:left w:val="single" w:sz="4" w:space="0" w:color="767676"/>
              <w:bottom w:val="single" w:sz="4" w:space="0" w:color="767676"/>
              <w:right w:val="single" w:sz="4" w:space="0" w:color="767676"/>
            </w:tcBorders>
            <w:tcMar>
              <w:left w:w="0" w:type="dxa"/>
              <w:right w:w="0" w:type="dxa"/>
            </w:tcMar>
          </w:tcPr>
          <w:p w14:paraId="10779EA7" w14:textId="77777777" w:rsidR="00BD2397" w:rsidRPr="00F9681E" w:rsidRDefault="00B8640C">
            <w:pPr>
              <w:autoSpaceDE w:val="0"/>
              <w:autoSpaceDN w:val="0"/>
              <w:spacing w:after="0" w:line="144" w:lineRule="exact"/>
              <w:ind w:left="102"/>
              <w:rPr>
                <w:sz w:val="16"/>
                <w:szCs w:val="16"/>
              </w:rPr>
            </w:pPr>
            <w:r w:rsidRPr="00F9681E">
              <w:rPr>
                <w:rFonts w:ascii="TimesNewRomanPS" w:eastAsia="TimesNewRomanPS" w:hAnsi="TimesNewRomanPS"/>
                <w:b/>
                <w:color w:val="0D5F78"/>
                <w:w w:val="97"/>
                <w:sz w:val="16"/>
                <w:szCs w:val="16"/>
              </w:rPr>
              <w:t>Nr. TNA</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14:paraId="580E1F9E"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Ingineri</w:t>
            </w:r>
            <w:proofErr w:type="spellEnd"/>
            <w:r w:rsidRPr="00F9681E">
              <w:rPr>
                <w:rFonts w:ascii="TimesNewRomanPS" w:eastAsia="TimesNewRomanPS" w:hAnsi="TimesNewRomanPS"/>
                <w:b/>
                <w:color w:val="0D5F78"/>
                <w:w w:val="97"/>
                <w:sz w:val="16"/>
                <w:szCs w:val="16"/>
              </w:rPr>
              <w:t xml:space="preserve">, pe </w:t>
            </w:r>
            <w:proofErr w:type="spellStart"/>
            <w:r w:rsidRPr="00F9681E">
              <w:rPr>
                <w:rFonts w:ascii="TimesNewRomanPS" w:eastAsia="TimesNewRomanPS" w:hAnsi="TimesNewRomanPS"/>
                <w:b/>
                <w:color w:val="0D5F78"/>
                <w:w w:val="97"/>
                <w:sz w:val="16"/>
                <w:szCs w:val="16"/>
              </w:rPr>
              <w:t>specialități</w:t>
            </w:r>
            <w:proofErr w:type="spellEnd"/>
          </w:p>
        </w:tc>
      </w:tr>
    </w:tbl>
    <w:p w14:paraId="175535B1" w14:textId="77777777" w:rsidR="00BD2397" w:rsidRPr="00F9681E" w:rsidRDefault="00B8640C">
      <w:pPr>
        <w:tabs>
          <w:tab w:val="left" w:pos="4236"/>
        </w:tabs>
        <w:autoSpaceDE w:val="0"/>
        <w:autoSpaceDN w:val="0"/>
        <w:spacing w:after="0" w:line="144" w:lineRule="exact"/>
        <w:ind w:left="108"/>
        <w:rPr>
          <w:sz w:val="16"/>
          <w:szCs w:val="16"/>
          <w:lang w:val="sv-SE"/>
        </w:rPr>
      </w:pPr>
      <w:r w:rsidRPr="00F9681E">
        <w:rPr>
          <w:rFonts w:ascii="TimesNewRomanPSMT" w:eastAsia="TimesNewRomanPSMT" w:hAnsi="TimesNewRomanPSMT"/>
          <w:color w:val="595959"/>
          <w:w w:val="97"/>
          <w:sz w:val="16"/>
          <w:szCs w:val="16"/>
          <w:lang w:val="sv-SE"/>
        </w:rPr>
        <w:t xml:space="preserve">F_AM_01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1 din 2</w:t>
      </w:r>
    </w:p>
    <w:p w14:paraId="3AF992E7" w14:textId="77777777" w:rsidR="00BD2397" w:rsidRPr="00F9681E" w:rsidRDefault="00BD2397">
      <w:pPr>
        <w:spacing w:after="0"/>
        <w:rPr>
          <w:sz w:val="16"/>
          <w:szCs w:val="16"/>
          <w:lang w:val="sv-SE"/>
        </w:rPr>
        <w:sectPr w:rsidR="00BD2397" w:rsidRPr="00F9681E">
          <w:pgSz w:w="11900" w:h="16840"/>
          <w:pgMar w:top="126" w:right="546" w:bottom="236" w:left="1166" w:header="720" w:footer="720" w:gutter="0"/>
          <w:cols w:space="708"/>
          <w:docGrid w:linePitch="360"/>
        </w:sectPr>
      </w:pPr>
    </w:p>
    <w:p w14:paraId="13858C53" w14:textId="77777777" w:rsidR="00BD2397" w:rsidRPr="00F9681E" w:rsidRDefault="00BD2397">
      <w:pPr>
        <w:autoSpaceDE w:val="0"/>
        <w:autoSpaceDN w:val="0"/>
        <w:spacing w:after="0" w:line="126" w:lineRule="exact"/>
        <w:rPr>
          <w:sz w:val="16"/>
          <w:szCs w:val="16"/>
          <w:lang w:val="sv-SE"/>
        </w:rPr>
      </w:pPr>
    </w:p>
    <w:tbl>
      <w:tblPr>
        <w:tblW w:w="0" w:type="auto"/>
        <w:tblLayout w:type="fixed"/>
        <w:tblLook w:val="04A0" w:firstRow="1" w:lastRow="0" w:firstColumn="1" w:lastColumn="0" w:noHBand="0" w:noVBand="1"/>
      </w:tblPr>
      <w:tblGrid>
        <w:gridCol w:w="1136"/>
        <w:gridCol w:w="8180"/>
      </w:tblGrid>
      <w:tr w:rsidR="00BD2397" w:rsidRPr="001222E3" w14:paraId="611680FA" w14:textId="77777777">
        <w:trPr>
          <w:trHeight w:hRule="exact" w:val="260"/>
        </w:trPr>
        <w:tc>
          <w:tcPr>
            <w:tcW w:w="1136" w:type="dxa"/>
            <w:tcMar>
              <w:left w:w="0" w:type="dxa"/>
              <w:right w:w="0" w:type="dxa"/>
            </w:tcMar>
          </w:tcPr>
          <w:p w14:paraId="05650EEB" w14:textId="77777777" w:rsidR="00BD2397" w:rsidRPr="00F9681E" w:rsidRDefault="00B8640C">
            <w:pPr>
              <w:autoSpaceDE w:val="0"/>
              <w:autoSpaceDN w:val="0"/>
              <w:spacing w:after="0" w:line="200" w:lineRule="exact"/>
              <w:rPr>
                <w:sz w:val="16"/>
                <w:szCs w:val="16"/>
              </w:rPr>
            </w:pPr>
            <w:r w:rsidRPr="00F9681E">
              <w:rPr>
                <w:rFonts w:ascii="Arial" w:eastAsia="Arial" w:hAnsi="Arial"/>
                <w:color w:val="000000"/>
                <w:sz w:val="16"/>
                <w:szCs w:val="16"/>
              </w:rPr>
              <w:t>38</w:t>
            </w:r>
          </w:p>
        </w:tc>
        <w:tc>
          <w:tcPr>
            <w:tcW w:w="8180" w:type="dxa"/>
            <w:tcMar>
              <w:left w:w="0" w:type="dxa"/>
              <w:right w:w="0" w:type="dxa"/>
            </w:tcMar>
          </w:tcPr>
          <w:p w14:paraId="10F9FAC8" w14:textId="2FA2D303" w:rsidR="00BD2397" w:rsidRPr="001F5194" w:rsidRDefault="00BD2397">
            <w:pPr>
              <w:autoSpaceDE w:val="0"/>
              <w:autoSpaceDN w:val="0"/>
              <w:spacing w:after="0" w:line="200" w:lineRule="exact"/>
              <w:ind w:left="944"/>
              <w:rPr>
                <w:sz w:val="16"/>
                <w:szCs w:val="16"/>
                <w:lang w:val="pt-PT"/>
              </w:rPr>
            </w:pPr>
          </w:p>
        </w:tc>
      </w:tr>
    </w:tbl>
    <w:p w14:paraId="375EEB1C" w14:textId="77777777" w:rsidR="00BD2397" w:rsidRPr="001F5194" w:rsidRDefault="00BD2397">
      <w:pPr>
        <w:autoSpaceDE w:val="0"/>
        <w:autoSpaceDN w:val="0"/>
        <w:spacing w:after="0" w:line="292" w:lineRule="exact"/>
        <w:rPr>
          <w:sz w:val="16"/>
          <w:szCs w:val="16"/>
          <w:lang w:val="pt-PT"/>
        </w:rPr>
      </w:pPr>
    </w:p>
    <w:tbl>
      <w:tblPr>
        <w:tblW w:w="0" w:type="auto"/>
        <w:tblInd w:w="606" w:type="dxa"/>
        <w:tblLayout w:type="fixed"/>
        <w:tblLook w:val="04A0" w:firstRow="1" w:lastRow="0" w:firstColumn="1" w:lastColumn="0" w:noHBand="0" w:noVBand="1"/>
      </w:tblPr>
      <w:tblGrid>
        <w:gridCol w:w="5452"/>
        <w:gridCol w:w="3896"/>
      </w:tblGrid>
      <w:tr w:rsidR="00BD2397" w:rsidRPr="00F9681E" w14:paraId="598229F8" w14:textId="77777777">
        <w:trPr>
          <w:trHeight w:hRule="exact" w:val="208"/>
        </w:trPr>
        <w:tc>
          <w:tcPr>
            <w:tcW w:w="9348" w:type="dxa"/>
            <w:gridSpan w:val="2"/>
            <w:tcBorders>
              <w:top w:val="single" w:sz="4" w:space="0" w:color="767676"/>
              <w:left w:val="single" w:sz="3" w:space="0" w:color="767676"/>
              <w:bottom w:val="single" w:sz="3" w:space="0" w:color="767676"/>
              <w:right w:val="single" w:sz="3" w:space="0" w:color="767676"/>
            </w:tcBorders>
            <w:shd w:val="clear" w:color="auto" w:fill="F4F4F4"/>
            <w:tcMar>
              <w:left w:w="0" w:type="dxa"/>
              <w:right w:w="0" w:type="dxa"/>
            </w:tcMar>
          </w:tcPr>
          <w:p w14:paraId="4F6E676A" w14:textId="77777777" w:rsidR="00BD2397" w:rsidRPr="00F9681E" w:rsidRDefault="00B8640C">
            <w:pPr>
              <w:autoSpaceDE w:val="0"/>
              <w:autoSpaceDN w:val="0"/>
              <w:spacing w:after="0" w:line="176" w:lineRule="exact"/>
              <w:ind w:left="100"/>
              <w:rPr>
                <w:sz w:val="16"/>
                <w:szCs w:val="16"/>
              </w:rPr>
            </w:pPr>
            <w:r w:rsidRPr="001F5194">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7. </w:t>
            </w:r>
            <w:r w:rsidRPr="00F9681E">
              <w:rPr>
                <w:rFonts w:ascii="TimesNewRomanPS" w:eastAsia="TimesNewRomanPS" w:hAnsi="TimesNewRomanPS"/>
                <w:b/>
                <w:color w:val="000000"/>
                <w:w w:val="102"/>
                <w:sz w:val="16"/>
                <w:szCs w:val="16"/>
              </w:rPr>
              <w:t>VERIFICAREA TEHNICĂ</w:t>
            </w:r>
          </w:p>
        </w:tc>
      </w:tr>
      <w:tr w:rsidR="00BD2397" w:rsidRPr="00F9681E" w14:paraId="6019A0ED" w14:textId="77777777">
        <w:trPr>
          <w:trHeight w:hRule="exact" w:val="218"/>
        </w:trPr>
        <w:tc>
          <w:tcPr>
            <w:tcW w:w="9348" w:type="dxa"/>
            <w:gridSpan w:val="2"/>
            <w:tcBorders>
              <w:top w:val="single" w:sz="3" w:space="0" w:color="767676"/>
              <w:left w:val="single" w:sz="3" w:space="0" w:color="767676"/>
              <w:bottom w:val="single" w:sz="4" w:space="0" w:color="767676"/>
              <w:right w:val="single" w:sz="3" w:space="0" w:color="767676"/>
            </w:tcBorders>
            <w:tcMar>
              <w:left w:w="0" w:type="dxa"/>
              <w:right w:w="0" w:type="dxa"/>
            </w:tcMar>
          </w:tcPr>
          <w:p w14:paraId="7190EE7A" w14:textId="77777777" w:rsidR="00BD2397" w:rsidRPr="00F9681E" w:rsidRDefault="00B8640C">
            <w:pPr>
              <w:autoSpaceDE w:val="0"/>
              <w:autoSpaceDN w:val="0"/>
              <w:spacing w:after="0" w:line="160" w:lineRule="exact"/>
              <w:ind w:left="140"/>
              <w:rPr>
                <w:sz w:val="16"/>
                <w:szCs w:val="16"/>
              </w:rPr>
            </w:pP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CC 1 / NVP 1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CC 2 / NVP 2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CC 3 / NVP 3     </w:t>
            </w:r>
            <w:r w:rsidRPr="00F9681E">
              <w:rPr>
                <w:rFonts w:ascii="SegoeUISymbol" w:eastAsia="SegoeUISymbol" w:hAnsi="SegoeUISymbol"/>
                <w:color w:val="000000"/>
                <w:w w:val="103"/>
                <w:sz w:val="16"/>
                <w:szCs w:val="16"/>
              </w:rPr>
              <w:t>☐</w:t>
            </w:r>
            <w:r w:rsidRPr="00F9681E">
              <w:rPr>
                <w:rFonts w:ascii="TimesNewRomanPSMT" w:eastAsia="TimesNewRomanPSMT" w:hAnsi="TimesNewRomanPSMT"/>
                <w:color w:val="000000"/>
                <w:w w:val="103"/>
                <w:sz w:val="16"/>
                <w:szCs w:val="16"/>
              </w:rPr>
              <w:t xml:space="preserve"> CC 4 / NVP 4</w:t>
            </w:r>
          </w:p>
        </w:tc>
      </w:tr>
      <w:tr w:rsidR="00BD2397" w:rsidRPr="00F9681E" w14:paraId="0D38E421" w14:textId="77777777">
        <w:trPr>
          <w:trHeight w:hRule="exact" w:val="504"/>
        </w:trPr>
        <w:tc>
          <w:tcPr>
            <w:tcW w:w="5452" w:type="dxa"/>
            <w:tcBorders>
              <w:top w:val="single" w:sz="4" w:space="0" w:color="767676"/>
              <w:left w:val="single" w:sz="3" w:space="0" w:color="767676"/>
              <w:bottom w:val="single" w:sz="4" w:space="0" w:color="767676"/>
              <w:right w:val="single" w:sz="4" w:space="0" w:color="767676"/>
            </w:tcBorders>
            <w:tcMar>
              <w:left w:w="0" w:type="dxa"/>
              <w:right w:w="0" w:type="dxa"/>
            </w:tcMar>
          </w:tcPr>
          <w:p w14:paraId="523F7F6F"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rezistență mecanică și stabilitate — nume și prenume verificator / nr. atestat</w:t>
            </w:r>
          </w:p>
        </w:tc>
        <w:tc>
          <w:tcPr>
            <w:tcW w:w="3896" w:type="dxa"/>
            <w:tcBorders>
              <w:top w:val="single" w:sz="4" w:space="0" w:color="767676"/>
              <w:left w:val="single" w:sz="4" w:space="0" w:color="767676"/>
              <w:bottom w:val="single" w:sz="4" w:space="0" w:color="767676"/>
              <w:right w:val="single" w:sz="3" w:space="0" w:color="767676"/>
            </w:tcBorders>
            <w:tcMar>
              <w:left w:w="0" w:type="dxa"/>
              <w:right w:w="0" w:type="dxa"/>
            </w:tcMar>
          </w:tcPr>
          <w:p w14:paraId="6908AF45"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Referat</w:t>
            </w:r>
            <w:proofErr w:type="spellEnd"/>
            <w:r w:rsidRPr="00F9681E">
              <w:rPr>
                <w:rFonts w:ascii="TimesNewRomanPS" w:eastAsia="TimesNewRomanPS" w:hAnsi="TimesNewRomanPS"/>
                <w:b/>
                <w:color w:val="0D5F78"/>
                <w:w w:val="97"/>
                <w:sz w:val="16"/>
                <w:szCs w:val="16"/>
              </w:rPr>
              <w:t xml:space="preserve"> nr. / data</w:t>
            </w:r>
          </w:p>
        </w:tc>
      </w:tr>
      <w:tr w:rsidR="00BD2397" w:rsidRPr="00F9681E" w14:paraId="53BD0652" w14:textId="77777777">
        <w:trPr>
          <w:trHeight w:hRule="exact" w:val="504"/>
        </w:trPr>
        <w:tc>
          <w:tcPr>
            <w:tcW w:w="5452" w:type="dxa"/>
            <w:tcBorders>
              <w:top w:val="single" w:sz="4" w:space="0" w:color="767676"/>
              <w:left w:val="single" w:sz="3" w:space="0" w:color="767676"/>
              <w:bottom w:val="single" w:sz="3" w:space="0" w:color="767676"/>
              <w:right w:val="single" w:sz="4" w:space="0" w:color="767676"/>
            </w:tcBorders>
            <w:tcMar>
              <w:left w:w="0" w:type="dxa"/>
              <w:right w:w="0" w:type="dxa"/>
            </w:tcMar>
          </w:tcPr>
          <w:p w14:paraId="5A947557"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securitate la incendiu — nume și prenume verificator / nr. atestat</w:t>
            </w:r>
          </w:p>
        </w:tc>
        <w:tc>
          <w:tcPr>
            <w:tcW w:w="3896" w:type="dxa"/>
            <w:tcBorders>
              <w:top w:val="single" w:sz="4" w:space="0" w:color="767676"/>
              <w:left w:val="single" w:sz="4" w:space="0" w:color="767676"/>
              <w:bottom w:val="single" w:sz="3" w:space="0" w:color="767676"/>
              <w:right w:val="single" w:sz="3" w:space="0" w:color="767676"/>
            </w:tcBorders>
            <w:tcMar>
              <w:left w:w="0" w:type="dxa"/>
              <w:right w:w="0" w:type="dxa"/>
            </w:tcMar>
          </w:tcPr>
          <w:p w14:paraId="0C668305"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Referat</w:t>
            </w:r>
            <w:proofErr w:type="spellEnd"/>
            <w:r w:rsidRPr="00F9681E">
              <w:rPr>
                <w:rFonts w:ascii="TimesNewRomanPS" w:eastAsia="TimesNewRomanPS" w:hAnsi="TimesNewRomanPS"/>
                <w:b/>
                <w:color w:val="0D5F78"/>
                <w:w w:val="97"/>
                <w:sz w:val="16"/>
                <w:szCs w:val="16"/>
              </w:rPr>
              <w:t xml:space="preserve"> nr. / data</w:t>
            </w:r>
          </w:p>
        </w:tc>
      </w:tr>
      <w:tr w:rsidR="00BD2397" w:rsidRPr="00F9681E" w14:paraId="79ED6C51" w14:textId="77777777">
        <w:trPr>
          <w:trHeight w:hRule="exact" w:val="504"/>
        </w:trPr>
        <w:tc>
          <w:tcPr>
            <w:tcW w:w="5452" w:type="dxa"/>
            <w:tcBorders>
              <w:top w:val="single" w:sz="3" w:space="0" w:color="767676"/>
              <w:left w:val="single" w:sz="3" w:space="0" w:color="767676"/>
              <w:bottom w:val="single" w:sz="3" w:space="0" w:color="767676"/>
              <w:right w:val="single" w:sz="4" w:space="0" w:color="767676"/>
            </w:tcBorders>
            <w:tcMar>
              <w:left w:w="0" w:type="dxa"/>
              <w:right w:w="0" w:type="dxa"/>
            </w:tcMar>
          </w:tcPr>
          <w:p w14:paraId="15A857C6" w14:textId="77777777" w:rsidR="00BD2397" w:rsidRPr="000C1C98" w:rsidRDefault="00B8640C">
            <w:pPr>
              <w:autoSpaceDE w:val="0"/>
              <w:autoSpaceDN w:val="0"/>
              <w:spacing w:after="0" w:line="144" w:lineRule="exact"/>
              <w:ind w:left="100"/>
              <w:rPr>
                <w:sz w:val="16"/>
                <w:szCs w:val="16"/>
                <w:lang w:val="pt-PT"/>
              </w:rPr>
            </w:pPr>
            <w:r w:rsidRPr="000C1C98">
              <w:rPr>
                <w:rFonts w:ascii="TimesNewRomanPS" w:eastAsia="TimesNewRomanPS" w:hAnsi="TimesNewRomanPS"/>
                <w:b/>
                <w:color w:val="0D5F78"/>
                <w:w w:val="97"/>
                <w:sz w:val="16"/>
                <w:szCs w:val="16"/>
                <w:lang w:val="pt-PT"/>
              </w:rPr>
              <w:t>igienă, sănătate și mediu înconjurător — nume și prenume verificator / nr. atestat</w:t>
            </w:r>
          </w:p>
        </w:tc>
        <w:tc>
          <w:tcPr>
            <w:tcW w:w="3896" w:type="dxa"/>
            <w:tcBorders>
              <w:top w:val="single" w:sz="3" w:space="0" w:color="767676"/>
              <w:left w:val="single" w:sz="4" w:space="0" w:color="767676"/>
              <w:bottom w:val="single" w:sz="3" w:space="0" w:color="767676"/>
              <w:right w:val="single" w:sz="3" w:space="0" w:color="767676"/>
            </w:tcBorders>
            <w:tcMar>
              <w:left w:w="0" w:type="dxa"/>
              <w:right w:w="0" w:type="dxa"/>
            </w:tcMar>
          </w:tcPr>
          <w:p w14:paraId="763C148D"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Referat</w:t>
            </w:r>
            <w:proofErr w:type="spellEnd"/>
            <w:r w:rsidRPr="00F9681E">
              <w:rPr>
                <w:rFonts w:ascii="TimesNewRomanPS" w:eastAsia="TimesNewRomanPS" w:hAnsi="TimesNewRomanPS"/>
                <w:b/>
                <w:color w:val="0D5F78"/>
                <w:w w:val="97"/>
                <w:sz w:val="16"/>
                <w:szCs w:val="16"/>
              </w:rPr>
              <w:t xml:space="preserve"> nr. / data</w:t>
            </w:r>
          </w:p>
        </w:tc>
      </w:tr>
      <w:tr w:rsidR="00BD2397" w:rsidRPr="00F9681E" w14:paraId="019A7B26" w14:textId="77777777">
        <w:trPr>
          <w:trHeight w:hRule="exact" w:val="504"/>
        </w:trPr>
        <w:tc>
          <w:tcPr>
            <w:tcW w:w="5452" w:type="dxa"/>
            <w:tcBorders>
              <w:top w:val="single" w:sz="3" w:space="0" w:color="767676"/>
              <w:left w:val="single" w:sz="3" w:space="0" w:color="767676"/>
              <w:bottom w:val="single" w:sz="3" w:space="0" w:color="767676"/>
              <w:right w:val="single" w:sz="4" w:space="0" w:color="767676"/>
            </w:tcBorders>
            <w:tcMar>
              <w:left w:w="0" w:type="dxa"/>
              <w:right w:w="0" w:type="dxa"/>
            </w:tcMar>
          </w:tcPr>
          <w:p w14:paraId="24614C73"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siguranță</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și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accesibilitate</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în</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exploatare</w:t>
            </w:r>
            <w:proofErr w:type="spellEnd"/>
            <w:r w:rsidRPr="00F9681E">
              <w:rPr>
                <w:rFonts w:ascii="TimesNewRomanPS" w:eastAsia="TimesNewRomanPS" w:hAnsi="TimesNewRomanPS"/>
                <w:b/>
                <w:color w:val="0D5F78"/>
                <w:w w:val="97"/>
                <w:sz w:val="16"/>
                <w:szCs w:val="16"/>
              </w:rPr>
              <w:t xml:space="preserve"> — </w:t>
            </w:r>
            <w:proofErr w:type="spellStart"/>
            <w:r w:rsidRPr="00F9681E">
              <w:rPr>
                <w:rFonts w:ascii="TimesNewRomanPS" w:eastAsia="TimesNewRomanPS" w:hAnsi="TimesNewRomanPS"/>
                <w:b/>
                <w:color w:val="0D5F78"/>
                <w:w w:val="97"/>
                <w:sz w:val="16"/>
                <w:szCs w:val="16"/>
              </w:rPr>
              <w:t>nume</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și</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prenume</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verificator</w:t>
            </w:r>
            <w:proofErr w:type="spellEnd"/>
            <w:r w:rsidRPr="00F9681E">
              <w:rPr>
                <w:rFonts w:ascii="TimesNewRomanPS" w:eastAsia="TimesNewRomanPS" w:hAnsi="TimesNewRomanPS"/>
                <w:b/>
                <w:color w:val="0D5F78"/>
                <w:w w:val="97"/>
                <w:sz w:val="16"/>
                <w:szCs w:val="16"/>
              </w:rPr>
              <w:t xml:space="preserve"> / nr. </w:t>
            </w:r>
            <w:proofErr w:type="spellStart"/>
            <w:r w:rsidRPr="00F9681E">
              <w:rPr>
                <w:rFonts w:ascii="TimesNewRomanPS" w:eastAsia="TimesNewRomanPS" w:hAnsi="TimesNewRomanPS"/>
                <w:b/>
                <w:color w:val="0D5F78"/>
                <w:w w:val="97"/>
                <w:sz w:val="16"/>
                <w:szCs w:val="16"/>
              </w:rPr>
              <w:t>atestat</w:t>
            </w:r>
            <w:proofErr w:type="spellEnd"/>
          </w:p>
        </w:tc>
        <w:tc>
          <w:tcPr>
            <w:tcW w:w="3896" w:type="dxa"/>
            <w:tcBorders>
              <w:top w:val="single" w:sz="3" w:space="0" w:color="767676"/>
              <w:left w:val="single" w:sz="4" w:space="0" w:color="767676"/>
              <w:bottom w:val="single" w:sz="3" w:space="0" w:color="767676"/>
              <w:right w:val="single" w:sz="3" w:space="0" w:color="767676"/>
            </w:tcBorders>
            <w:tcMar>
              <w:left w:w="0" w:type="dxa"/>
              <w:right w:w="0" w:type="dxa"/>
            </w:tcMar>
          </w:tcPr>
          <w:p w14:paraId="43BE9658"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Referat</w:t>
            </w:r>
            <w:proofErr w:type="spellEnd"/>
            <w:r w:rsidRPr="00F9681E">
              <w:rPr>
                <w:rFonts w:ascii="TimesNewRomanPS" w:eastAsia="TimesNewRomanPS" w:hAnsi="TimesNewRomanPS"/>
                <w:b/>
                <w:color w:val="0D5F78"/>
                <w:w w:val="97"/>
                <w:sz w:val="16"/>
                <w:szCs w:val="16"/>
              </w:rPr>
              <w:t xml:space="preserve"> nr. / data</w:t>
            </w:r>
          </w:p>
        </w:tc>
      </w:tr>
      <w:tr w:rsidR="00BD2397" w:rsidRPr="00F9681E" w14:paraId="0E87B3E1" w14:textId="77777777">
        <w:trPr>
          <w:trHeight w:hRule="exact" w:val="506"/>
        </w:trPr>
        <w:tc>
          <w:tcPr>
            <w:tcW w:w="5452" w:type="dxa"/>
            <w:tcBorders>
              <w:top w:val="single" w:sz="3" w:space="0" w:color="767676"/>
              <w:left w:val="single" w:sz="3" w:space="0" w:color="767676"/>
              <w:bottom w:val="single" w:sz="3" w:space="0" w:color="767676"/>
              <w:right w:val="single" w:sz="4" w:space="0" w:color="767676"/>
            </w:tcBorders>
            <w:tcMar>
              <w:left w:w="0" w:type="dxa"/>
              <w:right w:w="0" w:type="dxa"/>
            </w:tcMar>
          </w:tcPr>
          <w:p w14:paraId="1E7317BB" w14:textId="77777777" w:rsidR="00BD2397" w:rsidRPr="000C1C98" w:rsidRDefault="00B8640C">
            <w:pPr>
              <w:autoSpaceDE w:val="0"/>
              <w:autoSpaceDN w:val="0"/>
              <w:spacing w:after="0" w:line="144" w:lineRule="exact"/>
              <w:ind w:left="100"/>
              <w:rPr>
                <w:sz w:val="16"/>
                <w:szCs w:val="16"/>
                <w:lang w:val="pt-PT"/>
              </w:rPr>
            </w:pPr>
            <w:r w:rsidRPr="000C1C98">
              <w:rPr>
                <w:rFonts w:ascii="TimesNewRomanPS" w:eastAsia="TimesNewRomanPS" w:hAnsi="TimesNewRomanPS"/>
                <w:b/>
                <w:color w:val="0D5F78"/>
                <w:w w:val="97"/>
                <w:sz w:val="16"/>
                <w:szCs w:val="16"/>
                <w:lang w:val="pt-PT"/>
              </w:rPr>
              <w:t>protecție împotriva zgomotului — nume și prenume verificator / nr. atestat</w:t>
            </w:r>
          </w:p>
        </w:tc>
        <w:tc>
          <w:tcPr>
            <w:tcW w:w="3896" w:type="dxa"/>
            <w:tcBorders>
              <w:top w:val="single" w:sz="3" w:space="0" w:color="767676"/>
              <w:left w:val="single" w:sz="4" w:space="0" w:color="767676"/>
              <w:bottom w:val="single" w:sz="3" w:space="0" w:color="767676"/>
              <w:right w:val="single" w:sz="3" w:space="0" w:color="767676"/>
            </w:tcBorders>
            <w:tcMar>
              <w:left w:w="0" w:type="dxa"/>
              <w:right w:w="0" w:type="dxa"/>
            </w:tcMar>
          </w:tcPr>
          <w:p w14:paraId="406219E1" w14:textId="77777777" w:rsidR="00BD2397" w:rsidRPr="00F9681E" w:rsidRDefault="00B8640C">
            <w:pPr>
              <w:autoSpaceDE w:val="0"/>
              <w:autoSpaceDN w:val="0"/>
              <w:spacing w:after="0" w:line="144" w:lineRule="exact"/>
              <w:ind w:left="100"/>
              <w:rPr>
                <w:sz w:val="16"/>
                <w:szCs w:val="16"/>
              </w:rPr>
            </w:pPr>
            <w:proofErr w:type="spellStart"/>
            <w:r w:rsidRPr="00F9681E">
              <w:rPr>
                <w:rFonts w:ascii="TimesNewRomanPS" w:eastAsia="TimesNewRomanPS" w:hAnsi="TimesNewRomanPS"/>
                <w:b/>
                <w:color w:val="0D5F78"/>
                <w:w w:val="97"/>
                <w:sz w:val="16"/>
                <w:szCs w:val="16"/>
              </w:rPr>
              <w:t>Referat</w:t>
            </w:r>
            <w:proofErr w:type="spellEnd"/>
            <w:r w:rsidRPr="00F9681E">
              <w:rPr>
                <w:rFonts w:ascii="TimesNewRomanPS" w:eastAsia="TimesNewRomanPS" w:hAnsi="TimesNewRomanPS"/>
                <w:b/>
                <w:color w:val="0D5F78"/>
                <w:w w:val="97"/>
                <w:sz w:val="16"/>
                <w:szCs w:val="16"/>
              </w:rPr>
              <w:t xml:space="preserve"> nr. / data</w:t>
            </w:r>
          </w:p>
        </w:tc>
      </w:tr>
      <w:tr w:rsidR="00BD2397" w:rsidRPr="00F9681E" w14:paraId="157FED6E" w14:textId="77777777">
        <w:trPr>
          <w:trHeight w:hRule="exact" w:val="504"/>
        </w:trPr>
        <w:tc>
          <w:tcPr>
            <w:tcW w:w="5452" w:type="dxa"/>
            <w:tcBorders>
              <w:top w:val="single" w:sz="3" w:space="0" w:color="767676"/>
              <w:left w:val="single" w:sz="3" w:space="0" w:color="767676"/>
              <w:bottom w:val="single" w:sz="4" w:space="0" w:color="767676"/>
              <w:right w:val="single" w:sz="4" w:space="0" w:color="767676"/>
            </w:tcBorders>
            <w:tcMar>
              <w:left w:w="0" w:type="dxa"/>
              <w:right w:w="0" w:type="dxa"/>
            </w:tcMar>
          </w:tcPr>
          <w:p w14:paraId="070C8686" w14:textId="77777777" w:rsidR="00BD2397" w:rsidRPr="000C1C98" w:rsidRDefault="00B8640C">
            <w:pPr>
              <w:autoSpaceDE w:val="0"/>
              <w:autoSpaceDN w:val="0"/>
              <w:spacing w:after="0" w:line="146" w:lineRule="exact"/>
              <w:ind w:left="100"/>
              <w:rPr>
                <w:sz w:val="16"/>
                <w:szCs w:val="16"/>
                <w:lang w:val="pt-PT"/>
              </w:rPr>
            </w:pPr>
            <w:r w:rsidRPr="000C1C98">
              <w:rPr>
                <w:rFonts w:ascii="TimesNewRomanPS" w:eastAsia="TimesNewRomanPS" w:hAnsi="TimesNewRomanPS"/>
                <w:b/>
                <w:color w:val="0D5F78"/>
                <w:w w:val="97"/>
                <w:sz w:val="16"/>
                <w:szCs w:val="16"/>
                <w:lang w:val="pt-PT"/>
              </w:rPr>
              <w:t>economie de energie și izolare termică — nume și prenume verificator / nr. atestat</w:t>
            </w:r>
          </w:p>
        </w:tc>
        <w:tc>
          <w:tcPr>
            <w:tcW w:w="3896" w:type="dxa"/>
            <w:tcBorders>
              <w:top w:val="single" w:sz="3" w:space="0" w:color="767676"/>
              <w:left w:val="single" w:sz="4" w:space="0" w:color="767676"/>
              <w:bottom w:val="single" w:sz="4" w:space="0" w:color="767676"/>
              <w:right w:val="single" w:sz="3" w:space="0" w:color="767676"/>
            </w:tcBorders>
            <w:tcMar>
              <w:left w:w="0" w:type="dxa"/>
              <w:right w:w="0" w:type="dxa"/>
            </w:tcMar>
          </w:tcPr>
          <w:p w14:paraId="0691769C"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Referat</w:t>
            </w:r>
            <w:proofErr w:type="spellEnd"/>
            <w:r w:rsidRPr="00F9681E">
              <w:rPr>
                <w:rFonts w:ascii="TimesNewRomanPS" w:eastAsia="TimesNewRomanPS" w:hAnsi="TimesNewRomanPS"/>
                <w:b/>
                <w:color w:val="0D5F78"/>
                <w:w w:val="97"/>
                <w:sz w:val="16"/>
                <w:szCs w:val="16"/>
              </w:rPr>
              <w:t xml:space="preserve"> nr. / data</w:t>
            </w:r>
          </w:p>
        </w:tc>
      </w:tr>
    </w:tbl>
    <w:p w14:paraId="67C4559F" w14:textId="77777777" w:rsidR="00BD2397" w:rsidRPr="00F9681E"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3894"/>
        <w:gridCol w:w="3118"/>
        <w:gridCol w:w="2336"/>
      </w:tblGrid>
      <w:tr w:rsidR="00BD2397" w:rsidRPr="00F9681E" w14:paraId="4464E991" w14:textId="77777777">
        <w:trPr>
          <w:trHeight w:hRule="exact" w:val="210"/>
        </w:trPr>
        <w:tc>
          <w:tcPr>
            <w:tcW w:w="9348" w:type="dxa"/>
            <w:gridSpan w:val="3"/>
            <w:tcBorders>
              <w:top w:val="single" w:sz="4" w:space="0" w:color="767676"/>
              <w:left w:val="single" w:sz="3" w:space="0" w:color="767676"/>
              <w:bottom w:val="single" w:sz="4" w:space="0" w:color="767676"/>
              <w:right w:val="single" w:sz="3" w:space="0" w:color="767676"/>
            </w:tcBorders>
            <w:shd w:val="clear" w:color="auto" w:fill="F4F4F4"/>
            <w:tcMar>
              <w:left w:w="0" w:type="dxa"/>
              <w:right w:w="0" w:type="dxa"/>
            </w:tcMar>
          </w:tcPr>
          <w:p w14:paraId="7215AB98"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8. </w:t>
            </w:r>
            <w:r w:rsidRPr="00F9681E">
              <w:rPr>
                <w:rFonts w:ascii="TimesNewRomanPS" w:eastAsia="TimesNewRomanPS" w:hAnsi="TimesNewRomanPS"/>
                <w:b/>
                <w:color w:val="000000"/>
                <w:w w:val="102"/>
                <w:sz w:val="16"/>
                <w:szCs w:val="16"/>
              </w:rPr>
              <w:t>VALORI ȘI DURATĂ</w:t>
            </w:r>
          </w:p>
        </w:tc>
      </w:tr>
      <w:tr w:rsidR="00BD2397" w:rsidRPr="001222E3" w14:paraId="4C998692" w14:textId="77777777">
        <w:trPr>
          <w:trHeight w:hRule="exact" w:val="506"/>
        </w:trPr>
        <w:tc>
          <w:tcPr>
            <w:tcW w:w="3894" w:type="dxa"/>
            <w:tcBorders>
              <w:top w:val="single" w:sz="4" w:space="0" w:color="767676"/>
              <w:left w:val="single" w:sz="3" w:space="0" w:color="767676"/>
              <w:bottom w:val="single" w:sz="4" w:space="0" w:color="767676"/>
              <w:right w:val="single" w:sz="4" w:space="0" w:color="767676"/>
            </w:tcBorders>
            <w:tcMar>
              <w:left w:w="0" w:type="dxa"/>
              <w:right w:w="0" w:type="dxa"/>
            </w:tcMar>
          </w:tcPr>
          <w:p w14:paraId="6E61498C" w14:textId="77777777" w:rsidR="00BD2397" w:rsidRPr="00CA3FBF" w:rsidRDefault="00B8640C">
            <w:pPr>
              <w:autoSpaceDE w:val="0"/>
              <w:autoSpaceDN w:val="0"/>
              <w:spacing w:after="0" w:line="146" w:lineRule="exact"/>
              <w:ind w:left="100"/>
              <w:rPr>
                <w:sz w:val="16"/>
                <w:szCs w:val="16"/>
                <w:lang w:val="pt-PT"/>
              </w:rPr>
            </w:pPr>
            <w:r w:rsidRPr="00CA3FBF">
              <w:rPr>
                <w:rFonts w:ascii="TimesNewRomanPS" w:eastAsia="TimesNewRomanPS" w:hAnsi="TimesNewRomanPS"/>
                <w:b/>
                <w:color w:val="0D5F78"/>
                <w:w w:val="97"/>
                <w:sz w:val="16"/>
                <w:szCs w:val="16"/>
                <w:lang w:val="pt-PT"/>
              </w:rPr>
              <w:t>Valoarea lucrărilor supuse autorizării (lei)</w:t>
            </w:r>
          </w:p>
        </w:tc>
        <w:tc>
          <w:tcPr>
            <w:tcW w:w="3118" w:type="dxa"/>
            <w:tcBorders>
              <w:top w:val="single" w:sz="4" w:space="0" w:color="767676"/>
              <w:left w:val="single" w:sz="4" w:space="0" w:color="767676"/>
              <w:bottom w:val="single" w:sz="4" w:space="0" w:color="767676"/>
              <w:right w:val="single" w:sz="3" w:space="0" w:color="767676"/>
            </w:tcBorders>
            <w:tcMar>
              <w:left w:w="0" w:type="dxa"/>
              <w:right w:w="0" w:type="dxa"/>
            </w:tcMar>
          </w:tcPr>
          <w:p w14:paraId="254F72F4" w14:textId="77777777" w:rsidR="00BD2397" w:rsidRPr="00F9681E" w:rsidRDefault="00B8640C">
            <w:pPr>
              <w:autoSpaceDE w:val="0"/>
              <w:autoSpaceDN w:val="0"/>
              <w:spacing w:after="0" w:line="146" w:lineRule="exact"/>
              <w:ind w:left="102"/>
              <w:rPr>
                <w:sz w:val="16"/>
                <w:szCs w:val="16"/>
              </w:rPr>
            </w:pPr>
            <w:proofErr w:type="spellStart"/>
            <w:r w:rsidRPr="00F9681E">
              <w:rPr>
                <w:rFonts w:ascii="TimesNewRomanPS" w:eastAsia="TimesNewRomanPS" w:hAnsi="TimesNewRomanPS"/>
                <w:b/>
                <w:color w:val="0D5F78"/>
                <w:w w:val="97"/>
                <w:sz w:val="16"/>
                <w:szCs w:val="16"/>
              </w:rPr>
              <w:t>Valoarea</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obiectivului</w:t>
            </w:r>
            <w:proofErr w:type="spellEnd"/>
            <w:r w:rsidRPr="00F9681E">
              <w:rPr>
                <w:rFonts w:ascii="TimesNewRomanPS" w:eastAsia="TimesNewRomanPS" w:hAnsi="TimesNewRomanPS"/>
                <w:b/>
                <w:color w:val="0D5F78"/>
                <w:w w:val="97"/>
                <w:sz w:val="16"/>
                <w:szCs w:val="16"/>
              </w:rPr>
              <w:t xml:space="preserve"> (lei)</w:t>
            </w:r>
          </w:p>
        </w:tc>
        <w:tc>
          <w:tcPr>
            <w:tcW w:w="2336" w:type="dxa"/>
            <w:tcBorders>
              <w:top w:val="single" w:sz="4" w:space="0" w:color="767676"/>
              <w:left w:val="single" w:sz="3" w:space="0" w:color="767676"/>
              <w:bottom w:val="single" w:sz="4" w:space="0" w:color="767676"/>
              <w:right w:val="single" w:sz="3" w:space="0" w:color="767676"/>
            </w:tcBorders>
            <w:tcMar>
              <w:left w:w="0" w:type="dxa"/>
              <w:right w:w="0" w:type="dxa"/>
            </w:tcMar>
          </w:tcPr>
          <w:p w14:paraId="73F9AE1D" w14:textId="77777777" w:rsidR="00BD2397" w:rsidRPr="00CA3FBF" w:rsidRDefault="00B8640C">
            <w:pPr>
              <w:autoSpaceDE w:val="0"/>
              <w:autoSpaceDN w:val="0"/>
              <w:spacing w:after="0" w:line="146" w:lineRule="exact"/>
              <w:jc w:val="center"/>
              <w:rPr>
                <w:sz w:val="16"/>
                <w:szCs w:val="16"/>
                <w:lang w:val="pt-PT"/>
              </w:rPr>
            </w:pPr>
            <w:r w:rsidRPr="00CA3FBF">
              <w:rPr>
                <w:rFonts w:ascii="TimesNewRomanPS" w:eastAsia="TimesNewRomanPS" w:hAnsi="TimesNewRomanPS"/>
                <w:b/>
                <w:color w:val="0D5F78"/>
                <w:w w:val="97"/>
                <w:sz w:val="16"/>
                <w:szCs w:val="16"/>
                <w:lang w:val="pt-PT"/>
              </w:rPr>
              <w:t>Durata estimată de execuție (luni)</w:t>
            </w:r>
          </w:p>
        </w:tc>
      </w:tr>
    </w:tbl>
    <w:p w14:paraId="38CC6894" w14:textId="77777777" w:rsidR="00BD2397" w:rsidRPr="00CA3FBF" w:rsidRDefault="00BD2397">
      <w:pPr>
        <w:autoSpaceDE w:val="0"/>
        <w:autoSpaceDN w:val="0"/>
        <w:spacing w:after="0" w:line="116"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F9681E" w14:paraId="43865AF9" w14:textId="77777777">
        <w:trPr>
          <w:trHeight w:hRule="exact" w:val="212"/>
        </w:trPr>
        <w:tc>
          <w:tcPr>
            <w:tcW w:w="9348" w:type="dxa"/>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14D4D1EE" w14:textId="77777777" w:rsidR="00BD2397" w:rsidRPr="00F9681E" w:rsidRDefault="00B8640C">
            <w:pPr>
              <w:autoSpaceDE w:val="0"/>
              <w:autoSpaceDN w:val="0"/>
              <w:spacing w:after="0" w:line="174" w:lineRule="exact"/>
              <w:ind w:left="100"/>
              <w:rPr>
                <w:sz w:val="16"/>
                <w:szCs w:val="16"/>
              </w:rPr>
            </w:pPr>
            <w:r w:rsidRPr="00CA3FBF">
              <w:rPr>
                <w:rFonts w:ascii="TimesNewRomanPS" w:eastAsia="TimesNewRomanPS" w:hAnsi="TimesNewRomanPS"/>
                <w:b/>
                <w:color w:val="000000"/>
                <w:w w:val="103"/>
                <w:sz w:val="16"/>
                <w:szCs w:val="16"/>
                <w:lang w:val="pt-PT"/>
              </w:rPr>
              <w:t xml:space="preserve"> </w:t>
            </w:r>
            <w:r w:rsidRPr="00F9681E">
              <w:rPr>
                <w:rFonts w:ascii="TimesNewRomanPS" w:eastAsia="TimesNewRomanPS" w:hAnsi="TimesNewRomanPS"/>
                <w:b/>
                <w:color w:val="000000"/>
                <w:w w:val="103"/>
                <w:sz w:val="16"/>
                <w:szCs w:val="16"/>
              </w:rPr>
              <w:t xml:space="preserve">9. </w:t>
            </w:r>
            <w:r w:rsidRPr="00F9681E">
              <w:rPr>
                <w:rFonts w:ascii="TimesNewRomanPS" w:eastAsia="TimesNewRomanPS" w:hAnsi="TimesNewRomanPS"/>
                <w:b/>
                <w:color w:val="000000"/>
                <w:w w:val="102"/>
                <w:sz w:val="16"/>
                <w:szCs w:val="16"/>
              </w:rPr>
              <w:t>ANEXEZ LA PREZENTA CERERE</w:t>
            </w:r>
          </w:p>
        </w:tc>
      </w:tr>
      <w:tr w:rsidR="00BD2397" w:rsidRPr="001222E3" w14:paraId="478517EA" w14:textId="77777777">
        <w:trPr>
          <w:trHeight w:hRule="exact" w:val="394"/>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145CCF30" w14:textId="77777777" w:rsidR="00BD2397" w:rsidRPr="00CA3FBF" w:rsidRDefault="00B8640C">
            <w:pPr>
              <w:autoSpaceDE w:val="0"/>
              <w:autoSpaceDN w:val="0"/>
              <w:spacing w:after="0" w:line="184" w:lineRule="exact"/>
              <w:ind w:left="100" w:right="144"/>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a) proiectul pentru autorizarea construirii actualizat, cuprinzând modificările de temă (2 exemplare originale sau 1 exemplar original, în format letric, acolo unde autoritatea are posibilitatea de a arhiva în format digital))</w:t>
            </w:r>
          </w:p>
        </w:tc>
      </w:tr>
      <w:tr w:rsidR="00BD2397" w:rsidRPr="001222E3" w14:paraId="2992159A" w14:textId="77777777">
        <w:trPr>
          <w:trHeight w:hRule="exact" w:val="216"/>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57F33DAE" w14:textId="77777777" w:rsidR="00BD2397" w:rsidRPr="00CA3FBF" w:rsidRDefault="00B8640C">
            <w:pPr>
              <w:autoSpaceDE w:val="0"/>
              <w:autoSpaceDN w:val="0"/>
              <w:spacing w:after="0" w:line="160" w:lineRule="exact"/>
              <w:ind w:left="10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b) referatele de verificare ale proiectului actualizat, corespunzător clasei de consecințe a obiectivului (câte 1 exemplar copie)</w:t>
            </w:r>
          </w:p>
        </w:tc>
      </w:tr>
      <w:tr w:rsidR="00BD2397" w:rsidRPr="001222E3" w14:paraId="72DBFABC" w14:textId="77777777">
        <w:trPr>
          <w:trHeight w:hRule="exact" w:val="396"/>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6453832B" w14:textId="77777777" w:rsidR="00BD2397" w:rsidRPr="00CA3FBF" w:rsidRDefault="00B8640C">
            <w:pPr>
              <w:autoSpaceDE w:val="0"/>
              <w:autoSpaceDN w:val="0"/>
              <w:spacing w:after="0" w:line="184" w:lineRule="exact"/>
              <w:ind w:left="100" w:right="288"/>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c) documente emise de către emitenții avizelor / acordurilor, din care rezultă că modificările de temă se încadrează în limitele avizelor emise inițial (câte 1 exemplar copie):</w:t>
            </w:r>
          </w:p>
        </w:tc>
      </w:tr>
      <w:tr w:rsidR="00BD2397" w:rsidRPr="001222E3" w14:paraId="2FD27E40" w14:textId="77777777">
        <w:trPr>
          <w:trHeight w:hRule="exact" w:val="512"/>
        </w:trPr>
        <w:tc>
          <w:tcPr>
            <w:tcW w:w="9348" w:type="dxa"/>
            <w:tcBorders>
              <w:top w:val="single" w:sz="4" w:space="0" w:color="767676"/>
              <w:left w:val="single" w:sz="3" w:space="0" w:color="767676"/>
              <w:bottom w:val="single" w:sz="3" w:space="0" w:color="767676"/>
              <w:right w:val="single" w:sz="3" w:space="0" w:color="767676"/>
            </w:tcBorders>
            <w:tcMar>
              <w:left w:w="0" w:type="dxa"/>
              <w:right w:w="0" w:type="dxa"/>
            </w:tcMar>
          </w:tcPr>
          <w:p w14:paraId="7C2EF0A2" w14:textId="77777777" w:rsidR="00BD2397" w:rsidRPr="00CA3FBF" w:rsidRDefault="00BD2397">
            <w:pPr>
              <w:spacing w:after="0"/>
              <w:rPr>
                <w:sz w:val="16"/>
                <w:szCs w:val="16"/>
                <w:lang w:val="pt-PT"/>
              </w:rPr>
            </w:pPr>
          </w:p>
        </w:tc>
      </w:tr>
      <w:tr w:rsidR="00BD2397" w:rsidRPr="001222E3" w14:paraId="37D5F23E" w14:textId="77777777">
        <w:trPr>
          <w:trHeight w:hRule="exact" w:val="218"/>
        </w:trPr>
        <w:tc>
          <w:tcPr>
            <w:tcW w:w="9348" w:type="dxa"/>
            <w:tcBorders>
              <w:top w:val="single" w:sz="3" w:space="0" w:color="767676"/>
              <w:left w:val="single" w:sz="3" w:space="0" w:color="767676"/>
              <w:bottom w:val="single" w:sz="4" w:space="0" w:color="767676"/>
              <w:right w:val="single" w:sz="3" w:space="0" w:color="767676"/>
            </w:tcBorders>
            <w:tcMar>
              <w:left w:w="0" w:type="dxa"/>
              <w:right w:w="0" w:type="dxa"/>
            </w:tcMar>
          </w:tcPr>
          <w:p w14:paraId="3942196B" w14:textId="77777777" w:rsidR="00BD2397" w:rsidRPr="00CA3FBF" w:rsidRDefault="00B8640C">
            <w:pPr>
              <w:autoSpaceDE w:val="0"/>
              <w:autoSpaceDN w:val="0"/>
              <w:spacing w:after="0" w:line="160" w:lineRule="exact"/>
              <w:ind w:left="10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d) autorizația de construire / desființare inițială și proiectul vizat spre neschimbare (copie)</w:t>
            </w:r>
          </w:p>
        </w:tc>
      </w:tr>
      <w:tr w:rsidR="00BD2397" w:rsidRPr="001222E3" w14:paraId="116B36C2" w14:textId="77777777" w:rsidTr="003D684B">
        <w:trPr>
          <w:trHeight w:hRule="exact" w:val="763"/>
        </w:trPr>
        <w:tc>
          <w:tcPr>
            <w:tcW w:w="9348" w:type="dxa"/>
            <w:tcBorders>
              <w:top w:val="single" w:sz="4" w:space="0" w:color="767676"/>
              <w:left w:val="single" w:sz="3" w:space="0" w:color="767676"/>
              <w:bottom w:val="single" w:sz="4" w:space="0" w:color="767676"/>
              <w:right w:val="single" w:sz="3" w:space="0" w:color="767676"/>
            </w:tcBorders>
            <w:tcMar>
              <w:left w:w="0" w:type="dxa"/>
              <w:right w:w="0" w:type="dxa"/>
            </w:tcMar>
          </w:tcPr>
          <w:p w14:paraId="25BAFC3B" w14:textId="77777777" w:rsidR="00BD2397" w:rsidRPr="00CA3FBF" w:rsidRDefault="00B8640C">
            <w:pPr>
              <w:autoSpaceDE w:val="0"/>
              <w:autoSpaceDN w:val="0"/>
              <w:spacing w:after="0" w:line="204" w:lineRule="exact"/>
              <w:ind w:left="100" w:right="3600"/>
              <w:rPr>
                <w:sz w:val="16"/>
                <w:szCs w:val="16"/>
                <w:lang w:val="pt-PT"/>
              </w:rPr>
            </w:pP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e) rapoartele de expertiză tehnică, dacă este cazul </w:t>
            </w:r>
            <w:r w:rsidRPr="00CA3FBF">
              <w:rPr>
                <w:sz w:val="16"/>
                <w:szCs w:val="16"/>
                <w:lang w:val="pt-PT"/>
              </w:rPr>
              <w:br/>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f) documentele de plată a taxelor legale (copie)     </w:t>
            </w:r>
            <w:r w:rsidRPr="00CA3FBF">
              <w:rPr>
                <w:rFonts w:ascii="SegoeUISymbol" w:eastAsia="SegoeUISymbol" w:hAnsi="SegoeUISymbol"/>
                <w:color w:val="000000"/>
                <w:w w:val="103"/>
                <w:sz w:val="16"/>
                <w:szCs w:val="16"/>
                <w:lang w:val="pt-PT"/>
              </w:rPr>
              <w:t>☐</w:t>
            </w:r>
            <w:r w:rsidRPr="00CA3FBF">
              <w:rPr>
                <w:rFonts w:ascii="TimesNewRomanPSMT" w:eastAsia="TimesNewRomanPSMT" w:hAnsi="TimesNewRomanPSMT"/>
                <w:color w:val="000000"/>
                <w:w w:val="103"/>
                <w:sz w:val="16"/>
                <w:szCs w:val="16"/>
                <w:lang w:val="pt-PT"/>
              </w:rPr>
              <w:t xml:space="preserve"> g) împuternicirea, dacă este cazul</w:t>
            </w:r>
          </w:p>
        </w:tc>
      </w:tr>
    </w:tbl>
    <w:p w14:paraId="5920635A" w14:textId="77777777" w:rsidR="00BD2397" w:rsidRPr="00CA3FBF" w:rsidRDefault="00BD2397">
      <w:pPr>
        <w:autoSpaceDE w:val="0"/>
        <w:autoSpaceDN w:val="0"/>
        <w:spacing w:after="0" w:line="120" w:lineRule="exact"/>
        <w:rPr>
          <w:sz w:val="16"/>
          <w:szCs w:val="16"/>
          <w:lang w:val="pt-PT"/>
        </w:rPr>
      </w:pPr>
    </w:p>
    <w:tbl>
      <w:tblPr>
        <w:tblW w:w="0" w:type="auto"/>
        <w:tblInd w:w="606" w:type="dxa"/>
        <w:tblLayout w:type="fixed"/>
        <w:tblLook w:val="04A0" w:firstRow="1" w:lastRow="0" w:firstColumn="1" w:lastColumn="0" w:noHBand="0" w:noVBand="1"/>
      </w:tblPr>
      <w:tblGrid>
        <w:gridCol w:w="9348"/>
      </w:tblGrid>
      <w:tr w:rsidR="00BD2397" w:rsidRPr="00F9681E" w14:paraId="1EE6DC54" w14:textId="77777777">
        <w:trPr>
          <w:trHeight w:hRule="exact" w:val="550"/>
        </w:trPr>
        <w:tc>
          <w:tcPr>
            <w:tcW w:w="9348" w:type="dxa"/>
            <w:tcBorders>
              <w:top w:val="single" w:sz="3" w:space="0" w:color="767676"/>
              <w:left w:val="single" w:sz="3" w:space="0" w:color="767676"/>
              <w:bottom w:val="single" w:sz="3" w:space="0" w:color="767676"/>
              <w:right w:val="single" w:sz="3" w:space="0" w:color="767676"/>
            </w:tcBorders>
            <w:tcMar>
              <w:left w:w="0" w:type="dxa"/>
              <w:right w:w="0" w:type="dxa"/>
            </w:tcMar>
          </w:tcPr>
          <w:p w14:paraId="4A905A59" w14:textId="77777777" w:rsidR="00BD2397" w:rsidRPr="00F9681E" w:rsidRDefault="00B8640C">
            <w:pPr>
              <w:autoSpaceDE w:val="0"/>
              <w:autoSpaceDN w:val="0"/>
              <w:spacing w:after="0" w:line="180" w:lineRule="exact"/>
              <w:ind w:left="100" w:right="144"/>
              <w:rPr>
                <w:sz w:val="16"/>
                <w:szCs w:val="16"/>
              </w:rPr>
            </w:pPr>
            <w:r w:rsidRPr="00CA3FBF">
              <w:rPr>
                <w:rFonts w:ascii="TimesNewRomanPS" w:eastAsia="TimesNewRomanPS" w:hAnsi="TimesNewRomanPS"/>
                <w:i/>
                <w:color w:val="000000"/>
                <w:w w:val="97"/>
                <w:sz w:val="16"/>
                <w:szCs w:val="16"/>
                <w:lang w:val="pt-PT"/>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sidRPr="00F9681E">
              <w:rPr>
                <w:rFonts w:ascii="TimesNewRomanPS" w:eastAsia="TimesNewRomanPS" w:hAnsi="TimesNewRomanPS"/>
                <w:i/>
                <w:color w:val="000000"/>
                <w:w w:val="97"/>
                <w:sz w:val="16"/>
                <w:szCs w:val="16"/>
              </w:rPr>
              <w:t>(2) din Legea nr. 169/2026.</w:t>
            </w:r>
          </w:p>
        </w:tc>
      </w:tr>
    </w:tbl>
    <w:p w14:paraId="199F4DBF" w14:textId="77777777" w:rsidR="00BD2397" w:rsidRPr="00F9681E" w:rsidRDefault="00BD2397">
      <w:pPr>
        <w:autoSpaceDE w:val="0"/>
        <w:autoSpaceDN w:val="0"/>
        <w:spacing w:after="0" w:line="116" w:lineRule="exact"/>
        <w:rPr>
          <w:sz w:val="16"/>
          <w:szCs w:val="16"/>
        </w:rPr>
      </w:pPr>
    </w:p>
    <w:tbl>
      <w:tblPr>
        <w:tblW w:w="0" w:type="auto"/>
        <w:tblInd w:w="606" w:type="dxa"/>
        <w:tblLayout w:type="fixed"/>
        <w:tblLook w:val="04A0" w:firstRow="1" w:lastRow="0" w:firstColumn="1" w:lastColumn="0" w:noHBand="0" w:noVBand="1"/>
      </w:tblPr>
      <w:tblGrid>
        <w:gridCol w:w="1558"/>
        <w:gridCol w:w="4674"/>
        <w:gridCol w:w="3116"/>
      </w:tblGrid>
      <w:tr w:rsidR="00BD2397" w:rsidRPr="00F9681E" w14:paraId="4A6596A5" w14:textId="77777777">
        <w:trPr>
          <w:trHeight w:hRule="exact" w:val="210"/>
        </w:trPr>
        <w:tc>
          <w:tcPr>
            <w:tcW w:w="9348" w:type="dxa"/>
            <w:gridSpan w:val="3"/>
            <w:tcBorders>
              <w:top w:val="single" w:sz="3" w:space="0" w:color="767676"/>
              <w:left w:val="single" w:sz="3" w:space="0" w:color="767676"/>
              <w:bottom w:val="single" w:sz="4" w:space="0" w:color="767676"/>
              <w:right w:val="single" w:sz="3" w:space="0" w:color="767676"/>
            </w:tcBorders>
            <w:shd w:val="clear" w:color="auto" w:fill="F4F4F4"/>
            <w:tcMar>
              <w:left w:w="0" w:type="dxa"/>
              <w:right w:w="0" w:type="dxa"/>
            </w:tcMar>
          </w:tcPr>
          <w:p w14:paraId="0F7659F4" w14:textId="77777777" w:rsidR="00BD2397" w:rsidRPr="00F9681E" w:rsidRDefault="00B8640C">
            <w:pPr>
              <w:autoSpaceDE w:val="0"/>
              <w:autoSpaceDN w:val="0"/>
              <w:spacing w:after="0" w:line="174" w:lineRule="exact"/>
              <w:ind w:left="100"/>
              <w:rPr>
                <w:sz w:val="16"/>
                <w:szCs w:val="16"/>
              </w:rPr>
            </w:pPr>
            <w:r w:rsidRPr="00F9681E">
              <w:rPr>
                <w:rFonts w:ascii="TimesNewRomanPS" w:eastAsia="TimesNewRomanPS" w:hAnsi="TimesNewRomanPS"/>
                <w:b/>
                <w:color w:val="000000"/>
                <w:w w:val="103"/>
                <w:sz w:val="16"/>
                <w:szCs w:val="16"/>
              </w:rPr>
              <w:t xml:space="preserve"> 10. </w:t>
            </w:r>
            <w:r w:rsidRPr="00F9681E">
              <w:rPr>
                <w:rFonts w:ascii="TimesNewRomanPS" w:eastAsia="TimesNewRomanPS" w:hAnsi="TimesNewRomanPS"/>
                <w:b/>
                <w:color w:val="000000"/>
                <w:w w:val="102"/>
                <w:sz w:val="16"/>
                <w:szCs w:val="16"/>
              </w:rPr>
              <w:t>DATA ȘI SEMNĂTURA</w:t>
            </w:r>
          </w:p>
        </w:tc>
      </w:tr>
      <w:tr w:rsidR="00BD2397" w:rsidRPr="00F9681E" w14:paraId="65E59F03" w14:textId="77777777">
        <w:trPr>
          <w:trHeight w:hRule="exact" w:val="506"/>
        </w:trPr>
        <w:tc>
          <w:tcPr>
            <w:tcW w:w="1558" w:type="dxa"/>
            <w:tcBorders>
              <w:top w:val="single" w:sz="4" w:space="0" w:color="767676"/>
              <w:left w:val="single" w:sz="3" w:space="0" w:color="767676"/>
              <w:bottom w:val="single" w:sz="3" w:space="0" w:color="767676"/>
              <w:right w:val="single" w:sz="3" w:space="0" w:color="767676"/>
            </w:tcBorders>
            <w:tcMar>
              <w:left w:w="0" w:type="dxa"/>
              <w:right w:w="0" w:type="dxa"/>
            </w:tcMar>
          </w:tcPr>
          <w:p w14:paraId="365109D7" w14:textId="77777777" w:rsidR="00BD2397" w:rsidRPr="00F9681E" w:rsidRDefault="00B8640C">
            <w:pPr>
              <w:autoSpaceDE w:val="0"/>
              <w:autoSpaceDN w:val="0"/>
              <w:spacing w:after="0" w:line="146" w:lineRule="exact"/>
              <w:ind w:left="100"/>
              <w:rPr>
                <w:sz w:val="16"/>
                <w:szCs w:val="16"/>
              </w:rPr>
            </w:pPr>
            <w:r w:rsidRPr="00F9681E">
              <w:rPr>
                <w:rFonts w:ascii="TimesNewRomanPS" w:eastAsia="TimesNewRomanPS" w:hAnsi="TimesNewRomanPS"/>
                <w:b/>
                <w:color w:val="0D5F78"/>
                <w:w w:val="97"/>
                <w:sz w:val="16"/>
                <w:szCs w:val="16"/>
              </w:rPr>
              <w:t>Data</w:t>
            </w:r>
          </w:p>
        </w:tc>
        <w:tc>
          <w:tcPr>
            <w:tcW w:w="4674" w:type="dxa"/>
            <w:tcBorders>
              <w:top w:val="single" w:sz="4" w:space="0" w:color="767676"/>
              <w:left w:val="single" w:sz="3" w:space="0" w:color="767676"/>
              <w:bottom w:val="single" w:sz="3" w:space="0" w:color="767676"/>
              <w:right w:val="single" w:sz="3" w:space="0" w:color="767676"/>
            </w:tcBorders>
            <w:tcMar>
              <w:left w:w="0" w:type="dxa"/>
              <w:right w:w="0" w:type="dxa"/>
            </w:tcMar>
          </w:tcPr>
          <w:p w14:paraId="5DF34509"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Titularul</w:t>
            </w:r>
            <w:proofErr w:type="spellEnd"/>
            <w:r w:rsidRPr="00F9681E">
              <w:rPr>
                <w:rFonts w:ascii="TimesNewRomanPS" w:eastAsia="TimesNewRomanPS" w:hAnsi="TimesNewRomanPS"/>
                <w:b/>
                <w:color w:val="0D5F78"/>
                <w:w w:val="97"/>
                <w:sz w:val="16"/>
                <w:szCs w:val="16"/>
              </w:rPr>
              <w:t xml:space="preserve"> </w:t>
            </w:r>
            <w:proofErr w:type="spellStart"/>
            <w:r w:rsidRPr="00F9681E">
              <w:rPr>
                <w:rFonts w:ascii="TimesNewRomanPS" w:eastAsia="TimesNewRomanPS" w:hAnsi="TimesNewRomanPS"/>
                <w:b/>
                <w:color w:val="0D5F78"/>
                <w:w w:val="97"/>
                <w:sz w:val="16"/>
                <w:szCs w:val="16"/>
              </w:rPr>
              <w:t>autorizației</w:t>
            </w:r>
            <w:proofErr w:type="spellEnd"/>
          </w:p>
        </w:tc>
        <w:tc>
          <w:tcPr>
            <w:tcW w:w="3116" w:type="dxa"/>
            <w:tcBorders>
              <w:top w:val="single" w:sz="4" w:space="0" w:color="767676"/>
              <w:left w:val="single" w:sz="3" w:space="0" w:color="767676"/>
              <w:bottom w:val="single" w:sz="3" w:space="0" w:color="767676"/>
              <w:right w:val="single" w:sz="3" w:space="0" w:color="767676"/>
            </w:tcBorders>
            <w:tcMar>
              <w:left w:w="0" w:type="dxa"/>
              <w:right w:w="0" w:type="dxa"/>
            </w:tcMar>
          </w:tcPr>
          <w:p w14:paraId="58AC527E" w14:textId="77777777" w:rsidR="00BD2397" w:rsidRPr="00F9681E" w:rsidRDefault="00B8640C">
            <w:pPr>
              <w:autoSpaceDE w:val="0"/>
              <w:autoSpaceDN w:val="0"/>
              <w:spacing w:after="0" w:line="146" w:lineRule="exact"/>
              <w:ind w:left="100"/>
              <w:rPr>
                <w:sz w:val="16"/>
                <w:szCs w:val="16"/>
              </w:rPr>
            </w:pPr>
            <w:proofErr w:type="spellStart"/>
            <w:r w:rsidRPr="00F9681E">
              <w:rPr>
                <w:rFonts w:ascii="TimesNewRomanPS" w:eastAsia="TimesNewRomanPS" w:hAnsi="TimesNewRomanPS"/>
                <w:b/>
                <w:color w:val="0D5F78"/>
                <w:w w:val="97"/>
                <w:sz w:val="16"/>
                <w:szCs w:val="16"/>
              </w:rPr>
              <w:t>Semnătura</w:t>
            </w:r>
            <w:proofErr w:type="spellEnd"/>
          </w:p>
        </w:tc>
      </w:tr>
    </w:tbl>
    <w:p w14:paraId="35121DDE" w14:textId="77777777" w:rsidR="00BD2397" w:rsidRPr="00F9681E" w:rsidRDefault="00B8640C">
      <w:pPr>
        <w:tabs>
          <w:tab w:val="left" w:pos="4838"/>
        </w:tabs>
        <w:autoSpaceDE w:val="0"/>
        <w:autoSpaceDN w:val="0"/>
        <w:spacing w:after="0" w:line="144" w:lineRule="exact"/>
        <w:ind w:left="710"/>
        <w:rPr>
          <w:sz w:val="16"/>
          <w:szCs w:val="16"/>
          <w:lang w:val="sv-SE"/>
        </w:rPr>
      </w:pPr>
      <w:r w:rsidRPr="00F9681E">
        <w:rPr>
          <w:rFonts w:ascii="TimesNewRomanPSMT" w:eastAsia="TimesNewRomanPSMT" w:hAnsi="TimesNewRomanPSMT"/>
          <w:color w:val="595959"/>
          <w:w w:val="97"/>
          <w:sz w:val="16"/>
          <w:szCs w:val="16"/>
          <w:lang w:val="sv-SE"/>
        </w:rPr>
        <w:t xml:space="preserve">F_AM_01 · versiunea 1.0 </w:t>
      </w:r>
      <w:r w:rsidRPr="00F9681E">
        <w:rPr>
          <w:sz w:val="16"/>
          <w:szCs w:val="16"/>
          <w:lang w:val="sv-SE"/>
        </w:rPr>
        <w:tab/>
      </w:r>
      <w:r w:rsidRPr="00F9681E">
        <w:rPr>
          <w:rFonts w:ascii="TimesNewRomanPSMT" w:eastAsia="TimesNewRomanPSMT" w:hAnsi="TimesNewRomanPSMT"/>
          <w:color w:val="595959"/>
          <w:w w:val="97"/>
          <w:sz w:val="16"/>
          <w:szCs w:val="16"/>
          <w:lang w:val="sv-SE"/>
        </w:rPr>
        <w:t>pagina 2 din 2</w:t>
      </w:r>
    </w:p>
    <w:p w14:paraId="7E80B467" w14:textId="77777777" w:rsidR="00BD2397" w:rsidRPr="00912339" w:rsidRDefault="00BD2397">
      <w:pPr>
        <w:autoSpaceDE w:val="0"/>
        <w:autoSpaceDN w:val="0"/>
        <w:spacing w:after="0" w:line="126" w:lineRule="exact"/>
        <w:rPr>
          <w:lang w:val="sv-SE"/>
        </w:rPr>
      </w:pPr>
    </w:p>
    <w:sectPr w:rsidR="00BD2397" w:rsidRPr="00912339" w:rsidSect="00034616">
      <w:pgSz w:w="11900" w:h="16840"/>
      <w:pgMar w:top="126" w:right="1358" w:bottom="236" w:left="56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UISymbol">
    <w:altName w:val="Segoe U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973172982">
    <w:abstractNumId w:val="8"/>
  </w:num>
  <w:num w:numId="2" w16cid:durableId="1360660507">
    <w:abstractNumId w:val="6"/>
  </w:num>
  <w:num w:numId="3" w16cid:durableId="1057627229">
    <w:abstractNumId w:val="5"/>
  </w:num>
  <w:num w:numId="4" w16cid:durableId="1421634418">
    <w:abstractNumId w:val="4"/>
  </w:num>
  <w:num w:numId="5" w16cid:durableId="1559976014">
    <w:abstractNumId w:val="7"/>
  </w:num>
  <w:num w:numId="6" w16cid:durableId="1544832806">
    <w:abstractNumId w:val="3"/>
  </w:num>
  <w:num w:numId="7" w16cid:durableId="2123571023">
    <w:abstractNumId w:val="2"/>
  </w:num>
  <w:num w:numId="8" w16cid:durableId="536048156">
    <w:abstractNumId w:val="1"/>
  </w:num>
  <w:num w:numId="9" w16cid:durableId="498809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864"/>
    <w:rsid w:val="00034616"/>
    <w:rsid w:val="0006063C"/>
    <w:rsid w:val="000B1B2B"/>
    <w:rsid w:val="000C1C98"/>
    <w:rsid w:val="000D51AB"/>
    <w:rsid w:val="001222E3"/>
    <w:rsid w:val="0015074B"/>
    <w:rsid w:val="00182F92"/>
    <w:rsid w:val="00184E29"/>
    <w:rsid w:val="00187A6E"/>
    <w:rsid w:val="001C63D4"/>
    <w:rsid w:val="001F5194"/>
    <w:rsid w:val="001F7E48"/>
    <w:rsid w:val="0029639D"/>
    <w:rsid w:val="002A5EAB"/>
    <w:rsid w:val="002B0E1B"/>
    <w:rsid w:val="00326F90"/>
    <w:rsid w:val="003C5479"/>
    <w:rsid w:val="003D684B"/>
    <w:rsid w:val="003F7FDF"/>
    <w:rsid w:val="004761A5"/>
    <w:rsid w:val="00616AC8"/>
    <w:rsid w:val="00646AD5"/>
    <w:rsid w:val="0068581A"/>
    <w:rsid w:val="00786EB1"/>
    <w:rsid w:val="00846091"/>
    <w:rsid w:val="008D0C1E"/>
    <w:rsid w:val="00912339"/>
    <w:rsid w:val="00944F95"/>
    <w:rsid w:val="009F0C11"/>
    <w:rsid w:val="00A1149B"/>
    <w:rsid w:val="00A531FA"/>
    <w:rsid w:val="00AA1D8D"/>
    <w:rsid w:val="00AB1449"/>
    <w:rsid w:val="00B40836"/>
    <w:rsid w:val="00B47730"/>
    <w:rsid w:val="00B84130"/>
    <w:rsid w:val="00B8640C"/>
    <w:rsid w:val="00BB3B32"/>
    <w:rsid w:val="00BD2397"/>
    <w:rsid w:val="00BE77F5"/>
    <w:rsid w:val="00C44B4D"/>
    <w:rsid w:val="00C53134"/>
    <w:rsid w:val="00CA3FBF"/>
    <w:rsid w:val="00CB0664"/>
    <w:rsid w:val="00CB26DE"/>
    <w:rsid w:val="00CE6227"/>
    <w:rsid w:val="00D70A05"/>
    <w:rsid w:val="00E5523C"/>
    <w:rsid w:val="00F30D0C"/>
    <w:rsid w:val="00F9681E"/>
    <w:rsid w:val="00FC693F"/>
    <w:rsid w:val="00FE78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C6E2C5"/>
  <w14:defaultImageDpi w14:val="300"/>
  <w15:docId w15:val="{DDBCC1E4-051A-44F9-A7E7-736B5DDC7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itlu1">
    <w:name w:val="heading 1"/>
    <w:basedOn w:val="Normal"/>
    <w:next w:val="Normal"/>
    <w:link w:val="Titlu1Caracte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B8640C"/>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8640C"/>
    <w:rPr>
      <w:rFonts w:ascii="Tahoma" w:hAnsi="Tahoma" w:cs="Tahoma"/>
      <w:sz w:val="16"/>
      <w:szCs w:val="16"/>
    </w:rPr>
  </w:style>
  <w:style w:type="character" w:styleId="Hyperlink">
    <w:name w:val="Hyperlink"/>
    <w:rsid w:val="00B8640C"/>
    <w:rPr>
      <w:color w:val="0000FF"/>
      <w:u w:val="single"/>
    </w:rPr>
  </w:style>
  <w:style w:type="character" w:styleId="MeniuneNerezolvat">
    <w:name w:val="Unresolved Mention"/>
    <w:basedOn w:val="Fontdeparagrafimplicit"/>
    <w:uiPriority w:val="99"/>
    <w:semiHidden/>
    <w:unhideWhenUsed/>
    <w:rsid w:val="001222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CC230-C750-4D98-BAB0-623FAB7B4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603</Words>
  <Characters>3442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Secretariat</cp:lastModifiedBy>
  <cp:revision>4</cp:revision>
  <dcterms:created xsi:type="dcterms:W3CDTF">2026-09-07T11:13:00Z</dcterms:created>
  <dcterms:modified xsi:type="dcterms:W3CDTF">2026-09-08T08:52:00Z</dcterms:modified>
</cp:coreProperties>
</file>