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51A14" w14:textId="77777777" w:rsidR="00BD2397" w:rsidRDefault="00BD2397">
      <w:pPr>
        <w:autoSpaceDE w:val="0"/>
        <w:autoSpaceDN w:val="0"/>
        <w:spacing w:after="0" w:line="126" w:lineRule="exact"/>
      </w:pPr>
    </w:p>
    <w:p w14:paraId="787AB115" w14:textId="77777777" w:rsidR="00BD2397" w:rsidRPr="00912339" w:rsidRDefault="00BD2397">
      <w:pPr>
        <w:autoSpaceDE w:val="0"/>
        <w:autoSpaceDN w:val="0"/>
        <w:spacing w:after="0" w:line="126" w:lineRule="exact"/>
        <w:rPr>
          <w:lang w:val="sv-SE"/>
        </w:rPr>
      </w:pPr>
    </w:p>
    <w:p w14:paraId="1A3525BC" w14:textId="77777777" w:rsidR="00496CF6" w:rsidRPr="00496CF6" w:rsidRDefault="00496CF6" w:rsidP="00496CF6">
      <w:pPr>
        <w:autoSpaceDE w:val="0"/>
        <w:autoSpaceDN w:val="0"/>
        <w:spacing w:after="0" w:line="292" w:lineRule="exact"/>
        <w:rPr>
          <w:lang w:val="pt-PT"/>
        </w:rPr>
      </w:pPr>
    </w:p>
    <w:p w14:paraId="03F54FF4" w14:textId="04D410B1" w:rsidR="00496CF6" w:rsidRPr="00496CF6" w:rsidRDefault="00496CF6" w:rsidP="00496CF6">
      <w:pPr>
        <w:autoSpaceDE w:val="0"/>
        <w:autoSpaceDN w:val="0"/>
        <w:spacing w:after="0" w:line="292" w:lineRule="exact"/>
        <w:rPr>
          <w:lang w:val="pt-PT"/>
        </w:rPr>
      </w:pPr>
      <w:r w:rsidRPr="00496CF6">
        <w:drawing>
          <wp:anchor distT="0" distB="0" distL="114300" distR="114300" simplePos="0" relativeHeight="251661312" behindDoc="0" locked="0" layoutInCell="1" allowOverlap="1" wp14:anchorId="4482D11F" wp14:editId="675A0DE6">
            <wp:simplePos x="0" y="0"/>
            <wp:positionH relativeFrom="column">
              <wp:posOffset>346710</wp:posOffset>
            </wp:positionH>
            <wp:positionV relativeFrom="paragraph">
              <wp:posOffset>149225</wp:posOffset>
            </wp:positionV>
            <wp:extent cx="719455" cy="1076325"/>
            <wp:effectExtent l="0" t="0" r="4445" b="9525"/>
            <wp:wrapSquare wrapText="bothSides"/>
            <wp:docPr id="1536071553" name="I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1076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96CF6">
        <w:drawing>
          <wp:anchor distT="0" distB="0" distL="114300" distR="114300" simplePos="0" relativeHeight="251659264" behindDoc="0" locked="0" layoutInCell="1" allowOverlap="1" wp14:anchorId="699D7CF5" wp14:editId="22EF9BD5">
            <wp:simplePos x="0" y="0"/>
            <wp:positionH relativeFrom="column">
              <wp:posOffset>347345</wp:posOffset>
            </wp:positionH>
            <wp:positionV relativeFrom="paragraph">
              <wp:posOffset>180975</wp:posOffset>
            </wp:positionV>
            <wp:extent cx="516255" cy="762000"/>
            <wp:effectExtent l="0" t="0" r="17145" b="0"/>
            <wp:wrapSquare wrapText="right"/>
            <wp:docPr id="833885297" name="I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6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08EF05" w14:textId="77777777" w:rsidR="00496CF6" w:rsidRPr="00496CF6" w:rsidRDefault="00496CF6" w:rsidP="00496CF6">
      <w:pPr>
        <w:autoSpaceDE w:val="0"/>
        <w:autoSpaceDN w:val="0"/>
        <w:spacing w:after="0" w:line="292" w:lineRule="exact"/>
        <w:rPr>
          <w:b/>
          <w:lang w:val="pt-PT"/>
        </w:rPr>
      </w:pPr>
      <w:r w:rsidRPr="00496CF6">
        <w:rPr>
          <w:lang w:val="pt-PT"/>
        </w:rPr>
        <w:t xml:space="preserve">Judeţul  MUREŞ                                                                                                    </w:t>
      </w:r>
      <w:r w:rsidRPr="00496CF6">
        <w:rPr>
          <w:b/>
          <w:lang w:val="pt-PT"/>
        </w:rPr>
        <w:t xml:space="preserve"> </w:t>
      </w:r>
      <w:r w:rsidRPr="00496CF6">
        <w:rPr>
          <w:lang w:val="pt-PT"/>
        </w:rPr>
        <w:t xml:space="preserve">   </w:t>
      </w:r>
      <w:r w:rsidRPr="00496CF6">
        <w:rPr>
          <w:b/>
          <w:lang w:val="pt-PT"/>
        </w:rPr>
        <w:t xml:space="preserve"> </w:t>
      </w:r>
      <w:r w:rsidRPr="00496CF6">
        <w:rPr>
          <w:lang w:val="pt-PT"/>
        </w:rPr>
        <w:t xml:space="preserve"> </w:t>
      </w:r>
      <w:r w:rsidRPr="00496CF6">
        <w:rPr>
          <w:lang w:val="pt-PT"/>
        </w:rPr>
        <w:tab/>
      </w:r>
    </w:p>
    <w:p w14:paraId="72C69989" w14:textId="5133722F" w:rsidR="00496CF6" w:rsidRPr="00496CF6" w:rsidRDefault="00496CF6" w:rsidP="00496CF6">
      <w:pPr>
        <w:autoSpaceDE w:val="0"/>
        <w:autoSpaceDN w:val="0"/>
        <w:spacing w:after="0" w:line="292" w:lineRule="exact"/>
        <w:rPr>
          <w:b/>
          <w:bCs/>
          <w:lang w:val="pt-PT"/>
        </w:rPr>
      </w:pPr>
      <w:r w:rsidRPr="00496CF6"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CFB605" wp14:editId="094C5A5E">
                <wp:simplePos x="0" y="0"/>
                <wp:positionH relativeFrom="column">
                  <wp:posOffset>3457575</wp:posOffset>
                </wp:positionH>
                <wp:positionV relativeFrom="paragraph">
                  <wp:posOffset>34925</wp:posOffset>
                </wp:positionV>
                <wp:extent cx="361950" cy="134620"/>
                <wp:effectExtent l="0" t="0" r="0" b="0"/>
                <wp:wrapNone/>
                <wp:docPr id="972260337" name="Casetă text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13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86B0B1" w14:textId="77777777" w:rsidR="00496CF6" w:rsidRDefault="00496CF6" w:rsidP="00496CF6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9CFB605" id="_x0000_t202" coordsize="21600,21600" o:spt="202" path="m,l,21600r21600,l21600,xe">
                <v:stroke joinstyle="miter"/>
                <v:path gradientshapeok="t" o:connecttype="rect"/>
              </v:shapetype>
              <v:shape id="Casetă text 11" o:spid="_x0000_s1026" type="#_x0000_t202" style="position:absolute;margin-left:272.25pt;margin-top:2.75pt;width:28.5pt;height:10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" stroked="f">
                <v:textbox>
                  <w:txbxContent>
                    <w:p w14:paraId="1086B0B1" w14:textId="77777777" w:rsidR="00496CF6" w:rsidRDefault="00496CF6" w:rsidP="00496CF6"/>
                  </w:txbxContent>
                </v:textbox>
              </v:shape>
            </w:pict>
          </mc:Fallback>
        </mc:AlternateContent>
      </w:r>
      <w:r w:rsidRPr="00496CF6">
        <w:rPr>
          <w:bCs/>
          <w:lang w:val="pt-PT"/>
        </w:rPr>
        <w:t>Comuna Zau de Câmpie</w:t>
      </w:r>
      <w:r w:rsidRPr="00496CF6">
        <w:rPr>
          <w:bCs/>
          <w:lang w:val="pt-PT"/>
        </w:rPr>
        <w:tab/>
      </w:r>
      <w:r w:rsidRPr="00496CF6">
        <w:rPr>
          <w:bCs/>
          <w:lang w:val="pt-PT"/>
        </w:rPr>
        <w:tab/>
      </w:r>
      <w:r w:rsidRPr="00496CF6">
        <w:rPr>
          <w:bCs/>
          <w:lang w:val="pt-PT"/>
        </w:rPr>
        <w:tab/>
      </w:r>
      <w:r w:rsidRPr="00496CF6">
        <w:rPr>
          <w:bCs/>
          <w:lang w:val="pt-PT"/>
        </w:rPr>
        <w:tab/>
      </w:r>
      <w:r w:rsidRPr="00496CF6">
        <w:rPr>
          <w:bCs/>
          <w:lang w:val="pt-PT"/>
        </w:rPr>
        <w:tab/>
      </w:r>
      <w:r w:rsidRPr="00496CF6">
        <w:rPr>
          <w:bCs/>
          <w:lang w:val="pt-PT"/>
        </w:rPr>
        <w:tab/>
      </w:r>
    </w:p>
    <w:p w14:paraId="47FD0D63" w14:textId="77777777" w:rsidR="00496CF6" w:rsidRPr="00496CF6" w:rsidRDefault="00496CF6" w:rsidP="00496CF6">
      <w:pPr>
        <w:autoSpaceDE w:val="0"/>
        <w:autoSpaceDN w:val="0"/>
        <w:spacing w:after="0" w:line="292" w:lineRule="exact"/>
        <w:rPr>
          <w:bCs/>
          <w:lang w:val="pt-PT"/>
        </w:rPr>
      </w:pPr>
      <w:r w:rsidRPr="00496CF6">
        <w:rPr>
          <w:bCs/>
          <w:lang w:val="pt-PT"/>
        </w:rPr>
        <w:t>CIF4375917, Zau de Câmpie, strada Republicii, nr.18</w:t>
      </w:r>
    </w:p>
    <w:p w14:paraId="51F7691A" w14:textId="77777777" w:rsidR="00496CF6" w:rsidRPr="00496CF6" w:rsidRDefault="00496CF6" w:rsidP="00496CF6">
      <w:pPr>
        <w:autoSpaceDE w:val="0"/>
        <w:autoSpaceDN w:val="0"/>
        <w:spacing w:after="0" w:line="292" w:lineRule="exact"/>
        <w:rPr>
          <w:bCs/>
          <w:lang w:val="pt-PT"/>
        </w:rPr>
      </w:pPr>
      <w:r w:rsidRPr="00496CF6">
        <w:rPr>
          <w:bCs/>
          <w:lang w:val="pt-PT"/>
        </w:rPr>
        <w:t>Telefon: 0265 486112</w:t>
      </w:r>
    </w:p>
    <w:p w14:paraId="1B87F7FE" w14:textId="77777777" w:rsidR="00496CF6" w:rsidRPr="00496CF6" w:rsidRDefault="00496CF6" w:rsidP="00496CF6">
      <w:pPr>
        <w:autoSpaceDE w:val="0"/>
        <w:autoSpaceDN w:val="0"/>
        <w:spacing w:after="0" w:line="292" w:lineRule="exact"/>
        <w:rPr>
          <w:bCs/>
          <w:lang w:val="pt-PT"/>
        </w:rPr>
      </w:pPr>
      <w:r w:rsidRPr="00496CF6">
        <w:rPr>
          <w:bCs/>
          <w:lang w:val="pt-PT"/>
        </w:rPr>
        <w:t xml:space="preserve"> E-mail: </w:t>
      </w:r>
      <w:r w:rsidRPr="00496CF6">
        <w:fldChar w:fldCharType="begin"/>
      </w:r>
      <w:r w:rsidRPr="00496CF6">
        <w:rPr>
          <w:lang w:val="pt-BR"/>
        </w:rPr>
        <w:instrText>HYPERLINK "mailto:zaucimpiei@cjmures.ro"</w:instrText>
      </w:r>
      <w:r w:rsidRPr="00496CF6">
        <w:fldChar w:fldCharType="separate"/>
      </w:r>
      <w:r w:rsidRPr="00496CF6">
        <w:rPr>
          <w:rStyle w:val="Hyperlink"/>
          <w:bCs/>
          <w:lang w:val="pt-PT"/>
        </w:rPr>
        <w:t>zaucimpiei@cjmures.ro</w:t>
      </w:r>
      <w:r w:rsidRPr="00496CF6">
        <w:fldChar w:fldCharType="end"/>
      </w:r>
    </w:p>
    <w:p w14:paraId="6EDEF4CC" w14:textId="4A41942E" w:rsidR="00496CF6" w:rsidRDefault="00496CF6" w:rsidP="00496CF6">
      <w:pPr>
        <w:autoSpaceDE w:val="0"/>
        <w:autoSpaceDN w:val="0"/>
        <w:spacing w:after="0" w:line="292" w:lineRule="exact"/>
      </w:pPr>
      <w:r w:rsidRPr="00496CF6">
        <w:rPr>
          <w:lang w:val="pt-PT"/>
        </w:rPr>
        <w:t xml:space="preserve"> Număr de înregistrare.................data...............................  </w:t>
      </w:r>
    </w:p>
    <w:p w14:paraId="7F6E2C53" w14:textId="77777777" w:rsidR="00BD2397" w:rsidRDefault="00B8640C">
      <w:pPr>
        <w:autoSpaceDE w:val="0"/>
        <w:autoSpaceDN w:val="0"/>
        <w:spacing w:after="0" w:line="270" w:lineRule="exact"/>
        <w:ind w:right="4838"/>
        <w:jc w:val="right"/>
      </w:pPr>
      <w:r>
        <w:rPr>
          <w:rFonts w:ascii="TimesNewRomanPS" w:eastAsia="TimesNewRomanPS" w:hAnsi="TimesNewRomanPS"/>
          <w:b/>
          <w:color w:val="000000"/>
          <w:sz w:val="23"/>
        </w:rPr>
        <w:t>CERERE</w:t>
      </w: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9348"/>
      </w:tblGrid>
      <w:tr w:rsidR="00BD2397" w:rsidRPr="004761A5" w14:paraId="70A73FCE" w14:textId="77777777">
        <w:trPr>
          <w:trHeight w:hRule="exact" w:val="212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40A763AA" w14:textId="77777777" w:rsidR="00BD2397" w:rsidRPr="004761A5" w:rsidRDefault="00B8640C">
            <w:pPr>
              <w:autoSpaceDE w:val="0"/>
              <w:autoSpaceDN w:val="0"/>
              <w:spacing w:after="0" w:line="174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 1. </w:t>
            </w:r>
            <w:r w:rsidRPr="004761A5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CĂTRE</w:t>
            </w:r>
          </w:p>
        </w:tc>
      </w:tr>
      <w:tr w:rsidR="00BD2397" w:rsidRPr="00496CF6" w14:paraId="68CC83E5" w14:textId="77777777">
        <w:trPr>
          <w:trHeight w:hRule="exact" w:val="512"/>
        </w:trPr>
        <w:tc>
          <w:tcPr>
            <w:tcW w:w="9348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5B47B3E0" w14:textId="77777777" w:rsidR="00BD2397" w:rsidRPr="009E1893" w:rsidRDefault="00B8640C">
            <w:pPr>
              <w:autoSpaceDE w:val="0"/>
              <w:autoSpaceDN w:val="0"/>
              <w:spacing w:after="0" w:line="166" w:lineRule="exact"/>
              <w:ind w:left="100" w:right="4320"/>
              <w:rPr>
                <w:sz w:val="16"/>
                <w:szCs w:val="16"/>
                <w:lang w:val="pt-PT"/>
              </w:rPr>
            </w:pPr>
            <w:r w:rsidRPr="009E1893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 xml:space="preserve">Instituția </w:t>
            </w:r>
            <w:r w:rsidRPr="009E1893">
              <w:rPr>
                <w:sz w:val="16"/>
                <w:szCs w:val="16"/>
                <w:lang w:val="pt-PT"/>
              </w:rPr>
              <w:br/>
            </w:r>
            <w:r w:rsidRPr="009E1893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  <w:lang w:val="pt-PT"/>
              </w:rPr>
              <w:t>primăria municipiului / orașului / comunei · primăria de sector · consiliul județean</w:t>
            </w:r>
          </w:p>
        </w:tc>
      </w:tr>
      <w:tr w:rsidR="00BD2397" w:rsidRPr="00496CF6" w14:paraId="019F7342" w14:textId="77777777" w:rsidTr="00646AD5">
        <w:trPr>
          <w:trHeight w:hRule="exact" w:val="453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08ECDB23" w14:textId="77777777" w:rsidR="00BD2397" w:rsidRPr="009E1893" w:rsidRDefault="00B8640C">
            <w:pPr>
              <w:autoSpaceDE w:val="0"/>
              <w:autoSpaceDN w:val="0"/>
              <w:spacing w:after="0" w:line="146" w:lineRule="exact"/>
              <w:jc w:val="center"/>
              <w:rPr>
                <w:sz w:val="16"/>
                <w:szCs w:val="16"/>
                <w:lang w:val="pt-PT"/>
              </w:rPr>
            </w:pPr>
            <w:r w:rsidRPr="009E1893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  <w:lang w:val="pt-PT"/>
              </w:rPr>
              <w:t xml:space="preserve">Cererea va fi transmisă către președintele consiliului județean, primarul general, primarul de sector sau primarul municipiului / orașului / comunei, după caz. </w:t>
            </w:r>
          </w:p>
        </w:tc>
      </w:tr>
    </w:tbl>
    <w:p w14:paraId="5D155E87" w14:textId="77777777" w:rsidR="00BD2397" w:rsidRPr="009E1893" w:rsidRDefault="00BD2397">
      <w:pPr>
        <w:autoSpaceDE w:val="0"/>
        <w:autoSpaceDN w:val="0"/>
        <w:spacing w:after="0" w:line="114" w:lineRule="exact"/>
        <w:rPr>
          <w:sz w:val="16"/>
          <w:szCs w:val="16"/>
          <w:lang w:val="pt-PT"/>
        </w:rPr>
      </w:pP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1558"/>
        <w:gridCol w:w="1558"/>
        <w:gridCol w:w="778"/>
        <w:gridCol w:w="780"/>
        <w:gridCol w:w="778"/>
        <w:gridCol w:w="780"/>
        <w:gridCol w:w="1560"/>
        <w:gridCol w:w="1556"/>
      </w:tblGrid>
      <w:tr w:rsidR="00BD2397" w:rsidRPr="004761A5" w14:paraId="5D29CF4E" w14:textId="77777777">
        <w:trPr>
          <w:trHeight w:hRule="exact" w:val="210"/>
        </w:trPr>
        <w:tc>
          <w:tcPr>
            <w:tcW w:w="9348" w:type="dxa"/>
            <w:gridSpan w:val="8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17D839B0" w14:textId="77777777" w:rsidR="00BD2397" w:rsidRPr="004761A5" w:rsidRDefault="00B8640C">
            <w:pPr>
              <w:autoSpaceDE w:val="0"/>
              <w:autoSpaceDN w:val="0"/>
              <w:spacing w:after="0" w:line="174" w:lineRule="exact"/>
              <w:ind w:left="100"/>
              <w:rPr>
                <w:sz w:val="16"/>
                <w:szCs w:val="16"/>
              </w:rPr>
            </w:pPr>
            <w:r w:rsidRPr="009E1893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  <w:lang w:val="pt-PT"/>
              </w:rPr>
              <w:t xml:space="preserve"> </w:t>
            </w:r>
            <w:r w:rsidRPr="004761A5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2. </w:t>
            </w:r>
            <w:r w:rsidRPr="004761A5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SOLICITANTUL</w:t>
            </w:r>
          </w:p>
        </w:tc>
      </w:tr>
      <w:tr w:rsidR="00BD2397" w:rsidRPr="004761A5" w14:paraId="235BC854" w14:textId="77777777">
        <w:trPr>
          <w:trHeight w:hRule="exact" w:val="506"/>
        </w:trPr>
        <w:tc>
          <w:tcPr>
            <w:tcW w:w="5452" w:type="dxa"/>
            <w:gridSpan w:val="5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2802D049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Nume și prenume</w:t>
            </w:r>
          </w:p>
        </w:tc>
        <w:tc>
          <w:tcPr>
            <w:tcW w:w="3896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0EFD380B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CNP</w:t>
            </w:r>
          </w:p>
        </w:tc>
      </w:tr>
      <w:tr w:rsidR="00BD2397" w:rsidRPr="004761A5" w14:paraId="73046287" w14:textId="77777777">
        <w:trPr>
          <w:trHeight w:hRule="exact" w:val="188"/>
        </w:trPr>
        <w:tc>
          <w:tcPr>
            <w:tcW w:w="9348" w:type="dxa"/>
            <w:gridSpan w:val="8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1320F930" w14:textId="77777777" w:rsidR="00BD2397" w:rsidRPr="004761A5" w:rsidRDefault="00B8640C">
            <w:pPr>
              <w:autoSpaceDE w:val="0"/>
              <w:autoSpaceDN w:val="0"/>
              <w:spacing w:after="0" w:line="154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Act de identitate</w:t>
            </w:r>
          </w:p>
        </w:tc>
      </w:tr>
      <w:tr w:rsidR="00BD2397" w:rsidRPr="004761A5" w14:paraId="1AB36915" w14:textId="77777777">
        <w:trPr>
          <w:trHeight w:hRule="exact" w:val="504"/>
        </w:trPr>
        <w:tc>
          <w:tcPr>
            <w:tcW w:w="1558" w:type="dxa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0A44C8D0" w14:textId="77777777" w:rsidR="00BD2397" w:rsidRPr="004761A5" w:rsidRDefault="00B8640C">
            <w:pPr>
              <w:autoSpaceDE w:val="0"/>
              <w:autoSpaceDN w:val="0"/>
              <w:spacing w:after="0" w:line="144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Seria</w:t>
            </w:r>
          </w:p>
        </w:tc>
        <w:tc>
          <w:tcPr>
            <w:tcW w:w="1558" w:type="dxa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0BD8791B" w14:textId="77777777" w:rsidR="00BD2397" w:rsidRPr="004761A5" w:rsidRDefault="00B8640C">
            <w:pPr>
              <w:autoSpaceDE w:val="0"/>
              <w:autoSpaceDN w:val="0"/>
              <w:spacing w:after="0" w:line="144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Numărul</w:t>
            </w:r>
          </w:p>
        </w:tc>
        <w:tc>
          <w:tcPr>
            <w:tcW w:w="4676" w:type="dxa"/>
            <w:gridSpan w:val="5"/>
            <w:tcBorders>
              <w:top w:val="single" w:sz="3" w:space="0" w:color="767676"/>
              <w:left w:val="single" w:sz="4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0AAAB45D" w14:textId="77777777" w:rsidR="00BD2397" w:rsidRPr="004761A5" w:rsidRDefault="00B8640C">
            <w:pPr>
              <w:autoSpaceDE w:val="0"/>
              <w:autoSpaceDN w:val="0"/>
              <w:spacing w:after="0" w:line="144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Eliberat de</w:t>
            </w:r>
          </w:p>
        </w:tc>
        <w:tc>
          <w:tcPr>
            <w:tcW w:w="1556" w:type="dxa"/>
            <w:tcBorders>
              <w:top w:val="single" w:sz="3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51D60610" w14:textId="77777777" w:rsidR="00BD2397" w:rsidRPr="004761A5" w:rsidRDefault="00B8640C">
            <w:pPr>
              <w:autoSpaceDE w:val="0"/>
              <w:autoSpaceDN w:val="0"/>
              <w:spacing w:after="0" w:line="144" w:lineRule="exact"/>
              <w:ind w:left="98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La data</w:t>
            </w:r>
          </w:p>
        </w:tc>
      </w:tr>
      <w:tr w:rsidR="00BD2397" w:rsidRPr="004761A5" w14:paraId="107BB4AB" w14:textId="77777777">
        <w:trPr>
          <w:trHeight w:hRule="exact" w:val="188"/>
        </w:trPr>
        <w:tc>
          <w:tcPr>
            <w:tcW w:w="9348" w:type="dxa"/>
            <w:gridSpan w:val="8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6FD3193A" w14:textId="77777777" w:rsidR="00BD2397" w:rsidRPr="004761A5" w:rsidRDefault="00B8640C">
            <w:pPr>
              <w:autoSpaceDE w:val="0"/>
              <w:autoSpaceDN w:val="0"/>
              <w:spacing w:after="0" w:line="154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Domiciliul</w:t>
            </w:r>
          </w:p>
        </w:tc>
      </w:tr>
      <w:tr w:rsidR="00BD2397" w:rsidRPr="004761A5" w14:paraId="484763E0" w14:textId="77777777">
        <w:trPr>
          <w:trHeight w:hRule="exact" w:val="506"/>
        </w:trPr>
        <w:tc>
          <w:tcPr>
            <w:tcW w:w="3116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74CEBB7D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Județul</w:t>
            </w:r>
          </w:p>
        </w:tc>
        <w:tc>
          <w:tcPr>
            <w:tcW w:w="3116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39FBB388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Municipiul / orașul / comuna</w:t>
            </w:r>
          </w:p>
        </w:tc>
        <w:tc>
          <w:tcPr>
            <w:tcW w:w="3116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08232B79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Satul / sectorul</w:t>
            </w:r>
          </w:p>
        </w:tc>
      </w:tr>
      <w:tr w:rsidR="00BD2397" w:rsidRPr="004761A5" w14:paraId="109D44FE" w14:textId="77777777">
        <w:trPr>
          <w:trHeight w:hRule="exact" w:val="504"/>
        </w:trPr>
        <w:tc>
          <w:tcPr>
            <w:tcW w:w="3116" w:type="dxa"/>
            <w:gridSpan w:val="2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75CF5493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Strada</w:t>
            </w:r>
          </w:p>
        </w:tc>
        <w:tc>
          <w:tcPr>
            <w:tcW w:w="778" w:type="dxa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2DEC8131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Nr.</w:t>
            </w:r>
          </w:p>
        </w:tc>
        <w:tc>
          <w:tcPr>
            <w:tcW w:w="780" w:type="dxa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6524FCF4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2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Sc.</w:t>
            </w:r>
          </w:p>
        </w:tc>
        <w:tc>
          <w:tcPr>
            <w:tcW w:w="77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570919C5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2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Et.</w:t>
            </w:r>
          </w:p>
        </w:tc>
        <w:tc>
          <w:tcPr>
            <w:tcW w:w="780" w:type="dxa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132E8172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Ap.</w:t>
            </w:r>
          </w:p>
        </w:tc>
        <w:tc>
          <w:tcPr>
            <w:tcW w:w="1560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7A28B4F2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Cod poștal</w:t>
            </w:r>
          </w:p>
        </w:tc>
        <w:tc>
          <w:tcPr>
            <w:tcW w:w="1556" w:type="dxa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06B2B382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98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Țara</w:t>
            </w:r>
          </w:p>
        </w:tc>
      </w:tr>
      <w:tr w:rsidR="00BD2397" w:rsidRPr="004761A5" w14:paraId="6751FCE5" w14:textId="77777777">
        <w:trPr>
          <w:trHeight w:hRule="exact" w:val="186"/>
        </w:trPr>
        <w:tc>
          <w:tcPr>
            <w:tcW w:w="9348" w:type="dxa"/>
            <w:gridSpan w:val="8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7C6C71AD" w14:textId="77777777" w:rsidR="00BD2397" w:rsidRPr="004761A5" w:rsidRDefault="00B8640C">
            <w:pPr>
              <w:autoSpaceDE w:val="0"/>
              <w:autoSpaceDN w:val="0"/>
              <w:spacing w:after="0" w:line="15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Date de contact</w:t>
            </w:r>
          </w:p>
        </w:tc>
      </w:tr>
      <w:tr w:rsidR="00BD2397" w:rsidRPr="004761A5" w14:paraId="06729774" w14:textId="77777777">
        <w:trPr>
          <w:trHeight w:hRule="exact" w:val="506"/>
        </w:trPr>
        <w:tc>
          <w:tcPr>
            <w:tcW w:w="3894" w:type="dxa"/>
            <w:gridSpan w:val="3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4F5FD18E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Telefon / fax</w:t>
            </w:r>
          </w:p>
        </w:tc>
        <w:tc>
          <w:tcPr>
            <w:tcW w:w="5454" w:type="dxa"/>
            <w:gridSpan w:val="5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29F711CC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2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E-mail</w:t>
            </w:r>
          </w:p>
        </w:tc>
      </w:tr>
    </w:tbl>
    <w:p w14:paraId="7528F688" w14:textId="77777777" w:rsidR="00BD2397" w:rsidRPr="000C1C98" w:rsidRDefault="00B8640C">
      <w:pPr>
        <w:autoSpaceDE w:val="0"/>
        <w:autoSpaceDN w:val="0"/>
        <w:spacing w:after="0" w:line="290" w:lineRule="exact"/>
        <w:ind w:left="576" w:right="1152"/>
        <w:jc w:val="center"/>
        <w:rPr>
          <w:sz w:val="24"/>
          <w:szCs w:val="24"/>
          <w:lang w:val="pt-PT"/>
        </w:rPr>
      </w:pPr>
      <w:r w:rsidRPr="000C1C98">
        <w:rPr>
          <w:rFonts w:ascii="TimesNewRomanPSMT" w:eastAsia="TimesNewRomanPSMT" w:hAnsi="TimesNewRomanPSMT"/>
          <w:color w:val="000000"/>
          <w:w w:val="102"/>
          <w:sz w:val="16"/>
          <w:szCs w:val="16"/>
          <w:lang w:val="pt-PT"/>
        </w:rPr>
        <w:t xml:space="preserve">în temeiul art. 257 alin. (17) din Legea nr. 169/2026 privind Codul amenajării teritoriului, urbanismului și construcțiilor, solicit prelungirea valabilității </w:t>
      </w:r>
      <w:r w:rsidRPr="000C1C98">
        <w:rPr>
          <w:sz w:val="16"/>
          <w:szCs w:val="16"/>
          <w:lang w:val="pt-PT"/>
        </w:rPr>
        <w:br/>
      </w:r>
      <w:r w:rsidRPr="000C1C98">
        <w:rPr>
          <w:rFonts w:ascii="TimesNewRomanPS" w:eastAsia="TimesNewRomanPS" w:hAnsi="TimesNewRomanPS"/>
          <w:b/>
          <w:color w:val="000000"/>
          <w:w w:val="102"/>
          <w:sz w:val="24"/>
          <w:szCs w:val="24"/>
          <w:lang w:val="pt-PT"/>
        </w:rPr>
        <w:t>CERTIFICATULUI DE URBANISM</w:t>
      </w: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1558"/>
        <w:gridCol w:w="2336"/>
        <w:gridCol w:w="780"/>
        <w:gridCol w:w="4674"/>
      </w:tblGrid>
      <w:tr w:rsidR="00BD2397" w:rsidRPr="004761A5" w14:paraId="6C3931BB" w14:textId="77777777">
        <w:trPr>
          <w:trHeight w:hRule="exact" w:val="504"/>
        </w:trPr>
        <w:tc>
          <w:tcPr>
            <w:tcW w:w="155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3F86C4DB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Nr.</w:t>
            </w:r>
          </w:p>
        </w:tc>
        <w:tc>
          <w:tcPr>
            <w:tcW w:w="2336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303ACC5E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Din data</w:t>
            </w:r>
          </w:p>
        </w:tc>
        <w:tc>
          <w:tcPr>
            <w:tcW w:w="5454" w:type="dxa"/>
            <w:gridSpan w:val="2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5ABEFE93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2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Emis de</w:t>
            </w:r>
          </w:p>
        </w:tc>
      </w:tr>
      <w:tr w:rsidR="00BD2397" w:rsidRPr="004761A5" w14:paraId="27CF0BF1" w14:textId="77777777">
        <w:trPr>
          <w:trHeight w:hRule="exact" w:val="504"/>
        </w:trPr>
        <w:tc>
          <w:tcPr>
            <w:tcW w:w="4674" w:type="dxa"/>
            <w:gridSpan w:val="3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6935B516" w14:textId="77777777" w:rsidR="00BD2397" w:rsidRPr="009E1893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  <w:lang w:val="pt-PT"/>
              </w:rPr>
            </w:pPr>
            <w:r w:rsidRPr="009E1893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>Prelungirea solicitată — de la data</w:t>
            </w:r>
          </w:p>
        </w:tc>
        <w:tc>
          <w:tcPr>
            <w:tcW w:w="4674" w:type="dxa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4C710B65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2"/>
              <w:rPr>
                <w:sz w:val="16"/>
                <w:szCs w:val="16"/>
              </w:rPr>
            </w:pPr>
            <w:proofErr w:type="spellStart"/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până</w:t>
            </w:r>
            <w:proofErr w:type="spellEnd"/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la data</w:t>
            </w:r>
          </w:p>
        </w:tc>
      </w:tr>
    </w:tbl>
    <w:p w14:paraId="4D09E5C1" w14:textId="77777777" w:rsidR="00BD2397" w:rsidRPr="004761A5" w:rsidRDefault="00BD2397">
      <w:pPr>
        <w:autoSpaceDE w:val="0"/>
        <w:autoSpaceDN w:val="0"/>
        <w:spacing w:after="0" w:line="116" w:lineRule="exact"/>
        <w:rPr>
          <w:sz w:val="16"/>
          <w:szCs w:val="16"/>
        </w:rPr>
      </w:pP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1558"/>
        <w:gridCol w:w="1558"/>
        <w:gridCol w:w="2336"/>
        <w:gridCol w:w="780"/>
        <w:gridCol w:w="780"/>
        <w:gridCol w:w="2336"/>
      </w:tblGrid>
      <w:tr w:rsidR="00BD2397" w:rsidRPr="004761A5" w14:paraId="551B01A9" w14:textId="77777777">
        <w:trPr>
          <w:trHeight w:hRule="exact" w:val="210"/>
        </w:trPr>
        <w:tc>
          <w:tcPr>
            <w:tcW w:w="9348" w:type="dxa"/>
            <w:gridSpan w:val="6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0FC008B7" w14:textId="77777777" w:rsidR="00BD2397" w:rsidRPr="004761A5" w:rsidRDefault="00B8640C">
            <w:pPr>
              <w:autoSpaceDE w:val="0"/>
              <w:autoSpaceDN w:val="0"/>
              <w:spacing w:after="0" w:line="17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 4. </w:t>
            </w:r>
            <w:r w:rsidRPr="004761A5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IMOBILUL</w:t>
            </w:r>
          </w:p>
        </w:tc>
      </w:tr>
      <w:tr w:rsidR="00BD2397" w:rsidRPr="004761A5" w14:paraId="269DEE6C" w14:textId="77777777">
        <w:trPr>
          <w:trHeight w:hRule="exact" w:val="218"/>
        </w:trPr>
        <w:tc>
          <w:tcPr>
            <w:tcW w:w="9348" w:type="dxa"/>
            <w:gridSpan w:val="6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081B9E8B" w14:textId="77777777" w:rsidR="00BD2397" w:rsidRPr="004761A5" w:rsidRDefault="00B8640C">
            <w:pPr>
              <w:autoSpaceDE w:val="0"/>
              <w:autoSpaceDN w:val="0"/>
              <w:spacing w:after="0" w:line="160" w:lineRule="exact"/>
              <w:ind w:left="140"/>
              <w:rPr>
                <w:sz w:val="16"/>
                <w:szCs w:val="16"/>
              </w:rPr>
            </w:pPr>
            <w:r w:rsidRPr="004761A5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</w:rPr>
              <w:t>☐</w:t>
            </w:r>
            <w:r w:rsidRPr="004761A5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teren     </w:t>
            </w:r>
            <w:r w:rsidRPr="004761A5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</w:rPr>
              <w:t>☐</w:t>
            </w:r>
            <w:r w:rsidRPr="004761A5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construcții</w:t>
            </w:r>
          </w:p>
        </w:tc>
      </w:tr>
      <w:tr w:rsidR="00BD2397" w:rsidRPr="004761A5" w14:paraId="6D67D232" w14:textId="77777777">
        <w:trPr>
          <w:trHeight w:hRule="exact" w:val="504"/>
        </w:trPr>
        <w:tc>
          <w:tcPr>
            <w:tcW w:w="3116" w:type="dxa"/>
            <w:gridSpan w:val="2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13D07A5B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Județ</w:t>
            </w:r>
          </w:p>
        </w:tc>
        <w:tc>
          <w:tcPr>
            <w:tcW w:w="3116" w:type="dxa"/>
            <w:gridSpan w:val="2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3FF2B5B9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Municipiu / oraș / comună</w:t>
            </w:r>
          </w:p>
        </w:tc>
        <w:tc>
          <w:tcPr>
            <w:tcW w:w="3116" w:type="dxa"/>
            <w:gridSpan w:val="2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5D324AAE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Sat / sector</w:t>
            </w:r>
          </w:p>
        </w:tc>
      </w:tr>
      <w:tr w:rsidR="00BD2397" w:rsidRPr="004761A5" w14:paraId="4B212A1C" w14:textId="77777777">
        <w:trPr>
          <w:trHeight w:hRule="exact" w:val="504"/>
        </w:trPr>
        <w:tc>
          <w:tcPr>
            <w:tcW w:w="1558" w:type="dxa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42F7B1F7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Cod poștal</w:t>
            </w:r>
          </w:p>
        </w:tc>
        <w:tc>
          <w:tcPr>
            <w:tcW w:w="4674" w:type="dxa"/>
            <w:gridSpan w:val="3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3373167D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Strada</w:t>
            </w:r>
          </w:p>
        </w:tc>
        <w:tc>
          <w:tcPr>
            <w:tcW w:w="780" w:type="dxa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6132975E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Nr.</w:t>
            </w:r>
          </w:p>
        </w:tc>
        <w:tc>
          <w:tcPr>
            <w:tcW w:w="2336" w:type="dxa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6CE5E8CE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Bl. / sc. / et. / ap.</w:t>
            </w:r>
          </w:p>
        </w:tc>
      </w:tr>
      <w:tr w:rsidR="00BD2397" w:rsidRPr="004761A5" w14:paraId="60C9A71B" w14:textId="77777777">
        <w:trPr>
          <w:trHeight w:hRule="exact" w:val="512"/>
        </w:trPr>
        <w:tc>
          <w:tcPr>
            <w:tcW w:w="5452" w:type="dxa"/>
            <w:gridSpan w:val="3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52595700" w14:textId="77777777" w:rsidR="00BD2397" w:rsidRPr="009E1893" w:rsidRDefault="00B8640C">
            <w:pPr>
              <w:autoSpaceDE w:val="0"/>
              <w:autoSpaceDN w:val="0"/>
              <w:spacing w:after="0" w:line="166" w:lineRule="exact"/>
              <w:ind w:left="100" w:right="3312"/>
              <w:rPr>
                <w:sz w:val="16"/>
                <w:szCs w:val="16"/>
                <w:lang w:val="pt-PT"/>
              </w:rPr>
            </w:pPr>
            <w:r w:rsidRPr="009E1893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 xml:space="preserve">Număr cadastral </w:t>
            </w:r>
            <w:r w:rsidRPr="009E1893">
              <w:rPr>
                <w:sz w:val="16"/>
                <w:szCs w:val="16"/>
                <w:lang w:val="pt-PT"/>
              </w:rPr>
              <w:br/>
            </w:r>
            <w:r w:rsidRPr="009E1893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  <w:lang w:val="pt-PT"/>
              </w:rPr>
              <w:t>dacă imobilul e înscris în e-Terra</w:t>
            </w:r>
          </w:p>
        </w:tc>
        <w:tc>
          <w:tcPr>
            <w:tcW w:w="3896" w:type="dxa"/>
            <w:gridSpan w:val="3"/>
            <w:tcBorders>
              <w:top w:val="single" w:sz="3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486B8B3E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Carte </w:t>
            </w:r>
            <w:proofErr w:type="spellStart"/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funciară</w:t>
            </w:r>
            <w:proofErr w:type="spellEnd"/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nr.</w:t>
            </w:r>
          </w:p>
        </w:tc>
      </w:tr>
    </w:tbl>
    <w:p w14:paraId="331CB1FE" w14:textId="77777777" w:rsidR="00BD2397" w:rsidRPr="004761A5" w:rsidRDefault="00BD2397">
      <w:pPr>
        <w:autoSpaceDE w:val="0"/>
        <w:autoSpaceDN w:val="0"/>
        <w:spacing w:after="0" w:line="116" w:lineRule="exact"/>
        <w:rPr>
          <w:sz w:val="16"/>
          <w:szCs w:val="16"/>
        </w:rPr>
      </w:pP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9348"/>
      </w:tblGrid>
      <w:tr w:rsidR="00BD2397" w:rsidRPr="004761A5" w14:paraId="684CBE8E" w14:textId="77777777">
        <w:trPr>
          <w:trHeight w:hRule="exact" w:val="208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6EE5286D" w14:textId="77777777" w:rsidR="00BD2397" w:rsidRPr="004761A5" w:rsidRDefault="00B8640C">
            <w:pPr>
              <w:autoSpaceDE w:val="0"/>
              <w:autoSpaceDN w:val="0"/>
              <w:spacing w:after="0" w:line="17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 5. </w:t>
            </w:r>
            <w:r w:rsidRPr="004761A5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SE ANEXEAZĂ</w:t>
            </w:r>
          </w:p>
        </w:tc>
      </w:tr>
      <w:tr w:rsidR="00BD2397" w:rsidRPr="00496CF6" w14:paraId="56354F2A" w14:textId="77777777">
        <w:trPr>
          <w:trHeight w:hRule="exact" w:val="216"/>
        </w:trPr>
        <w:tc>
          <w:tcPr>
            <w:tcW w:w="9348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63372939" w14:textId="77777777" w:rsidR="00BD2397" w:rsidRPr="009E1893" w:rsidRDefault="00B8640C">
            <w:pPr>
              <w:autoSpaceDE w:val="0"/>
              <w:autoSpaceDN w:val="0"/>
              <w:spacing w:after="0" w:line="160" w:lineRule="exact"/>
              <w:ind w:left="140"/>
              <w:rPr>
                <w:sz w:val="16"/>
                <w:szCs w:val="16"/>
                <w:lang w:val="pt-PT"/>
              </w:rPr>
            </w:pPr>
            <w:r w:rsidRPr="009E1893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9E1893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certificatul de urbanism (în original)     </w:t>
            </w:r>
            <w:r w:rsidRPr="009E1893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9E1893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documentul privind achitarea taxei (copie)</w:t>
            </w:r>
          </w:p>
        </w:tc>
      </w:tr>
    </w:tbl>
    <w:p w14:paraId="562AE7D5" w14:textId="77777777" w:rsidR="00BD2397" w:rsidRPr="009E1893" w:rsidRDefault="00BD2397">
      <w:pPr>
        <w:autoSpaceDE w:val="0"/>
        <w:autoSpaceDN w:val="0"/>
        <w:spacing w:after="0" w:line="118" w:lineRule="exact"/>
        <w:rPr>
          <w:sz w:val="16"/>
          <w:szCs w:val="16"/>
          <w:lang w:val="pt-PT"/>
        </w:rPr>
      </w:pP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1558"/>
        <w:gridCol w:w="4674"/>
        <w:gridCol w:w="3116"/>
      </w:tblGrid>
      <w:tr w:rsidR="00BD2397" w:rsidRPr="004761A5" w14:paraId="4C6C8A8B" w14:textId="77777777">
        <w:trPr>
          <w:trHeight w:hRule="exact" w:val="210"/>
        </w:trPr>
        <w:tc>
          <w:tcPr>
            <w:tcW w:w="9348" w:type="dxa"/>
            <w:gridSpan w:val="3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470CAD98" w14:textId="77777777" w:rsidR="00BD2397" w:rsidRPr="004761A5" w:rsidRDefault="00B8640C">
            <w:pPr>
              <w:autoSpaceDE w:val="0"/>
              <w:autoSpaceDN w:val="0"/>
              <w:spacing w:after="0" w:line="174" w:lineRule="exact"/>
              <w:ind w:left="100"/>
              <w:rPr>
                <w:sz w:val="16"/>
                <w:szCs w:val="16"/>
              </w:rPr>
            </w:pPr>
            <w:r w:rsidRPr="009E1893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  <w:lang w:val="pt-PT"/>
              </w:rPr>
              <w:t xml:space="preserve"> </w:t>
            </w:r>
            <w:r w:rsidRPr="004761A5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6. </w:t>
            </w:r>
            <w:r w:rsidRPr="004761A5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DATA ȘI SEMNĂTURA</w:t>
            </w:r>
          </w:p>
        </w:tc>
      </w:tr>
      <w:tr w:rsidR="00BD2397" w:rsidRPr="004761A5" w14:paraId="0D9BF2FF" w14:textId="77777777">
        <w:trPr>
          <w:trHeight w:hRule="exact" w:val="506"/>
        </w:trPr>
        <w:tc>
          <w:tcPr>
            <w:tcW w:w="155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7B0BC6AB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Data</w:t>
            </w:r>
          </w:p>
        </w:tc>
        <w:tc>
          <w:tcPr>
            <w:tcW w:w="4674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0DD1759A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Solicitantul</w:t>
            </w:r>
          </w:p>
        </w:tc>
        <w:tc>
          <w:tcPr>
            <w:tcW w:w="3116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37994294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Semnătura</w:t>
            </w:r>
          </w:p>
        </w:tc>
      </w:tr>
    </w:tbl>
    <w:p w14:paraId="32C5E233" w14:textId="77777777" w:rsidR="00BD2397" w:rsidRPr="004761A5" w:rsidRDefault="00B8640C">
      <w:pPr>
        <w:tabs>
          <w:tab w:val="left" w:pos="4236"/>
        </w:tabs>
        <w:autoSpaceDE w:val="0"/>
        <w:autoSpaceDN w:val="0"/>
        <w:spacing w:after="0" w:line="144" w:lineRule="exact"/>
        <w:ind w:left="108"/>
        <w:rPr>
          <w:sz w:val="16"/>
          <w:szCs w:val="16"/>
          <w:lang w:val="sv-SE"/>
        </w:rPr>
      </w:pPr>
      <w:r w:rsidRPr="004761A5">
        <w:rPr>
          <w:rFonts w:ascii="TimesNewRomanPSMT" w:eastAsia="TimesNewRomanPSMT" w:hAnsi="TimesNewRomanPSMT"/>
          <w:color w:val="595959"/>
          <w:w w:val="97"/>
          <w:sz w:val="16"/>
          <w:szCs w:val="16"/>
          <w:lang w:val="sv-SE"/>
        </w:rPr>
        <w:t xml:space="preserve">F_CU_03 · versiunea 1.0 </w:t>
      </w:r>
      <w:r w:rsidRPr="004761A5">
        <w:rPr>
          <w:sz w:val="16"/>
          <w:szCs w:val="16"/>
          <w:lang w:val="sv-SE"/>
        </w:rPr>
        <w:tab/>
      </w:r>
      <w:r w:rsidRPr="004761A5">
        <w:rPr>
          <w:rFonts w:ascii="TimesNewRomanPSMT" w:eastAsia="TimesNewRomanPSMT" w:hAnsi="TimesNewRomanPSMT"/>
          <w:color w:val="595959"/>
          <w:w w:val="97"/>
          <w:sz w:val="16"/>
          <w:szCs w:val="16"/>
          <w:lang w:val="sv-SE"/>
        </w:rPr>
        <w:t>pagina 1 din 1</w:t>
      </w:r>
    </w:p>
    <w:p w14:paraId="0F1A4417" w14:textId="77777777" w:rsidR="00BD2397" w:rsidRPr="00912339" w:rsidRDefault="00BD2397" w:rsidP="006C7988">
      <w:pPr>
        <w:autoSpaceDE w:val="0"/>
        <w:autoSpaceDN w:val="0"/>
        <w:spacing w:after="0" w:line="126" w:lineRule="exact"/>
        <w:rPr>
          <w:lang w:val="sv-SE"/>
        </w:rPr>
      </w:pPr>
    </w:p>
    <w:sectPr w:rsidR="00BD2397" w:rsidRPr="00912339" w:rsidSect="00034616">
      <w:pgSz w:w="11900" w:h="16840"/>
      <w:pgMar w:top="126" w:right="1358" w:bottom="236" w:left="56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UISymbol">
    <w:altName w:val="Segoe UI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73172982">
    <w:abstractNumId w:val="8"/>
  </w:num>
  <w:num w:numId="2" w16cid:durableId="1360660507">
    <w:abstractNumId w:val="6"/>
  </w:num>
  <w:num w:numId="3" w16cid:durableId="1057627229">
    <w:abstractNumId w:val="5"/>
  </w:num>
  <w:num w:numId="4" w16cid:durableId="1421634418">
    <w:abstractNumId w:val="4"/>
  </w:num>
  <w:num w:numId="5" w16cid:durableId="1559976014">
    <w:abstractNumId w:val="7"/>
  </w:num>
  <w:num w:numId="6" w16cid:durableId="1544832806">
    <w:abstractNumId w:val="3"/>
  </w:num>
  <w:num w:numId="7" w16cid:durableId="2123571023">
    <w:abstractNumId w:val="2"/>
  </w:num>
  <w:num w:numId="8" w16cid:durableId="536048156">
    <w:abstractNumId w:val="1"/>
  </w:num>
  <w:num w:numId="9" w16cid:durableId="498809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0864"/>
    <w:rsid w:val="00034616"/>
    <w:rsid w:val="0006063C"/>
    <w:rsid w:val="000C1C98"/>
    <w:rsid w:val="0015074B"/>
    <w:rsid w:val="00184E29"/>
    <w:rsid w:val="00187A6E"/>
    <w:rsid w:val="001C63D4"/>
    <w:rsid w:val="0029639D"/>
    <w:rsid w:val="002A5EAB"/>
    <w:rsid w:val="00326F90"/>
    <w:rsid w:val="003C5479"/>
    <w:rsid w:val="003D684B"/>
    <w:rsid w:val="003F7FDF"/>
    <w:rsid w:val="004761A5"/>
    <w:rsid w:val="00496CF6"/>
    <w:rsid w:val="00616AC8"/>
    <w:rsid w:val="00646AD5"/>
    <w:rsid w:val="0068581A"/>
    <w:rsid w:val="006C7988"/>
    <w:rsid w:val="00786EB1"/>
    <w:rsid w:val="00912339"/>
    <w:rsid w:val="00944F95"/>
    <w:rsid w:val="009E1893"/>
    <w:rsid w:val="00A1149B"/>
    <w:rsid w:val="00AA1D8D"/>
    <w:rsid w:val="00AB1449"/>
    <w:rsid w:val="00B153CF"/>
    <w:rsid w:val="00B47730"/>
    <w:rsid w:val="00B84130"/>
    <w:rsid w:val="00B8640C"/>
    <w:rsid w:val="00BD2397"/>
    <w:rsid w:val="00BE77F5"/>
    <w:rsid w:val="00C44B4D"/>
    <w:rsid w:val="00C53134"/>
    <w:rsid w:val="00CB0664"/>
    <w:rsid w:val="00CE6227"/>
    <w:rsid w:val="00D10CB5"/>
    <w:rsid w:val="00E5523C"/>
    <w:rsid w:val="00F9681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1C6E2C5"/>
  <w14:defaultImageDpi w14:val="300"/>
  <w15:docId w15:val="{DDBCC1E4-051A-44F9-A7E7-736B5DDC7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nBalon">
    <w:name w:val="Balloon Text"/>
    <w:basedOn w:val="Normal"/>
    <w:link w:val="TextnBalonCaracter"/>
    <w:uiPriority w:val="99"/>
    <w:semiHidden/>
    <w:unhideWhenUsed/>
    <w:rsid w:val="00B864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8640C"/>
    <w:rPr>
      <w:rFonts w:ascii="Tahoma" w:hAnsi="Tahoma" w:cs="Tahoma"/>
      <w:sz w:val="16"/>
      <w:szCs w:val="16"/>
    </w:rPr>
  </w:style>
  <w:style w:type="character" w:styleId="Hyperlink">
    <w:name w:val="Hyperlink"/>
    <w:rsid w:val="00B8640C"/>
    <w:rPr>
      <w:color w:val="0000FF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496C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Program%20Files\Indaco\Lege4\Cache\208h867b.tmp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E3CC230-C750-4D98-BAB0-623FAB7B4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Secretariat</cp:lastModifiedBy>
  <cp:revision>4</cp:revision>
  <dcterms:created xsi:type="dcterms:W3CDTF">2026-09-07T10:20:00Z</dcterms:created>
  <dcterms:modified xsi:type="dcterms:W3CDTF">2026-09-08T08:22:00Z</dcterms:modified>
</cp:coreProperties>
</file>