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787AB115" w14:textId="379AF68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5216D992" w14:textId="77777777" w:rsidR="00FB4708" w:rsidRPr="00FB4708" w:rsidRDefault="00FB4708" w:rsidP="00FB4708">
      <w:pPr>
        <w:autoSpaceDE w:val="0"/>
        <w:autoSpaceDN w:val="0"/>
        <w:spacing w:after="0" w:line="270" w:lineRule="exact"/>
        <w:ind w:right="4026"/>
        <w:jc w:val="right"/>
        <w:rPr>
          <w:rFonts w:ascii="TimesNewRomanPS" w:eastAsia="TimesNewRomanPS" w:hAnsi="TimesNewRomanPS"/>
          <w:b/>
          <w:color w:val="000000"/>
          <w:sz w:val="23"/>
          <w:lang w:val="pt-PT"/>
        </w:rPr>
      </w:pPr>
    </w:p>
    <w:p w14:paraId="51A59CC4" w14:textId="51BB202E" w:rsidR="00FB4708" w:rsidRPr="00FB4708" w:rsidRDefault="00FB4708" w:rsidP="00FB4708">
      <w:pPr>
        <w:autoSpaceDE w:val="0"/>
        <w:autoSpaceDN w:val="0"/>
        <w:spacing w:after="0" w:line="270" w:lineRule="exact"/>
        <w:ind w:right="4026"/>
        <w:jc w:val="right"/>
        <w:rPr>
          <w:rFonts w:ascii="TimesNewRomanPS" w:eastAsia="TimesNewRomanPS" w:hAnsi="TimesNewRomanPS"/>
          <w:b/>
          <w:color w:val="000000"/>
          <w:sz w:val="23"/>
          <w:lang w:val="pt-PT"/>
        </w:rPr>
      </w:pPr>
      <w:r w:rsidRPr="00FB4708">
        <w:rPr>
          <w:rFonts w:ascii="TimesNewRomanPS" w:eastAsia="TimesNewRomanPS" w:hAnsi="TimesNewRomanPS"/>
          <w:b/>
          <w:color w:val="000000"/>
          <w:sz w:val="23"/>
        </w:rPr>
        <w:drawing>
          <wp:anchor distT="0" distB="0" distL="114300" distR="114300" simplePos="0" relativeHeight="251661312" behindDoc="0" locked="0" layoutInCell="1" allowOverlap="1" wp14:anchorId="62FEF3CB" wp14:editId="0C9F2E2D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5" cy="1076325"/>
            <wp:effectExtent l="0" t="0" r="4445" b="9525"/>
            <wp:wrapSquare wrapText="bothSides"/>
            <wp:docPr id="1371000650" name="I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4708">
        <w:rPr>
          <w:rFonts w:ascii="TimesNewRomanPS" w:eastAsia="TimesNewRomanPS" w:hAnsi="TimesNewRomanPS"/>
          <w:b/>
          <w:color w:val="000000"/>
          <w:sz w:val="23"/>
        </w:rPr>
        <w:drawing>
          <wp:anchor distT="0" distB="0" distL="114300" distR="114300" simplePos="0" relativeHeight="251659264" behindDoc="0" locked="0" layoutInCell="1" allowOverlap="1" wp14:anchorId="69DB9DF7" wp14:editId="54A0991F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17145" b="0"/>
            <wp:wrapSquare wrapText="right"/>
            <wp:docPr id="2092076357" name="I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6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7BE62A" w14:textId="77777777" w:rsidR="00FB4708" w:rsidRPr="00FB4708" w:rsidRDefault="00FB4708" w:rsidP="00FB4708">
      <w:pPr>
        <w:autoSpaceDE w:val="0"/>
        <w:autoSpaceDN w:val="0"/>
        <w:spacing w:after="0" w:line="270" w:lineRule="exact"/>
        <w:ind w:right="4026"/>
        <w:rPr>
          <w:rFonts w:ascii="TimesNewRomanPS" w:eastAsia="TimesNewRomanPS" w:hAnsi="TimesNewRomanPS"/>
          <w:b/>
          <w:color w:val="000000"/>
          <w:sz w:val="23"/>
          <w:lang w:val="pt-PT"/>
        </w:rPr>
      </w:pPr>
      <w:r w:rsidRPr="00FB4708">
        <w:rPr>
          <w:rFonts w:ascii="TimesNewRomanPS" w:eastAsia="TimesNewRomanPS" w:hAnsi="TimesNewRomanPS"/>
          <w:b/>
          <w:color w:val="000000"/>
          <w:sz w:val="23"/>
          <w:lang w:val="pt-PT"/>
        </w:rPr>
        <w:t xml:space="preserve">Judeţul  MUREŞ                                                                                                          </w:t>
      </w:r>
      <w:r w:rsidRPr="00FB4708">
        <w:rPr>
          <w:rFonts w:ascii="TimesNewRomanPS" w:eastAsia="TimesNewRomanPS" w:hAnsi="TimesNewRomanPS"/>
          <w:b/>
          <w:color w:val="000000"/>
          <w:sz w:val="23"/>
          <w:lang w:val="pt-PT"/>
        </w:rPr>
        <w:tab/>
      </w:r>
    </w:p>
    <w:p w14:paraId="0139C6BB" w14:textId="0DE80600" w:rsidR="00FB4708" w:rsidRPr="00FB4708" w:rsidRDefault="00FB4708" w:rsidP="00FB4708">
      <w:pPr>
        <w:autoSpaceDE w:val="0"/>
        <w:autoSpaceDN w:val="0"/>
        <w:spacing w:after="0" w:line="270" w:lineRule="exact"/>
        <w:ind w:right="4026"/>
        <w:rPr>
          <w:rFonts w:ascii="TimesNewRomanPS" w:eastAsia="TimesNewRomanPS" w:hAnsi="TimesNewRomanPS"/>
          <w:b/>
          <w:bCs/>
          <w:color w:val="000000"/>
          <w:sz w:val="23"/>
          <w:lang w:val="pt-PT"/>
        </w:rPr>
      </w:pPr>
      <w:r w:rsidRPr="00FB4708">
        <w:rPr>
          <w:rFonts w:ascii="TimesNewRomanPS" w:eastAsia="TimesNewRomanPS" w:hAnsi="TimesNewRomanPS"/>
          <w:b/>
          <w:color w:val="000000"/>
          <w:sz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480A2A" wp14:editId="0DA1A949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0"/>
                <wp:wrapNone/>
                <wp:docPr id="1660785891" name="Casetă tex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AA348" w14:textId="77777777" w:rsidR="00FB4708" w:rsidRDefault="00FB4708" w:rsidP="00FB4708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480A2A" id="_x0000_t202" coordsize="21600,21600" o:spt="202" path="m,l,21600r21600,l21600,xe">
                <v:stroke joinstyle="miter"/>
                <v:path gradientshapeok="t" o:connecttype="rect"/>
              </v:shapetype>
              <v:shape id="Casetă text 17" o:spid="_x0000_s1026" type="#_x0000_t202" style="position:absolute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" stroked="f">
                <v:textbox>
                  <w:txbxContent>
                    <w:p w14:paraId="4BBAA348" w14:textId="77777777" w:rsidR="00FB4708" w:rsidRDefault="00FB4708" w:rsidP="00FB4708"/>
                  </w:txbxContent>
                </v:textbox>
              </v:shape>
            </w:pict>
          </mc:Fallback>
        </mc:AlternateContent>
      </w:r>
      <w:r w:rsidRPr="00FB4708">
        <w:rPr>
          <w:rFonts w:ascii="TimesNewRomanPS" w:eastAsia="TimesNewRomanPS" w:hAnsi="TimesNewRomanPS"/>
          <w:b/>
          <w:bCs/>
          <w:color w:val="000000"/>
          <w:sz w:val="23"/>
          <w:lang w:val="pt-PT"/>
        </w:rPr>
        <w:t>Comuna Zau de Câmpie</w:t>
      </w:r>
      <w:r w:rsidRPr="00FB4708">
        <w:rPr>
          <w:rFonts w:ascii="TimesNewRomanPS" w:eastAsia="TimesNewRomanPS" w:hAnsi="TimesNewRomanPS"/>
          <w:b/>
          <w:bCs/>
          <w:color w:val="000000"/>
          <w:sz w:val="23"/>
          <w:lang w:val="pt-PT"/>
        </w:rPr>
        <w:tab/>
      </w:r>
      <w:r w:rsidRPr="00FB4708">
        <w:rPr>
          <w:rFonts w:ascii="TimesNewRomanPS" w:eastAsia="TimesNewRomanPS" w:hAnsi="TimesNewRomanPS"/>
          <w:b/>
          <w:bCs/>
          <w:color w:val="000000"/>
          <w:sz w:val="23"/>
          <w:lang w:val="pt-PT"/>
        </w:rPr>
        <w:tab/>
      </w:r>
      <w:r w:rsidRPr="00FB4708">
        <w:rPr>
          <w:rFonts w:ascii="TimesNewRomanPS" w:eastAsia="TimesNewRomanPS" w:hAnsi="TimesNewRomanPS"/>
          <w:b/>
          <w:bCs/>
          <w:color w:val="000000"/>
          <w:sz w:val="23"/>
          <w:lang w:val="pt-PT"/>
        </w:rPr>
        <w:tab/>
      </w:r>
      <w:r w:rsidRPr="00FB4708">
        <w:rPr>
          <w:rFonts w:ascii="TimesNewRomanPS" w:eastAsia="TimesNewRomanPS" w:hAnsi="TimesNewRomanPS"/>
          <w:b/>
          <w:bCs/>
          <w:color w:val="000000"/>
          <w:sz w:val="23"/>
          <w:lang w:val="pt-PT"/>
        </w:rPr>
        <w:tab/>
      </w:r>
      <w:r w:rsidRPr="00FB4708">
        <w:rPr>
          <w:rFonts w:ascii="TimesNewRomanPS" w:eastAsia="TimesNewRomanPS" w:hAnsi="TimesNewRomanPS"/>
          <w:b/>
          <w:bCs/>
          <w:color w:val="000000"/>
          <w:sz w:val="23"/>
          <w:lang w:val="pt-PT"/>
        </w:rPr>
        <w:tab/>
      </w:r>
      <w:r w:rsidRPr="00FB4708">
        <w:rPr>
          <w:rFonts w:ascii="TimesNewRomanPS" w:eastAsia="TimesNewRomanPS" w:hAnsi="TimesNewRomanPS"/>
          <w:b/>
          <w:bCs/>
          <w:color w:val="000000"/>
          <w:sz w:val="23"/>
          <w:lang w:val="pt-PT"/>
        </w:rPr>
        <w:tab/>
      </w:r>
    </w:p>
    <w:p w14:paraId="2089B5DF" w14:textId="77777777" w:rsidR="00FB4708" w:rsidRPr="00FB4708" w:rsidRDefault="00FB4708" w:rsidP="00FB4708">
      <w:pPr>
        <w:autoSpaceDE w:val="0"/>
        <w:autoSpaceDN w:val="0"/>
        <w:spacing w:after="0" w:line="270" w:lineRule="exact"/>
        <w:ind w:right="4026"/>
        <w:rPr>
          <w:rFonts w:ascii="TimesNewRomanPS" w:eastAsia="TimesNewRomanPS" w:hAnsi="TimesNewRomanPS"/>
          <w:b/>
          <w:bCs/>
          <w:color w:val="000000"/>
          <w:sz w:val="23"/>
          <w:lang w:val="pt-PT"/>
        </w:rPr>
      </w:pPr>
      <w:r w:rsidRPr="00FB4708">
        <w:rPr>
          <w:rFonts w:ascii="TimesNewRomanPS" w:eastAsia="TimesNewRomanPS" w:hAnsi="TimesNewRomanPS"/>
          <w:b/>
          <w:bCs/>
          <w:color w:val="000000"/>
          <w:sz w:val="23"/>
          <w:lang w:val="pt-PT"/>
        </w:rPr>
        <w:t>CIF4375917, Zau de Câmpie, strada Republicii, nr.18</w:t>
      </w:r>
    </w:p>
    <w:p w14:paraId="5E12FFDB" w14:textId="77777777" w:rsidR="00FB4708" w:rsidRPr="00FB4708" w:rsidRDefault="00FB4708" w:rsidP="00FB4708">
      <w:pPr>
        <w:autoSpaceDE w:val="0"/>
        <w:autoSpaceDN w:val="0"/>
        <w:spacing w:after="0" w:line="270" w:lineRule="exact"/>
        <w:ind w:right="4026"/>
        <w:rPr>
          <w:rFonts w:ascii="TimesNewRomanPS" w:eastAsia="TimesNewRomanPS" w:hAnsi="TimesNewRomanPS"/>
          <w:b/>
          <w:bCs/>
          <w:color w:val="000000"/>
          <w:sz w:val="23"/>
          <w:lang w:val="pt-PT"/>
        </w:rPr>
      </w:pPr>
      <w:r w:rsidRPr="00FB4708">
        <w:rPr>
          <w:rFonts w:ascii="TimesNewRomanPS" w:eastAsia="TimesNewRomanPS" w:hAnsi="TimesNewRomanPS"/>
          <w:b/>
          <w:bCs/>
          <w:color w:val="000000"/>
          <w:sz w:val="23"/>
          <w:lang w:val="pt-PT"/>
        </w:rPr>
        <w:t>Telefon: 0265 486112</w:t>
      </w:r>
    </w:p>
    <w:p w14:paraId="19EE63B8" w14:textId="77777777" w:rsidR="00FB4708" w:rsidRPr="00FB4708" w:rsidRDefault="00FB4708" w:rsidP="00FB4708">
      <w:pPr>
        <w:autoSpaceDE w:val="0"/>
        <w:autoSpaceDN w:val="0"/>
        <w:spacing w:after="0" w:line="270" w:lineRule="exact"/>
        <w:ind w:right="4026"/>
        <w:rPr>
          <w:rFonts w:ascii="TimesNewRomanPS" w:eastAsia="TimesNewRomanPS" w:hAnsi="TimesNewRomanPS"/>
          <w:b/>
          <w:bCs/>
          <w:color w:val="000000"/>
          <w:sz w:val="23"/>
          <w:lang w:val="pt-PT"/>
        </w:rPr>
      </w:pPr>
      <w:r w:rsidRPr="00FB4708">
        <w:rPr>
          <w:rFonts w:ascii="TimesNewRomanPS" w:eastAsia="TimesNewRomanPS" w:hAnsi="TimesNewRomanPS"/>
          <w:b/>
          <w:bCs/>
          <w:color w:val="000000"/>
          <w:sz w:val="23"/>
          <w:lang w:val="pt-PT"/>
        </w:rPr>
        <w:t xml:space="preserve"> E-mail: </w:t>
      </w:r>
      <w:hyperlink r:id="rId9" w:history="1">
        <w:r w:rsidRPr="00FB4708">
          <w:rPr>
            <w:rStyle w:val="Hyperlink"/>
            <w:rFonts w:ascii="TimesNewRomanPS" w:eastAsia="TimesNewRomanPS" w:hAnsi="TimesNewRomanPS"/>
            <w:b/>
            <w:bCs/>
            <w:sz w:val="23"/>
            <w:lang w:val="pt-PT"/>
          </w:rPr>
          <w:t>zaucimpiei@cjmures.ro</w:t>
        </w:r>
      </w:hyperlink>
    </w:p>
    <w:p w14:paraId="6296DCC3" w14:textId="69743BE5" w:rsidR="00FB4708" w:rsidRDefault="00FB4708" w:rsidP="00FB4708">
      <w:pPr>
        <w:autoSpaceDE w:val="0"/>
        <w:autoSpaceDN w:val="0"/>
        <w:spacing w:after="0" w:line="270" w:lineRule="exact"/>
        <w:ind w:right="4026"/>
        <w:rPr>
          <w:rFonts w:ascii="TimesNewRomanPS" w:eastAsia="TimesNewRomanPS" w:hAnsi="TimesNewRomanPS"/>
          <w:b/>
          <w:color w:val="000000"/>
          <w:sz w:val="23"/>
        </w:rPr>
      </w:pPr>
      <w:r w:rsidRPr="00FB4708">
        <w:rPr>
          <w:rFonts w:ascii="TimesNewRomanPS" w:eastAsia="TimesNewRomanPS" w:hAnsi="TimesNewRomanPS"/>
          <w:b/>
          <w:color w:val="000000"/>
          <w:sz w:val="23"/>
          <w:lang w:val="pt-PT"/>
        </w:rPr>
        <w:t xml:space="preserve"> Număr de înregistrare.................data...............................  </w:t>
      </w:r>
    </w:p>
    <w:p w14:paraId="1E554B31" w14:textId="2F0EF7C8" w:rsidR="00BD2397" w:rsidRDefault="00B8640C">
      <w:pPr>
        <w:autoSpaceDE w:val="0"/>
        <w:autoSpaceDN w:val="0"/>
        <w:spacing w:after="0" w:line="270" w:lineRule="exact"/>
        <w:ind w:right="4026"/>
        <w:jc w:val="right"/>
      </w:pPr>
      <w:r>
        <w:rPr>
          <w:rFonts w:ascii="TimesNewRomanPS" w:eastAsia="TimesNewRomanPS" w:hAnsi="TimesNewRomanPS"/>
          <w:b/>
          <w:color w:val="000000"/>
          <w:sz w:val="23"/>
        </w:rPr>
        <w:t>CERERE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2ACB26C9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93253F1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1.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CĂTRE</w:t>
            </w:r>
          </w:p>
        </w:tc>
      </w:tr>
      <w:tr w:rsidR="00BD2397" w:rsidRPr="00FB4708" w14:paraId="44299125" w14:textId="77777777">
        <w:trPr>
          <w:trHeight w:hRule="exact" w:val="512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E9BA584" w14:textId="77777777" w:rsidR="00BD2397" w:rsidRPr="00790B1A" w:rsidRDefault="00B8640C">
            <w:pPr>
              <w:autoSpaceDE w:val="0"/>
              <w:autoSpaceDN w:val="0"/>
              <w:spacing w:after="0" w:line="168" w:lineRule="exact"/>
              <w:ind w:left="100" w:right="4320"/>
              <w:rPr>
                <w:sz w:val="16"/>
                <w:szCs w:val="16"/>
                <w:lang w:val="pt-PT"/>
              </w:rPr>
            </w:pPr>
            <w:r w:rsidRPr="00790B1A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Instituția </w:t>
            </w:r>
            <w:r w:rsidRPr="00790B1A">
              <w:rPr>
                <w:sz w:val="16"/>
                <w:szCs w:val="16"/>
                <w:lang w:val="pt-PT"/>
              </w:rPr>
              <w:br/>
            </w:r>
            <w:r w:rsidRPr="00790B1A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primăria municipiului / orașului / comunei · primăria de sector · consiliul județean</w:t>
            </w:r>
          </w:p>
        </w:tc>
      </w:tr>
      <w:tr w:rsidR="00BD2397" w:rsidRPr="00FB4708" w14:paraId="0E4093AB" w14:textId="77777777" w:rsidTr="00646AD5">
        <w:trPr>
          <w:trHeight w:hRule="exact" w:val="337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9B20A44" w14:textId="77777777" w:rsidR="00BD2397" w:rsidRPr="00790B1A" w:rsidRDefault="00B8640C">
            <w:pPr>
              <w:autoSpaceDE w:val="0"/>
              <w:autoSpaceDN w:val="0"/>
              <w:spacing w:after="0" w:line="144" w:lineRule="exact"/>
              <w:jc w:val="center"/>
              <w:rPr>
                <w:sz w:val="16"/>
                <w:szCs w:val="16"/>
                <w:lang w:val="pt-PT"/>
              </w:rPr>
            </w:pPr>
            <w:r w:rsidRPr="00790B1A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 w14:paraId="5E6DCD1A" w14:textId="77777777" w:rsidR="00BD2397" w:rsidRPr="00790B1A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BD2397" w:rsidRPr="004761A5" w14:paraId="17D62F00" w14:textId="77777777">
        <w:trPr>
          <w:trHeight w:hRule="exact" w:val="210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5625150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790B1A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2.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SOLICITANTUL</w:t>
            </w:r>
          </w:p>
        </w:tc>
      </w:tr>
      <w:tr w:rsidR="00BD2397" w:rsidRPr="004761A5" w14:paraId="65A29E8A" w14:textId="77777777">
        <w:trPr>
          <w:trHeight w:hRule="exact" w:val="506"/>
        </w:trPr>
        <w:tc>
          <w:tcPr>
            <w:tcW w:w="5452" w:type="dxa"/>
            <w:gridSpan w:val="5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ED5CAAD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 și prenume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ACD00C0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CNP</w:t>
            </w:r>
          </w:p>
        </w:tc>
      </w:tr>
      <w:tr w:rsidR="00BD2397" w:rsidRPr="004761A5" w14:paraId="2F258AF7" w14:textId="77777777">
        <w:trPr>
          <w:trHeight w:hRule="exact" w:val="186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AA8F757" w14:textId="77777777" w:rsidR="00BD2397" w:rsidRPr="004761A5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Act de identitate</w:t>
            </w:r>
          </w:p>
        </w:tc>
      </w:tr>
      <w:tr w:rsidR="00BD2397" w:rsidRPr="004761A5" w14:paraId="3F2B68DF" w14:textId="77777777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E50EEB6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Seria</w:t>
            </w:r>
          </w:p>
        </w:tc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1E292D0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Numărul</w:t>
            </w:r>
          </w:p>
        </w:tc>
        <w:tc>
          <w:tcPr>
            <w:tcW w:w="4676" w:type="dxa"/>
            <w:gridSpan w:val="5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C26EF1C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Eliberat de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CAFCBD4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98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La data</w:t>
            </w:r>
          </w:p>
        </w:tc>
      </w:tr>
      <w:tr w:rsidR="00BD2397" w:rsidRPr="004761A5" w14:paraId="12FFBAC1" w14:textId="77777777">
        <w:trPr>
          <w:trHeight w:hRule="exact" w:val="19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F62F937" w14:textId="77777777" w:rsidR="00BD2397" w:rsidRPr="004761A5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Domiciliul</w:t>
            </w:r>
          </w:p>
        </w:tc>
      </w:tr>
      <w:tr w:rsidR="00BD2397" w:rsidRPr="004761A5" w14:paraId="07083915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7AC36AE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Județul</w:t>
            </w:r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4BAB6BC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Municipiul / orașul / comuna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A011826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Satul / sectorul</w:t>
            </w:r>
          </w:p>
        </w:tc>
      </w:tr>
      <w:tr w:rsidR="00BD2397" w:rsidRPr="004761A5" w14:paraId="6782F5B3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18294D9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78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99527D7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780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A26493C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2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Sc.</w:t>
            </w:r>
          </w:p>
        </w:tc>
        <w:tc>
          <w:tcPr>
            <w:tcW w:w="77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9D44C60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2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Et.</w:t>
            </w:r>
          </w:p>
        </w:tc>
        <w:tc>
          <w:tcPr>
            <w:tcW w:w="780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082E6F3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Ap.</w:t>
            </w:r>
          </w:p>
        </w:tc>
        <w:tc>
          <w:tcPr>
            <w:tcW w:w="1560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8E2DD94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Cod poștal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25B66C8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98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Țara</w:t>
            </w:r>
          </w:p>
        </w:tc>
      </w:tr>
      <w:tr w:rsidR="00BD2397" w:rsidRPr="004761A5" w14:paraId="1CECA2A6" w14:textId="77777777">
        <w:trPr>
          <w:trHeight w:hRule="exact" w:val="190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618B536" w14:textId="77777777" w:rsidR="00BD2397" w:rsidRPr="004761A5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Date de contact</w:t>
            </w:r>
          </w:p>
        </w:tc>
      </w:tr>
      <w:tr w:rsidR="00BD2397" w:rsidRPr="004761A5" w14:paraId="2CC1051A" w14:textId="77777777">
        <w:trPr>
          <w:trHeight w:hRule="exact" w:val="502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D287F77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Telefon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5AEC4CE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E-mail</w:t>
            </w:r>
          </w:p>
        </w:tc>
      </w:tr>
      <w:tr w:rsidR="00BD2397" w:rsidRPr="004761A5" w14:paraId="4BC7F210" w14:textId="77777777">
        <w:trPr>
          <w:trHeight w:hRule="exact" w:val="19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3ED905D" w14:textId="77777777" w:rsidR="00BD2397" w:rsidRPr="004761A5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Reprezentare</w:t>
            </w:r>
          </w:p>
        </w:tc>
      </w:tr>
      <w:tr w:rsidR="00BD2397" w:rsidRPr="004761A5" w14:paraId="769550A9" w14:textId="77777777">
        <w:trPr>
          <w:trHeight w:hRule="exact" w:val="504"/>
        </w:trPr>
        <w:tc>
          <w:tcPr>
            <w:tcW w:w="6232" w:type="dxa"/>
            <w:gridSpan w:val="6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09E2515" w14:textId="77777777" w:rsidR="00BD2397" w:rsidRPr="00790B1A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  <w:r w:rsidRPr="00790B1A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În calitate de reprezentant al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E01653A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CUI / CIF</w:t>
            </w:r>
          </w:p>
        </w:tc>
      </w:tr>
      <w:tr w:rsidR="00BD2397" w:rsidRPr="00FB4708" w14:paraId="30432F9B" w14:textId="77777777" w:rsidTr="00F9681E">
        <w:trPr>
          <w:trHeight w:hRule="exact" w:val="310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944677E" w14:textId="77777777" w:rsidR="00BD2397" w:rsidRPr="00790B1A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  <w:lang w:val="pt-PT"/>
              </w:rPr>
            </w:pPr>
            <w:r w:rsidRPr="00790B1A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790B1A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titular al dreptului de proprietate     </w:t>
            </w:r>
            <w:r w:rsidRPr="00790B1A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790B1A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împuternicit al titularului</w:t>
            </w:r>
          </w:p>
        </w:tc>
      </w:tr>
    </w:tbl>
    <w:p w14:paraId="1C861731" w14:textId="77777777" w:rsidR="00187A6E" w:rsidRPr="000C1C98" w:rsidRDefault="00B8640C">
      <w:pPr>
        <w:autoSpaceDE w:val="0"/>
        <w:autoSpaceDN w:val="0"/>
        <w:spacing w:after="0" w:line="280" w:lineRule="exact"/>
        <w:ind w:left="1152" w:right="432"/>
        <w:jc w:val="center"/>
        <w:rPr>
          <w:rFonts w:ascii="TimesNewRomanPS" w:eastAsia="TimesNewRomanPS" w:hAnsi="TimesNewRomanPS"/>
          <w:b/>
          <w:color w:val="000000"/>
          <w:w w:val="102"/>
          <w:sz w:val="24"/>
          <w:szCs w:val="24"/>
          <w:lang w:val="pt-PT"/>
        </w:rPr>
      </w:pPr>
      <w:r w:rsidRPr="000C1C98">
        <w:rPr>
          <w:rFonts w:ascii="TimesNewRomanPSMT" w:eastAsia="TimesNewRomanPSMT" w:hAnsi="TimesNewRomanPSMT"/>
          <w:color w:val="000000"/>
          <w:w w:val="102"/>
          <w:sz w:val="16"/>
          <w:szCs w:val="16"/>
          <w:lang w:val="pt-PT"/>
        </w:rPr>
        <w:t xml:space="preserve">în conformitate cu prevederile Legii nr. 169/2026 privind Codul amenajării teritoriului, urbanismului și construcțiilor, solicit emiterea </w:t>
      </w:r>
      <w:r w:rsidRPr="000C1C98">
        <w:rPr>
          <w:sz w:val="16"/>
          <w:szCs w:val="16"/>
          <w:lang w:val="pt-PT"/>
        </w:rPr>
        <w:br/>
      </w:r>
    </w:p>
    <w:p w14:paraId="5F346A05" w14:textId="77777777" w:rsidR="00BD2397" w:rsidRPr="00790B1A" w:rsidRDefault="00B8640C">
      <w:pPr>
        <w:autoSpaceDE w:val="0"/>
        <w:autoSpaceDN w:val="0"/>
        <w:spacing w:after="0" w:line="280" w:lineRule="exact"/>
        <w:ind w:left="1152" w:right="432"/>
        <w:jc w:val="center"/>
        <w:rPr>
          <w:rFonts w:ascii="TimesNewRomanPS" w:eastAsia="TimesNewRomanPS" w:hAnsi="TimesNewRomanPS"/>
          <w:b/>
          <w:color w:val="000000"/>
          <w:w w:val="102"/>
          <w:sz w:val="24"/>
          <w:szCs w:val="24"/>
          <w:lang w:val="pt-PT"/>
        </w:rPr>
      </w:pPr>
      <w:r w:rsidRPr="00790B1A">
        <w:rPr>
          <w:rFonts w:ascii="TimesNewRomanPS" w:eastAsia="TimesNewRomanPS" w:hAnsi="TimesNewRomanPS"/>
          <w:b/>
          <w:color w:val="000000"/>
          <w:w w:val="102"/>
          <w:sz w:val="24"/>
          <w:szCs w:val="24"/>
          <w:lang w:val="pt-PT"/>
        </w:rPr>
        <w:t>CERTIFICATULUI DE URBANISM</w:t>
      </w:r>
    </w:p>
    <w:p w14:paraId="78D43CFF" w14:textId="77777777" w:rsidR="00BD2397" w:rsidRPr="00790B1A" w:rsidRDefault="00B8640C">
      <w:pPr>
        <w:autoSpaceDE w:val="0"/>
        <w:autoSpaceDN w:val="0"/>
        <w:spacing w:after="0" w:line="194" w:lineRule="exact"/>
        <w:ind w:right="2810"/>
        <w:jc w:val="right"/>
        <w:rPr>
          <w:sz w:val="24"/>
          <w:szCs w:val="24"/>
          <w:lang w:val="pt-PT"/>
        </w:rPr>
      </w:pPr>
      <w:r w:rsidRPr="00790B1A">
        <w:rPr>
          <w:rFonts w:ascii="TimesNewRomanPS" w:eastAsia="TimesNewRomanPS" w:hAnsi="TimesNewRomanPS"/>
          <w:b/>
          <w:color w:val="000000"/>
          <w:w w:val="102"/>
          <w:sz w:val="24"/>
          <w:szCs w:val="24"/>
          <w:lang w:val="pt-PT"/>
        </w:rPr>
        <w:t xml:space="preserve">PENTRU OPERAȚIUNI CADASTRALE 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B4708" w14:paraId="67875D33" w14:textId="77777777">
        <w:trPr>
          <w:trHeight w:hRule="exact" w:val="212"/>
        </w:trPr>
        <w:tc>
          <w:tcPr>
            <w:tcW w:w="934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134F428" w14:textId="77777777" w:rsidR="00BD2397" w:rsidRPr="00790B1A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  <w:lang w:val="pt-PT"/>
              </w:rPr>
            </w:pPr>
            <w:r w:rsidRPr="00790B1A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>3. ÎN  VEDEREA REALIZĂRII OPERAȚIUNII CADATRALE :</w:t>
            </w:r>
          </w:p>
        </w:tc>
      </w:tr>
      <w:tr w:rsidR="00BD2397" w:rsidRPr="00FB4708" w14:paraId="197C4F6A" w14:textId="77777777">
        <w:trPr>
          <w:trHeight w:hRule="exact" w:val="202"/>
        </w:trPr>
        <w:tc>
          <w:tcPr>
            <w:tcW w:w="934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F0F4FFC" w14:textId="77777777" w:rsidR="00BD2397" w:rsidRPr="00790B1A" w:rsidRDefault="00B8640C">
            <w:pPr>
              <w:autoSpaceDE w:val="0"/>
              <w:autoSpaceDN w:val="0"/>
              <w:spacing w:after="0" w:line="152" w:lineRule="exact"/>
              <w:ind w:left="100"/>
              <w:rPr>
                <w:sz w:val="16"/>
                <w:szCs w:val="16"/>
                <w:lang w:val="pt-PT"/>
              </w:rPr>
            </w:pPr>
            <w:r w:rsidRPr="00790B1A">
              <w:rPr>
                <w:rFonts w:ascii="SegoeUISymbol" w:eastAsia="SegoeUISymbol" w:hAnsi="SegoeUISymbol"/>
                <w:color w:val="000000"/>
                <w:w w:val="97"/>
                <w:sz w:val="16"/>
                <w:szCs w:val="16"/>
                <w:lang w:val="pt-PT"/>
              </w:rPr>
              <w:t>☐</w:t>
            </w:r>
            <w:r w:rsidRPr="00790B1A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 comasare (alipire)     </w:t>
            </w:r>
            <w:r w:rsidRPr="00790B1A">
              <w:rPr>
                <w:rFonts w:ascii="SegoeUISymbol" w:eastAsia="SegoeUISymbol" w:hAnsi="SegoeUISymbol"/>
                <w:color w:val="000000"/>
                <w:w w:val="97"/>
                <w:sz w:val="16"/>
                <w:szCs w:val="16"/>
                <w:lang w:val="pt-PT"/>
              </w:rPr>
              <w:t>☐</w:t>
            </w:r>
            <w:r w:rsidRPr="00790B1A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 dezmembrare (dezlipire)     </w:t>
            </w:r>
            <w:r w:rsidRPr="00790B1A">
              <w:rPr>
                <w:rFonts w:ascii="SegoeUISymbol" w:eastAsia="SegoeUISymbol" w:hAnsi="SegoeUISymbol"/>
                <w:color w:val="000000"/>
                <w:w w:val="97"/>
                <w:sz w:val="16"/>
                <w:szCs w:val="16"/>
                <w:lang w:val="pt-PT"/>
              </w:rPr>
              <w:t>☐</w:t>
            </w:r>
            <w:r w:rsidRPr="00790B1A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 înscrierea unor servituți de trecere </w:t>
            </w:r>
          </w:p>
        </w:tc>
      </w:tr>
      <w:tr w:rsidR="00BD2397" w:rsidRPr="00FB4708" w14:paraId="6F126106" w14:textId="77777777">
        <w:trPr>
          <w:trHeight w:hRule="exact" w:val="202"/>
        </w:trPr>
        <w:tc>
          <w:tcPr>
            <w:tcW w:w="934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0FF5951" w14:textId="77777777" w:rsidR="00BD2397" w:rsidRPr="00790B1A" w:rsidRDefault="00B8640C">
            <w:pPr>
              <w:autoSpaceDE w:val="0"/>
              <w:autoSpaceDN w:val="0"/>
              <w:spacing w:after="0" w:line="150" w:lineRule="exact"/>
              <w:ind w:left="136"/>
              <w:rPr>
                <w:sz w:val="16"/>
                <w:szCs w:val="16"/>
                <w:lang w:val="pt-PT"/>
              </w:rPr>
            </w:pPr>
            <w:r w:rsidRPr="00790B1A">
              <w:rPr>
                <w:rFonts w:ascii="SegoeUISymbol" w:eastAsia="SegoeUISymbol" w:hAnsi="SegoeUISymbol"/>
                <w:color w:val="000000"/>
                <w:w w:val="97"/>
                <w:sz w:val="16"/>
                <w:szCs w:val="16"/>
                <w:lang w:val="pt-PT"/>
              </w:rPr>
              <w:t>☐</w:t>
            </w:r>
            <w:r w:rsidRPr="00790B1A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 evidențieri de imobile în cartea funciară     </w:t>
            </w:r>
            <w:r w:rsidRPr="00790B1A">
              <w:rPr>
                <w:rFonts w:ascii="SegoeUISymbol" w:eastAsia="SegoeUISymbol" w:hAnsi="SegoeUISymbol"/>
                <w:color w:val="000000"/>
                <w:w w:val="97"/>
                <w:sz w:val="16"/>
                <w:szCs w:val="16"/>
                <w:lang w:val="pt-PT"/>
              </w:rPr>
              <w:t>☐</w:t>
            </w:r>
            <w:r w:rsidRPr="00790B1A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 reevidențieri de imobile în cartea funciară </w:t>
            </w:r>
          </w:p>
        </w:tc>
      </w:tr>
      <w:tr w:rsidR="00BD2397" w:rsidRPr="004761A5" w14:paraId="22DED4CD" w14:textId="77777777">
        <w:trPr>
          <w:trHeight w:hRule="exact" w:val="190"/>
        </w:trPr>
        <w:tc>
          <w:tcPr>
            <w:tcW w:w="9348" w:type="dxa"/>
            <w:tcBorders>
              <w:top w:val="single" w:sz="4" w:space="0" w:color="000000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F2112E6" w14:textId="77777777" w:rsidR="00BD2397" w:rsidRPr="004761A5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Descrierea operațiunii cadastrale propuse :</w:t>
            </w:r>
          </w:p>
        </w:tc>
      </w:tr>
      <w:tr w:rsidR="00BD2397" w:rsidRPr="004761A5" w14:paraId="7FEEF9CB" w14:textId="77777777">
        <w:trPr>
          <w:trHeight w:hRule="exact" w:val="514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9968EBE" w14:textId="77777777" w:rsidR="00BD2397" w:rsidRPr="004761A5" w:rsidRDefault="00BD2397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0DF1DABC" w14:textId="77777777" w:rsidR="00BD2397" w:rsidRPr="004761A5" w:rsidRDefault="00BD2397">
      <w:pPr>
        <w:autoSpaceDE w:val="0"/>
        <w:autoSpaceDN w:val="0"/>
        <w:spacing w:after="0" w:line="118" w:lineRule="exact"/>
        <w:rPr>
          <w:sz w:val="16"/>
          <w:szCs w:val="16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2336"/>
        <w:gridCol w:w="780"/>
        <w:gridCol w:w="780"/>
        <w:gridCol w:w="2336"/>
      </w:tblGrid>
      <w:tr w:rsidR="00BD2397" w:rsidRPr="004761A5" w14:paraId="2F4A3DBE" w14:textId="77777777">
        <w:trPr>
          <w:trHeight w:hRule="exact" w:val="210"/>
        </w:trPr>
        <w:tc>
          <w:tcPr>
            <w:tcW w:w="9348" w:type="dxa"/>
            <w:gridSpan w:val="6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26106B0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4.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IMOBILUL</w:t>
            </w:r>
          </w:p>
        </w:tc>
      </w:tr>
      <w:tr w:rsidR="00BD2397" w:rsidRPr="004761A5" w14:paraId="0E08E676" w14:textId="77777777">
        <w:trPr>
          <w:trHeight w:hRule="exact" w:val="218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E2F7784" w14:textId="77777777" w:rsidR="00BD2397" w:rsidRPr="004761A5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teren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construcții</w:t>
            </w:r>
          </w:p>
        </w:tc>
      </w:tr>
      <w:tr w:rsidR="00BD2397" w:rsidRPr="004761A5" w14:paraId="0452C408" w14:textId="77777777">
        <w:trPr>
          <w:trHeight w:hRule="exact" w:val="502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67DF8BD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9BC2328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 / oraș / comună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19D8DB9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 / sector</w:t>
            </w:r>
          </w:p>
        </w:tc>
      </w:tr>
      <w:tr w:rsidR="00BD2397" w:rsidRPr="004761A5" w14:paraId="01D2890F" w14:textId="77777777">
        <w:trPr>
          <w:trHeight w:hRule="exact" w:val="506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63727DE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Cod poștal</w:t>
            </w:r>
          </w:p>
        </w:tc>
        <w:tc>
          <w:tcPr>
            <w:tcW w:w="467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D015BFF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8331249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A5173C1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Bl. / sc. / et. / ap.</w:t>
            </w:r>
          </w:p>
        </w:tc>
      </w:tr>
      <w:tr w:rsidR="00BD2397" w:rsidRPr="004761A5" w14:paraId="4F0468D1" w14:textId="77777777">
        <w:trPr>
          <w:trHeight w:hRule="exact" w:val="512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4E0C50B" w14:textId="77777777" w:rsidR="00BD2397" w:rsidRPr="00790B1A" w:rsidRDefault="00B8640C">
            <w:pPr>
              <w:autoSpaceDE w:val="0"/>
              <w:autoSpaceDN w:val="0"/>
              <w:spacing w:after="0" w:line="166" w:lineRule="exact"/>
              <w:ind w:left="100" w:right="3312"/>
              <w:rPr>
                <w:sz w:val="16"/>
                <w:szCs w:val="16"/>
                <w:lang w:val="pt-PT"/>
              </w:rPr>
            </w:pPr>
            <w:r w:rsidRPr="00790B1A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Număr cadastral </w:t>
            </w:r>
            <w:r w:rsidRPr="00790B1A">
              <w:rPr>
                <w:sz w:val="16"/>
                <w:szCs w:val="16"/>
                <w:lang w:val="pt-PT"/>
              </w:rPr>
              <w:br/>
            </w:r>
            <w:r w:rsidRPr="00790B1A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dacă imobilul e înscris în 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DF3DA24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Carte funciară nr.</w:t>
            </w:r>
          </w:p>
        </w:tc>
      </w:tr>
    </w:tbl>
    <w:p w14:paraId="7735EAFF" w14:textId="77777777" w:rsidR="00BD2397" w:rsidRPr="004761A5" w:rsidRDefault="00BD2397">
      <w:pPr>
        <w:autoSpaceDE w:val="0"/>
        <w:autoSpaceDN w:val="0"/>
        <w:spacing w:after="0" w:line="168" w:lineRule="exact"/>
        <w:rPr>
          <w:sz w:val="16"/>
          <w:szCs w:val="16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113640A3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A852701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5.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SE ANEXEAZĂ</w:t>
            </w:r>
          </w:p>
        </w:tc>
      </w:tr>
      <w:tr w:rsidR="00BD2397" w:rsidRPr="00FB4708" w14:paraId="49B8296E" w14:textId="77777777" w:rsidTr="00646AD5">
        <w:trPr>
          <w:trHeight w:hRule="exact" w:val="69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95A5693" w14:textId="77777777" w:rsidR="00BD2397" w:rsidRPr="00790B1A" w:rsidRDefault="00B8640C">
            <w:pPr>
              <w:tabs>
                <w:tab w:val="left" w:pos="178"/>
              </w:tabs>
              <w:autoSpaceDE w:val="0"/>
              <w:autoSpaceDN w:val="0"/>
              <w:spacing w:after="0" w:line="204" w:lineRule="exact"/>
              <w:ind w:left="140" w:right="432"/>
              <w:rPr>
                <w:sz w:val="16"/>
                <w:szCs w:val="16"/>
                <w:lang w:val="pt-PT"/>
              </w:rPr>
            </w:pPr>
            <w:r w:rsidRPr="00790B1A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790B1A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documentația cadastrală                              </w:t>
            </w:r>
            <w:r w:rsidRPr="00790B1A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 xml:space="preserve">☐ </w:t>
            </w:r>
            <w:r w:rsidRPr="00790B1A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plan cu o propunere de comasare/dezmembrare </w:t>
            </w:r>
            <w:r w:rsidRPr="00790B1A">
              <w:rPr>
                <w:sz w:val="16"/>
                <w:szCs w:val="16"/>
                <w:lang w:val="pt-PT"/>
              </w:rPr>
              <w:br/>
            </w:r>
            <w:r w:rsidRPr="00790B1A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790B1A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extras de carte funciară actualizat              </w:t>
            </w:r>
            <w:r w:rsidRPr="00790B1A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790B1A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plan de încadrare în zonă în sistem Stereo 70                    </w:t>
            </w:r>
            <w:r w:rsidRPr="00790B1A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790B1A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împuternicirea, dacă este cazul </w:t>
            </w:r>
          </w:p>
        </w:tc>
      </w:tr>
    </w:tbl>
    <w:p w14:paraId="391A4D9C" w14:textId="77777777" w:rsidR="00BD2397" w:rsidRPr="00790B1A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07D2E364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1201BAF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790B1A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6.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COMUNICAREA RĂSPUNSULUI</w:t>
            </w:r>
          </w:p>
        </w:tc>
      </w:tr>
      <w:tr w:rsidR="00BD2397" w:rsidRPr="00FB4708" w14:paraId="4439F4AE" w14:textId="77777777">
        <w:trPr>
          <w:trHeight w:hRule="exact" w:val="21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06A2C80" w14:textId="77777777" w:rsidR="00BD2397" w:rsidRPr="004761A5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  <w:lang w:val="sv-SE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în format scris, prin poștă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în format digital, la adresa de e-mail indicată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ridicare de la sediul autorității</w:t>
            </w:r>
          </w:p>
        </w:tc>
      </w:tr>
    </w:tbl>
    <w:p w14:paraId="7E6C8A4E" w14:textId="77777777" w:rsidR="00BD2397" w:rsidRPr="004761A5" w:rsidRDefault="00BD2397">
      <w:pPr>
        <w:autoSpaceDE w:val="0"/>
        <w:autoSpaceDN w:val="0"/>
        <w:spacing w:after="0" w:line="114" w:lineRule="exact"/>
        <w:rPr>
          <w:sz w:val="16"/>
          <w:szCs w:val="16"/>
          <w:lang w:val="sv-SE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BD2397" w:rsidRPr="004761A5" w14:paraId="751ACEEB" w14:textId="77777777">
        <w:trPr>
          <w:trHeight w:hRule="exact" w:val="210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502BD09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sv-SE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7.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DATA ȘI SEMNĂTURA</w:t>
            </w:r>
          </w:p>
        </w:tc>
      </w:tr>
      <w:tr w:rsidR="00BD2397" w:rsidRPr="004761A5" w14:paraId="094A0866" w14:textId="77777777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081069B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4674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0E73E41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Solicitantul</w:t>
            </w:r>
          </w:p>
        </w:tc>
        <w:tc>
          <w:tcPr>
            <w:tcW w:w="311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24C0434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</w:p>
        </w:tc>
      </w:tr>
    </w:tbl>
    <w:p w14:paraId="7830EBCC" w14:textId="77777777" w:rsidR="00BD2397" w:rsidRPr="004761A5" w:rsidRDefault="00B8640C">
      <w:pPr>
        <w:tabs>
          <w:tab w:val="left" w:pos="4838"/>
        </w:tabs>
        <w:autoSpaceDE w:val="0"/>
        <w:autoSpaceDN w:val="0"/>
        <w:spacing w:after="0" w:line="144" w:lineRule="exact"/>
        <w:ind w:left="710"/>
        <w:rPr>
          <w:sz w:val="16"/>
          <w:szCs w:val="16"/>
          <w:lang w:val="sv-SE"/>
        </w:rPr>
      </w:pP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 xml:space="preserve">F_CU_02 · versiunea 1.0 </w:t>
      </w:r>
      <w:r w:rsidRPr="004761A5">
        <w:rPr>
          <w:sz w:val="16"/>
          <w:szCs w:val="16"/>
          <w:lang w:val="sv-SE"/>
        </w:rPr>
        <w:tab/>
      </w: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1 din 1</w:t>
      </w:r>
    </w:p>
    <w:p w14:paraId="3F168320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sectPr w:rsidR="00BD2397" w:rsidRPr="00912339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6063C"/>
    <w:rsid w:val="000C1C98"/>
    <w:rsid w:val="0015074B"/>
    <w:rsid w:val="00184E29"/>
    <w:rsid w:val="00187A6E"/>
    <w:rsid w:val="001C63D4"/>
    <w:rsid w:val="0029639D"/>
    <w:rsid w:val="002A5EAB"/>
    <w:rsid w:val="00326F90"/>
    <w:rsid w:val="003C5479"/>
    <w:rsid w:val="003D684B"/>
    <w:rsid w:val="003F7FDF"/>
    <w:rsid w:val="004761A5"/>
    <w:rsid w:val="00616AC8"/>
    <w:rsid w:val="00646AD5"/>
    <w:rsid w:val="0068581A"/>
    <w:rsid w:val="00786EB1"/>
    <w:rsid w:val="00790B1A"/>
    <w:rsid w:val="00912339"/>
    <w:rsid w:val="00944F95"/>
    <w:rsid w:val="009D0369"/>
    <w:rsid w:val="00A1149B"/>
    <w:rsid w:val="00AA1D8D"/>
    <w:rsid w:val="00AB1449"/>
    <w:rsid w:val="00AE250D"/>
    <w:rsid w:val="00B47730"/>
    <w:rsid w:val="00B84130"/>
    <w:rsid w:val="00B8640C"/>
    <w:rsid w:val="00BD2397"/>
    <w:rsid w:val="00BE77F5"/>
    <w:rsid w:val="00C44B4D"/>
    <w:rsid w:val="00C53134"/>
    <w:rsid w:val="00CB0664"/>
    <w:rsid w:val="00CE6227"/>
    <w:rsid w:val="00E5523C"/>
    <w:rsid w:val="00F9681E"/>
    <w:rsid w:val="00FB47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FB47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ucimpiei@cjmure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4</cp:revision>
  <dcterms:created xsi:type="dcterms:W3CDTF">2026-09-07T10:17:00Z</dcterms:created>
  <dcterms:modified xsi:type="dcterms:W3CDTF">2026-09-08T08:23:00Z</dcterms:modified>
</cp:coreProperties>
</file>