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3D91A36B" w14:textId="77777777" w:rsidR="00B8640C" w:rsidRDefault="00B8640C" w:rsidP="00944F95">
      <w:pPr>
        <w:autoSpaceDE w:val="0"/>
        <w:autoSpaceDN w:val="0"/>
        <w:spacing w:after="0" w:line="174" w:lineRule="exact"/>
        <w:ind w:right="8496"/>
      </w:pPr>
    </w:p>
    <w:p w14:paraId="14A98D1F" w14:textId="77777777" w:rsidR="00354190" w:rsidRPr="001B2A53" w:rsidRDefault="00354190" w:rsidP="00354190">
      <w:pPr>
        <w:autoSpaceDE w:val="0"/>
        <w:autoSpaceDN w:val="0"/>
        <w:spacing w:after="0" w:line="292" w:lineRule="exact"/>
        <w:rPr>
          <w:lang w:val="pt-PT"/>
        </w:rPr>
      </w:pPr>
      <w:r w:rsidRPr="001B2A53">
        <w:rPr>
          <w:noProof/>
        </w:rPr>
        <w:drawing>
          <wp:anchor distT="0" distB="0" distL="114300" distR="114300" simplePos="0" relativeHeight="251661312" behindDoc="0" locked="0" layoutInCell="1" allowOverlap="1" wp14:anchorId="62442869" wp14:editId="6BCF22DA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521582510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A53">
        <w:rPr>
          <w:noProof/>
        </w:rPr>
        <w:drawing>
          <wp:anchor distT="0" distB="0" distL="114300" distR="114300" simplePos="0" relativeHeight="251659264" behindDoc="0" locked="0" layoutInCell="1" allowOverlap="1" wp14:anchorId="0478F5D1" wp14:editId="2F7B06B4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1432690018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79230" w14:textId="77777777" w:rsidR="00354190" w:rsidRPr="001B2A53" w:rsidRDefault="00354190" w:rsidP="00354190">
      <w:pPr>
        <w:autoSpaceDE w:val="0"/>
        <w:autoSpaceDN w:val="0"/>
        <w:spacing w:after="0" w:line="292" w:lineRule="exact"/>
        <w:rPr>
          <w:b/>
          <w:lang w:val="pt-PT"/>
        </w:rPr>
      </w:pPr>
      <w:r w:rsidRPr="001B2A53">
        <w:rPr>
          <w:lang w:val="pt-PT"/>
        </w:rPr>
        <w:t xml:space="preserve">Judeţul  MUREŞ                                                                                                    </w:t>
      </w:r>
      <w:r w:rsidRPr="001B2A53">
        <w:rPr>
          <w:b/>
          <w:lang w:val="pt-PT"/>
        </w:rPr>
        <w:t xml:space="preserve"> </w:t>
      </w:r>
      <w:r w:rsidRPr="001B2A53">
        <w:rPr>
          <w:lang w:val="pt-PT"/>
        </w:rPr>
        <w:t xml:space="preserve">   </w:t>
      </w:r>
      <w:r w:rsidRPr="001B2A53">
        <w:rPr>
          <w:b/>
          <w:lang w:val="pt-PT"/>
        </w:rPr>
        <w:t xml:space="preserve"> </w:t>
      </w:r>
      <w:r w:rsidRPr="001B2A53">
        <w:rPr>
          <w:lang w:val="pt-PT"/>
        </w:rPr>
        <w:t xml:space="preserve"> </w:t>
      </w:r>
      <w:r w:rsidRPr="001B2A53">
        <w:rPr>
          <w:lang w:val="pt-PT"/>
        </w:rPr>
        <w:tab/>
      </w:r>
    </w:p>
    <w:p w14:paraId="1CD0108F" w14:textId="77777777" w:rsidR="00354190" w:rsidRPr="001B2A53" w:rsidRDefault="00354190" w:rsidP="00354190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1B2A5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BCEE93" wp14:editId="7419464E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110092027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194E" w14:textId="77777777" w:rsidR="00354190" w:rsidRDefault="00354190" w:rsidP="0035419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BCEE93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0BFA194E" w14:textId="77777777" w:rsidR="00354190" w:rsidRDefault="00354190" w:rsidP="00354190"/>
                  </w:txbxContent>
                </v:textbox>
              </v:shape>
            </w:pict>
          </mc:Fallback>
        </mc:AlternateContent>
      </w:r>
      <w:r w:rsidRPr="001B2A53">
        <w:rPr>
          <w:bCs/>
          <w:lang w:val="pt-PT"/>
        </w:rPr>
        <w:t>Comuna Zau de Câmpie</w:t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</w:p>
    <w:p w14:paraId="7517FE9C" w14:textId="77777777" w:rsidR="00354190" w:rsidRPr="001B2A53" w:rsidRDefault="00354190" w:rsidP="00354190">
      <w:pPr>
        <w:autoSpaceDE w:val="0"/>
        <w:autoSpaceDN w:val="0"/>
        <w:spacing w:after="0" w:line="292" w:lineRule="exact"/>
        <w:rPr>
          <w:bCs/>
          <w:lang w:val="pt-PT"/>
        </w:rPr>
      </w:pPr>
      <w:r w:rsidRPr="001B2A53">
        <w:rPr>
          <w:bCs/>
          <w:lang w:val="pt-PT"/>
        </w:rPr>
        <w:t>CIF4375917, Zau de Câmpie, strada Republicii, nr.18</w:t>
      </w:r>
    </w:p>
    <w:p w14:paraId="348F9D82" w14:textId="77777777" w:rsidR="00354190" w:rsidRPr="001B2A53" w:rsidRDefault="00354190" w:rsidP="00354190">
      <w:pPr>
        <w:autoSpaceDE w:val="0"/>
        <w:autoSpaceDN w:val="0"/>
        <w:spacing w:after="0" w:line="292" w:lineRule="exact"/>
        <w:rPr>
          <w:bCs/>
          <w:lang w:val="pt-PT"/>
        </w:rPr>
      </w:pPr>
      <w:r w:rsidRPr="001B2A53">
        <w:rPr>
          <w:bCs/>
          <w:lang w:val="pt-PT"/>
        </w:rPr>
        <w:t>Telefon: 0265 486112</w:t>
      </w:r>
    </w:p>
    <w:p w14:paraId="049A615E" w14:textId="77777777" w:rsidR="00354190" w:rsidRPr="001B2A53" w:rsidRDefault="00354190" w:rsidP="00354190">
      <w:pPr>
        <w:autoSpaceDE w:val="0"/>
        <w:autoSpaceDN w:val="0"/>
        <w:spacing w:after="0" w:line="292" w:lineRule="exact"/>
        <w:rPr>
          <w:bCs/>
          <w:lang w:val="pt-PT"/>
        </w:rPr>
      </w:pPr>
      <w:r w:rsidRPr="001B2A53">
        <w:rPr>
          <w:bCs/>
          <w:lang w:val="pt-PT"/>
        </w:rPr>
        <w:t xml:space="preserve"> E-mail: </w:t>
      </w:r>
      <w:hyperlink r:id="rId9" w:history="1">
        <w:r w:rsidRPr="001B2A53">
          <w:rPr>
            <w:rStyle w:val="Hyperlink"/>
            <w:bCs/>
            <w:lang w:val="pt-PT"/>
          </w:rPr>
          <w:t>zaucimpiei@cjmures.ro</w:t>
        </w:r>
      </w:hyperlink>
    </w:p>
    <w:p w14:paraId="3195FE29" w14:textId="77777777" w:rsidR="00354190" w:rsidRPr="008E7FA2" w:rsidRDefault="00354190" w:rsidP="00354190">
      <w:pPr>
        <w:autoSpaceDE w:val="0"/>
        <w:autoSpaceDN w:val="0"/>
        <w:spacing w:after="0" w:line="292" w:lineRule="exact"/>
        <w:rPr>
          <w:lang w:val="pt-PT"/>
        </w:rPr>
      </w:pPr>
      <w:r w:rsidRPr="001B2A53">
        <w:rPr>
          <w:lang w:val="pt-PT"/>
        </w:rPr>
        <w:t xml:space="preserve"> Număr de înregistrare.................data...............................  </w:t>
      </w:r>
    </w:p>
    <w:p w14:paraId="05D9F07E" w14:textId="77777777" w:rsidR="00E74F45" w:rsidRDefault="00E74F45" w:rsidP="00944F95">
      <w:pPr>
        <w:autoSpaceDE w:val="0"/>
        <w:autoSpaceDN w:val="0"/>
        <w:spacing w:after="0" w:line="174" w:lineRule="exact"/>
        <w:ind w:right="8496"/>
      </w:pPr>
    </w:p>
    <w:p w14:paraId="173714B1" w14:textId="32B02722" w:rsidR="00BD2397" w:rsidRDefault="00B8640C">
      <w:pPr>
        <w:autoSpaceDE w:val="0"/>
        <w:autoSpaceDN w:val="0"/>
        <w:spacing w:after="0" w:line="272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1E6F641A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7219574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E74F45" w14:paraId="25502890" w14:textId="77777777">
        <w:trPr>
          <w:trHeight w:hRule="exact" w:val="5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25FEE92" w14:textId="77777777" w:rsidR="00BD2397" w:rsidRPr="00A12249" w:rsidRDefault="00B8640C">
            <w:pPr>
              <w:autoSpaceDE w:val="0"/>
              <w:autoSpaceDN w:val="0"/>
              <w:spacing w:after="0" w:line="166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A1224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A12249">
              <w:rPr>
                <w:sz w:val="16"/>
                <w:szCs w:val="16"/>
                <w:lang w:val="pt-PT"/>
              </w:rPr>
              <w:br/>
            </w:r>
            <w:r w:rsidRPr="00A12249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E74F45" w14:paraId="623820AB" w14:textId="77777777" w:rsidTr="00646AD5">
        <w:trPr>
          <w:trHeight w:hRule="exact" w:val="397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F30E7C5" w14:textId="77777777" w:rsidR="00BD2397" w:rsidRPr="00A12249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A12249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1E4A317D" w14:textId="77777777" w:rsidR="00BD2397" w:rsidRPr="00A12249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4761A5" w14:paraId="42156EB1" w14:textId="77777777">
        <w:trPr>
          <w:trHeight w:hRule="exact" w:val="212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F595B6F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A12249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4761A5" w14:paraId="3BA8B65F" w14:textId="77777777">
        <w:trPr>
          <w:trHeight w:hRule="exact" w:val="504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B444D13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64DA467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4761A5" w14:paraId="26415271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26921C5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identitate</w:t>
            </w:r>
          </w:p>
        </w:tc>
      </w:tr>
      <w:tr w:rsidR="00BD2397" w:rsidRPr="004761A5" w14:paraId="614A1EE1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30484A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F61DF1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8B79EA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74EB387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4761A5" w14:paraId="6238D6F2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38F7999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Domiciliul</w:t>
            </w:r>
          </w:p>
        </w:tc>
      </w:tr>
      <w:tr w:rsidR="00BD2397" w:rsidRPr="004761A5" w14:paraId="35ABB7B3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99ADF33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57186D7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F4E9B6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 / sectorul</w:t>
            </w:r>
          </w:p>
        </w:tc>
      </w:tr>
      <w:tr w:rsidR="00BD2397" w:rsidRPr="004761A5" w14:paraId="1B914FC3" w14:textId="77777777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7B3116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BAEE81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00BA8F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A5E761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4E5CA3F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E8C7D9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BB1E9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</w:p>
        </w:tc>
      </w:tr>
      <w:tr w:rsidR="00BD2397" w:rsidRPr="004761A5" w14:paraId="14044737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0ADBBA4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4761A5" w14:paraId="2D4AF850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32CCB2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87A0CD3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BD2397" w:rsidRPr="004761A5" w14:paraId="0F6499D7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024D0A2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Reprezentare</w:t>
            </w:r>
          </w:p>
        </w:tc>
      </w:tr>
      <w:tr w:rsidR="00BD2397" w:rsidRPr="004761A5" w14:paraId="4D266937" w14:textId="77777777">
        <w:trPr>
          <w:trHeight w:hRule="exact" w:val="504"/>
        </w:trPr>
        <w:tc>
          <w:tcPr>
            <w:tcW w:w="6232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16E8F6B" w14:textId="77777777" w:rsidR="00BD2397" w:rsidRPr="00A12249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A1224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În calitate de reprezentant 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80CC3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</w:tbl>
    <w:p w14:paraId="559F2EA8" w14:textId="77777777" w:rsidR="00BD2397" w:rsidRPr="000C1C98" w:rsidRDefault="00B8640C">
      <w:pPr>
        <w:autoSpaceDE w:val="0"/>
        <w:autoSpaceDN w:val="0"/>
        <w:spacing w:after="0" w:line="280" w:lineRule="exact"/>
        <w:ind w:left="576" w:right="1152"/>
        <w:jc w:val="center"/>
        <w:rPr>
          <w:sz w:val="24"/>
          <w:szCs w:val="24"/>
          <w:lang w:val="pt-PT"/>
        </w:rPr>
      </w:pPr>
      <w:r w:rsidRPr="000C1C98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 xml:space="preserve">în conformitate cu prevederile Legii nr. 169/2026 privind Codul amenajării teritoriului, urbanismului și construcțiilor, solicit emiterea </w:t>
      </w:r>
      <w:r w:rsidRPr="000C1C98">
        <w:rPr>
          <w:sz w:val="16"/>
          <w:szCs w:val="16"/>
          <w:lang w:val="pt-PT"/>
        </w:rPr>
        <w:br/>
      </w:r>
      <w:r w:rsidRPr="000C1C98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>CERTIFICATULUI DE URBANISM DE INFORMARE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4761A5" w14:paraId="30742A6C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6CDCE67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0C1C9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4761A5" w14:paraId="674E7367" w14:textId="77777777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38C4560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teren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</w:t>
            </w:r>
          </w:p>
        </w:tc>
      </w:tr>
      <w:tr w:rsidR="00BD2397" w:rsidRPr="004761A5" w14:paraId="3F862D30" w14:textId="77777777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7AE164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C987B4D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0BF21F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4761A5" w14:paraId="6336AFB0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9804FFA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88D7F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ED26777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8D80B5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4761A5" w14:paraId="21E01602" w14:textId="77777777">
        <w:trPr>
          <w:trHeight w:hRule="exact" w:val="50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3FED28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Suprafața terenului (m²)</w:t>
            </w:r>
          </w:p>
        </w:tc>
      </w:tr>
      <w:tr w:rsidR="00BD2397" w:rsidRPr="004761A5" w14:paraId="4A7E5593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CB919B4" w14:textId="77777777" w:rsidR="00BD2397" w:rsidRPr="00A12249" w:rsidRDefault="00B8640C">
            <w:pPr>
              <w:autoSpaceDE w:val="0"/>
              <w:autoSpaceDN w:val="0"/>
              <w:spacing w:after="0" w:line="164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A1224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A12249">
              <w:rPr>
                <w:sz w:val="16"/>
                <w:szCs w:val="16"/>
                <w:lang w:val="pt-PT"/>
              </w:rPr>
              <w:br/>
            </w:r>
            <w:r w:rsidRPr="00A12249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41BD31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Carte funciară nr.</w:t>
            </w:r>
          </w:p>
        </w:tc>
      </w:tr>
      <w:tr w:rsidR="00BD2397" w:rsidRPr="00E74F45" w14:paraId="52B78392" w14:textId="77777777">
        <w:trPr>
          <w:trHeight w:hRule="exact" w:val="422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BA5CD07" w14:textId="77777777" w:rsidR="00BD2397" w:rsidRPr="00A12249" w:rsidRDefault="00B8640C">
            <w:pPr>
              <w:tabs>
                <w:tab w:val="left" w:pos="140"/>
              </w:tabs>
              <w:autoSpaceDE w:val="0"/>
              <w:autoSpaceDN w:val="0"/>
              <w:spacing w:after="0" w:line="206" w:lineRule="exact"/>
              <w:ind w:left="100" w:right="576"/>
              <w:rPr>
                <w:sz w:val="16"/>
                <w:szCs w:val="16"/>
                <w:lang w:val="pt-PT"/>
              </w:rPr>
            </w:pPr>
            <w:r w:rsidRPr="00A12249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A12249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extras de carte funciară actualizat, anexat </w:t>
            </w:r>
            <w:r w:rsidRPr="00A12249">
              <w:rPr>
                <w:sz w:val="16"/>
                <w:szCs w:val="16"/>
                <w:lang w:val="pt-PT"/>
              </w:rPr>
              <w:br/>
            </w:r>
            <w:r w:rsidRPr="00A12249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A12249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plan de încadrare în zonă în sistem Stereo 70, anexat eliberat, la cerere, de către Agenția Națională de Cadastru și Publicitate Imobiliară</w:t>
            </w:r>
          </w:p>
        </w:tc>
      </w:tr>
    </w:tbl>
    <w:p w14:paraId="653F65F5" w14:textId="77777777" w:rsidR="00BD2397" w:rsidRPr="00A12249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0194CE3C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C3753C0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A12249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COMUNICAREA RĂSPUNSULUI</w:t>
            </w:r>
          </w:p>
        </w:tc>
      </w:tr>
      <w:tr w:rsidR="00BD2397" w:rsidRPr="00E74F45" w14:paraId="77F92547" w14:textId="77777777" w:rsidTr="00F9681E">
        <w:trPr>
          <w:trHeight w:hRule="exact" w:val="28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4B89356" w14:textId="77777777" w:rsidR="00BD2397" w:rsidRPr="004761A5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  <w:lang w:val="sv-SE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scris, prin poștă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digital, la adresa de e-mail indicată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ridicare de la sediul autorității</w:t>
            </w:r>
          </w:p>
        </w:tc>
      </w:tr>
    </w:tbl>
    <w:p w14:paraId="2C1814B2" w14:textId="77777777" w:rsidR="00BD2397" w:rsidRPr="004761A5" w:rsidRDefault="00BD2397">
      <w:pPr>
        <w:autoSpaceDE w:val="0"/>
        <w:autoSpaceDN w:val="0"/>
        <w:spacing w:after="0" w:line="114" w:lineRule="exact"/>
        <w:rPr>
          <w:sz w:val="16"/>
          <w:szCs w:val="16"/>
          <w:lang w:val="sv-SE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4761A5" w14:paraId="28678466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2DECCE7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4761A5" w14:paraId="03CA8771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64F05A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098FE9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86C74D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</w:p>
        </w:tc>
      </w:tr>
    </w:tbl>
    <w:p w14:paraId="0BBAA3CA" w14:textId="77777777" w:rsidR="00BD2397" w:rsidRPr="004761A5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F_CU_01 · versiunea 1.0 </w:t>
      </w: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sectPr w:rsidR="00BD2397" w:rsidRPr="004761A5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29639D"/>
    <w:rsid w:val="002A5EAB"/>
    <w:rsid w:val="00326F90"/>
    <w:rsid w:val="00354190"/>
    <w:rsid w:val="003C5479"/>
    <w:rsid w:val="003D684B"/>
    <w:rsid w:val="003F7FDF"/>
    <w:rsid w:val="004761A5"/>
    <w:rsid w:val="004948E0"/>
    <w:rsid w:val="00616AC8"/>
    <w:rsid w:val="00646AD5"/>
    <w:rsid w:val="0068581A"/>
    <w:rsid w:val="00786EB1"/>
    <w:rsid w:val="008B5C9E"/>
    <w:rsid w:val="00912339"/>
    <w:rsid w:val="00944F95"/>
    <w:rsid w:val="00995DDB"/>
    <w:rsid w:val="009C47A7"/>
    <w:rsid w:val="00A1149B"/>
    <w:rsid w:val="00A12249"/>
    <w:rsid w:val="00A353B0"/>
    <w:rsid w:val="00AA1D8D"/>
    <w:rsid w:val="00AB1449"/>
    <w:rsid w:val="00B47730"/>
    <w:rsid w:val="00B84130"/>
    <w:rsid w:val="00B8640C"/>
    <w:rsid w:val="00BD2397"/>
    <w:rsid w:val="00BE77F5"/>
    <w:rsid w:val="00C44B4D"/>
    <w:rsid w:val="00C53134"/>
    <w:rsid w:val="00CB0664"/>
    <w:rsid w:val="00CE6227"/>
    <w:rsid w:val="00E5523C"/>
    <w:rsid w:val="00E74F45"/>
    <w:rsid w:val="00F968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E74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2026-09-07T10:14:00Z</dcterms:created>
  <dcterms:modified xsi:type="dcterms:W3CDTF">2026-09-08T09:21:00Z</dcterms:modified>
</cp:coreProperties>
</file>