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37223" w14:textId="77777777" w:rsidR="00BD2397" w:rsidRDefault="00BD2397">
      <w:pPr>
        <w:autoSpaceDE w:val="0"/>
        <w:autoSpaceDN w:val="0"/>
        <w:spacing w:after="0" w:line="126" w:lineRule="exact"/>
      </w:pPr>
    </w:p>
    <w:p w14:paraId="259F8FBA" w14:textId="77777777" w:rsidR="00BD2397" w:rsidRPr="00912339" w:rsidRDefault="00BD2397">
      <w:pPr>
        <w:autoSpaceDE w:val="0"/>
        <w:autoSpaceDN w:val="0"/>
        <w:spacing w:after="0" w:line="126" w:lineRule="exact"/>
        <w:rPr>
          <w:lang w:val="sv-SE"/>
        </w:rPr>
      </w:pPr>
    </w:p>
    <w:p w14:paraId="0F250D63" w14:textId="77777777" w:rsidR="00BD2397" w:rsidRPr="00912339" w:rsidRDefault="00BD2397">
      <w:pPr>
        <w:autoSpaceDE w:val="0"/>
        <w:autoSpaceDN w:val="0"/>
        <w:spacing w:after="0" w:line="126" w:lineRule="exact"/>
        <w:rPr>
          <w:lang w:val="sv-SE"/>
        </w:rPr>
      </w:pPr>
    </w:p>
    <w:p w14:paraId="23AABB99" w14:textId="77777777" w:rsidR="00BD2397" w:rsidRDefault="00BD2397">
      <w:pPr>
        <w:autoSpaceDE w:val="0"/>
        <w:autoSpaceDN w:val="0"/>
        <w:spacing w:after="0" w:line="126" w:lineRule="exact"/>
      </w:pPr>
    </w:p>
    <w:p w14:paraId="72D9D56B" w14:textId="77777777" w:rsidR="00F25656" w:rsidRPr="00F25656" w:rsidRDefault="00F25656" w:rsidP="00F25656">
      <w:pPr>
        <w:autoSpaceDE w:val="0"/>
        <w:autoSpaceDN w:val="0"/>
        <w:spacing w:after="0" w:line="144" w:lineRule="exact"/>
        <w:ind w:left="108"/>
        <w:rPr>
          <w:rFonts w:ascii="TimesNewRomanPSMT" w:eastAsia="TimesNewRomanPSMT" w:hAnsi="TimesNewRomanPSMT"/>
          <w:color w:val="595959"/>
          <w:w w:val="97"/>
          <w:sz w:val="13"/>
          <w:lang w:val="pt-PT"/>
        </w:rPr>
      </w:pPr>
    </w:p>
    <w:p w14:paraId="29DD57A5" w14:textId="26E42D64" w:rsidR="00F25656" w:rsidRPr="00F25656" w:rsidRDefault="00F25656" w:rsidP="00F25656">
      <w:pPr>
        <w:autoSpaceDE w:val="0"/>
        <w:autoSpaceDN w:val="0"/>
        <w:spacing w:after="0" w:line="144" w:lineRule="exact"/>
        <w:ind w:left="108"/>
        <w:rPr>
          <w:rFonts w:ascii="TimesNewRomanPSMT" w:eastAsia="TimesNewRomanPSMT" w:hAnsi="TimesNewRomanPSMT"/>
          <w:color w:val="595959"/>
          <w:w w:val="97"/>
          <w:sz w:val="13"/>
          <w:lang w:val="pt-PT"/>
        </w:rPr>
      </w:pPr>
      <w:r w:rsidRPr="00F25656">
        <w:rPr>
          <w:rFonts w:ascii="TimesNewRomanPSMT" w:eastAsia="TimesNewRomanPSMT" w:hAnsi="TimesNewRomanPSMT"/>
          <w:color w:val="595959"/>
          <w:w w:val="97"/>
          <w:sz w:val="13"/>
        </w:rPr>
        <w:drawing>
          <wp:anchor distT="0" distB="0" distL="114300" distR="114300" simplePos="0" relativeHeight="251661312" behindDoc="0" locked="0" layoutInCell="1" allowOverlap="1" wp14:anchorId="113AEB95" wp14:editId="399BBE66">
            <wp:simplePos x="0" y="0"/>
            <wp:positionH relativeFrom="column">
              <wp:posOffset>346710</wp:posOffset>
            </wp:positionH>
            <wp:positionV relativeFrom="paragraph">
              <wp:posOffset>149225</wp:posOffset>
            </wp:positionV>
            <wp:extent cx="719455" cy="1076325"/>
            <wp:effectExtent l="0" t="0" r="4445" b="9525"/>
            <wp:wrapSquare wrapText="bothSides"/>
            <wp:docPr id="147485926"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1076325"/>
                    </a:xfrm>
                    <a:prstGeom prst="rect">
                      <a:avLst/>
                    </a:prstGeom>
                    <a:noFill/>
                  </pic:spPr>
                </pic:pic>
              </a:graphicData>
            </a:graphic>
            <wp14:sizeRelH relativeFrom="page">
              <wp14:pctWidth>0</wp14:pctWidth>
            </wp14:sizeRelH>
            <wp14:sizeRelV relativeFrom="page">
              <wp14:pctHeight>0</wp14:pctHeight>
            </wp14:sizeRelV>
          </wp:anchor>
        </w:drawing>
      </w:r>
      <w:r w:rsidRPr="00F25656">
        <w:rPr>
          <w:rFonts w:ascii="TimesNewRomanPSMT" w:eastAsia="TimesNewRomanPSMT" w:hAnsi="TimesNewRomanPSMT"/>
          <w:color w:val="595959"/>
          <w:w w:val="97"/>
          <w:sz w:val="13"/>
        </w:rPr>
        <w:drawing>
          <wp:anchor distT="0" distB="0" distL="114300" distR="114300" simplePos="0" relativeHeight="251659264" behindDoc="0" locked="0" layoutInCell="1" allowOverlap="1" wp14:anchorId="1C6C60FD" wp14:editId="4E98DA9A">
            <wp:simplePos x="0" y="0"/>
            <wp:positionH relativeFrom="column">
              <wp:posOffset>347345</wp:posOffset>
            </wp:positionH>
            <wp:positionV relativeFrom="paragraph">
              <wp:posOffset>180975</wp:posOffset>
            </wp:positionV>
            <wp:extent cx="516255" cy="762000"/>
            <wp:effectExtent l="0" t="0" r="17145" b="0"/>
            <wp:wrapSquare wrapText="right"/>
            <wp:docPr id="1141721980"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16255" cy="762000"/>
                    </a:xfrm>
                    <a:prstGeom prst="rect">
                      <a:avLst/>
                    </a:prstGeom>
                    <a:noFill/>
                  </pic:spPr>
                </pic:pic>
              </a:graphicData>
            </a:graphic>
            <wp14:sizeRelH relativeFrom="page">
              <wp14:pctWidth>0</wp14:pctWidth>
            </wp14:sizeRelH>
            <wp14:sizeRelV relativeFrom="page">
              <wp14:pctHeight>0</wp14:pctHeight>
            </wp14:sizeRelV>
          </wp:anchor>
        </w:drawing>
      </w:r>
    </w:p>
    <w:p w14:paraId="2B780C77" w14:textId="77777777" w:rsidR="00F25656" w:rsidRPr="00F25656" w:rsidRDefault="00F25656" w:rsidP="00F25656">
      <w:pPr>
        <w:autoSpaceDE w:val="0"/>
        <w:autoSpaceDN w:val="0"/>
        <w:spacing w:after="0" w:line="144" w:lineRule="exact"/>
        <w:ind w:left="108"/>
        <w:rPr>
          <w:rFonts w:ascii="TimesNewRomanPSMT" w:eastAsia="TimesNewRomanPSMT" w:hAnsi="TimesNewRomanPSMT"/>
          <w:b/>
          <w:color w:val="595959"/>
          <w:w w:val="97"/>
          <w:sz w:val="13"/>
          <w:lang w:val="pt-PT"/>
        </w:rPr>
      </w:pPr>
      <w:r w:rsidRPr="00F25656">
        <w:rPr>
          <w:rFonts w:ascii="TimesNewRomanPSMT" w:eastAsia="TimesNewRomanPSMT" w:hAnsi="TimesNewRomanPSMT"/>
          <w:color w:val="595959"/>
          <w:w w:val="97"/>
          <w:sz w:val="13"/>
          <w:lang w:val="pt-PT"/>
        </w:rPr>
        <w:t xml:space="preserve">Judeţul  MUREŞ                                                                                                    </w:t>
      </w:r>
      <w:r w:rsidRPr="00F25656">
        <w:rPr>
          <w:rFonts w:ascii="TimesNewRomanPSMT" w:eastAsia="TimesNewRomanPSMT" w:hAnsi="TimesNewRomanPSMT"/>
          <w:b/>
          <w:color w:val="595959"/>
          <w:w w:val="97"/>
          <w:sz w:val="13"/>
          <w:lang w:val="pt-PT"/>
        </w:rPr>
        <w:t xml:space="preserve"> </w:t>
      </w:r>
      <w:r w:rsidRPr="00F25656">
        <w:rPr>
          <w:rFonts w:ascii="TimesNewRomanPSMT" w:eastAsia="TimesNewRomanPSMT" w:hAnsi="TimesNewRomanPSMT"/>
          <w:color w:val="595959"/>
          <w:w w:val="97"/>
          <w:sz w:val="13"/>
          <w:lang w:val="pt-PT"/>
        </w:rPr>
        <w:t xml:space="preserve">   </w:t>
      </w:r>
      <w:r w:rsidRPr="00F25656">
        <w:rPr>
          <w:rFonts w:ascii="TimesNewRomanPSMT" w:eastAsia="TimesNewRomanPSMT" w:hAnsi="TimesNewRomanPSMT"/>
          <w:b/>
          <w:color w:val="595959"/>
          <w:w w:val="97"/>
          <w:sz w:val="13"/>
          <w:lang w:val="pt-PT"/>
        </w:rPr>
        <w:t xml:space="preserve"> </w:t>
      </w:r>
      <w:r w:rsidRPr="00F25656">
        <w:rPr>
          <w:rFonts w:ascii="TimesNewRomanPSMT" w:eastAsia="TimesNewRomanPSMT" w:hAnsi="TimesNewRomanPSMT"/>
          <w:color w:val="595959"/>
          <w:w w:val="97"/>
          <w:sz w:val="13"/>
          <w:lang w:val="pt-PT"/>
        </w:rPr>
        <w:t xml:space="preserve"> </w:t>
      </w:r>
      <w:r w:rsidRPr="00F25656">
        <w:rPr>
          <w:rFonts w:ascii="TimesNewRomanPSMT" w:eastAsia="TimesNewRomanPSMT" w:hAnsi="TimesNewRomanPSMT"/>
          <w:color w:val="595959"/>
          <w:w w:val="97"/>
          <w:sz w:val="13"/>
          <w:lang w:val="pt-PT"/>
        </w:rPr>
        <w:tab/>
      </w:r>
    </w:p>
    <w:p w14:paraId="3782FB8F" w14:textId="2DC8C620" w:rsidR="00F25656" w:rsidRPr="00F25656" w:rsidRDefault="00F25656" w:rsidP="00F25656">
      <w:pPr>
        <w:autoSpaceDE w:val="0"/>
        <w:autoSpaceDN w:val="0"/>
        <w:spacing w:after="0" w:line="144" w:lineRule="exact"/>
        <w:ind w:left="108"/>
        <w:rPr>
          <w:rFonts w:ascii="TimesNewRomanPSMT" w:eastAsia="TimesNewRomanPSMT" w:hAnsi="TimesNewRomanPSMT"/>
          <w:b/>
          <w:bCs/>
          <w:color w:val="595959"/>
          <w:w w:val="97"/>
          <w:sz w:val="13"/>
          <w:lang w:val="pt-PT"/>
        </w:rPr>
      </w:pPr>
      <w:r w:rsidRPr="00F25656">
        <w:rPr>
          <w:rFonts w:ascii="TimesNewRomanPSMT" w:eastAsia="TimesNewRomanPSMT" w:hAnsi="TimesNewRomanPSMT"/>
          <w:color w:val="595959"/>
          <w:w w:val="97"/>
          <w:sz w:val="13"/>
        </w:rPr>
        <mc:AlternateContent>
          <mc:Choice Requires="wps">
            <w:drawing>
              <wp:anchor distT="0" distB="0" distL="114300" distR="114300" simplePos="0" relativeHeight="251660288" behindDoc="0" locked="0" layoutInCell="1" allowOverlap="1" wp14:anchorId="04D183AF" wp14:editId="69A9AFC3">
                <wp:simplePos x="0" y="0"/>
                <wp:positionH relativeFrom="column">
                  <wp:posOffset>3457575</wp:posOffset>
                </wp:positionH>
                <wp:positionV relativeFrom="paragraph">
                  <wp:posOffset>34925</wp:posOffset>
                </wp:positionV>
                <wp:extent cx="361950" cy="134620"/>
                <wp:effectExtent l="0" t="0" r="0" b="0"/>
                <wp:wrapNone/>
                <wp:docPr id="2079791407" name="Casetă tex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34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B585C5" w14:textId="77777777" w:rsidR="00F25656" w:rsidRDefault="00F25656" w:rsidP="00F25656"/>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183AF" id="_x0000_t202" coordsize="21600,21600" o:spt="202" path="m,l,21600r21600,l21600,xe">
                <v:stroke joinstyle="miter"/>
                <v:path gradientshapeok="t" o:connecttype="rect"/>
              </v:shapetype>
              <v:shape id="Casetă text 5" o:spid="_x0000_s1026" type="#_x0000_t202" style="position:absolute;left:0;text-align:left;margin-left:272.25pt;margin-top:2.75pt;width:28.5pt;height:1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" stroked="f">
                <v:textbox>
                  <w:txbxContent>
                    <w:p w14:paraId="74B585C5" w14:textId="77777777" w:rsidR="00F25656" w:rsidRDefault="00F25656" w:rsidP="00F25656"/>
                  </w:txbxContent>
                </v:textbox>
              </v:shape>
            </w:pict>
          </mc:Fallback>
        </mc:AlternateContent>
      </w:r>
      <w:r w:rsidRPr="00F25656">
        <w:rPr>
          <w:rFonts w:ascii="TimesNewRomanPSMT" w:eastAsia="TimesNewRomanPSMT" w:hAnsi="TimesNewRomanPSMT"/>
          <w:bCs/>
          <w:color w:val="595959"/>
          <w:w w:val="97"/>
          <w:sz w:val="13"/>
          <w:lang w:val="pt-PT"/>
        </w:rPr>
        <w:t>Comuna Zau de Câmpie</w:t>
      </w:r>
      <w:r w:rsidRPr="00F25656">
        <w:rPr>
          <w:rFonts w:ascii="TimesNewRomanPSMT" w:eastAsia="TimesNewRomanPSMT" w:hAnsi="TimesNewRomanPSMT"/>
          <w:bCs/>
          <w:color w:val="595959"/>
          <w:w w:val="97"/>
          <w:sz w:val="13"/>
          <w:lang w:val="pt-PT"/>
        </w:rPr>
        <w:tab/>
      </w:r>
      <w:r w:rsidRPr="00F25656">
        <w:rPr>
          <w:rFonts w:ascii="TimesNewRomanPSMT" w:eastAsia="TimesNewRomanPSMT" w:hAnsi="TimesNewRomanPSMT"/>
          <w:bCs/>
          <w:color w:val="595959"/>
          <w:w w:val="97"/>
          <w:sz w:val="13"/>
          <w:lang w:val="pt-PT"/>
        </w:rPr>
        <w:tab/>
      </w:r>
      <w:r w:rsidRPr="00F25656">
        <w:rPr>
          <w:rFonts w:ascii="TimesNewRomanPSMT" w:eastAsia="TimesNewRomanPSMT" w:hAnsi="TimesNewRomanPSMT"/>
          <w:bCs/>
          <w:color w:val="595959"/>
          <w:w w:val="97"/>
          <w:sz w:val="13"/>
          <w:lang w:val="pt-PT"/>
        </w:rPr>
        <w:tab/>
      </w:r>
      <w:r w:rsidRPr="00F25656">
        <w:rPr>
          <w:rFonts w:ascii="TimesNewRomanPSMT" w:eastAsia="TimesNewRomanPSMT" w:hAnsi="TimesNewRomanPSMT"/>
          <w:bCs/>
          <w:color w:val="595959"/>
          <w:w w:val="97"/>
          <w:sz w:val="13"/>
          <w:lang w:val="pt-PT"/>
        </w:rPr>
        <w:tab/>
      </w:r>
      <w:r w:rsidRPr="00F25656">
        <w:rPr>
          <w:rFonts w:ascii="TimesNewRomanPSMT" w:eastAsia="TimesNewRomanPSMT" w:hAnsi="TimesNewRomanPSMT"/>
          <w:bCs/>
          <w:color w:val="595959"/>
          <w:w w:val="97"/>
          <w:sz w:val="13"/>
          <w:lang w:val="pt-PT"/>
        </w:rPr>
        <w:tab/>
      </w:r>
      <w:r w:rsidRPr="00F25656">
        <w:rPr>
          <w:rFonts w:ascii="TimesNewRomanPSMT" w:eastAsia="TimesNewRomanPSMT" w:hAnsi="TimesNewRomanPSMT"/>
          <w:bCs/>
          <w:color w:val="595959"/>
          <w:w w:val="97"/>
          <w:sz w:val="13"/>
          <w:lang w:val="pt-PT"/>
        </w:rPr>
        <w:tab/>
      </w:r>
    </w:p>
    <w:p w14:paraId="36F97DFB" w14:textId="77777777" w:rsidR="00F25656" w:rsidRPr="00F25656" w:rsidRDefault="00F25656" w:rsidP="00F25656">
      <w:pPr>
        <w:autoSpaceDE w:val="0"/>
        <w:autoSpaceDN w:val="0"/>
        <w:spacing w:after="0" w:line="144" w:lineRule="exact"/>
        <w:ind w:left="108"/>
        <w:rPr>
          <w:rFonts w:ascii="TimesNewRomanPSMT" w:eastAsia="TimesNewRomanPSMT" w:hAnsi="TimesNewRomanPSMT"/>
          <w:bCs/>
          <w:color w:val="595959"/>
          <w:w w:val="97"/>
          <w:sz w:val="13"/>
          <w:lang w:val="pt-PT"/>
        </w:rPr>
      </w:pPr>
      <w:r w:rsidRPr="00F25656">
        <w:rPr>
          <w:rFonts w:ascii="TimesNewRomanPSMT" w:eastAsia="TimesNewRomanPSMT" w:hAnsi="TimesNewRomanPSMT"/>
          <w:bCs/>
          <w:color w:val="595959"/>
          <w:w w:val="97"/>
          <w:sz w:val="13"/>
          <w:lang w:val="pt-PT"/>
        </w:rPr>
        <w:t>CIF4375917, Zau de Câmpie, strada Republicii, nr.18</w:t>
      </w:r>
    </w:p>
    <w:p w14:paraId="1C62E8A4" w14:textId="77777777" w:rsidR="00F25656" w:rsidRPr="00F25656" w:rsidRDefault="00F25656" w:rsidP="00F25656">
      <w:pPr>
        <w:autoSpaceDE w:val="0"/>
        <w:autoSpaceDN w:val="0"/>
        <w:spacing w:after="0" w:line="144" w:lineRule="exact"/>
        <w:ind w:left="108"/>
        <w:rPr>
          <w:rFonts w:ascii="TimesNewRomanPSMT" w:eastAsia="TimesNewRomanPSMT" w:hAnsi="TimesNewRomanPSMT"/>
          <w:bCs/>
          <w:color w:val="595959"/>
          <w:w w:val="97"/>
          <w:sz w:val="13"/>
          <w:lang w:val="pt-PT"/>
        </w:rPr>
      </w:pPr>
      <w:r w:rsidRPr="00F25656">
        <w:rPr>
          <w:rFonts w:ascii="TimesNewRomanPSMT" w:eastAsia="TimesNewRomanPSMT" w:hAnsi="TimesNewRomanPSMT"/>
          <w:bCs/>
          <w:color w:val="595959"/>
          <w:w w:val="97"/>
          <w:sz w:val="13"/>
          <w:lang w:val="pt-PT"/>
        </w:rPr>
        <w:t>Telefon: 0265 486112</w:t>
      </w:r>
    </w:p>
    <w:p w14:paraId="1983A8FB" w14:textId="77777777" w:rsidR="00F25656" w:rsidRPr="00F25656" w:rsidRDefault="00F25656" w:rsidP="00F25656">
      <w:pPr>
        <w:autoSpaceDE w:val="0"/>
        <w:autoSpaceDN w:val="0"/>
        <w:spacing w:after="0" w:line="144" w:lineRule="exact"/>
        <w:ind w:left="108"/>
        <w:rPr>
          <w:rFonts w:ascii="TimesNewRomanPSMT" w:eastAsia="TimesNewRomanPSMT" w:hAnsi="TimesNewRomanPSMT"/>
          <w:bCs/>
          <w:color w:val="595959"/>
          <w:w w:val="97"/>
          <w:sz w:val="13"/>
          <w:lang w:val="pt-PT"/>
        </w:rPr>
      </w:pPr>
      <w:r w:rsidRPr="00F25656">
        <w:rPr>
          <w:rFonts w:ascii="TimesNewRomanPSMT" w:eastAsia="TimesNewRomanPSMT" w:hAnsi="TimesNewRomanPSMT"/>
          <w:bCs/>
          <w:color w:val="595959"/>
          <w:w w:val="97"/>
          <w:sz w:val="13"/>
          <w:lang w:val="pt-PT"/>
        </w:rPr>
        <w:t xml:space="preserve"> E-mail: </w:t>
      </w:r>
      <w:r w:rsidRPr="00F25656">
        <w:rPr>
          <w:rFonts w:ascii="TimesNewRomanPSMT" w:eastAsia="TimesNewRomanPSMT" w:hAnsi="TimesNewRomanPSMT"/>
          <w:color w:val="595959"/>
          <w:w w:val="97"/>
          <w:sz w:val="13"/>
        </w:rPr>
        <w:fldChar w:fldCharType="begin"/>
      </w:r>
      <w:r w:rsidRPr="00F25656">
        <w:rPr>
          <w:rFonts w:ascii="TimesNewRomanPSMT" w:eastAsia="TimesNewRomanPSMT" w:hAnsi="TimesNewRomanPSMT"/>
          <w:color w:val="595959"/>
          <w:w w:val="97"/>
          <w:sz w:val="13"/>
          <w:lang w:val="pt-BR"/>
        </w:rPr>
        <w:instrText>HYPERLINK "mailto:zaucimpiei@cjmures.ro"</w:instrText>
      </w:r>
      <w:r w:rsidRPr="00F25656">
        <w:rPr>
          <w:rFonts w:ascii="TimesNewRomanPSMT" w:eastAsia="TimesNewRomanPSMT" w:hAnsi="TimesNewRomanPSMT"/>
          <w:color w:val="595959"/>
          <w:w w:val="97"/>
          <w:sz w:val="13"/>
        </w:rPr>
      </w:r>
      <w:r w:rsidRPr="00F25656">
        <w:rPr>
          <w:rFonts w:ascii="TimesNewRomanPSMT" w:eastAsia="TimesNewRomanPSMT" w:hAnsi="TimesNewRomanPSMT"/>
          <w:color w:val="595959"/>
          <w:w w:val="97"/>
          <w:sz w:val="13"/>
        </w:rPr>
        <w:fldChar w:fldCharType="separate"/>
      </w:r>
      <w:r w:rsidRPr="00F25656">
        <w:rPr>
          <w:rStyle w:val="Hyperlink"/>
          <w:rFonts w:ascii="TimesNewRomanPSMT" w:eastAsia="TimesNewRomanPSMT" w:hAnsi="TimesNewRomanPSMT"/>
          <w:bCs/>
          <w:w w:val="97"/>
          <w:sz w:val="13"/>
          <w:lang w:val="pt-PT"/>
        </w:rPr>
        <w:t>zaucimpiei@cjmures.ro</w:t>
      </w:r>
      <w:r w:rsidRPr="00F25656">
        <w:rPr>
          <w:rFonts w:ascii="TimesNewRomanPSMT" w:eastAsia="TimesNewRomanPSMT" w:hAnsi="TimesNewRomanPSMT"/>
          <w:color w:val="595959"/>
          <w:w w:val="97"/>
          <w:sz w:val="13"/>
        </w:rPr>
        <w:fldChar w:fldCharType="end"/>
      </w:r>
    </w:p>
    <w:p w14:paraId="21917531" w14:textId="6AF67102" w:rsidR="00C53134" w:rsidRDefault="00F25656" w:rsidP="00F25656">
      <w:pPr>
        <w:autoSpaceDE w:val="0"/>
        <w:autoSpaceDN w:val="0"/>
        <w:spacing w:after="0" w:line="144" w:lineRule="exact"/>
        <w:ind w:left="108"/>
        <w:rPr>
          <w:rFonts w:ascii="TimesNewRomanPSMT" w:eastAsia="TimesNewRomanPSMT" w:hAnsi="TimesNewRomanPSMT"/>
          <w:color w:val="595959"/>
          <w:w w:val="97"/>
          <w:sz w:val="13"/>
        </w:rPr>
      </w:pPr>
      <w:r w:rsidRPr="00F25656">
        <w:rPr>
          <w:rFonts w:ascii="TimesNewRomanPSMT" w:eastAsia="TimesNewRomanPSMT" w:hAnsi="TimesNewRomanPSMT"/>
          <w:color w:val="595959"/>
          <w:w w:val="97"/>
          <w:sz w:val="13"/>
          <w:lang w:val="pt-PT"/>
        </w:rPr>
        <w:t xml:space="preserve"> Număr de înregistrare.................data...............................  </w:t>
      </w:r>
    </w:p>
    <w:p w14:paraId="6449A72D" w14:textId="77777777" w:rsidR="00C53134" w:rsidRDefault="00C53134">
      <w:pPr>
        <w:autoSpaceDE w:val="0"/>
        <w:autoSpaceDN w:val="0"/>
        <w:spacing w:after="0" w:line="144" w:lineRule="exact"/>
        <w:ind w:left="108"/>
        <w:rPr>
          <w:rFonts w:ascii="TimesNewRomanPSMT" w:eastAsia="TimesNewRomanPSMT" w:hAnsi="TimesNewRomanPSMT"/>
          <w:color w:val="595959"/>
          <w:w w:val="97"/>
          <w:sz w:val="13"/>
        </w:rPr>
      </w:pPr>
    </w:p>
    <w:p w14:paraId="789F4309" w14:textId="77777777" w:rsidR="00C53134" w:rsidRDefault="00C53134">
      <w:pPr>
        <w:autoSpaceDE w:val="0"/>
        <w:autoSpaceDN w:val="0"/>
        <w:spacing w:after="0" w:line="144" w:lineRule="exact"/>
        <w:ind w:left="108"/>
        <w:rPr>
          <w:rFonts w:ascii="TimesNewRomanPSMT" w:eastAsia="TimesNewRomanPSMT" w:hAnsi="TimesNewRomanPSMT"/>
          <w:color w:val="595959"/>
          <w:w w:val="97"/>
          <w:sz w:val="13"/>
        </w:rPr>
      </w:pPr>
    </w:p>
    <w:p w14:paraId="10DB9A5F" w14:textId="77777777" w:rsidR="00C53134" w:rsidRDefault="00C53134" w:rsidP="00F9681E">
      <w:pPr>
        <w:autoSpaceDE w:val="0"/>
        <w:autoSpaceDN w:val="0"/>
        <w:spacing w:after="0" w:line="144" w:lineRule="exact"/>
      </w:pPr>
    </w:p>
    <w:p w14:paraId="53BDE9C7" w14:textId="77777777" w:rsidR="00BD2397" w:rsidRDefault="00B8640C">
      <w:pPr>
        <w:autoSpaceDE w:val="0"/>
        <w:autoSpaceDN w:val="0"/>
        <w:spacing w:after="0" w:line="272" w:lineRule="exact"/>
        <w:ind w:right="4838"/>
        <w:jc w:val="right"/>
      </w:pPr>
      <w:r>
        <w:rPr>
          <w:rFonts w:ascii="TimesNewRomanPS" w:eastAsia="TimesNewRomanPS" w:hAnsi="TimesNewRomanPS"/>
          <w:b/>
          <w:color w:val="000000"/>
          <w:sz w:val="23"/>
        </w:rPr>
        <w:t>CERERE</w:t>
      </w:r>
    </w:p>
    <w:tbl>
      <w:tblPr>
        <w:tblW w:w="0" w:type="auto"/>
        <w:tblInd w:w="4" w:type="dxa"/>
        <w:tblLayout w:type="fixed"/>
        <w:tblLook w:val="04A0" w:firstRow="1" w:lastRow="0" w:firstColumn="1" w:lastColumn="0" w:noHBand="0" w:noVBand="1"/>
      </w:tblPr>
      <w:tblGrid>
        <w:gridCol w:w="9348"/>
      </w:tblGrid>
      <w:tr w:rsidR="00BD2397" w:rsidRPr="00F9681E" w14:paraId="1F20CA26" w14:textId="77777777">
        <w:trPr>
          <w:trHeight w:hRule="exact" w:val="21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37BE6B22"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1. </w:t>
            </w:r>
            <w:r w:rsidRPr="00F9681E">
              <w:rPr>
                <w:rFonts w:ascii="TimesNewRomanPS" w:eastAsia="TimesNewRomanPS" w:hAnsi="TimesNewRomanPS"/>
                <w:b/>
                <w:color w:val="000000"/>
                <w:w w:val="102"/>
                <w:sz w:val="16"/>
                <w:szCs w:val="16"/>
              </w:rPr>
              <w:t>CĂTRE</w:t>
            </w:r>
          </w:p>
        </w:tc>
      </w:tr>
      <w:tr w:rsidR="00BD2397" w:rsidRPr="00F25656" w14:paraId="0BBE17A1" w14:textId="77777777">
        <w:trPr>
          <w:trHeight w:hRule="exact" w:val="510"/>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47F7E2A1" w14:textId="77777777" w:rsidR="00BD2397" w:rsidRPr="00AA5E86" w:rsidRDefault="00B8640C">
            <w:pPr>
              <w:autoSpaceDE w:val="0"/>
              <w:autoSpaceDN w:val="0"/>
              <w:spacing w:after="0" w:line="166" w:lineRule="exact"/>
              <w:ind w:left="100" w:right="4320"/>
              <w:rPr>
                <w:sz w:val="16"/>
                <w:szCs w:val="16"/>
                <w:lang w:val="pt-PT"/>
              </w:rPr>
            </w:pPr>
            <w:r w:rsidRPr="00AA5E86">
              <w:rPr>
                <w:rFonts w:ascii="TimesNewRomanPS" w:eastAsia="TimesNewRomanPS" w:hAnsi="TimesNewRomanPS"/>
                <w:b/>
                <w:color w:val="0D5F78"/>
                <w:w w:val="97"/>
                <w:sz w:val="16"/>
                <w:szCs w:val="16"/>
                <w:lang w:val="pt-PT"/>
              </w:rPr>
              <w:t xml:space="preserve">Instituția </w:t>
            </w:r>
            <w:r w:rsidRPr="00AA5E86">
              <w:rPr>
                <w:sz w:val="16"/>
                <w:szCs w:val="16"/>
                <w:lang w:val="pt-PT"/>
              </w:rPr>
              <w:br/>
            </w:r>
            <w:r w:rsidRPr="00AA5E86">
              <w:rPr>
                <w:rFonts w:ascii="TimesNewRomanPS" w:eastAsia="TimesNewRomanPS" w:hAnsi="TimesNewRomanPS"/>
                <w:i/>
                <w:color w:val="7A7A7A"/>
                <w:w w:val="97"/>
                <w:sz w:val="16"/>
                <w:szCs w:val="16"/>
                <w:lang w:val="pt-PT"/>
              </w:rPr>
              <w:t>primăria municipiului / orașului / comunei · primăria de sector · consiliul județean</w:t>
            </w:r>
          </w:p>
        </w:tc>
      </w:tr>
      <w:tr w:rsidR="00BD2397" w:rsidRPr="00F25656" w14:paraId="25DABA05" w14:textId="77777777" w:rsidTr="00187A6E">
        <w:trPr>
          <w:trHeight w:hRule="exact" w:val="399"/>
        </w:trPr>
        <w:tc>
          <w:tcPr>
            <w:tcW w:w="9348" w:type="dxa"/>
            <w:tcBorders>
              <w:top w:val="single" w:sz="3" w:space="0" w:color="767676"/>
              <w:left w:val="single" w:sz="3" w:space="0" w:color="767676"/>
              <w:bottom w:val="single" w:sz="3" w:space="0" w:color="767676"/>
              <w:right w:val="single" w:sz="3" w:space="0" w:color="767676"/>
            </w:tcBorders>
            <w:shd w:val="clear" w:color="auto" w:fill="F4F4F4"/>
            <w:tcMar>
              <w:left w:w="0" w:type="dxa"/>
              <w:right w:w="0" w:type="dxa"/>
            </w:tcMar>
          </w:tcPr>
          <w:p w14:paraId="169D2680" w14:textId="77777777" w:rsidR="00BD2397" w:rsidRPr="00AA5E86" w:rsidRDefault="00B8640C">
            <w:pPr>
              <w:autoSpaceDE w:val="0"/>
              <w:autoSpaceDN w:val="0"/>
              <w:spacing w:after="0" w:line="144" w:lineRule="exact"/>
              <w:jc w:val="center"/>
              <w:rPr>
                <w:sz w:val="16"/>
                <w:szCs w:val="16"/>
                <w:lang w:val="pt-PT"/>
              </w:rPr>
            </w:pPr>
            <w:r w:rsidRPr="00AA5E86">
              <w:rPr>
                <w:rFonts w:ascii="TimesNewRomanPSMT" w:eastAsia="TimesNewRomanPSMT" w:hAnsi="TimesNewRomanPSMT"/>
                <w:color w:val="000000"/>
                <w:w w:val="97"/>
                <w:sz w:val="16"/>
                <w:szCs w:val="16"/>
                <w:lang w:val="pt-PT"/>
              </w:rPr>
              <w:t xml:space="preserve">Cererea va fi transmisă către președintele consiliului județean, primarul general, primarul de sector sau primarul municipiului / orașului / comunei, după caz. </w:t>
            </w:r>
          </w:p>
        </w:tc>
      </w:tr>
    </w:tbl>
    <w:p w14:paraId="531F0A29" w14:textId="77777777" w:rsidR="00BD2397" w:rsidRPr="00AA5E86" w:rsidRDefault="00BD2397">
      <w:pPr>
        <w:autoSpaceDE w:val="0"/>
        <w:autoSpaceDN w:val="0"/>
        <w:spacing w:after="0" w:line="116" w:lineRule="exact"/>
        <w:rPr>
          <w:sz w:val="16"/>
          <w:szCs w:val="16"/>
          <w:lang w:val="pt-PT"/>
        </w:rPr>
      </w:pPr>
    </w:p>
    <w:tbl>
      <w:tblPr>
        <w:tblW w:w="0" w:type="auto"/>
        <w:tblInd w:w="4" w:type="dxa"/>
        <w:tblLayout w:type="fixed"/>
        <w:tblLook w:val="04A0" w:firstRow="1" w:lastRow="0" w:firstColumn="1" w:lastColumn="0" w:noHBand="0" w:noVBand="1"/>
      </w:tblPr>
      <w:tblGrid>
        <w:gridCol w:w="1558"/>
        <w:gridCol w:w="1558"/>
        <w:gridCol w:w="778"/>
        <w:gridCol w:w="780"/>
        <w:gridCol w:w="778"/>
        <w:gridCol w:w="780"/>
        <w:gridCol w:w="1560"/>
        <w:gridCol w:w="1556"/>
      </w:tblGrid>
      <w:tr w:rsidR="00BD2397" w:rsidRPr="00F9681E" w14:paraId="69EDF6A7" w14:textId="77777777">
        <w:trPr>
          <w:trHeight w:hRule="exact" w:val="212"/>
        </w:trPr>
        <w:tc>
          <w:tcPr>
            <w:tcW w:w="9348" w:type="dxa"/>
            <w:gridSpan w:val="8"/>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68D5B782" w14:textId="77777777" w:rsidR="00BD2397" w:rsidRPr="00F9681E" w:rsidRDefault="00B8640C">
            <w:pPr>
              <w:autoSpaceDE w:val="0"/>
              <w:autoSpaceDN w:val="0"/>
              <w:spacing w:after="0" w:line="176" w:lineRule="exact"/>
              <w:ind w:left="100"/>
              <w:rPr>
                <w:sz w:val="16"/>
                <w:szCs w:val="16"/>
              </w:rPr>
            </w:pPr>
            <w:r w:rsidRPr="00AA5E86">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2. </w:t>
            </w:r>
            <w:r w:rsidRPr="00F9681E">
              <w:rPr>
                <w:rFonts w:ascii="TimesNewRomanPS" w:eastAsia="TimesNewRomanPS" w:hAnsi="TimesNewRomanPS"/>
                <w:b/>
                <w:color w:val="000000"/>
                <w:w w:val="102"/>
                <w:sz w:val="16"/>
                <w:szCs w:val="16"/>
              </w:rPr>
              <w:t>SOLICITANTUL</w:t>
            </w:r>
          </w:p>
        </w:tc>
      </w:tr>
      <w:tr w:rsidR="00BD2397" w:rsidRPr="00F9681E" w14:paraId="1EE7EC5C" w14:textId="77777777">
        <w:trPr>
          <w:trHeight w:hRule="exact" w:val="504"/>
        </w:trPr>
        <w:tc>
          <w:tcPr>
            <w:tcW w:w="5452" w:type="dxa"/>
            <w:gridSpan w:val="5"/>
            <w:tcBorders>
              <w:top w:val="single" w:sz="4" w:space="0" w:color="767676"/>
              <w:left w:val="single" w:sz="3" w:space="0" w:color="767676"/>
              <w:bottom w:val="single" w:sz="4" w:space="0" w:color="767676"/>
              <w:right w:val="single" w:sz="4" w:space="0" w:color="767676"/>
            </w:tcBorders>
            <w:tcMar>
              <w:left w:w="0" w:type="dxa"/>
              <w:right w:w="0" w:type="dxa"/>
            </w:tcMar>
          </w:tcPr>
          <w:p w14:paraId="691C4B3E"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Nume și prenume</w:t>
            </w:r>
          </w:p>
        </w:tc>
        <w:tc>
          <w:tcPr>
            <w:tcW w:w="3896"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7D7F7CE9"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CNP</w:t>
            </w:r>
          </w:p>
        </w:tc>
      </w:tr>
      <w:tr w:rsidR="00BD2397" w:rsidRPr="00F9681E" w14:paraId="759B896D" w14:textId="77777777">
        <w:trPr>
          <w:trHeight w:hRule="exact" w:val="186"/>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426346AF"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Act de identitate</w:t>
            </w:r>
          </w:p>
        </w:tc>
      </w:tr>
      <w:tr w:rsidR="00BD2397" w:rsidRPr="00F9681E" w14:paraId="05B94D39" w14:textId="77777777">
        <w:trPr>
          <w:trHeight w:hRule="exact" w:val="506"/>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6AF42357"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Seria</w:t>
            </w:r>
          </w:p>
        </w:tc>
        <w:tc>
          <w:tcPr>
            <w:tcW w:w="1558" w:type="dxa"/>
            <w:tcBorders>
              <w:top w:val="single" w:sz="4" w:space="0" w:color="767676"/>
              <w:left w:val="single" w:sz="3" w:space="0" w:color="767676"/>
              <w:bottom w:val="single" w:sz="4" w:space="0" w:color="767676"/>
              <w:right w:val="single" w:sz="4" w:space="0" w:color="767676"/>
            </w:tcBorders>
            <w:tcMar>
              <w:left w:w="0" w:type="dxa"/>
              <w:right w:w="0" w:type="dxa"/>
            </w:tcMar>
          </w:tcPr>
          <w:p w14:paraId="32FCAD7A"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Numărul</w:t>
            </w:r>
          </w:p>
        </w:tc>
        <w:tc>
          <w:tcPr>
            <w:tcW w:w="4676" w:type="dxa"/>
            <w:gridSpan w:val="5"/>
            <w:tcBorders>
              <w:top w:val="single" w:sz="4" w:space="0" w:color="767676"/>
              <w:left w:val="single" w:sz="4" w:space="0" w:color="767676"/>
              <w:bottom w:val="single" w:sz="4" w:space="0" w:color="767676"/>
              <w:right w:val="single" w:sz="4" w:space="0" w:color="767676"/>
            </w:tcBorders>
            <w:tcMar>
              <w:left w:w="0" w:type="dxa"/>
              <w:right w:w="0" w:type="dxa"/>
            </w:tcMar>
          </w:tcPr>
          <w:p w14:paraId="2297F850"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Eliberat de</w:t>
            </w:r>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3B1DEA7B" w14:textId="77777777" w:rsidR="00BD2397" w:rsidRPr="00F9681E" w:rsidRDefault="00B8640C">
            <w:pPr>
              <w:autoSpaceDE w:val="0"/>
              <w:autoSpaceDN w:val="0"/>
              <w:spacing w:after="0" w:line="146" w:lineRule="exact"/>
              <w:ind w:left="98"/>
              <w:rPr>
                <w:sz w:val="16"/>
                <w:szCs w:val="16"/>
              </w:rPr>
            </w:pPr>
            <w:r w:rsidRPr="00F9681E">
              <w:rPr>
                <w:rFonts w:ascii="TimesNewRomanPS" w:eastAsia="TimesNewRomanPS" w:hAnsi="TimesNewRomanPS"/>
                <w:b/>
                <w:color w:val="0D5F78"/>
                <w:w w:val="97"/>
                <w:sz w:val="16"/>
                <w:szCs w:val="16"/>
              </w:rPr>
              <w:t>La data</w:t>
            </w:r>
          </w:p>
        </w:tc>
      </w:tr>
      <w:tr w:rsidR="00BD2397" w:rsidRPr="00F9681E" w14:paraId="5A35E226" w14:textId="77777777">
        <w:trPr>
          <w:trHeight w:hRule="exact" w:val="188"/>
        </w:trPr>
        <w:tc>
          <w:tcPr>
            <w:tcW w:w="9348" w:type="dxa"/>
            <w:gridSpan w:val="8"/>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30D443B2"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Domiciliul</w:t>
            </w:r>
          </w:p>
        </w:tc>
      </w:tr>
      <w:tr w:rsidR="00BD2397" w:rsidRPr="00F9681E" w14:paraId="1601350B" w14:textId="77777777">
        <w:trPr>
          <w:trHeight w:hRule="exact" w:val="504"/>
        </w:trPr>
        <w:tc>
          <w:tcPr>
            <w:tcW w:w="3116"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14:paraId="6031A784"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Județul</w:t>
            </w:r>
          </w:p>
        </w:tc>
        <w:tc>
          <w:tcPr>
            <w:tcW w:w="3116" w:type="dxa"/>
            <w:gridSpan w:val="4"/>
            <w:tcBorders>
              <w:top w:val="single" w:sz="3" w:space="0" w:color="767676"/>
              <w:left w:val="single" w:sz="4" w:space="0" w:color="767676"/>
              <w:bottom w:val="single" w:sz="3" w:space="0" w:color="767676"/>
              <w:right w:val="single" w:sz="3" w:space="0" w:color="767676"/>
            </w:tcBorders>
            <w:tcMar>
              <w:left w:w="0" w:type="dxa"/>
              <w:right w:w="0" w:type="dxa"/>
            </w:tcMar>
          </w:tcPr>
          <w:p w14:paraId="6BF4596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Municipiul / orașul / comuna</w:t>
            </w:r>
          </w:p>
        </w:tc>
        <w:tc>
          <w:tcPr>
            <w:tcW w:w="3116" w:type="dxa"/>
            <w:gridSpan w:val="2"/>
            <w:tcBorders>
              <w:top w:val="single" w:sz="3" w:space="0" w:color="767676"/>
              <w:left w:val="single" w:sz="3" w:space="0" w:color="767676"/>
              <w:bottom w:val="single" w:sz="3" w:space="0" w:color="767676"/>
              <w:right w:val="single" w:sz="3" w:space="0" w:color="767676"/>
            </w:tcBorders>
            <w:tcMar>
              <w:left w:w="0" w:type="dxa"/>
              <w:right w:w="0" w:type="dxa"/>
            </w:tcMar>
          </w:tcPr>
          <w:p w14:paraId="1815C3B2"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Satul / sectorul</w:t>
            </w:r>
          </w:p>
        </w:tc>
      </w:tr>
      <w:tr w:rsidR="00BD2397" w:rsidRPr="00F9681E" w14:paraId="2BFBFFEE" w14:textId="77777777">
        <w:trPr>
          <w:trHeight w:hRule="exact" w:val="504"/>
        </w:trPr>
        <w:tc>
          <w:tcPr>
            <w:tcW w:w="3116" w:type="dxa"/>
            <w:gridSpan w:val="2"/>
            <w:tcBorders>
              <w:top w:val="single" w:sz="3" w:space="0" w:color="767676"/>
              <w:left w:val="single" w:sz="3" w:space="0" w:color="767676"/>
              <w:bottom w:val="single" w:sz="4" w:space="0" w:color="767676"/>
              <w:right w:val="single" w:sz="4" w:space="0" w:color="767676"/>
            </w:tcBorders>
            <w:tcMar>
              <w:left w:w="0" w:type="dxa"/>
              <w:right w:w="0" w:type="dxa"/>
            </w:tcMar>
          </w:tcPr>
          <w:p w14:paraId="475CB55F"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78" w:type="dxa"/>
            <w:tcBorders>
              <w:top w:val="single" w:sz="3" w:space="0" w:color="767676"/>
              <w:left w:val="single" w:sz="4" w:space="0" w:color="767676"/>
              <w:bottom w:val="single" w:sz="4" w:space="0" w:color="767676"/>
              <w:right w:val="single" w:sz="4" w:space="0" w:color="767676"/>
            </w:tcBorders>
            <w:tcMar>
              <w:left w:w="0" w:type="dxa"/>
              <w:right w:w="0" w:type="dxa"/>
            </w:tcMar>
          </w:tcPr>
          <w:p w14:paraId="4AA6D733"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780" w:type="dxa"/>
            <w:tcBorders>
              <w:top w:val="single" w:sz="3" w:space="0" w:color="767676"/>
              <w:left w:val="single" w:sz="4" w:space="0" w:color="767676"/>
              <w:bottom w:val="single" w:sz="4" w:space="0" w:color="767676"/>
              <w:right w:val="single" w:sz="3" w:space="0" w:color="767676"/>
            </w:tcBorders>
            <w:tcMar>
              <w:left w:w="0" w:type="dxa"/>
              <w:right w:w="0" w:type="dxa"/>
            </w:tcMar>
          </w:tcPr>
          <w:p w14:paraId="7D9AA99F"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Sc.</w:t>
            </w:r>
          </w:p>
        </w:tc>
        <w:tc>
          <w:tcPr>
            <w:tcW w:w="778" w:type="dxa"/>
            <w:tcBorders>
              <w:top w:val="single" w:sz="3" w:space="0" w:color="767676"/>
              <w:left w:val="single" w:sz="3" w:space="0" w:color="767676"/>
              <w:bottom w:val="single" w:sz="4" w:space="0" w:color="767676"/>
              <w:right w:val="single" w:sz="4" w:space="0" w:color="767676"/>
            </w:tcBorders>
            <w:tcMar>
              <w:left w:w="0" w:type="dxa"/>
              <w:right w:w="0" w:type="dxa"/>
            </w:tcMar>
          </w:tcPr>
          <w:p w14:paraId="316A40C2"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Et.</w:t>
            </w:r>
          </w:p>
        </w:tc>
        <w:tc>
          <w:tcPr>
            <w:tcW w:w="780" w:type="dxa"/>
            <w:tcBorders>
              <w:top w:val="single" w:sz="3" w:space="0" w:color="767676"/>
              <w:left w:val="single" w:sz="4" w:space="0" w:color="767676"/>
              <w:bottom w:val="single" w:sz="4" w:space="0" w:color="767676"/>
              <w:right w:val="single" w:sz="3" w:space="0" w:color="767676"/>
            </w:tcBorders>
            <w:tcMar>
              <w:left w:w="0" w:type="dxa"/>
              <w:right w:w="0" w:type="dxa"/>
            </w:tcMar>
          </w:tcPr>
          <w:p w14:paraId="54432007"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Ap.</w:t>
            </w:r>
          </w:p>
        </w:tc>
        <w:tc>
          <w:tcPr>
            <w:tcW w:w="1560" w:type="dxa"/>
            <w:tcBorders>
              <w:top w:val="single" w:sz="3" w:space="0" w:color="767676"/>
              <w:left w:val="single" w:sz="3" w:space="0" w:color="767676"/>
              <w:bottom w:val="single" w:sz="4" w:space="0" w:color="767676"/>
              <w:right w:val="single" w:sz="4" w:space="0" w:color="767676"/>
            </w:tcBorders>
            <w:tcMar>
              <w:left w:w="0" w:type="dxa"/>
              <w:right w:w="0" w:type="dxa"/>
            </w:tcMar>
          </w:tcPr>
          <w:p w14:paraId="2E30864F"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Cod poștal</w:t>
            </w:r>
          </w:p>
        </w:tc>
        <w:tc>
          <w:tcPr>
            <w:tcW w:w="1556" w:type="dxa"/>
            <w:tcBorders>
              <w:top w:val="single" w:sz="3" w:space="0" w:color="767676"/>
              <w:left w:val="single" w:sz="4" w:space="0" w:color="767676"/>
              <w:bottom w:val="single" w:sz="4" w:space="0" w:color="767676"/>
              <w:right w:val="single" w:sz="3" w:space="0" w:color="767676"/>
            </w:tcBorders>
            <w:tcMar>
              <w:left w:w="0" w:type="dxa"/>
              <w:right w:w="0" w:type="dxa"/>
            </w:tcMar>
          </w:tcPr>
          <w:p w14:paraId="169D4F68" w14:textId="77777777" w:rsidR="00BD2397" w:rsidRPr="00F9681E" w:rsidRDefault="00B8640C">
            <w:pPr>
              <w:autoSpaceDE w:val="0"/>
              <w:autoSpaceDN w:val="0"/>
              <w:spacing w:after="0" w:line="146" w:lineRule="exact"/>
              <w:ind w:left="98"/>
              <w:rPr>
                <w:sz w:val="16"/>
                <w:szCs w:val="16"/>
              </w:rPr>
            </w:pPr>
            <w:r w:rsidRPr="00F9681E">
              <w:rPr>
                <w:rFonts w:ascii="TimesNewRomanPS" w:eastAsia="TimesNewRomanPS" w:hAnsi="TimesNewRomanPS"/>
                <w:b/>
                <w:color w:val="0D5F78"/>
                <w:w w:val="97"/>
                <w:sz w:val="16"/>
                <w:szCs w:val="16"/>
              </w:rPr>
              <w:t>Țara</w:t>
            </w:r>
          </w:p>
        </w:tc>
      </w:tr>
      <w:tr w:rsidR="00BD2397" w:rsidRPr="00F9681E" w14:paraId="02A29B57" w14:textId="77777777">
        <w:trPr>
          <w:trHeight w:hRule="exact" w:val="188"/>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D961B4F"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Date de contact</w:t>
            </w:r>
          </w:p>
        </w:tc>
      </w:tr>
      <w:tr w:rsidR="00BD2397" w:rsidRPr="00F9681E" w14:paraId="11E0AF4F" w14:textId="77777777">
        <w:trPr>
          <w:trHeight w:hRule="exact" w:val="506"/>
        </w:trPr>
        <w:tc>
          <w:tcPr>
            <w:tcW w:w="3894" w:type="dxa"/>
            <w:gridSpan w:val="3"/>
            <w:tcBorders>
              <w:top w:val="single" w:sz="4" w:space="0" w:color="767676"/>
              <w:left w:val="single" w:sz="3" w:space="0" w:color="767676"/>
              <w:bottom w:val="single" w:sz="3" w:space="0" w:color="767676"/>
              <w:right w:val="single" w:sz="4" w:space="0" w:color="767676"/>
            </w:tcBorders>
            <w:tcMar>
              <w:left w:w="0" w:type="dxa"/>
              <w:right w:w="0" w:type="dxa"/>
            </w:tcMar>
          </w:tcPr>
          <w:p w14:paraId="332E12FA"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Telefon / fax</w:t>
            </w:r>
          </w:p>
        </w:tc>
        <w:tc>
          <w:tcPr>
            <w:tcW w:w="5454" w:type="dxa"/>
            <w:gridSpan w:val="5"/>
            <w:tcBorders>
              <w:top w:val="single" w:sz="4" w:space="0" w:color="767676"/>
              <w:left w:val="single" w:sz="4" w:space="0" w:color="767676"/>
              <w:bottom w:val="single" w:sz="3" w:space="0" w:color="767676"/>
              <w:right w:val="single" w:sz="3" w:space="0" w:color="767676"/>
            </w:tcBorders>
            <w:tcMar>
              <w:left w:w="0" w:type="dxa"/>
              <w:right w:w="0" w:type="dxa"/>
            </w:tcMar>
          </w:tcPr>
          <w:p w14:paraId="099AC769" w14:textId="77777777" w:rsidR="00BD2397" w:rsidRPr="00F9681E" w:rsidRDefault="00B8640C">
            <w:pPr>
              <w:autoSpaceDE w:val="0"/>
              <w:autoSpaceDN w:val="0"/>
              <w:spacing w:after="0" w:line="144" w:lineRule="exact"/>
              <w:ind w:left="102"/>
              <w:rPr>
                <w:sz w:val="16"/>
                <w:szCs w:val="16"/>
              </w:rPr>
            </w:pPr>
            <w:r w:rsidRPr="00F9681E">
              <w:rPr>
                <w:rFonts w:ascii="TimesNewRomanPS" w:eastAsia="TimesNewRomanPS" w:hAnsi="TimesNewRomanPS"/>
                <w:b/>
                <w:color w:val="0D5F78"/>
                <w:w w:val="97"/>
                <w:sz w:val="16"/>
                <w:szCs w:val="16"/>
              </w:rPr>
              <w:t>E-mail</w:t>
            </w:r>
          </w:p>
        </w:tc>
      </w:tr>
      <w:tr w:rsidR="00BD2397" w:rsidRPr="00F9681E" w14:paraId="1527013A" w14:textId="77777777">
        <w:trPr>
          <w:trHeight w:hRule="exact" w:val="186"/>
        </w:trPr>
        <w:tc>
          <w:tcPr>
            <w:tcW w:w="9348" w:type="dxa"/>
            <w:gridSpan w:val="8"/>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73B22AF5"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Reprezentare</w:t>
            </w:r>
          </w:p>
        </w:tc>
      </w:tr>
      <w:tr w:rsidR="00BD2397" w:rsidRPr="00F9681E" w14:paraId="52C2DB1D" w14:textId="77777777">
        <w:trPr>
          <w:trHeight w:hRule="exact" w:val="508"/>
        </w:trPr>
        <w:tc>
          <w:tcPr>
            <w:tcW w:w="6232" w:type="dxa"/>
            <w:gridSpan w:val="6"/>
            <w:tcBorders>
              <w:top w:val="single" w:sz="4" w:space="0" w:color="767676"/>
              <w:left w:val="single" w:sz="3" w:space="0" w:color="767676"/>
              <w:bottom w:val="single" w:sz="4" w:space="0" w:color="767676"/>
              <w:right w:val="single" w:sz="3" w:space="0" w:color="767676"/>
            </w:tcBorders>
            <w:tcMar>
              <w:left w:w="0" w:type="dxa"/>
              <w:right w:w="0" w:type="dxa"/>
            </w:tcMar>
          </w:tcPr>
          <w:p w14:paraId="1466CA3E" w14:textId="77777777" w:rsidR="00BD2397" w:rsidRPr="00AA5E86" w:rsidRDefault="00B8640C">
            <w:pPr>
              <w:autoSpaceDE w:val="0"/>
              <w:autoSpaceDN w:val="0"/>
              <w:spacing w:after="0" w:line="146" w:lineRule="exact"/>
              <w:ind w:left="100"/>
              <w:rPr>
                <w:sz w:val="16"/>
                <w:szCs w:val="16"/>
                <w:lang w:val="pt-PT"/>
              </w:rPr>
            </w:pPr>
            <w:r w:rsidRPr="00AA5E86">
              <w:rPr>
                <w:rFonts w:ascii="TimesNewRomanPS" w:eastAsia="TimesNewRomanPS" w:hAnsi="TimesNewRomanPS"/>
                <w:b/>
                <w:color w:val="0D5F78"/>
                <w:w w:val="97"/>
                <w:sz w:val="16"/>
                <w:szCs w:val="16"/>
                <w:lang w:val="pt-PT"/>
              </w:rPr>
              <w:t>În calitate de reprezentant al</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46695A88"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CUI / CIF</w:t>
            </w:r>
          </w:p>
        </w:tc>
      </w:tr>
    </w:tbl>
    <w:p w14:paraId="185CBADC" w14:textId="77777777" w:rsidR="00BD2397" w:rsidRPr="00F9681E" w:rsidRDefault="00B8640C">
      <w:pPr>
        <w:autoSpaceDE w:val="0"/>
        <w:autoSpaceDN w:val="0"/>
        <w:spacing w:after="0" w:line="174" w:lineRule="exact"/>
        <w:ind w:left="216"/>
        <w:rPr>
          <w:sz w:val="16"/>
          <w:szCs w:val="16"/>
        </w:rPr>
      </w:pPr>
      <w:r w:rsidRPr="00F9681E">
        <w:rPr>
          <w:rFonts w:ascii="TimesNewRomanPSMT" w:eastAsia="TimesNewRomanPSMT" w:hAnsi="TimesNewRomanPSMT"/>
          <w:color w:val="000000"/>
          <w:w w:val="102"/>
          <w:sz w:val="16"/>
          <w:szCs w:val="16"/>
        </w:rPr>
        <w:t xml:space="preserve">în conformitate cu prevederile art. 300 din Legea nr. 169/2026 privind Codul amenajării teritoriului, urbanismului și construcțiilor, </w:t>
      </w:r>
    </w:p>
    <w:p w14:paraId="38793CCD" w14:textId="77777777" w:rsidR="00BD2397" w:rsidRPr="00F9681E" w:rsidRDefault="00B8640C">
      <w:pPr>
        <w:autoSpaceDE w:val="0"/>
        <w:autoSpaceDN w:val="0"/>
        <w:spacing w:after="0" w:line="176" w:lineRule="exact"/>
        <w:ind w:right="5190"/>
        <w:jc w:val="right"/>
        <w:rPr>
          <w:sz w:val="16"/>
          <w:szCs w:val="16"/>
        </w:rPr>
      </w:pPr>
      <w:r w:rsidRPr="00F9681E">
        <w:rPr>
          <w:rFonts w:ascii="TimesNewRomanPSMT" w:eastAsia="TimesNewRomanPSMT" w:hAnsi="TimesNewRomanPSMT"/>
          <w:color w:val="000000"/>
          <w:w w:val="102"/>
          <w:sz w:val="16"/>
          <w:szCs w:val="16"/>
        </w:rPr>
        <w:t>solicit</w:t>
      </w:r>
    </w:p>
    <w:p w14:paraId="1E1E44C3" w14:textId="77777777" w:rsidR="00BD2397" w:rsidRPr="00F9681E" w:rsidRDefault="00B8640C">
      <w:pPr>
        <w:autoSpaceDE w:val="0"/>
        <w:autoSpaceDN w:val="0"/>
        <w:spacing w:after="0" w:line="176" w:lineRule="exact"/>
        <w:ind w:right="4868"/>
        <w:jc w:val="right"/>
        <w:rPr>
          <w:sz w:val="16"/>
          <w:szCs w:val="16"/>
        </w:rPr>
      </w:pPr>
      <w:r w:rsidRPr="00F9681E">
        <w:rPr>
          <w:rFonts w:ascii="TimesNewRomanPSMT" w:eastAsia="TimesNewRomanPSMT" w:hAnsi="TimesNewRomanPSMT"/>
          <w:color w:val="000000"/>
          <w:w w:val="102"/>
          <w:sz w:val="16"/>
          <w:szCs w:val="16"/>
        </w:rPr>
        <w:t>solicit emiterea</w:t>
      </w:r>
    </w:p>
    <w:p w14:paraId="0A40C0D7" w14:textId="77777777" w:rsidR="00BD2397" w:rsidRPr="00187A6E" w:rsidRDefault="00B8640C">
      <w:pPr>
        <w:autoSpaceDE w:val="0"/>
        <w:autoSpaceDN w:val="0"/>
        <w:spacing w:after="0" w:line="194" w:lineRule="exact"/>
        <w:ind w:right="4364"/>
        <w:jc w:val="right"/>
        <w:rPr>
          <w:sz w:val="24"/>
          <w:szCs w:val="24"/>
        </w:rPr>
      </w:pPr>
      <w:r w:rsidRPr="00187A6E">
        <w:rPr>
          <w:rFonts w:ascii="TimesNewRomanPS" w:eastAsia="TimesNewRomanPS" w:hAnsi="TimesNewRomanPS"/>
          <w:b/>
          <w:color w:val="000000"/>
          <w:w w:val="102"/>
          <w:sz w:val="24"/>
          <w:szCs w:val="24"/>
        </w:rPr>
        <w:t>AVIZ DE AMPLASARE</w:t>
      </w:r>
    </w:p>
    <w:tbl>
      <w:tblPr>
        <w:tblW w:w="0" w:type="auto"/>
        <w:tblInd w:w="4" w:type="dxa"/>
        <w:tblLayout w:type="fixed"/>
        <w:tblLook w:val="04A0" w:firstRow="1" w:lastRow="0" w:firstColumn="1" w:lastColumn="0" w:noHBand="0" w:noVBand="1"/>
      </w:tblPr>
      <w:tblGrid>
        <w:gridCol w:w="9348"/>
      </w:tblGrid>
      <w:tr w:rsidR="00BD2397" w:rsidRPr="00F9681E" w14:paraId="3DBCBE05" w14:textId="77777777">
        <w:trPr>
          <w:trHeight w:hRule="exact" w:val="212"/>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71329CF8"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3. ÎN </w:t>
            </w:r>
            <w:r w:rsidRPr="00F9681E">
              <w:rPr>
                <w:rFonts w:ascii="TimesNewRomanPS" w:eastAsia="TimesNewRomanPS" w:hAnsi="TimesNewRomanPS"/>
                <w:b/>
                <w:color w:val="000000"/>
                <w:w w:val="102"/>
                <w:sz w:val="16"/>
                <w:szCs w:val="16"/>
              </w:rPr>
              <w:t>VEDEREA AMPLASĂRII:</w:t>
            </w:r>
          </w:p>
        </w:tc>
      </w:tr>
      <w:tr w:rsidR="00BD2397" w:rsidRPr="00F25656" w14:paraId="06E7C5D8" w14:textId="77777777">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0CD29D43" w14:textId="77777777" w:rsidR="00BD2397" w:rsidRPr="00AA5E86" w:rsidRDefault="00B8640C">
            <w:pPr>
              <w:autoSpaceDE w:val="0"/>
              <w:autoSpaceDN w:val="0"/>
              <w:spacing w:after="0" w:line="160" w:lineRule="exact"/>
              <w:ind w:left="100"/>
              <w:rPr>
                <w:sz w:val="16"/>
                <w:szCs w:val="16"/>
                <w:lang w:val="pt-PT"/>
              </w:rPr>
            </w:pP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a) rastele pentru biciclete, trotinete și puncte / stații de încărcare pentru autovehicule electrice / hibride</w:t>
            </w:r>
          </w:p>
        </w:tc>
      </w:tr>
      <w:tr w:rsidR="00BD2397" w:rsidRPr="00F25656" w14:paraId="30F39365" w14:textId="77777777">
        <w:trPr>
          <w:trHeight w:hRule="exact" w:val="396"/>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049DB348" w14:textId="77777777" w:rsidR="00BD2397" w:rsidRPr="00AA5E86" w:rsidRDefault="00B8640C">
            <w:pPr>
              <w:autoSpaceDE w:val="0"/>
              <w:autoSpaceDN w:val="0"/>
              <w:spacing w:after="0" w:line="182" w:lineRule="exact"/>
              <w:ind w:left="100" w:right="432"/>
              <w:rPr>
                <w:sz w:val="16"/>
                <w:szCs w:val="16"/>
                <w:lang w:val="pt-PT"/>
              </w:rPr>
            </w:pP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b) punct fix de măsurare și punct de măsurare indicativ a calității aerului, cu dotări aferente, conform Legii nr. 104/2011 privind calitatea aerului înconjurător, cu modificările ulterioare</w:t>
            </w:r>
          </w:p>
        </w:tc>
      </w:tr>
      <w:tr w:rsidR="00BD2397" w:rsidRPr="00F25656" w14:paraId="0900C689" w14:textId="77777777" w:rsidTr="00187A6E">
        <w:trPr>
          <w:trHeight w:hRule="exact" w:val="570"/>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0B6A530D" w14:textId="77777777" w:rsidR="00BD2397" w:rsidRPr="00AA5E86" w:rsidRDefault="00B8640C">
            <w:pPr>
              <w:autoSpaceDE w:val="0"/>
              <w:autoSpaceDN w:val="0"/>
              <w:spacing w:after="0" w:line="184" w:lineRule="exact"/>
              <w:ind w:left="100" w:right="432"/>
              <w:rPr>
                <w:sz w:val="16"/>
                <w:szCs w:val="16"/>
                <w:lang w:val="pt-PT"/>
              </w:rPr>
            </w:pP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c) puncte / sisteme automate pentru precolectarea și gestionarea deșeurilor reciclabile, recipiente pentru precolectarea deșeurilor, inclusiv platforme și dotări tehnico-edilitare aferente</w:t>
            </w:r>
          </w:p>
        </w:tc>
      </w:tr>
      <w:tr w:rsidR="00BD2397" w:rsidRPr="00F25656" w14:paraId="408680A6" w14:textId="77777777">
        <w:trPr>
          <w:trHeight w:hRule="exact" w:val="39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7DCD1AB5" w14:textId="77777777" w:rsidR="00BD2397" w:rsidRPr="00AA5E86" w:rsidRDefault="00B8640C">
            <w:pPr>
              <w:autoSpaceDE w:val="0"/>
              <w:autoSpaceDN w:val="0"/>
              <w:spacing w:after="0" w:line="182" w:lineRule="exact"/>
              <w:ind w:left="100" w:right="432"/>
              <w:rPr>
                <w:sz w:val="16"/>
                <w:szCs w:val="16"/>
                <w:lang w:val="pt-PT"/>
              </w:rPr>
            </w:pP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d) elemente de semnalizare rutieră, plăcuțe de nomenclatură / identificare stradală și sisteme de monitorizare video a traficului rutier și a siguranței publice</w:t>
            </w:r>
          </w:p>
        </w:tc>
      </w:tr>
      <w:tr w:rsidR="00BD2397" w:rsidRPr="00F25656" w14:paraId="06807A7F" w14:textId="77777777">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0302338E" w14:textId="77777777" w:rsidR="00BD2397" w:rsidRPr="00AA5E86" w:rsidRDefault="00B8640C">
            <w:pPr>
              <w:autoSpaceDE w:val="0"/>
              <w:autoSpaceDN w:val="0"/>
              <w:spacing w:after="0" w:line="160" w:lineRule="exact"/>
              <w:ind w:left="140"/>
              <w:rPr>
                <w:sz w:val="16"/>
                <w:szCs w:val="16"/>
                <w:lang w:val="pt-PT"/>
              </w:rPr>
            </w:pP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e) toalete ecologice mobile și dotările aferente</w:t>
            </w:r>
          </w:p>
        </w:tc>
      </w:tr>
      <w:tr w:rsidR="00BD2397" w:rsidRPr="00F25656" w14:paraId="28E8CB7A" w14:textId="77777777">
        <w:trPr>
          <w:trHeight w:hRule="exact" w:val="752"/>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09E81E8D" w14:textId="77777777" w:rsidR="00BD2397" w:rsidRPr="00AA5E86" w:rsidRDefault="00B8640C">
            <w:pPr>
              <w:autoSpaceDE w:val="0"/>
              <w:autoSpaceDN w:val="0"/>
              <w:spacing w:after="0" w:line="180" w:lineRule="exact"/>
              <w:ind w:left="100" w:right="288"/>
              <w:rPr>
                <w:sz w:val="16"/>
                <w:szCs w:val="16"/>
                <w:lang w:val="pt-PT"/>
              </w:rPr>
            </w:pP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BD2397" w:rsidRPr="00F25656" w14:paraId="00C624B4" w14:textId="77777777">
        <w:trPr>
          <w:trHeight w:hRule="exact" w:val="394"/>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05D2BDC0" w14:textId="77777777" w:rsidR="00BD2397" w:rsidRPr="00AA5E86" w:rsidRDefault="00B8640C">
            <w:pPr>
              <w:autoSpaceDE w:val="0"/>
              <w:autoSpaceDN w:val="0"/>
              <w:spacing w:after="0" w:line="184" w:lineRule="exact"/>
              <w:ind w:left="100" w:right="144"/>
              <w:rPr>
                <w:sz w:val="16"/>
                <w:szCs w:val="16"/>
                <w:lang w:val="pt-PT"/>
              </w:rPr>
            </w:pP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g) mobilier necesar practicării comerțului de întâmpinare, în baza unui regulament aprobat de consiliul local al unității administrativ-teritoriale sau al sectorului municipiului București</w:t>
            </w:r>
          </w:p>
        </w:tc>
      </w:tr>
      <w:tr w:rsidR="00BD2397" w:rsidRPr="00F25656" w14:paraId="1B03E4CF" w14:textId="77777777">
        <w:trPr>
          <w:trHeight w:hRule="exact" w:val="396"/>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4C7AB879" w14:textId="77777777" w:rsidR="00BD2397" w:rsidRPr="00AA5E86" w:rsidRDefault="00B8640C">
            <w:pPr>
              <w:autoSpaceDE w:val="0"/>
              <w:autoSpaceDN w:val="0"/>
              <w:spacing w:after="0" w:line="184" w:lineRule="exact"/>
              <w:ind w:left="100" w:right="288"/>
              <w:rPr>
                <w:sz w:val="16"/>
                <w:szCs w:val="16"/>
                <w:lang w:val="pt-PT"/>
              </w:rPr>
            </w:pP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h) amenajări temporare în aer liber pentru activitățile de spectacole, întruniri, concerte, proiecții de filme, târguri, expoziții, jocuri de artificii sau spectacole pirotehnice, circuri, alimentație publică, patinoare, parcuri de distracții</w:t>
            </w:r>
          </w:p>
        </w:tc>
      </w:tr>
      <w:tr w:rsidR="00BD2397" w:rsidRPr="00F25656" w14:paraId="2A8F2571" w14:textId="77777777">
        <w:trPr>
          <w:trHeight w:hRule="exact" w:val="21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7F6D98E2" w14:textId="77777777" w:rsidR="00BD2397" w:rsidRPr="00F9681E" w:rsidRDefault="00B8640C">
            <w:pPr>
              <w:autoSpaceDE w:val="0"/>
              <w:autoSpaceDN w:val="0"/>
              <w:spacing w:after="0" w:line="160" w:lineRule="exact"/>
              <w:ind w:left="100"/>
              <w:rPr>
                <w:sz w:val="16"/>
                <w:szCs w:val="16"/>
                <w:lang w:val="sv-SE"/>
              </w:rPr>
            </w:pPr>
            <w:r w:rsidRPr="00F9681E">
              <w:rPr>
                <w:rFonts w:ascii="SegoeUISymbol" w:eastAsia="SegoeUISymbol" w:hAnsi="SegoeUISymbol"/>
                <w:color w:val="000000"/>
                <w:w w:val="103"/>
                <w:sz w:val="16"/>
                <w:szCs w:val="16"/>
                <w:lang w:val="sv-SE"/>
              </w:rPr>
              <w:t>☐</w:t>
            </w:r>
            <w:r w:rsidRPr="00F9681E">
              <w:rPr>
                <w:rFonts w:ascii="TimesNewRomanPSMT" w:eastAsia="TimesNewRomanPSMT" w:hAnsi="TimesNewRomanPSMT"/>
                <w:color w:val="000000"/>
                <w:w w:val="103"/>
                <w:sz w:val="16"/>
                <w:szCs w:val="16"/>
                <w:lang w:val="sv-SE"/>
              </w:rPr>
              <w:t xml:space="preserve"> i) stație automată fixă de monitorizare a nivelului de zgomot ambiant</w:t>
            </w:r>
          </w:p>
        </w:tc>
      </w:tr>
    </w:tbl>
    <w:p w14:paraId="509C25F5" w14:textId="77777777" w:rsidR="00BD2397" w:rsidRPr="00AA5E86" w:rsidRDefault="00B8640C">
      <w:pPr>
        <w:tabs>
          <w:tab w:val="left" w:pos="4236"/>
        </w:tabs>
        <w:autoSpaceDE w:val="0"/>
        <w:autoSpaceDN w:val="0"/>
        <w:spacing w:after="0" w:line="144" w:lineRule="exact"/>
        <w:ind w:left="108"/>
        <w:rPr>
          <w:sz w:val="16"/>
          <w:szCs w:val="16"/>
          <w:lang w:val="pt-PT"/>
        </w:rPr>
      </w:pPr>
      <w:r w:rsidRPr="00AA5E86">
        <w:rPr>
          <w:rFonts w:ascii="TimesNewRomanPSMT" w:eastAsia="TimesNewRomanPSMT" w:hAnsi="TimesNewRomanPSMT"/>
          <w:color w:val="595959"/>
          <w:w w:val="97"/>
          <w:sz w:val="16"/>
          <w:szCs w:val="16"/>
          <w:lang w:val="pt-PT"/>
        </w:rPr>
        <w:t xml:space="preserve">F_05 · versiunea 1.0 </w:t>
      </w:r>
      <w:r w:rsidRPr="00AA5E86">
        <w:rPr>
          <w:sz w:val="16"/>
          <w:szCs w:val="16"/>
          <w:lang w:val="pt-PT"/>
        </w:rPr>
        <w:tab/>
      </w:r>
      <w:r w:rsidRPr="00AA5E86">
        <w:rPr>
          <w:rFonts w:ascii="TimesNewRomanPSMT" w:eastAsia="TimesNewRomanPSMT" w:hAnsi="TimesNewRomanPSMT"/>
          <w:color w:val="595959"/>
          <w:w w:val="97"/>
          <w:sz w:val="16"/>
          <w:szCs w:val="16"/>
          <w:lang w:val="pt-PT"/>
        </w:rPr>
        <w:t>pagina 1 din 2</w:t>
      </w:r>
    </w:p>
    <w:p w14:paraId="116913E7" w14:textId="77777777" w:rsidR="00BD2397" w:rsidRPr="00AA5E86" w:rsidRDefault="00BD2397">
      <w:pPr>
        <w:spacing w:after="0"/>
        <w:rPr>
          <w:sz w:val="16"/>
          <w:szCs w:val="16"/>
          <w:lang w:val="pt-PT"/>
        </w:rPr>
        <w:sectPr w:rsidR="00BD2397" w:rsidRPr="00AA5E86">
          <w:pgSz w:w="11900" w:h="16840"/>
          <w:pgMar w:top="126" w:right="546" w:bottom="236" w:left="1166" w:header="720" w:footer="720" w:gutter="0"/>
          <w:cols w:space="708"/>
          <w:docGrid w:linePitch="360"/>
        </w:sectPr>
      </w:pPr>
    </w:p>
    <w:p w14:paraId="072D4DFA" w14:textId="77777777" w:rsidR="00BD2397" w:rsidRPr="00AA5E86" w:rsidRDefault="00BD2397">
      <w:pPr>
        <w:autoSpaceDE w:val="0"/>
        <w:autoSpaceDN w:val="0"/>
        <w:spacing w:after="0" w:line="126" w:lineRule="exact"/>
        <w:rPr>
          <w:sz w:val="16"/>
          <w:szCs w:val="16"/>
          <w:lang w:val="pt-PT"/>
        </w:rPr>
      </w:pPr>
    </w:p>
    <w:p w14:paraId="7015271D" w14:textId="77777777" w:rsidR="00BD2397" w:rsidRPr="00AA5E86" w:rsidRDefault="00B8640C">
      <w:pPr>
        <w:tabs>
          <w:tab w:val="left" w:pos="2080"/>
        </w:tabs>
        <w:autoSpaceDE w:val="0"/>
        <w:autoSpaceDN w:val="0"/>
        <w:spacing w:after="0" w:line="200" w:lineRule="exact"/>
        <w:rPr>
          <w:sz w:val="16"/>
          <w:szCs w:val="16"/>
          <w:lang w:val="pt-PT"/>
        </w:rPr>
      </w:pPr>
      <w:r w:rsidRPr="00AA5E86">
        <w:rPr>
          <w:rFonts w:ascii="Arial" w:eastAsia="Arial" w:hAnsi="Arial"/>
          <w:color w:val="000000"/>
          <w:sz w:val="16"/>
          <w:szCs w:val="16"/>
          <w:lang w:val="pt-PT"/>
        </w:rPr>
        <w:t>62 MONITORUL OFICIAL AL ROMÂNIEI, PARTEA I, Nr. 711 bis/26.VIII.2026</w:t>
      </w:r>
    </w:p>
    <w:p w14:paraId="768A85AF" w14:textId="77777777" w:rsidR="00BD2397" w:rsidRPr="00F9681E" w:rsidRDefault="00B8640C">
      <w:pPr>
        <w:autoSpaceDE w:val="0"/>
        <w:autoSpaceDN w:val="0"/>
        <w:spacing w:after="0" w:line="144" w:lineRule="exact"/>
        <w:ind w:left="710"/>
        <w:rPr>
          <w:sz w:val="16"/>
          <w:szCs w:val="16"/>
        </w:rPr>
      </w:pPr>
      <w:r w:rsidRPr="00F9681E">
        <w:rPr>
          <w:rFonts w:ascii="TimesNewRomanPSMT" w:eastAsia="TimesNewRomanPSMT" w:hAnsi="TimesNewRomanPSMT"/>
          <w:color w:val="595959"/>
          <w:w w:val="97"/>
          <w:sz w:val="16"/>
          <w:szCs w:val="16"/>
        </w:rPr>
        <w:t xml:space="preserve">F_05 · </w:t>
      </w:r>
      <w:proofErr w:type="spellStart"/>
      <w:r w:rsidRPr="00F9681E">
        <w:rPr>
          <w:rFonts w:ascii="TimesNewRomanPSMT" w:eastAsia="TimesNewRomanPSMT" w:hAnsi="TimesNewRomanPSMT"/>
          <w:color w:val="595959"/>
          <w:w w:val="97"/>
          <w:sz w:val="16"/>
          <w:szCs w:val="16"/>
        </w:rPr>
        <w:t>versiunea</w:t>
      </w:r>
      <w:proofErr w:type="spellEnd"/>
      <w:r w:rsidRPr="00F9681E">
        <w:rPr>
          <w:rFonts w:ascii="TimesNewRomanPSMT" w:eastAsia="TimesNewRomanPSMT" w:hAnsi="TimesNewRomanPSMT"/>
          <w:color w:val="595959"/>
          <w:w w:val="97"/>
          <w:sz w:val="16"/>
          <w:szCs w:val="16"/>
        </w:rPr>
        <w:t xml:space="preserve"> 1.0 </w:t>
      </w:r>
    </w:p>
    <w:tbl>
      <w:tblPr>
        <w:tblW w:w="0" w:type="auto"/>
        <w:tblInd w:w="606" w:type="dxa"/>
        <w:tblLayout w:type="fixed"/>
        <w:tblLook w:val="04A0" w:firstRow="1" w:lastRow="0" w:firstColumn="1" w:lastColumn="0" w:noHBand="0" w:noVBand="1"/>
      </w:tblPr>
      <w:tblGrid>
        <w:gridCol w:w="1558"/>
        <w:gridCol w:w="1558"/>
        <w:gridCol w:w="2336"/>
        <w:gridCol w:w="780"/>
        <w:gridCol w:w="780"/>
        <w:gridCol w:w="2336"/>
      </w:tblGrid>
      <w:tr w:rsidR="00BD2397" w:rsidRPr="00F9681E" w14:paraId="5A05265F" w14:textId="77777777">
        <w:trPr>
          <w:trHeight w:hRule="exact" w:val="210"/>
        </w:trPr>
        <w:tc>
          <w:tcPr>
            <w:tcW w:w="9348" w:type="dxa"/>
            <w:gridSpan w:val="6"/>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3B37780C"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4. </w:t>
            </w:r>
            <w:r w:rsidRPr="00F9681E">
              <w:rPr>
                <w:rFonts w:ascii="TimesNewRomanPS" w:eastAsia="TimesNewRomanPS" w:hAnsi="TimesNewRomanPS"/>
                <w:b/>
                <w:color w:val="000000"/>
                <w:w w:val="102"/>
                <w:sz w:val="16"/>
                <w:szCs w:val="16"/>
              </w:rPr>
              <w:t>IMOBILUL</w:t>
            </w:r>
          </w:p>
        </w:tc>
      </w:tr>
      <w:tr w:rsidR="00BD2397" w:rsidRPr="00F9681E" w14:paraId="4E7380AF" w14:textId="77777777">
        <w:trPr>
          <w:trHeight w:hRule="exact" w:val="218"/>
        </w:trPr>
        <w:tc>
          <w:tcPr>
            <w:tcW w:w="9348" w:type="dxa"/>
            <w:gridSpan w:val="6"/>
            <w:tcBorders>
              <w:top w:val="single" w:sz="4" w:space="0" w:color="767676"/>
              <w:left w:val="single" w:sz="3" w:space="0" w:color="767676"/>
              <w:bottom w:val="single" w:sz="3" w:space="0" w:color="767676"/>
              <w:right w:val="single" w:sz="3" w:space="0" w:color="767676"/>
            </w:tcBorders>
            <w:tcMar>
              <w:left w:w="0" w:type="dxa"/>
              <w:right w:w="0" w:type="dxa"/>
            </w:tcMar>
          </w:tcPr>
          <w:p w14:paraId="129DE554" w14:textId="77777777" w:rsidR="00BD2397" w:rsidRPr="00F9681E" w:rsidRDefault="00B8640C">
            <w:pPr>
              <w:autoSpaceDE w:val="0"/>
              <w:autoSpaceDN w:val="0"/>
              <w:spacing w:after="0" w:line="162" w:lineRule="exact"/>
              <w:ind w:left="140"/>
              <w:rPr>
                <w:sz w:val="16"/>
                <w:szCs w:val="16"/>
              </w:rPr>
            </w:pP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teren     </w:t>
            </w: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construcții</w:t>
            </w:r>
          </w:p>
        </w:tc>
      </w:tr>
      <w:tr w:rsidR="00BD2397" w:rsidRPr="00F9681E" w14:paraId="4997DA1C" w14:textId="77777777">
        <w:trPr>
          <w:trHeight w:hRule="exact" w:val="504"/>
        </w:trPr>
        <w:tc>
          <w:tcPr>
            <w:tcW w:w="3116"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14:paraId="401CAA1E"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Județ</w:t>
            </w:r>
          </w:p>
        </w:tc>
        <w:tc>
          <w:tcPr>
            <w:tcW w:w="3116" w:type="dxa"/>
            <w:gridSpan w:val="2"/>
            <w:tcBorders>
              <w:top w:val="single" w:sz="3" w:space="0" w:color="767676"/>
              <w:left w:val="single" w:sz="4" w:space="0" w:color="767676"/>
              <w:bottom w:val="single" w:sz="3" w:space="0" w:color="767676"/>
              <w:right w:val="single" w:sz="3" w:space="0" w:color="767676"/>
            </w:tcBorders>
            <w:tcMar>
              <w:left w:w="0" w:type="dxa"/>
              <w:right w:w="0" w:type="dxa"/>
            </w:tcMar>
          </w:tcPr>
          <w:p w14:paraId="26B713FF"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Municipiu / oraș / comună</w:t>
            </w:r>
          </w:p>
        </w:tc>
        <w:tc>
          <w:tcPr>
            <w:tcW w:w="3116" w:type="dxa"/>
            <w:gridSpan w:val="2"/>
            <w:tcBorders>
              <w:top w:val="single" w:sz="3" w:space="0" w:color="767676"/>
              <w:left w:val="single" w:sz="3" w:space="0" w:color="767676"/>
              <w:bottom w:val="single" w:sz="3" w:space="0" w:color="767676"/>
              <w:right w:val="single" w:sz="3" w:space="0" w:color="767676"/>
            </w:tcBorders>
            <w:tcMar>
              <w:left w:w="0" w:type="dxa"/>
              <w:right w:w="0" w:type="dxa"/>
            </w:tcMar>
          </w:tcPr>
          <w:p w14:paraId="5886E1F8"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Sat / sector</w:t>
            </w:r>
          </w:p>
        </w:tc>
      </w:tr>
      <w:tr w:rsidR="00BD2397" w:rsidRPr="00F9681E" w14:paraId="4832F24B" w14:textId="77777777">
        <w:trPr>
          <w:trHeight w:hRule="exact" w:val="504"/>
        </w:trPr>
        <w:tc>
          <w:tcPr>
            <w:tcW w:w="1558" w:type="dxa"/>
            <w:tcBorders>
              <w:top w:val="single" w:sz="3" w:space="0" w:color="767676"/>
              <w:left w:val="single" w:sz="3" w:space="0" w:color="767676"/>
              <w:bottom w:val="single" w:sz="4" w:space="0" w:color="767676"/>
              <w:right w:val="single" w:sz="3" w:space="0" w:color="767676"/>
            </w:tcBorders>
            <w:tcMar>
              <w:left w:w="0" w:type="dxa"/>
              <w:right w:w="0" w:type="dxa"/>
            </w:tcMar>
          </w:tcPr>
          <w:p w14:paraId="6197370A"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Cod poștal</w:t>
            </w:r>
          </w:p>
        </w:tc>
        <w:tc>
          <w:tcPr>
            <w:tcW w:w="4674" w:type="dxa"/>
            <w:gridSpan w:val="3"/>
            <w:tcBorders>
              <w:top w:val="single" w:sz="3" w:space="0" w:color="767676"/>
              <w:left w:val="single" w:sz="3" w:space="0" w:color="767676"/>
              <w:bottom w:val="single" w:sz="4" w:space="0" w:color="767676"/>
              <w:right w:val="single" w:sz="3" w:space="0" w:color="767676"/>
            </w:tcBorders>
            <w:tcMar>
              <w:left w:w="0" w:type="dxa"/>
              <w:right w:w="0" w:type="dxa"/>
            </w:tcMar>
          </w:tcPr>
          <w:p w14:paraId="012776CB"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80" w:type="dxa"/>
            <w:tcBorders>
              <w:top w:val="single" w:sz="3" w:space="0" w:color="767676"/>
              <w:left w:val="single" w:sz="3" w:space="0" w:color="767676"/>
              <w:bottom w:val="single" w:sz="4" w:space="0" w:color="767676"/>
              <w:right w:val="single" w:sz="3" w:space="0" w:color="767676"/>
            </w:tcBorders>
            <w:tcMar>
              <w:left w:w="0" w:type="dxa"/>
              <w:right w:w="0" w:type="dxa"/>
            </w:tcMar>
          </w:tcPr>
          <w:p w14:paraId="6204FC65"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2336" w:type="dxa"/>
            <w:tcBorders>
              <w:top w:val="single" w:sz="3" w:space="0" w:color="767676"/>
              <w:left w:val="single" w:sz="3" w:space="0" w:color="767676"/>
              <w:bottom w:val="single" w:sz="4" w:space="0" w:color="767676"/>
              <w:right w:val="single" w:sz="3" w:space="0" w:color="767676"/>
            </w:tcBorders>
            <w:tcMar>
              <w:left w:w="0" w:type="dxa"/>
              <w:right w:w="0" w:type="dxa"/>
            </w:tcMar>
          </w:tcPr>
          <w:p w14:paraId="7453A6CD"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Bl. / sc. / et. / ap.</w:t>
            </w:r>
          </w:p>
        </w:tc>
      </w:tr>
      <w:tr w:rsidR="00BD2397" w:rsidRPr="00F9681E" w14:paraId="262BB7B8" w14:textId="77777777">
        <w:trPr>
          <w:trHeight w:hRule="exact" w:val="512"/>
        </w:trPr>
        <w:tc>
          <w:tcPr>
            <w:tcW w:w="5452" w:type="dxa"/>
            <w:gridSpan w:val="3"/>
            <w:tcBorders>
              <w:top w:val="single" w:sz="4" w:space="0" w:color="767676"/>
              <w:left w:val="single" w:sz="3" w:space="0" w:color="767676"/>
              <w:bottom w:val="single" w:sz="4" w:space="0" w:color="767676"/>
              <w:right w:val="single" w:sz="4" w:space="0" w:color="767676"/>
            </w:tcBorders>
            <w:tcMar>
              <w:left w:w="0" w:type="dxa"/>
              <w:right w:w="0" w:type="dxa"/>
            </w:tcMar>
          </w:tcPr>
          <w:p w14:paraId="65860FC5" w14:textId="77777777" w:rsidR="00BD2397" w:rsidRPr="00AA5E86" w:rsidRDefault="00B8640C">
            <w:pPr>
              <w:autoSpaceDE w:val="0"/>
              <w:autoSpaceDN w:val="0"/>
              <w:spacing w:after="0" w:line="164" w:lineRule="exact"/>
              <w:ind w:left="100" w:right="3312"/>
              <w:rPr>
                <w:sz w:val="16"/>
                <w:szCs w:val="16"/>
                <w:lang w:val="pt-PT"/>
              </w:rPr>
            </w:pPr>
            <w:r w:rsidRPr="00AA5E86">
              <w:rPr>
                <w:rFonts w:ascii="TimesNewRomanPS" w:eastAsia="TimesNewRomanPS" w:hAnsi="TimesNewRomanPS"/>
                <w:b/>
                <w:color w:val="0D5F78"/>
                <w:w w:val="97"/>
                <w:sz w:val="16"/>
                <w:szCs w:val="16"/>
                <w:lang w:val="pt-PT"/>
              </w:rPr>
              <w:t xml:space="preserve">Număr cadastral </w:t>
            </w:r>
            <w:r w:rsidRPr="00AA5E86">
              <w:rPr>
                <w:sz w:val="16"/>
                <w:szCs w:val="16"/>
                <w:lang w:val="pt-PT"/>
              </w:rPr>
              <w:br/>
            </w:r>
            <w:r w:rsidRPr="00AA5E86">
              <w:rPr>
                <w:rFonts w:ascii="TimesNewRomanPS" w:eastAsia="TimesNewRomanPS" w:hAnsi="TimesNewRomanPS"/>
                <w:i/>
                <w:color w:val="7A7A7A"/>
                <w:w w:val="97"/>
                <w:sz w:val="16"/>
                <w:szCs w:val="16"/>
                <w:lang w:val="pt-PT"/>
              </w:rPr>
              <w:t>dacă imobilul e înscris în e-Terra</w:t>
            </w:r>
          </w:p>
        </w:tc>
        <w:tc>
          <w:tcPr>
            <w:tcW w:w="3896"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6317E150"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Carte </w:t>
            </w:r>
            <w:proofErr w:type="spellStart"/>
            <w:r w:rsidRPr="00F9681E">
              <w:rPr>
                <w:rFonts w:ascii="TimesNewRomanPS" w:eastAsia="TimesNewRomanPS" w:hAnsi="TimesNewRomanPS"/>
                <w:b/>
                <w:color w:val="0D5F78"/>
                <w:w w:val="97"/>
                <w:sz w:val="16"/>
                <w:szCs w:val="16"/>
              </w:rPr>
              <w:t>funciară</w:t>
            </w:r>
            <w:proofErr w:type="spellEnd"/>
            <w:r w:rsidRPr="00F9681E">
              <w:rPr>
                <w:rFonts w:ascii="TimesNewRomanPS" w:eastAsia="TimesNewRomanPS" w:hAnsi="TimesNewRomanPS"/>
                <w:b/>
                <w:color w:val="0D5F78"/>
                <w:w w:val="97"/>
                <w:sz w:val="16"/>
                <w:szCs w:val="16"/>
              </w:rPr>
              <w:t xml:space="preserve"> nr.</w:t>
            </w:r>
          </w:p>
        </w:tc>
      </w:tr>
      <w:tr w:rsidR="00BD2397" w:rsidRPr="00F25656" w14:paraId="3E0FEFFB" w14:textId="77777777">
        <w:trPr>
          <w:trHeight w:hRule="exact" w:val="218"/>
        </w:trPr>
        <w:tc>
          <w:tcPr>
            <w:tcW w:w="9348" w:type="dxa"/>
            <w:gridSpan w:val="6"/>
            <w:tcBorders>
              <w:top w:val="single" w:sz="4" w:space="0" w:color="767676"/>
              <w:left w:val="single" w:sz="3" w:space="0" w:color="767676"/>
              <w:bottom w:val="single" w:sz="4" w:space="0" w:color="767676"/>
              <w:right w:val="single" w:sz="3" w:space="0" w:color="767676"/>
            </w:tcBorders>
            <w:tcMar>
              <w:left w:w="0" w:type="dxa"/>
              <w:right w:w="0" w:type="dxa"/>
            </w:tcMar>
          </w:tcPr>
          <w:p w14:paraId="7633D8C5" w14:textId="77777777" w:rsidR="00BD2397" w:rsidRPr="00AA5E86" w:rsidRDefault="00B8640C">
            <w:pPr>
              <w:autoSpaceDE w:val="0"/>
              <w:autoSpaceDN w:val="0"/>
              <w:spacing w:after="0" w:line="160" w:lineRule="exact"/>
              <w:ind w:left="140"/>
              <w:rPr>
                <w:sz w:val="16"/>
                <w:szCs w:val="16"/>
                <w:lang w:val="pt-PT"/>
              </w:rPr>
            </w:pP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extras de carte funciară actualizat, anexat     </w:t>
            </w: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plan de încadrare în zonă în sistem Stereo 70, anexat</w:t>
            </w:r>
          </w:p>
        </w:tc>
      </w:tr>
    </w:tbl>
    <w:p w14:paraId="0476581D" w14:textId="77777777" w:rsidR="00BD2397" w:rsidRPr="00AA5E86" w:rsidRDefault="00BD2397">
      <w:pPr>
        <w:autoSpaceDE w:val="0"/>
        <w:autoSpaceDN w:val="0"/>
        <w:spacing w:after="0" w:line="116" w:lineRule="exact"/>
        <w:rPr>
          <w:sz w:val="16"/>
          <w:szCs w:val="16"/>
          <w:lang w:val="pt-PT"/>
        </w:rPr>
      </w:pPr>
    </w:p>
    <w:tbl>
      <w:tblPr>
        <w:tblW w:w="0" w:type="auto"/>
        <w:tblInd w:w="606" w:type="dxa"/>
        <w:tblLayout w:type="fixed"/>
        <w:tblLook w:val="04A0" w:firstRow="1" w:lastRow="0" w:firstColumn="1" w:lastColumn="0" w:noHBand="0" w:noVBand="1"/>
      </w:tblPr>
      <w:tblGrid>
        <w:gridCol w:w="9348"/>
      </w:tblGrid>
      <w:tr w:rsidR="00BD2397" w:rsidRPr="00F9681E" w14:paraId="7F8ADD07" w14:textId="77777777">
        <w:trPr>
          <w:trHeight w:hRule="exact" w:val="212"/>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4B1F018A" w14:textId="77777777" w:rsidR="00BD2397" w:rsidRPr="00F9681E" w:rsidRDefault="00B8640C">
            <w:pPr>
              <w:autoSpaceDE w:val="0"/>
              <w:autoSpaceDN w:val="0"/>
              <w:spacing w:after="0" w:line="174" w:lineRule="exact"/>
              <w:ind w:left="100"/>
              <w:rPr>
                <w:sz w:val="16"/>
                <w:szCs w:val="16"/>
              </w:rPr>
            </w:pPr>
            <w:r w:rsidRPr="00AA5E86">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5. </w:t>
            </w:r>
            <w:r w:rsidRPr="00F9681E">
              <w:rPr>
                <w:rFonts w:ascii="TimesNewRomanPS" w:eastAsia="TimesNewRomanPS" w:hAnsi="TimesNewRomanPS"/>
                <w:b/>
                <w:color w:val="000000"/>
                <w:w w:val="102"/>
                <w:sz w:val="16"/>
                <w:szCs w:val="16"/>
              </w:rPr>
              <w:t>SUPRAFAȚA</w:t>
            </w:r>
          </w:p>
        </w:tc>
      </w:tr>
      <w:tr w:rsidR="00BD2397" w:rsidRPr="00F25656" w14:paraId="0E8D50F9" w14:textId="77777777">
        <w:trPr>
          <w:trHeight w:hRule="exact" w:val="502"/>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0D4E43D7" w14:textId="77777777" w:rsidR="00BD2397" w:rsidRPr="00AA5E86" w:rsidRDefault="00B8640C">
            <w:pPr>
              <w:autoSpaceDE w:val="0"/>
              <w:autoSpaceDN w:val="0"/>
              <w:spacing w:after="0" w:line="146" w:lineRule="exact"/>
              <w:ind w:left="100"/>
              <w:rPr>
                <w:sz w:val="16"/>
                <w:szCs w:val="16"/>
                <w:lang w:val="pt-PT"/>
              </w:rPr>
            </w:pPr>
            <w:r w:rsidRPr="00AA5E86">
              <w:rPr>
                <w:rFonts w:ascii="TimesNewRomanPS" w:eastAsia="TimesNewRomanPS" w:hAnsi="TimesNewRomanPS"/>
                <w:b/>
                <w:color w:val="0D5F78"/>
                <w:w w:val="97"/>
                <w:sz w:val="16"/>
                <w:szCs w:val="16"/>
                <w:lang w:val="pt-PT"/>
              </w:rPr>
              <w:t>Suprafața terenului și/sau a construcției pentru care se solicită avizul (m²)</w:t>
            </w:r>
          </w:p>
        </w:tc>
      </w:tr>
    </w:tbl>
    <w:p w14:paraId="5E6806F8" w14:textId="77777777" w:rsidR="00BD2397" w:rsidRPr="00AA5E86" w:rsidRDefault="00BD2397">
      <w:pPr>
        <w:autoSpaceDE w:val="0"/>
        <w:autoSpaceDN w:val="0"/>
        <w:spacing w:after="0" w:line="118" w:lineRule="exact"/>
        <w:rPr>
          <w:sz w:val="16"/>
          <w:szCs w:val="16"/>
          <w:lang w:val="pt-PT"/>
        </w:rPr>
      </w:pPr>
    </w:p>
    <w:tbl>
      <w:tblPr>
        <w:tblW w:w="0" w:type="auto"/>
        <w:tblInd w:w="606" w:type="dxa"/>
        <w:tblLayout w:type="fixed"/>
        <w:tblLook w:val="04A0" w:firstRow="1" w:lastRow="0" w:firstColumn="1" w:lastColumn="0" w:noHBand="0" w:noVBand="1"/>
      </w:tblPr>
      <w:tblGrid>
        <w:gridCol w:w="9348"/>
      </w:tblGrid>
      <w:tr w:rsidR="00BD2397" w:rsidRPr="00F9681E" w14:paraId="50FF1771" w14:textId="77777777">
        <w:trPr>
          <w:trHeight w:hRule="exact" w:val="210"/>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57E03FDE" w14:textId="77777777" w:rsidR="00BD2397" w:rsidRPr="00F9681E" w:rsidRDefault="00B8640C">
            <w:pPr>
              <w:autoSpaceDE w:val="0"/>
              <w:autoSpaceDN w:val="0"/>
              <w:spacing w:after="0" w:line="174" w:lineRule="exact"/>
              <w:ind w:left="100"/>
              <w:rPr>
                <w:sz w:val="16"/>
                <w:szCs w:val="16"/>
              </w:rPr>
            </w:pPr>
            <w:r w:rsidRPr="00AA5E86">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6. </w:t>
            </w:r>
            <w:r w:rsidRPr="00F9681E">
              <w:rPr>
                <w:rFonts w:ascii="TimesNewRomanPS" w:eastAsia="TimesNewRomanPS" w:hAnsi="TimesNewRomanPS"/>
                <w:b/>
                <w:color w:val="000000"/>
                <w:w w:val="102"/>
                <w:sz w:val="16"/>
                <w:szCs w:val="16"/>
              </w:rPr>
              <w:t>ANEXEZ PREZENTEI SOLICITĂRI</w:t>
            </w:r>
          </w:p>
        </w:tc>
      </w:tr>
      <w:tr w:rsidR="00BD2397" w:rsidRPr="00F25656" w14:paraId="760032FB" w14:textId="77777777" w:rsidTr="00187A6E">
        <w:trPr>
          <w:trHeight w:hRule="exact" w:val="869"/>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65332430" w14:textId="77777777" w:rsidR="00BD2397" w:rsidRPr="00AA5E86" w:rsidRDefault="00B8640C">
            <w:pPr>
              <w:autoSpaceDE w:val="0"/>
              <w:autoSpaceDN w:val="0"/>
              <w:spacing w:after="0" w:line="204" w:lineRule="exact"/>
              <w:ind w:left="100" w:right="5184"/>
              <w:rPr>
                <w:sz w:val="16"/>
                <w:szCs w:val="16"/>
                <w:lang w:val="pt-PT"/>
              </w:rPr>
            </w:pP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copie a certificatului de înregistrare (C.U.I.)</w:t>
            </w:r>
            <w:r w:rsidRPr="00AA5E86">
              <w:rPr>
                <w:sz w:val="16"/>
                <w:szCs w:val="16"/>
                <w:lang w:val="pt-PT"/>
              </w:rPr>
              <w:br/>
            </w: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copie a actului de identitate al asociatului / administratorului</w:t>
            </w:r>
          </w:p>
        </w:tc>
      </w:tr>
      <w:tr w:rsidR="00BD2397" w:rsidRPr="00F25656" w14:paraId="16544FF1" w14:textId="77777777">
        <w:trPr>
          <w:trHeight w:hRule="exact" w:val="216"/>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00B0B675" w14:textId="77777777" w:rsidR="00BD2397" w:rsidRPr="00AA5E86" w:rsidRDefault="00B8640C">
            <w:pPr>
              <w:autoSpaceDE w:val="0"/>
              <w:autoSpaceDN w:val="0"/>
              <w:spacing w:after="0" w:line="160" w:lineRule="exact"/>
              <w:ind w:left="140"/>
              <w:rPr>
                <w:sz w:val="16"/>
                <w:szCs w:val="16"/>
                <w:lang w:val="pt-PT"/>
              </w:rPr>
            </w:pP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extras de carte funciară pentru informare     </w:t>
            </w: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plan de amplasament     </w:t>
            </w: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contract de închiriere, după caz</w:t>
            </w:r>
          </w:p>
        </w:tc>
      </w:tr>
      <w:tr w:rsidR="00BD2397" w:rsidRPr="00F25656" w14:paraId="74E72019" w14:textId="77777777">
        <w:trPr>
          <w:trHeight w:hRule="exact" w:val="21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3B8B9530" w14:textId="77777777" w:rsidR="00BD2397" w:rsidRPr="00AA5E86" w:rsidRDefault="00B8640C">
            <w:pPr>
              <w:autoSpaceDE w:val="0"/>
              <w:autoSpaceDN w:val="0"/>
              <w:spacing w:after="0" w:line="160" w:lineRule="exact"/>
              <w:ind w:left="140"/>
              <w:rPr>
                <w:sz w:val="16"/>
                <w:szCs w:val="16"/>
                <w:lang w:val="pt-PT"/>
              </w:rPr>
            </w:pP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memoriu tehnic     </w:t>
            </w:r>
            <w:r w:rsidRPr="00AA5E86">
              <w:rPr>
                <w:rFonts w:ascii="SegoeUISymbol" w:eastAsia="SegoeUISymbol" w:hAnsi="SegoeUISymbol"/>
                <w:color w:val="000000"/>
                <w:w w:val="103"/>
                <w:sz w:val="16"/>
                <w:szCs w:val="16"/>
                <w:lang w:val="pt-PT"/>
              </w:rPr>
              <w:t>☐</w:t>
            </w:r>
            <w:r w:rsidRPr="00AA5E86">
              <w:rPr>
                <w:rFonts w:ascii="TimesNewRomanPSMT" w:eastAsia="TimesNewRomanPSMT" w:hAnsi="TimesNewRomanPSMT"/>
                <w:color w:val="000000"/>
                <w:w w:val="103"/>
                <w:sz w:val="16"/>
                <w:szCs w:val="16"/>
                <w:lang w:val="pt-PT"/>
              </w:rPr>
              <w:t xml:space="preserve"> avizul anterior, după caz</w:t>
            </w:r>
          </w:p>
        </w:tc>
      </w:tr>
      <w:tr w:rsidR="00BD2397" w:rsidRPr="00F25656" w14:paraId="374EF479" w14:textId="77777777">
        <w:trPr>
          <w:trHeight w:hRule="exact" w:val="5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61C75684" w14:textId="77777777" w:rsidR="00BD2397" w:rsidRPr="00AA5E86" w:rsidRDefault="00BD2397">
            <w:pPr>
              <w:spacing w:after="0"/>
              <w:rPr>
                <w:sz w:val="16"/>
                <w:szCs w:val="16"/>
                <w:lang w:val="pt-PT"/>
              </w:rPr>
            </w:pPr>
          </w:p>
        </w:tc>
      </w:tr>
    </w:tbl>
    <w:p w14:paraId="6B059CB9" w14:textId="77777777" w:rsidR="00BD2397" w:rsidRPr="00AA5E86" w:rsidRDefault="00BD2397">
      <w:pPr>
        <w:autoSpaceDE w:val="0"/>
        <w:autoSpaceDN w:val="0"/>
        <w:spacing w:after="0" w:line="118" w:lineRule="exact"/>
        <w:rPr>
          <w:sz w:val="16"/>
          <w:szCs w:val="16"/>
          <w:lang w:val="pt-PT"/>
        </w:rPr>
      </w:pPr>
    </w:p>
    <w:tbl>
      <w:tblPr>
        <w:tblW w:w="0" w:type="auto"/>
        <w:tblInd w:w="606" w:type="dxa"/>
        <w:tblLayout w:type="fixed"/>
        <w:tblLook w:val="04A0" w:firstRow="1" w:lastRow="0" w:firstColumn="1" w:lastColumn="0" w:noHBand="0" w:noVBand="1"/>
      </w:tblPr>
      <w:tblGrid>
        <w:gridCol w:w="1558"/>
        <w:gridCol w:w="4674"/>
        <w:gridCol w:w="3116"/>
      </w:tblGrid>
      <w:tr w:rsidR="00BD2397" w:rsidRPr="00F9681E" w14:paraId="1025AA9B" w14:textId="77777777">
        <w:trPr>
          <w:trHeight w:hRule="exact" w:val="212"/>
        </w:trPr>
        <w:tc>
          <w:tcPr>
            <w:tcW w:w="9348" w:type="dxa"/>
            <w:gridSpan w:val="3"/>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515A4C15" w14:textId="77777777" w:rsidR="00BD2397" w:rsidRPr="00F9681E" w:rsidRDefault="00B8640C">
            <w:pPr>
              <w:autoSpaceDE w:val="0"/>
              <w:autoSpaceDN w:val="0"/>
              <w:spacing w:after="0" w:line="174" w:lineRule="exact"/>
              <w:ind w:left="100"/>
              <w:rPr>
                <w:sz w:val="16"/>
                <w:szCs w:val="16"/>
              </w:rPr>
            </w:pPr>
            <w:r w:rsidRPr="00AA5E86">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7. </w:t>
            </w:r>
            <w:r w:rsidRPr="00F9681E">
              <w:rPr>
                <w:rFonts w:ascii="TimesNewRomanPS" w:eastAsia="TimesNewRomanPS" w:hAnsi="TimesNewRomanPS"/>
                <w:b/>
                <w:color w:val="000000"/>
                <w:w w:val="102"/>
                <w:sz w:val="16"/>
                <w:szCs w:val="16"/>
              </w:rPr>
              <w:t>DATA ȘI SEMNĂTURA</w:t>
            </w:r>
          </w:p>
        </w:tc>
      </w:tr>
      <w:tr w:rsidR="00BD2397" w:rsidRPr="00F9681E" w14:paraId="213AC402" w14:textId="77777777">
        <w:trPr>
          <w:trHeight w:hRule="exact" w:val="188"/>
        </w:trPr>
        <w:tc>
          <w:tcPr>
            <w:tcW w:w="9348" w:type="dxa"/>
            <w:gridSpan w:val="3"/>
            <w:tcBorders>
              <w:top w:val="single" w:sz="4" w:space="0" w:color="767676"/>
              <w:left w:val="single" w:sz="3" w:space="0" w:color="767676"/>
              <w:bottom w:val="single" w:sz="3" w:space="0" w:color="767676"/>
              <w:right w:val="single" w:sz="3" w:space="0" w:color="767676"/>
            </w:tcBorders>
            <w:tcMar>
              <w:left w:w="0" w:type="dxa"/>
              <w:right w:w="0" w:type="dxa"/>
            </w:tcMar>
          </w:tcPr>
          <w:p w14:paraId="100EC225" w14:textId="77777777" w:rsidR="00BD2397" w:rsidRPr="00F9681E" w:rsidRDefault="00B8640C">
            <w:pPr>
              <w:autoSpaceDE w:val="0"/>
              <w:autoSpaceDN w:val="0"/>
              <w:spacing w:after="0" w:line="164" w:lineRule="exact"/>
              <w:ind w:left="100"/>
              <w:rPr>
                <w:sz w:val="16"/>
                <w:szCs w:val="16"/>
              </w:rPr>
            </w:pPr>
            <w:r w:rsidRPr="00F9681E">
              <w:rPr>
                <w:rFonts w:ascii="TimesNewRomanPS" w:eastAsia="TimesNewRomanPS" w:hAnsi="TimesNewRomanPS"/>
                <w:i/>
                <w:color w:val="000000"/>
                <w:w w:val="97"/>
                <w:sz w:val="16"/>
                <w:szCs w:val="16"/>
              </w:rPr>
              <w:t>Declar pe propria răspundere, cunoscând prevederile legii penale privind falsul în declarații, că datele înscrise sunt reale și exacte.</w:t>
            </w:r>
          </w:p>
        </w:tc>
      </w:tr>
      <w:tr w:rsidR="00BD2397" w:rsidRPr="00F9681E" w14:paraId="5188562A" w14:textId="77777777">
        <w:trPr>
          <w:trHeight w:hRule="exact" w:val="504"/>
        </w:trPr>
        <w:tc>
          <w:tcPr>
            <w:tcW w:w="1558" w:type="dxa"/>
            <w:tcBorders>
              <w:top w:val="single" w:sz="3" w:space="0" w:color="767676"/>
              <w:left w:val="single" w:sz="3" w:space="0" w:color="767676"/>
              <w:bottom w:val="single" w:sz="3" w:space="0" w:color="767676"/>
              <w:right w:val="single" w:sz="3" w:space="0" w:color="767676"/>
            </w:tcBorders>
            <w:tcMar>
              <w:left w:w="0" w:type="dxa"/>
              <w:right w:w="0" w:type="dxa"/>
            </w:tcMar>
          </w:tcPr>
          <w:p w14:paraId="667E4DE7"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Data</w:t>
            </w:r>
          </w:p>
        </w:tc>
        <w:tc>
          <w:tcPr>
            <w:tcW w:w="4674" w:type="dxa"/>
            <w:tcBorders>
              <w:top w:val="single" w:sz="3" w:space="0" w:color="767676"/>
              <w:left w:val="single" w:sz="3" w:space="0" w:color="767676"/>
              <w:bottom w:val="single" w:sz="3" w:space="0" w:color="767676"/>
              <w:right w:val="single" w:sz="3" w:space="0" w:color="767676"/>
            </w:tcBorders>
            <w:tcMar>
              <w:left w:w="0" w:type="dxa"/>
              <w:right w:w="0" w:type="dxa"/>
            </w:tcMar>
          </w:tcPr>
          <w:p w14:paraId="167F7435"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Solicitantul</w:t>
            </w:r>
          </w:p>
        </w:tc>
        <w:tc>
          <w:tcPr>
            <w:tcW w:w="3116" w:type="dxa"/>
            <w:tcBorders>
              <w:top w:val="single" w:sz="3" w:space="0" w:color="767676"/>
              <w:left w:val="single" w:sz="3" w:space="0" w:color="767676"/>
              <w:bottom w:val="single" w:sz="3" w:space="0" w:color="767676"/>
              <w:right w:val="single" w:sz="3" w:space="0" w:color="767676"/>
            </w:tcBorders>
            <w:tcMar>
              <w:left w:w="0" w:type="dxa"/>
              <w:right w:w="0" w:type="dxa"/>
            </w:tcMar>
          </w:tcPr>
          <w:p w14:paraId="3299CE33"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Semnătura</w:t>
            </w:r>
          </w:p>
        </w:tc>
      </w:tr>
    </w:tbl>
    <w:p w14:paraId="765E68B7" w14:textId="77777777" w:rsidR="00BD2397" w:rsidRPr="00F9681E" w:rsidRDefault="00B8640C">
      <w:pPr>
        <w:tabs>
          <w:tab w:val="left" w:pos="4838"/>
        </w:tabs>
        <w:autoSpaceDE w:val="0"/>
        <w:autoSpaceDN w:val="0"/>
        <w:spacing w:after="0" w:line="144" w:lineRule="exact"/>
        <w:ind w:left="710"/>
        <w:rPr>
          <w:sz w:val="16"/>
          <w:szCs w:val="16"/>
        </w:rPr>
      </w:pPr>
      <w:r w:rsidRPr="00F9681E">
        <w:rPr>
          <w:rFonts w:ascii="TimesNewRomanPSMT" w:eastAsia="TimesNewRomanPSMT" w:hAnsi="TimesNewRomanPSMT"/>
          <w:color w:val="595959"/>
          <w:w w:val="97"/>
          <w:sz w:val="16"/>
          <w:szCs w:val="16"/>
        </w:rPr>
        <w:t xml:space="preserve">F_05 · versiunea 1.0 </w:t>
      </w:r>
      <w:r w:rsidRPr="00F9681E">
        <w:rPr>
          <w:sz w:val="16"/>
          <w:szCs w:val="16"/>
        </w:rPr>
        <w:tab/>
      </w:r>
      <w:r w:rsidRPr="00F9681E">
        <w:rPr>
          <w:rFonts w:ascii="TimesNewRomanPSMT" w:eastAsia="TimesNewRomanPSMT" w:hAnsi="TimesNewRomanPSMT"/>
          <w:color w:val="595959"/>
          <w:w w:val="97"/>
          <w:sz w:val="16"/>
          <w:szCs w:val="16"/>
        </w:rPr>
        <w:t>pagina 2 din 2</w:t>
      </w:r>
    </w:p>
    <w:p w14:paraId="3061D661" w14:textId="77777777" w:rsidR="00BD2397" w:rsidRDefault="00BD2397">
      <w:pPr>
        <w:autoSpaceDE w:val="0"/>
        <w:autoSpaceDN w:val="0"/>
        <w:spacing w:after="0" w:line="126" w:lineRule="exact"/>
      </w:pPr>
    </w:p>
    <w:sectPr w:rsidR="00BD2397" w:rsidSect="00AA5E86">
      <w:pgSz w:w="11900" w:h="16840"/>
      <w:pgMar w:top="126" w:right="546" w:bottom="236" w:left="1166"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SegoeUISymbol">
    <w:altName w:val="Segoe U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998923292">
    <w:abstractNumId w:val="8"/>
  </w:num>
  <w:num w:numId="2" w16cid:durableId="1203707137">
    <w:abstractNumId w:val="6"/>
  </w:num>
  <w:num w:numId="3" w16cid:durableId="1936549175">
    <w:abstractNumId w:val="5"/>
  </w:num>
  <w:num w:numId="4" w16cid:durableId="1431438760">
    <w:abstractNumId w:val="4"/>
  </w:num>
  <w:num w:numId="5" w16cid:durableId="1808544254">
    <w:abstractNumId w:val="7"/>
  </w:num>
  <w:num w:numId="6" w16cid:durableId="964238613">
    <w:abstractNumId w:val="3"/>
  </w:num>
  <w:num w:numId="7" w16cid:durableId="1966421534">
    <w:abstractNumId w:val="2"/>
  </w:num>
  <w:num w:numId="8" w16cid:durableId="1682926627">
    <w:abstractNumId w:val="1"/>
  </w:num>
  <w:num w:numId="9" w16cid:durableId="714043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864"/>
    <w:rsid w:val="00034616"/>
    <w:rsid w:val="0006063C"/>
    <w:rsid w:val="0015074B"/>
    <w:rsid w:val="00184E29"/>
    <w:rsid w:val="00187A6E"/>
    <w:rsid w:val="001C63D4"/>
    <w:rsid w:val="0029639D"/>
    <w:rsid w:val="002A5EAB"/>
    <w:rsid w:val="00326F90"/>
    <w:rsid w:val="003C5479"/>
    <w:rsid w:val="003D684B"/>
    <w:rsid w:val="003F7FDF"/>
    <w:rsid w:val="004761A5"/>
    <w:rsid w:val="00616AC8"/>
    <w:rsid w:val="00646AD5"/>
    <w:rsid w:val="0068581A"/>
    <w:rsid w:val="006D04F1"/>
    <w:rsid w:val="00736A20"/>
    <w:rsid w:val="00786EB1"/>
    <w:rsid w:val="00912339"/>
    <w:rsid w:val="00944F95"/>
    <w:rsid w:val="00971984"/>
    <w:rsid w:val="00A1149B"/>
    <w:rsid w:val="00AA1D8D"/>
    <w:rsid w:val="00AA5E86"/>
    <w:rsid w:val="00AB1449"/>
    <w:rsid w:val="00B47730"/>
    <w:rsid w:val="00B84130"/>
    <w:rsid w:val="00B8640C"/>
    <w:rsid w:val="00BD2397"/>
    <w:rsid w:val="00BE77F5"/>
    <w:rsid w:val="00C44B4D"/>
    <w:rsid w:val="00C53134"/>
    <w:rsid w:val="00CB0664"/>
    <w:rsid w:val="00CE6227"/>
    <w:rsid w:val="00DA3B01"/>
    <w:rsid w:val="00F25656"/>
    <w:rsid w:val="00F968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0A6833"/>
  <w14:defaultImageDpi w14:val="300"/>
  <w15:docId w15:val="{CB65B50A-E125-4280-AF44-0AF07E362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B8640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8640C"/>
    <w:rPr>
      <w:rFonts w:ascii="Tahoma" w:hAnsi="Tahoma" w:cs="Tahoma"/>
      <w:sz w:val="16"/>
      <w:szCs w:val="16"/>
    </w:rPr>
  </w:style>
  <w:style w:type="character" w:styleId="Hyperlink">
    <w:name w:val="Hyperlink"/>
    <w:rsid w:val="00B8640C"/>
    <w:rPr>
      <w:color w:val="0000FF"/>
      <w:u w:val="single"/>
    </w:rPr>
  </w:style>
  <w:style w:type="character" w:styleId="MeniuneNerezolvat">
    <w:name w:val="Unresolved Mention"/>
    <w:basedOn w:val="Fontdeparagrafimplicit"/>
    <w:uiPriority w:val="99"/>
    <w:semiHidden/>
    <w:unhideWhenUsed/>
    <w:rsid w:val="00F256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Program%20Files\Indaco\Lege4\Cache\208h867b.tmp"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CC230-C750-4D98-BAB0-623FAB7B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Secretariat</cp:lastModifiedBy>
  <cp:revision>4</cp:revision>
  <dcterms:created xsi:type="dcterms:W3CDTF">2026-09-07T11:35:00Z</dcterms:created>
  <dcterms:modified xsi:type="dcterms:W3CDTF">2026-09-08T08:50:00Z</dcterms:modified>
</cp:coreProperties>
</file>