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1A14" w14:textId="77777777" w:rsidR="00BD2397" w:rsidRDefault="00BD2397">
      <w:pPr>
        <w:autoSpaceDE w:val="0"/>
        <w:autoSpaceDN w:val="0"/>
        <w:spacing w:after="0" w:line="126" w:lineRule="exact"/>
      </w:pPr>
    </w:p>
    <w:p w14:paraId="143A4C2C" w14:textId="77777777" w:rsidR="00BD2397" w:rsidRPr="00912339" w:rsidRDefault="00BD2397">
      <w:pPr>
        <w:autoSpaceDE w:val="0"/>
        <w:autoSpaceDN w:val="0"/>
        <w:spacing w:after="0" w:line="126" w:lineRule="exact"/>
        <w:rPr>
          <w:lang w:val="sv-SE"/>
        </w:rPr>
      </w:pPr>
    </w:p>
    <w:p w14:paraId="0B267DD6" w14:textId="77777777" w:rsidR="00BD2397" w:rsidRPr="00912339" w:rsidRDefault="00BD2397">
      <w:pPr>
        <w:autoSpaceDE w:val="0"/>
        <w:autoSpaceDN w:val="0"/>
        <w:spacing w:after="0" w:line="126" w:lineRule="exact"/>
        <w:rPr>
          <w:lang w:val="sv-SE"/>
        </w:rPr>
      </w:pPr>
    </w:p>
    <w:p w14:paraId="33DA3ED8" w14:textId="6BD0604B" w:rsidR="00D027DE" w:rsidRPr="001F7E48" w:rsidRDefault="00D027DE" w:rsidP="00D027DE">
      <w:pPr>
        <w:autoSpaceDE w:val="0"/>
        <w:autoSpaceDN w:val="0"/>
        <w:spacing w:after="0" w:line="292" w:lineRule="exact"/>
        <w:rPr>
          <w:lang w:val="pt-PT"/>
        </w:rPr>
      </w:pPr>
      <w:r>
        <w:rPr>
          <w:rFonts w:ascii="Times New Roman" w:hAnsi="Times New Roman"/>
          <w:b/>
          <w:noProof/>
          <w:lang w:val="en-GB" w:eastAsia="en-GB"/>
        </w:rPr>
        <w:drawing>
          <wp:anchor distT="0" distB="0" distL="114300" distR="114300" simplePos="0" relativeHeight="251662336" behindDoc="0" locked="0" layoutInCell="1" allowOverlap="1" wp14:anchorId="340B1FB3" wp14:editId="36B77DE5">
            <wp:simplePos x="0" y="0"/>
            <wp:positionH relativeFrom="margin">
              <wp:align>left</wp:align>
            </wp:positionH>
            <wp:positionV relativeFrom="paragraph">
              <wp:posOffset>148590</wp:posOffset>
            </wp:positionV>
            <wp:extent cx="719455" cy="1075690"/>
            <wp:effectExtent l="0" t="0" r="4445" b="0"/>
            <wp:wrapSquare wrapText="bothSides"/>
            <wp:docPr id="1128169557"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719455" cy="1075690"/>
                    </a:xfrm>
                    <a:prstGeom prst="rect">
                      <a:avLst/>
                    </a:prstGeom>
                    <a:noFill/>
                    <a:ln>
                      <a:noFill/>
                      <a:prstDash/>
                    </a:ln>
                  </pic:spPr>
                </pic:pic>
              </a:graphicData>
            </a:graphic>
          </wp:anchor>
        </w:drawing>
      </w:r>
    </w:p>
    <w:p w14:paraId="56A9B35E" w14:textId="77777777" w:rsidR="00D027DE" w:rsidRPr="001F7E48" w:rsidRDefault="00D027DE" w:rsidP="00D027DE">
      <w:pPr>
        <w:tabs>
          <w:tab w:val="left" w:pos="7365"/>
          <w:tab w:val="left" w:pos="7635"/>
          <w:tab w:val="right" w:pos="7923"/>
        </w:tabs>
        <w:spacing w:after="0" w:line="240" w:lineRule="auto"/>
        <w:jc w:val="both"/>
        <w:rPr>
          <w:rFonts w:ascii="Arial Narrow" w:hAnsi="Arial Narrow"/>
          <w:b/>
          <w:sz w:val="16"/>
          <w:szCs w:val="16"/>
          <w:lang w:val="pt-PT"/>
        </w:rPr>
      </w:pPr>
      <w:r w:rsidRPr="001F7E48">
        <w:rPr>
          <w:rFonts w:ascii="Arial Narrow" w:hAnsi="Arial Narrow"/>
          <w:sz w:val="16"/>
          <w:szCs w:val="16"/>
          <w:lang w:val="pt-PT"/>
        </w:rPr>
        <w:t xml:space="preserve">Judeţul  MUREŞ                                                                                                    </w:t>
      </w:r>
      <w:r w:rsidRPr="001F7E48">
        <w:rPr>
          <w:rFonts w:ascii="Arial Narrow" w:hAnsi="Arial Narrow"/>
          <w:b/>
          <w:sz w:val="16"/>
          <w:szCs w:val="16"/>
          <w:lang w:val="pt-PT"/>
        </w:rPr>
        <w:t xml:space="preserve"> </w:t>
      </w:r>
      <w:r w:rsidRPr="001F7E48">
        <w:rPr>
          <w:rFonts w:ascii="Arial Narrow" w:hAnsi="Arial Narrow"/>
          <w:sz w:val="16"/>
          <w:szCs w:val="16"/>
          <w:lang w:val="pt-PT"/>
        </w:rPr>
        <w:t xml:space="preserve">   </w:t>
      </w:r>
      <w:r w:rsidRPr="001F7E48">
        <w:rPr>
          <w:rFonts w:ascii="Arial Narrow" w:hAnsi="Arial Narrow"/>
          <w:b/>
          <w:sz w:val="16"/>
          <w:szCs w:val="16"/>
          <w:lang w:val="pt-PT"/>
        </w:rPr>
        <w:t xml:space="preserve"> </w:t>
      </w:r>
      <w:r w:rsidRPr="001F7E48">
        <w:rPr>
          <w:rFonts w:ascii="Arial Narrow" w:hAnsi="Arial Narrow"/>
          <w:sz w:val="16"/>
          <w:szCs w:val="16"/>
          <w:lang w:val="pt-PT"/>
        </w:rPr>
        <w:t xml:space="preserve"> </w:t>
      </w:r>
      <w:r w:rsidRPr="001F7E48">
        <w:rPr>
          <w:rFonts w:ascii="Arial Narrow" w:hAnsi="Arial Narrow"/>
          <w:sz w:val="16"/>
          <w:szCs w:val="16"/>
          <w:lang w:val="pt-PT"/>
        </w:rPr>
        <w:tab/>
      </w:r>
    </w:p>
    <w:p w14:paraId="47530141" w14:textId="77777777" w:rsidR="00D027DE" w:rsidRPr="001F7E48" w:rsidRDefault="00D027DE" w:rsidP="00D027DE">
      <w:pPr>
        <w:spacing w:after="0" w:line="240" w:lineRule="auto"/>
        <w:jc w:val="both"/>
        <w:rPr>
          <w:rFonts w:ascii="Arial Narrow" w:hAnsi="Arial Narrow"/>
          <w:b/>
          <w:bCs/>
          <w:color w:val="000000"/>
          <w:sz w:val="16"/>
          <w:szCs w:val="16"/>
          <w:lang w:val="pt-PT"/>
        </w:rPr>
      </w:pPr>
      <w:r w:rsidRPr="00B8640C">
        <w:rPr>
          <w:rFonts w:ascii="Arial Narrow" w:hAnsi="Arial Narrow"/>
          <w:noProof/>
          <w:color w:val="000000"/>
          <w:sz w:val="16"/>
          <w:szCs w:val="16"/>
        </w:rPr>
        <mc:AlternateContent>
          <mc:Choice Requires="wps">
            <w:drawing>
              <wp:anchor distT="0" distB="0" distL="114300" distR="114300" simplePos="0" relativeHeight="251660288" behindDoc="0" locked="0" layoutInCell="1" allowOverlap="1" wp14:anchorId="59CF6172" wp14:editId="03DA4163">
                <wp:simplePos x="0" y="0"/>
                <wp:positionH relativeFrom="column">
                  <wp:posOffset>3457575</wp:posOffset>
                </wp:positionH>
                <wp:positionV relativeFrom="paragraph">
                  <wp:posOffset>34925</wp:posOffset>
                </wp:positionV>
                <wp:extent cx="361950" cy="134620"/>
                <wp:effectExtent l="0" t="0" r="0" b="1905"/>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94B46C" w14:textId="77777777" w:rsidR="00D027DE" w:rsidRPr="0027027D" w:rsidRDefault="00D027DE" w:rsidP="00D027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F6172" id="_x0000_t202" coordsize="21600,21600" o:spt="202" path="m,l,21600r21600,l21600,xe">
                <v:stroke joinstyle="miter"/>
                <v:path gradientshapeok="t" o:connecttype="rect"/>
              </v:shapetype>
              <v:shape id="Text Box 84" o:spid="_x0000_s1026" type="#_x0000_t202" style="position:absolute;left:0;text-align:left;margin-left:272.25pt;margin-top:2.75pt;width:28.5pt;height:1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" stroked="f">
                <v:textbox>
                  <w:txbxContent>
                    <w:p w14:paraId="1094B46C" w14:textId="77777777" w:rsidR="00D027DE" w:rsidRPr="0027027D" w:rsidRDefault="00D027DE" w:rsidP="00D027DE"/>
                  </w:txbxContent>
                </v:textbox>
              </v:shape>
            </w:pict>
          </mc:Fallback>
        </mc:AlternateContent>
      </w:r>
      <w:r w:rsidRPr="001F7E48">
        <w:rPr>
          <w:rFonts w:ascii="Arial Narrow" w:hAnsi="Arial Narrow"/>
          <w:bCs/>
          <w:color w:val="000000"/>
          <w:sz w:val="16"/>
          <w:szCs w:val="16"/>
          <w:lang w:val="pt-PT"/>
        </w:rPr>
        <w:t xml:space="preserve">Comuna </w:t>
      </w:r>
      <w:r>
        <w:rPr>
          <w:rFonts w:ascii="Arial Narrow" w:hAnsi="Arial Narrow"/>
          <w:bCs/>
          <w:color w:val="000000"/>
          <w:sz w:val="16"/>
          <w:szCs w:val="16"/>
          <w:lang w:val="pt-PT"/>
        </w:rPr>
        <w:t>Zau de Câmpie</w:t>
      </w:r>
      <w:r w:rsidRPr="001F7E48">
        <w:rPr>
          <w:rFonts w:ascii="Arial Narrow" w:hAnsi="Arial Narrow"/>
          <w:bCs/>
          <w:color w:val="000000"/>
          <w:sz w:val="16"/>
          <w:szCs w:val="16"/>
          <w:lang w:val="pt-PT"/>
        </w:rPr>
        <w:tab/>
      </w:r>
      <w:r w:rsidRPr="001F7E48">
        <w:rPr>
          <w:rFonts w:ascii="Arial Narrow" w:hAnsi="Arial Narrow"/>
          <w:bCs/>
          <w:color w:val="000000"/>
          <w:sz w:val="16"/>
          <w:szCs w:val="16"/>
          <w:lang w:val="pt-PT"/>
        </w:rPr>
        <w:tab/>
      </w:r>
      <w:r w:rsidRPr="001F7E48">
        <w:rPr>
          <w:rFonts w:ascii="Arial Narrow" w:hAnsi="Arial Narrow"/>
          <w:bCs/>
          <w:color w:val="000000"/>
          <w:sz w:val="16"/>
          <w:szCs w:val="16"/>
          <w:lang w:val="pt-PT"/>
        </w:rPr>
        <w:tab/>
      </w:r>
      <w:r w:rsidRPr="001F7E48">
        <w:rPr>
          <w:rFonts w:ascii="Arial Narrow" w:hAnsi="Arial Narrow"/>
          <w:bCs/>
          <w:color w:val="000000"/>
          <w:sz w:val="16"/>
          <w:szCs w:val="16"/>
          <w:lang w:val="pt-PT"/>
        </w:rPr>
        <w:tab/>
      </w:r>
      <w:r w:rsidRPr="001F7E48">
        <w:rPr>
          <w:rFonts w:ascii="Arial Narrow" w:hAnsi="Arial Narrow"/>
          <w:bCs/>
          <w:color w:val="000000"/>
          <w:sz w:val="16"/>
          <w:szCs w:val="16"/>
          <w:lang w:val="pt-PT"/>
        </w:rPr>
        <w:tab/>
      </w:r>
      <w:r w:rsidRPr="001F7E48">
        <w:rPr>
          <w:rFonts w:ascii="Arial Narrow" w:hAnsi="Arial Narrow"/>
          <w:bCs/>
          <w:color w:val="000000"/>
          <w:sz w:val="16"/>
          <w:szCs w:val="16"/>
          <w:lang w:val="pt-PT"/>
        </w:rPr>
        <w:tab/>
      </w:r>
    </w:p>
    <w:p w14:paraId="5663E7DD" w14:textId="77777777" w:rsidR="00D027DE" w:rsidRPr="001F7E48" w:rsidRDefault="00D027DE" w:rsidP="00D027DE">
      <w:pPr>
        <w:spacing w:after="0" w:line="240" w:lineRule="auto"/>
        <w:jc w:val="both"/>
        <w:rPr>
          <w:rFonts w:ascii="Arial Narrow" w:hAnsi="Arial Narrow"/>
          <w:bCs/>
          <w:sz w:val="16"/>
          <w:szCs w:val="16"/>
          <w:lang w:val="pt-PT"/>
        </w:rPr>
      </w:pPr>
      <w:r w:rsidRPr="001F7E48">
        <w:rPr>
          <w:rFonts w:ascii="Arial Narrow" w:hAnsi="Arial Narrow"/>
          <w:bCs/>
          <w:sz w:val="16"/>
          <w:szCs w:val="16"/>
          <w:lang w:val="pt-PT"/>
        </w:rPr>
        <w:t>CIF</w:t>
      </w:r>
      <w:r>
        <w:rPr>
          <w:rFonts w:ascii="Arial Narrow" w:hAnsi="Arial Narrow"/>
          <w:bCs/>
          <w:sz w:val="16"/>
          <w:szCs w:val="16"/>
          <w:lang w:val="pt-PT"/>
        </w:rPr>
        <w:t>4375917</w:t>
      </w:r>
      <w:r w:rsidRPr="001F7E48">
        <w:rPr>
          <w:rFonts w:ascii="Arial Narrow" w:hAnsi="Arial Narrow"/>
          <w:bCs/>
          <w:sz w:val="16"/>
          <w:szCs w:val="16"/>
          <w:lang w:val="pt-PT"/>
        </w:rPr>
        <w:t xml:space="preserve">, </w:t>
      </w:r>
      <w:r>
        <w:rPr>
          <w:rFonts w:ascii="Arial Narrow" w:hAnsi="Arial Narrow"/>
          <w:bCs/>
          <w:sz w:val="16"/>
          <w:szCs w:val="16"/>
          <w:lang w:val="pt-PT"/>
        </w:rPr>
        <w:t>Zau de Câmpie, strada Republicii, nr.18</w:t>
      </w:r>
    </w:p>
    <w:p w14:paraId="51C2ED8A" w14:textId="77777777" w:rsidR="00D027DE" w:rsidRPr="001F7E48" w:rsidRDefault="00D027DE" w:rsidP="00D027DE">
      <w:pPr>
        <w:spacing w:after="0" w:line="240" w:lineRule="auto"/>
        <w:jc w:val="both"/>
        <w:rPr>
          <w:rFonts w:ascii="Arial Narrow" w:hAnsi="Arial Narrow"/>
          <w:bCs/>
          <w:sz w:val="16"/>
          <w:szCs w:val="16"/>
          <w:lang w:val="pt-PT"/>
        </w:rPr>
      </w:pPr>
      <w:r w:rsidRPr="001F7E48">
        <w:rPr>
          <w:rFonts w:ascii="Arial Narrow" w:hAnsi="Arial Narrow"/>
          <w:bCs/>
          <w:sz w:val="16"/>
          <w:szCs w:val="16"/>
          <w:lang w:val="pt-PT"/>
        </w:rPr>
        <w:t xml:space="preserve">Telefon: 0265 </w:t>
      </w:r>
      <w:r>
        <w:rPr>
          <w:rFonts w:ascii="Arial Narrow" w:hAnsi="Arial Narrow"/>
          <w:bCs/>
          <w:sz w:val="16"/>
          <w:szCs w:val="16"/>
          <w:lang w:val="pt-PT"/>
        </w:rPr>
        <w:t>486112</w:t>
      </w:r>
    </w:p>
    <w:p w14:paraId="3E1FA252" w14:textId="77777777" w:rsidR="00D027DE" w:rsidRPr="001F7E48" w:rsidRDefault="00D027DE" w:rsidP="00D027DE">
      <w:pPr>
        <w:spacing w:after="0" w:line="240" w:lineRule="auto"/>
        <w:jc w:val="both"/>
        <w:rPr>
          <w:rFonts w:ascii="Arial Narrow" w:hAnsi="Arial Narrow"/>
          <w:bCs/>
          <w:sz w:val="16"/>
          <w:szCs w:val="16"/>
          <w:lang w:val="pt-PT"/>
        </w:rPr>
      </w:pPr>
      <w:r w:rsidRPr="001F7E48">
        <w:rPr>
          <w:rFonts w:ascii="Arial Narrow" w:hAnsi="Arial Narrow"/>
          <w:bCs/>
          <w:sz w:val="16"/>
          <w:szCs w:val="16"/>
          <w:lang w:val="pt-PT"/>
        </w:rPr>
        <w:t xml:space="preserve"> E-mail: </w:t>
      </w:r>
      <w:r>
        <w:rPr>
          <w:rFonts w:ascii="Arial Narrow" w:hAnsi="Arial Narrow"/>
          <w:bCs/>
          <w:sz w:val="16"/>
          <w:szCs w:val="16"/>
          <w:lang w:val="pt-PT"/>
        </w:rPr>
        <w:fldChar w:fldCharType="begin"/>
      </w:r>
      <w:r>
        <w:rPr>
          <w:rFonts w:ascii="Arial Narrow" w:hAnsi="Arial Narrow"/>
          <w:bCs/>
          <w:sz w:val="16"/>
          <w:szCs w:val="16"/>
          <w:lang w:val="pt-PT"/>
        </w:rPr>
        <w:instrText>HYPERLINK "mailto:</w:instrText>
      </w:r>
      <w:r w:rsidRPr="00690186">
        <w:rPr>
          <w:rFonts w:ascii="Arial Narrow" w:hAnsi="Arial Narrow"/>
          <w:bCs/>
          <w:sz w:val="16"/>
          <w:szCs w:val="16"/>
          <w:lang w:val="pt-PT"/>
        </w:rPr>
        <w:instrText>zaucimpiei@cjmures.ro</w:instrText>
      </w:r>
      <w:r>
        <w:rPr>
          <w:rFonts w:ascii="Arial Narrow" w:hAnsi="Arial Narrow"/>
          <w:bCs/>
          <w:sz w:val="16"/>
          <w:szCs w:val="16"/>
          <w:lang w:val="pt-PT"/>
        </w:rPr>
        <w:instrText>"</w:instrText>
      </w:r>
      <w:r>
        <w:rPr>
          <w:rFonts w:ascii="Arial Narrow" w:hAnsi="Arial Narrow"/>
          <w:bCs/>
          <w:sz w:val="16"/>
          <w:szCs w:val="16"/>
          <w:lang w:val="pt-PT"/>
        </w:rPr>
      </w:r>
      <w:r>
        <w:rPr>
          <w:rFonts w:ascii="Arial Narrow" w:hAnsi="Arial Narrow"/>
          <w:bCs/>
          <w:sz w:val="16"/>
          <w:szCs w:val="16"/>
          <w:lang w:val="pt-PT"/>
        </w:rPr>
        <w:fldChar w:fldCharType="separate"/>
      </w:r>
      <w:r w:rsidRPr="007213B4">
        <w:rPr>
          <w:rStyle w:val="Hyperlink"/>
          <w:rFonts w:ascii="Arial Narrow" w:hAnsi="Arial Narrow"/>
          <w:bCs/>
          <w:sz w:val="16"/>
          <w:szCs w:val="16"/>
          <w:lang w:val="pt-PT"/>
        </w:rPr>
        <w:t>zaucimpiei@cjmures.ro</w:t>
      </w:r>
      <w:r>
        <w:rPr>
          <w:rFonts w:ascii="Arial Narrow" w:hAnsi="Arial Narrow"/>
          <w:bCs/>
          <w:sz w:val="16"/>
          <w:szCs w:val="16"/>
          <w:lang w:val="pt-PT"/>
        </w:rPr>
        <w:fldChar w:fldCharType="end"/>
      </w:r>
    </w:p>
    <w:p w14:paraId="5EA2FFCD" w14:textId="77777777" w:rsidR="00D027DE" w:rsidRPr="001F7E48" w:rsidRDefault="00D027DE" w:rsidP="00D027DE">
      <w:pPr>
        <w:spacing w:after="0" w:line="240" w:lineRule="auto"/>
        <w:jc w:val="both"/>
        <w:rPr>
          <w:rFonts w:ascii="Arial Narrow" w:hAnsi="Arial Narrow"/>
          <w:bCs/>
          <w:sz w:val="16"/>
          <w:szCs w:val="16"/>
          <w:lang w:val="pt-PT"/>
        </w:rPr>
      </w:pPr>
      <w:r w:rsidRPr="001F7E48">
        <w:rPr>
          <w:rFonts w:ascii="Arial Narrow" w:hAnsi="Arial Narrow"/>
          <w:sz w:val="16"/>
          <w:szCs w:val="16"/>
          <w:lang w:val="pt-PT"/>
        </w:rPr>
        <w:t xml:space="preserve"> Număr de înregistrare.................data...............................  </w:t>
      </w:r>
    </w:p>
    <w:p w14:paraId="2E3C3769" w14:textId="77777777" w:rsidR="00D027DE" w:rsidRPr="001F7E48" w:rsidRDefault="00D027DE" w:rsidP="00D027DE">
      <w:pPr>
        <w:autoSpaceDE w:val="0"/>
        <w:autoSpaceDN w:val="0"/>
        <w:spacing w:after="0" w:line="292" w:lineRule="exact"/>
        <w:rPr>
          <w:lang w:val="pt-PT"/>
        </w:rPr>
      </w:pPr>
    </w:p>
    <w:p w14:paraId="00820D16" w14:textId="77777777" w:rsidR="00786EB1" w:rsidRPr="00D027DE" w:rsidRDefault="00786EB1">
      <w:pPr>
        <w:autoSpaceDE w:val="0"/>
        <w:autoSpaceDN w:val="0"/>
        <w:spacing w:after="0" w:line="166" w:lineRule="exact"/>
        <w:ind w:left="108" w:right="8640"/>
        <w:rPr>
          <w:rFonts w:ascii="TimesNewRomanPSMT" w:eastAsia="TimesNewRomanPSMT" w:hAnsi="TimesNewRomanPSMT"/>
          <w:color w:val="595959"/>
          <w:w w:val="97"/>
          <w:sz w:val="13"/>
          <w:lang w:val="pt-BR"/>
        </w:rPr>
      </w:pPr>
    </w:p>
    <w:p w14:paraId="183CB4B9" w14:textId="77777777" w:rsidR="00786EB1" w:rsidRPr="00D027DE" w:rsidRDefault="00786EB1">
      <w:pPr>
        <w:autoSpaceDE w:val="0"/>
        <w:autoSpaceDN w:val="0"/>
        <w:spacing w:after="0" w:line="166" w:lineRule="exact"/>
        <w:ind w:left="108" w:right="8640"/>
        <w:rPr>
          <w:rFonts w:ascii="TimesNewRomanPSMT" w:eastAsia="TimesNewRomanPSMT" w:hAnsi="TimesNewRomanPSMT"/>
          <w:color w:val="595959"/>
          <w:w w:val="97"/>
          <w:sz w:val="13"/>
          <w:lang w:val="pt-BR"/>
        </w:rPr>
      </w:pPr>
    </w:p>
    <w:p w14:paraId="6BEDEBBB" w14:textId="77777777" w:rsidR="00786EB1" w:rsidRPr="00D027DE" w:rsidRDefault="00786EB1">
      <w:pPr>
        <w:autoSpaceDE w:val="0"/>
        <w:autoSpaceDN w:val="0"/>
        <w:spacing w:after="0" w:line="166" w:lineRule="exact"/>
        <w:ind w:left="108" w:right="8640"/>
        <w:rPr>
          <w:lang w:val="pt-BR"/>
        </w:rPr>
      </w:pPr>
    </w:p>
    <w:p w14:paraId="21795810" w14:textId="77777777" w:rsidR="00BD2397" w:rsidRDefault="00B8640C">
      <w:pPr>
        <w:autoSpaceDE w:val="0"/>
        <w:autoSpaceDN w:val="0"/>
        <w:spacing w:after="0" w:line="272" w:lineRule="exact"/>
        <w:ind w:right="4838"/>
        <w:jc w:val="right"/>
      </w:pPr>
      <w:r>
        <w:rPr>
          <w:rFonts w:ascii="TimesNewRomanPS" w:eastAsia="TimesNewRomanPS" w:hAnsi="TimesNewRomanPS"/>
          <w:b/>
          <w:color w:val="000000"/>
          <w:sz w:val="23"/>
        </w:rPr>
        <w:t>CERERE</w:t>
      </w:r>
    </w:p>
    <w:tbl>
      <w:tblPr>
        <w:tblW w:w="0" w:type="auto"/>
        <w:tblInd w:w="4" w:type="dxa"/>
        <w:tblLayout w:type="fixed"/>
        <w:tblLook w:val="04A0" w:firstRow="1" w:lastRow="0" w:firstColumn="1" w:lastColumn="0" w:noHBand="0" w:noVBand="1"/>
      </w:tblPr>
      <w:tblGrid>
        <w:gridCol w:w="9348"/>
      </w:tblGrid>
      <w:tr w:rsidR="00BD2397" w:rsidRPr="004761A5" w14:paraId="36F1EE3E" w14:textId="77777777">
        <w:trPr>
          <w:trHeight w:hRule="exact" w:val="210"/>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47342811" w14:textId="77777777" w:rsidR="00BD2397" w:rsidRPr="004761A5" w:rsidRDefault="00B8640C">
            <w:pPr>
              <w:autoSpaceDE w:val="0"/>
              <w:autoSpaceDN w:val="0"/>
              <w:spacing w:after="0" w:line="174" w:lineRule="exact"/>
              <w:ind w:left="100"/>
              <w:rPr>
                <w:sz w:val="16"/>
                <w:szCs w:val="16"/>
              </w:rPr>
            </w:pPr>
            <w:r w:rsidRPr="004761A5">
              <w:rPr>
                <w:rFonts w:ascii="TimesNewRomanPS" w:eastAsia="TimesNewRomanPS" w:hAnsi="TimesNewRomanPS"/>
                <w:b/>
                <w:color w:val="000000"/>
                <w:w w:val="103"/>
                <w:sz w:val="16"/>
                <w:szCs w:val="16"/>
              </w:rPr>
              <w:t xml:space="preserve"> 1. </w:t>
            </w:r>
            <w:r w:rsidRPr="004761A5">
              <w:rPr>
                <w:rFonts w:ascii="TimesNewRomanPS" w:eastAsia="TimesNewRomanPS" w:hAnsi="TimesNewRomanPS"/>
                <w:b/>
                <w:color w:val="000000"/>
                <w:w w:val="102"/>
                <w:sz w:val="16"/>
                <w:szCs w:val="16"/>
              </w:rPr>
              <w:t>CĂTRE</w:t>
            </w:r>
          </w:p>
        </w:tc>
      </w:tr>
      <w:tr w:rsidR="00BD2397" w:rsidRPr="00D027DE" w14:paraId="0A509FB1" w14:textId="77777777">
        <w:trPr>
          <w:trHeight w:hRule="exact" w:val="512"/>
        </w:trPr>
        <w:tc>
          <w:tcPr>
            <w:tcW w:w="9348" w:type="dxa"/>
            <w:tcBorders>
              <w:top w:val="single" w:sz="3" w:space="0" w:color="767676"/>
              <w:left w:val="single" w:sz="3" w:space="0" w:color="767676"/>
              <w:bottom w:val="single" w:sz="3" w:space="0" w:color="767676"/>
              <w:right w:val="single" w:sz="3" w:space="0" w:color="767676"/>
            </w:tcBorders>
            <w:tcMar>
              <w:left w:w="0" w:type="dxa"/>
              <w:right w:w="0" w:type="dxa"/>
            </w:tcMar>
          </w:tcPr>
          <w:p w14:paraId="7A4D80BC" w14:textId="77777777" w:rsidR="00BD2397" w:rsidRPr="001F7E48" w:rsidRDefault="00B8640C">
            <w:pPr>
              <w:autoSpaceDE w:val="0"/>
              <w:autoSpaceDN w:val="0"/>
              <w:spacing w:after="0" w:line="166" w:lineRule="exact"/>
              <w:ind w:left="100" w:right="4320"/>
              <w:rPr>
                <w:sz w:val="16"/>
                <w:szCs w:val="16"/>
                <w:lang w:val="pt-PT"/>
              </w:rPr>
            </w:pPr>
            <w:r w:rsidRPr="001F7E48">
              <w:rPr>
                <w:rFonts w:ascii="TimesNewRomanPS" w:eastAsia="TimesNewRomanPS" w:hAnsi="TimesNewRomanPS"/>
                <w:b/>
                <w:color w:val="0D5F78"/>
                <w:w w:val="97"/>
                <w:sz w:val="16"/>
                <w:szCs w:val="16"/>
                <w:lang w:val="pt-PT"/>
              </w:rPr>
              <w:t xml:space="preserve">Instituția </w:t>
            </w:r>
            <w:r w:rsidRPr="001F7E48">
              <w:rPr>
                <w:sz w:val="16"/>
                <w:szCs w:val="16"/>
                <w:lang w:val="pt-PT"/>
              </w:rPr>
              <w:br/>
            </w:r>
            <w:r w:rsidRPr="001F7E48">
              <w:rPr>
                <w:rFonts w:ascii="TimesNewRomanPS" w:eastAsia="TimesNewRomanPS" w:hAnsi="TimesNewRomanPS"/>
                <w:i/>
                <w:color w:val="7A7A7A"/>
                <w:w w:val="97"/>
                <w:sz w:val="16"/>
                <w:szCs w:val="16"/>
                <w:lang w:val="pt-PT"/>
              </w:rPr>
              <w:t>primăria municipiului / orașului / comunei · primăria de sector · consiliul județean</w:t>
            </w:r>
          </w:p>
        </w:tc>
      </w:tr>
      <w:tr w:rsidR="00BD2397" w:rsidRPr="00D027DE" w14:paraId="08FDC213" w14:textId="77777777" w:rsidTr="003C5479">
        <w:trPr>
          <w:trHeight w:hRule="exact" w:val="384"/>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520AF249" w14:textId="77777777" w:rsidR="00BD2397" w:rsidRPr="001F7E48" w:rsidRDefault="00B8640C">
            <w:pPr>
              <w:autoSpaceDE w:val="0"/>
              <w:autoSpaceDN w:val="0"/>
              <w:spacing w:after="0" w:line="146" w:lineRule="exact"/>
              <w:jc w:val="center"/>
              <w:rPr>
                <w:sz w:val="16"/>
                <w:szCs w:val="16"/>
                <w:lang w:val="pt-PT"/>
              </w:rPr>
            </w:pPr>
            <w:r w:rsidRPr="001F7E48">
              <w:rPr>
                <w:rFonts w:ascii="TimesNewRomanPSMT" w:eastAsia="TimesNewRomanPSMT" w:hAnsi="TimesNewRomanPSMT"/>
                <w:color w:val="000000"/>
                <w:w w:val="97"/>
                <w:sz w:val="16"/>
                <w:szCs w:val="16"/>
                <w:lang w:val="pt-PT"/>
              </w:rPr>
              <w:t xml:space="preserve">Cererea va fi transmisă către președintele consiliului județean, primarul general, primarul de sector sau primarul municipiului / orașului / comunei, după caz. </w:t>
            </w:r>
          </w:p>
        </w:tc>
      </w:tr>
    </w:tbl>
    <w:p w14:paraId="0A0B076E" w14:textId="77777777" w:rsidR="00BD2397" w:rsidRPr="001F7E48" w:rsidRDefault="00BD2397">
      <w:pPr>
        <w:autoSpaceDE w:val="0"/>
        <w:autoSpaceDN w:val="0"/>
        <w:spacing w:after="0" w:line="114" w:lineRule="exact"/>
        <w:rPr>
          <w:sz w:val="16"/>
          <w:szCs w:val="16"/>
          <w:lang w:val="pt-PT"/>
        </w:rPr>
      </w:pPr>
    </w:p>
    <w:tbl>
      <w:tblPr>
        <w:tblW w:w="0" w:type="auto"/>
        <w:tblInd w:w="4" w:type="dxa"/>
        <w:tblLayout w:type="fixed"/>
        <w:tblLook w:val="04A0" w:firstRow="1" w:lastRow="0" w:firstColumn="1" w:lastColumn="0" w:noHBand="0" w:noVBand="1"/>
      </w:tblPr>
      <w:tblGrid>
        <w:gridCol w:w="1558"/>
        <w:gridCol w:w="1558"/>
        <w:gridCol w:w="778"/>
        <w:gridCol w:w="780"/>
        <w:gridCol w:w="778"/>
        <w:gridCol w:w="780"/>
        <w:gridCol w:w="1560"/>
        <w:gridCol w:w="1556"/>
      </w:tblGrid>
      <w:tr w:rsidR="00BD2397" w:rsidRPr="004761A5" w14:paraId="0B6AF682" w14:textId="77777777">
        <w:trPr>
          <w:trHeight w:hRule="exact" w:val="212"/>
        </w:trPr>
        <w:tc>
          <w:tcPr>
            <w:tcW w:w="9348" w:type="dxa"/>
            <w:gridSpan w:val="8"/>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6428C719" w14:textId="77777777" w:rsidR="00BD2397" w:rsidRPr="004761A5" w:rsidRDefault="00B8640C">
            <w:pPr>
              <w:autoSpaceDE w:val="0"/>
              <w:autoSpaceDN w:val="0"/>
              <w:spacing w:after="0" w:line="174" w:lineRule="exact"/>
              <w:ind w:left="100"/>
              <w:rPr>
                <w:sz w:val="16"/>
                <w:szCs w:val="16"/>
              </w:rPr>
            </w:pPr>
            <w:r w:rsidRPr="001F7E48">
              <w:rPr>
                <w:rFonts w:ascii="TimesNewRomanPS" w:eastAsia="TimesNewRomanPS" w:hAnsi="TimesNewRomanPS"/>
                <w:b/>
                <w:color w:val="000000"/>
                <w:w w:val="103"/>
                <w:sz w:val="16"/>
                <w:szCs w:val="16"/>
                <w:lang w:val="pt-PT"/>
              </w:rPr>
              <w:t xml:space="preserve"> </w:t>
            </w:r>
            <w:r w:rsidRPr="004761A5">
              <w:rPr>
                <w:rFonts w:ascii="TimesNewRomanPS" w:eastAsia="TimesNewRomanPS" w:hAnsi="TimesNewRomanPS"/>
                <w:b/>
                <w:color w:val="000000"/>
                <w:w w:val="103"/>
                <w:sz w:val="16"/>
                <w:szCs w:val="16"/>
              </w:rPr>
              <w:t xml:space="preserve">2. </w:t>
            </w:r>
            <w:r w:rsidRPr="004761A5">
              <w:rPr>
                <w:rFonts w:ascii="TimesNewRomanPS" w:eastAsia="TimesNewRomanPS" w:hAnsi="TimesNewRomanPS"/>
                <w:b/>
                <w:color w:val="000000"/>
                <w:w w:val="102"/>
                <w:sz w:val="16"/>
                <w:szCs w:val="16"/>
              </w:rPr>
              <w:t>SOLICITANTUL</w:t>
            </w:r>
          </w:p>
        </w:tc>
      </w:tr>
      <w:tr w:rsidR="00BD2397" w:rsidRPr="004761A5" w14:paraId="2EC5C17F" w14:textId="77777777">
        <w:trPr>
          <w:trHeight w:hRule="exact" w:val="504"/>
        </w:trPr>
        <w:tc>
          <w:tcPr>
            <w:tcW w:w="5452" w:type="dxa"/>
            <w:gridSpan w:val="5"/>
            <w:tcBorders>
              <w:top w:val="single" w:sz="3" w:space="0" w:color="767676"/>
              <w:left w:val="single" w:sz="3" w:space="0" w:color="767676"/>
              <w:bottom w:val="single" w:sz="3" w:space="0" w:color="767676"/>
              <w:right w:val="single" w:sz="4" w:space="0" w:color="767676"/>
            </w:tcBorders>
            <w:tcMar>
              <w:left w:w="0" w:type="dxa"/>
              <w:right w:w="0" w:type="dxa"/>
            </w:tcMar>
          </w:tcPr>
          <w:p w14:paraId="217F8656"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Nume</w:t>
            </w:r>
            <w:proofErr w:type="spellEnd"/>
            <w:r w:rsidRPr="004761A5">
              <w:rPr>
                <w:rFonts w:ascii="TimesNewRomanPS" w:eastAsia="TimesNewRomanPS" w:hAnsi="TimesNewRomanPS"/>
                <w:b/>
                <w:color w:val="0D5F78"/>
                <w:w w:val="97"/>
                <w:sz w:val="16"/>
                <w:szCs w:val="16"/>
              </w:rPr>
              <w:t xml:space="preserve"> și </w:t>
            </w:r>
            <w:proofErr w:type="spellStart"/>
            <w:r w:rsidRPr="004761A5">
              <w:rPr>
                <w:rFonts w:ascii="TimesNewRomanPS" w:eastAsia="TimesNewRomanPS" w:hAnsi="TimesNewRomanPS"/>
                <w:b/>
                <w:color w:val="0D5F78"/>
                <w:w w:val="97"/>
                <w:sz w:val="16"/>
                <w:szCs w:val="16"/>
              </w:rPr>
              <w:t>prenume</w:t>
            </w:r>
            <w:proofErr w:type="spellEnd"/>
          </w:p>
        </w:tc>
        <w:tc>
          <w:tcPr>
            <w:tcW w:w="3896" w:type="dxa"/>
            <w:gridSpan w:val="3"/>
            <w:tcBorders>
              <w:top w:val="single" w:sz="3" w:space="0" w:color="767676"/>
              <w:left w:val="single" w:sz="4" w:space="0" w:color="767676"/>
              <w:bottom w:val="single" w:sz="3" w:space="0" w:color="767676"/>
              <w:right w:val="single" w:sz="3" w:space="0" w:color="767676"/>
            </w:tcBorders>
            <w:tcMar>
              <w:left w:w="0" w:type="dxa"/>
              <w:right w:w="0" w:type="dxa"/>
            </w:tcMar>
          </w:tcPr>
          <w:p w14:paraId="3451520E"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CNP</w:t>
            </w:r>
          </w:p>
        </w:tc>
      </w:tr>
      <w:tr w:rsidR="00BD2397" w:rsidRPr="004761A5" w14:paraId="682B1749" w14:textId="77777777">
        <w:trPr>
          <w:trHeight w:hRule="exact" w:val="190"/>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739CF9E1" w14:textId="77777777" w:rsidR="00BD2397" w:rsidRPr="004761A5" w:rsidRDefault="00B8640C">
            <w:pPr>
              <w:autoSpaceDE w:val="0"/>
              <w:autoSpaceDN w:val="0"/>
              <w:spacing w:after="0" w:line="154" w:lineRule="exact"/>
              <w:ind w:left="100"/>
              <w:rPr>
                <w:sz w:val="16"/>
                <w:szCs w:val="16"/>
              </w:rPr>
            </w:pPr>
            <w:r w:rsidRPr="004761A5">
              <w:rPr>
                <w:rFonts w:ascii="TimesNewRomanPSMT" w:eastAsia="TimesNewRomanPSMT" w:hAnsi="TimesNewRomanPSMT"/>
                <w:color w:val="000000"/>
                <w:w w:val="103"/>
                <w:sz w:val="16"/>
                <w:szCs w:val="16"/>
              </w:rPr>
              <w:t xml:space="preserve"> Act de </w:t>
            </w:r>
            <w:proofErr w:type="spellStart"/>
            <w:r w:rsidRPr="004761A5">
              <w:rPr>
                <w:rFonts w:ascii="TimesNewRomanPSMT" w:eastAsia="TimesNewRomanPSMT" w:hAnsi="TimesNewRomanPSMT"/>
                <w:color w:val="000000"/>
                <w:w w:val="103"/>
                <w:sz w:val="16"/>
                <w:szCs w:val="16"/>
              </w:rPr>
              <w:t>identitate</w:t>
            </w:r>
            <w:proofErr w:type="spellEnd"/>
          </w:p>
        </w:tc>
      </w:tr>
      <w:tr w:rsidR="00BD2397" w:rsidRPr="004761A5" w14:paraId="10F3B2E6" w14:textId="77777777">
        <w:trPr>
          <w:trHeight w:hRule="exact" w:val="504"/>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582930BF"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Seria</w:t>
            </w:r>
          </w:p>
        </w:tc>
        <w:tc>
          <w:tcPr>
            <w:tcW w:w="1558" w:type="dxa"/>
            <w:tcBorders>
              <w:top w:val="single" w:sz="4" w:space="0" w:color="767676"/>
              <w:left w:val="single" w:sz="3" w:space="0" w:color="767676"/>
              <w:bottom w:val="single" w:sz="4" w:space="0" w:color="767676"/>
              <w:right w:val="single" w:sz="4" w:space="0" w:color="767676"/>
            </w:tcBorders>
            <w:tcMar>
              <w:left w:w="0" w:type="dxa"/>
              <w:right w:w="0" w:type="dxa"/>
            </w:tcMar>
          </w:tcPr>
          <w:p w14:paraId="3F3FF870"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Numărul</w:t>
            </w:r>
            <w:proofErr w:type="spellEnd"/>
          </w:p>
        </w:tc>
        <w:tc>
          <w:tcPr>
            <w:tcW w:w="4676" w:type="dxa"/>
            <w:gridSpan w:val="5"/>
            <w:tcBorders>
              <w:top w:val="single" w:sz="4" w:space="0" w:color="767676"/>
              <w:left w:val="single" w:sz="4" w:space="0" w:color="767676"/>
              <w:bottom w:val="single" w:sz="4" w:space="0" w:color="767676"/>
              <w:right w:val="single" w:sz="4" w:space="0" w:color="767676"/>
            </w:tcBorders>
            <w:tcMar>
              <w:left w:w="0" w:type="dxa"/>
              <w:right w:w="0" w:type="dxa"/>
            </w:tcMar>
          </w:tcPr>
          <w:p w14:paraId="142AAD7E"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Eliberat</w:t>
            </w:r>
            <w:proofErr w:type="spellEnd"/>
            <w:r w:rsidRPr="004761A5">
              <w:rPr>
                <w:rFonts w:ascii="TimesNewRomanPS" w:eastAsia="TimesNewRomanPS" w:hAnsi="TimesNewRomanPS"/>
                <w:b/>
                <w:color w:val="0D5F78"/>
                <w:w w:val="97"/>
                <w:sz w:val="16"/>
                <w:szCs w:val="16"/>
              </w:rPr>
              <w:t xml:space="preserve"> de</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444E7538" w14:textId="77777777" w:rsidR="00BD2397" w:rsidRPr="004761A5" w:rsidRDefault="00B8640C">
            <w:pPr>
              <w:autoSpaceDE w:val="0"/>
              <w:autoSpaceDN w:val="0"/>
              <w:spacing w:after="0" w:line="146" w:lineRule="exact"/>
              <w:ind w:left="98"/>
              <w:rPr>
                <w:sz w:val="16"/>
                <w:szCs w:val="16"/>
              </w:rPr>
            </w:pPr>
            <w:r w:rsidRPr="004761A5">
              <w:rPr>
                <w:rFonts w:ascii="TimesNewRomanPS" w:eastAsia="TimesNewRomanPS" w:hAnsi="TimesNewRomanPS"/>
                <w:b/>
                <w:color w:val="0D5F78"/>
                <w:w w:val="97"/>
                <w:sz w:val="16"/>
                <w:szCs w:val="16"/>
              </w:rPr>
              <w:t>La data</w:t>
            </w:r>
          </w:p>
        </w:tc>
      </w:tr>
      <w:tr w:rsidR="00BD2397" w:rsidRPr="004761A5" w14:paraId="035085B6" w14:textId="77777777">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022D4F4" w14:textId="77777777" w:rsidR="00BD2397" w:rsidRPr="004761A5" w:rsidRDefault="00B8640C">
            <w:pPr>
              <w:autoSpaceDE w:val="0"/>
              <w:autoSpaceDN w:val="0"/>
              <w:spacing w:after="0" w:line="154"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Domiciliul</w:t>
            </w:r>
            <w:proofErr w:type="spellEnd"/>
          </w:p>
        </w:tc>
      </w:tr>
      <w:tr w:rsidR="00BD2397" w:rsidRPr="004761A5" w14:paraId="53D59301" w14:textId="77777777">
        <w:trPr>
          <w:trHeight w:hRule="exact" w:val="504"/>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43264E57"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2F98346E"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Municipiul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orașul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7D201BC0"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Satul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sectorul</w:t>
            </w:r>
            <w:proofErr w:type="spellEnd"/>
          </w:p>
        </w:tc>
      </w:tr>
      <w:tr w:rsidR="00BD2397" w:rsidRPr="004761A5" w14:paraId="037FA823" w14:textId="77777777">
        <w:trPr>
          <w:trHeight w:hRule="exact" w:val="506"/>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437569C0"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4" w:space="0" w:color="767676"/>
              <w:right w:val="single" w:sz="4" w:space="0" w:color="767676"/>
            </w:tcBorders>
            <w:tcMar>
              <w:left w:w="0" w:type="dxa"/>
              <w:right w:w="0" w:type="dxa"/>
            </w:tcMar>
          </w:tcPr>
          <w:p w14:paraId="0A66C32B"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235A08FD"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4" w:space="0" w:color="767676"/>
              <w:right w:val="single" w:sz="4" w:space="0" w:color="767676"/>
            </w:tcBorders>
            <w:tcMar>
              <w:left w:w="0" w:type="dxa"/>
              <w:right w:w="0" w:type="dxa"/>
            </w:tcMar>
          </w:tcPr>
          <w:p w14:paraId="50178682"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319016B3"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14:paraId="7FC392F6"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Cod </w:t>
            </w:r>
            <w:proofErr w:type="spellStart"/>
            <w:r w:rsidRPr="004761A5">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0CE9E194" w14:textId="77777777" w:rsidR="00BD2397" w:rsidRPr="004761A5" w:rsidRDefault="00B8640C">
            <w:pPr>
              <w:autoSpaceDE w:val="0"/>
              <w:autoSpaceDN w:val="0"/>
              <w:spacing w:after="0" w:line="146" w:lineRule="exact"/>
              <w:ind w:left="98"/>
              <w:rPr>
                <w:sz w:val="16"/>
                <w:szCs w:val="16"/>
              </w:rPr>
            </w:pPr>
            <w:proofErr w:type="spellStart"/>
            <w:r w:rsidRPr="004761A5">
              <w:rPr>
                <w:rFonts w:ascii="TimesNewRomanPS" w:eastAsia="TimesNewRomanPS" w:hAnsi="TimesNewRomanPS"/>
                <w:b/>
                <w:color w:val="0D5F78"/>
                <w:w w:val="97"/>
                <w:sz w:val="16"/>
                <w:szCs w:val="16"/>
              </w:rPr>
              <w:t>Țara</w:t>
            </w:r>
            <w:proofErr w:type="spellEnd"/>
          </w:p>
        </w:tc>
      </w:tr>
      <w:tr w:rsidR="00BD2397" w:rsidRPr="004761A5" w14:paraId="6F6C2B1E" w14:textId="77777777">
        <w:trPr>
          <w:trHeight w:hRule="exact" w:val="188"/>
        </w:trPr>
        <w:tc>
          <w:tcPr>
            <w:tcW w:w="9348" w:type="dxa"/>
            <w:gridSpan w:val="8"/>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5361F120" w14:textId="77777777" w:rsidR="00BD2397" w:rsidRPr="004761A5" w:rsidRDefault="00B8640C">
            <w:pPr>
              <w:autoSpaceDE w:val="0"/>
              <w:autoSpaceDN w:val="0"/>
              <w:spacing w:after="0" w:line="154" w:lineRule="exact"/>
              <w:ind w:left="100"/>
              <w:rPr>
                <w:sz w:val="16"/>
                <w:szCs w:val="16"/>
              </w:rPr>
            </w:pPr>
            <w:r w:rsidRPr="004761A5">
              <w:rPr>
                <w:rFonts w:ascii="TimesNewRomanPSMT" w:eastAsia="TimesNewRomanPSMT" w:hAnsi="TimesNewRomanPSMT"/>
                <w:color w:val="000000"/>
                <w:w w:val="103"/>
                <w:sz w:val="16"/>
                <w:szCs w:val="16"/>
              </w:rPr>
              <w:t xml:space="preserve"> Date de contact</w:t>
            </w:r>
          </w:p>
        </w:tc>
      </w:tr>
      <w:tr w:rsidR="00BD2397" w:rsidRPr="004761A5" w14:paraId="73957C0D" w14:textId="77777777">
        <w:trPr>
          <w:trHeight w:hRule="exact" w:val="506"/>
        </w:trPr>
        <w:tc>
          <w:tcPr>
            <w:tcW w:w="3894" w:type="dxa"/>
            <w:gridSpan w:val="3"/>
            <w:tcBorders>
              <w:top w:val="single" w:sz="3" w:space="0" w:color="767676"/>
              <w:left w:val="single" w:sz="3" w:space="0" w:color="767676"/>
              <w:bottom w:val="single" w:sz="4" w:space="0" w:color="767676"/>
              <w:right w:val="single" w:sz="4" w:space="0" w:color="767676"/>
            </w:tcBorders>
            <w:tcMar>
              <w:left w:w="0" w:type="dxa"/>
              <w:right w:w="0" w:type="dxa"/>
            </w:tcMar>
          </w:tcPr>
          <w:p w14:paraId="23BF1D94"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Telefon</w:t>
            </w:r>
            <w:proofErr w:type="spellEnd"/>
            <w:r w:rsidRPr="004761A5">
              <w:rPr>
                <w:rFonts w:ascii="TimesNewRomanPS" w:eastAsia="TimesNewRomanPS" w:hAnsi="TimesNewRomanPS"/>
                <w:b/>
                <w:color w:val="0D5F78"/>
                <w:w w:val="97"/>
                <w:sz w:val="16"/>
                <w:szCs w:val="16"/>
              </w:rPr>
              <w:t xml:space="preserve"> / fax</w:t>
            </w:r>
          </w:p>
        </w:tc>
        <w:tc>
          <w:tcPr>
            <w:tcW w:w="5454" w:type="dxa"/>
            <w:gridSpan w:val="5"/>
            <w:tcBorders>
              <w:top w:val="single" w:sz="3" w:space="0" w:color="767676"/>
              <w:left w:val="single" w:sz="4" w:space="0" w:color="767676"/>
              <w:bottom w:val="single" w:sz="4" w:space="0" w:color="767676"/>
              <w:right w:val="single" w:sz="3" w:space="0" w:color="767676"/>
            </w:tcBorders>
            <w:tcMar>
              <w:left w:w="0" w:type="dxa"/>
              <w:right w:w="0" w:type="dxa"/>
            </w:tcMar>
          </w:tcPr>
          <w:p w14:paraId="75DE7E05" w14:textId="77777777" w:rsidR="00BD2397" w:rsidRPr="004761A5" w:rsidRDefault="00B8640C">
            <w:pPr>
              <w:autoSpaceDE w:val="0"/>
              <w:autoSpaceDN w:val="0"/>
              <w:spacing w:after="0" w:line="144" w:lineRule="exact"/>
              <w:ind w:left="102"/>
              <w:rPr>
                <w:sz w:val="16"/>
                <w:szCs w:val="16"/>
              </w:rPr>
            </w:pPr>
            <w:r w:rsidRPr="004761A5">
              <w:rPr>
                <w:rFonts w:ascii="TimesNewRomanPS" w:eastAsia="TimesNewRomanPS" w:hAnsi="TimesNewRomanPS"/>
                <w:b/>
                <w:color w:val="0D5F78"/>
                <w:w w:val="97"/>
                <w:sz w:val="16"/>
                <w:szCs w:val="16"/>
              </w:rPr>
              <w:t>E-mail</w:t>
            </w:r>
          </w:p>
        </w:tc>
      </w:tr>
      <w:tr w:rsidR="00BD2397" w:rsidRPr="004761A5" w14:paraId="46583428" w14:textId="77777777">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48C4F0D7" w14:textId="77777777" w:rsidR="00BD2397" w:rsidRPr="004761A5" w:rsidRDefault="00B8640C">
            <w:pPr>
              <w:autoSpaceDE w:val="0"/>
              <w:autoSpaceDN w:val="0"/>
              <w:spacing w:after="0" w:line="156"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Reprezentare</w:t>
            </w:r>
            <w:proofErr w:type="spellEnd"/>
          </w:p>
        </w:tc>
      </w:tr>
      <w:tr w:rsidR="00BD2397" w:rsidRPr="004761A5" w14:paraId="7D07F004" w14:textId="77777777">
        <w:trPr>
          <w:trHeight w:hRule="exact" w:val="506"/>
        </w:trPr>
        <w:tc>
          <w:tcPr>
            <w:tcW w:w="6232" w:type="dxa"/>
            <w:gridSpan w:val="6"/>
            <w:tcBorders>
              <w:top w:val="single" w:sz="4" w:space="0" w:color="767676"/>
              <w:left w:val="single" w:sz="3" w:space="0" w:color="767676"/>
              <w:bottom w:val="single" w:sz="3" w:space="0" w:color="767676"/>
              <w:right w:val="single" w:sz="3" w:space="0" w:color="767676"/>
            </w:tcBorders>
            <w:tcMar>
              <w:left w:w="0" w:type="dxa"/>
              <w:right w:w="0" w:type="dxa"/>
            </w:tcMar>
          </w:tcPr>
          <w:p w14:paraId="40D5CA62"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În calitate de reprezentant al</w:t>
            </w:r>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64C1E1FF"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CUI / CIF</w:t>
            </w:r>
          </w:p>
        </w:tc>
      </w:tr>
    </w:tbl>
    <w:p w14:paraId="348FB760" w14:textId="77777777" w:rsidR="00BD2397" w:rsidRPr="004761A5" w:rsidRDefault="00BD2397">
      <w:pPr>
        <w:autoSpaceDE w:val="0"/>
        <w:autoSpaceDN w:val="0"/>
        <w:spacing w:after="0" w:line="116" w:lineRule="exact"/>
        <w:rPr>
          <w:sz w:val="16"/>
          <w:szCs w:val="16"/>
        </w:rPr>
      </w:pPr>
    </w:p>
    <w:tbl>
      <w:tblPr>
        <w:tblW w:w="0" w:type="auto"/>
        <w:tblInd w:w="4" w:type="dxa"/>
        <w:tblLayout w:type="fixed"/>
        <w:tblLook w:val="04A0" w:firstRow="1" w:lastRow="0" w:firstColumn="1" w:lastColumn="0" w:noHBand="0" w:noVBand="1"/>
      </w:tblPr>
      <w:tblGrid>
        <w:gridCol w:w="9348"/>
      </w:tblGrid>
      <w:tr w:rsidR="00BD2397" w:rsidRPr="004761A5" w14:paraId="63D8DC54" w14:textId="77777777">
        <w:trPr>
          <w:trHeight w:hRule="exact" w:val="21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087AA356" w14:textId="77777777" w:rsidR="00BD2397" w:rsidRPr="004761A5" w:rsidRDefault="00B8640C">
            <w:pPr>
              <w:autoSpaceDE w:val="0"/>
              <w:autoSpaceDN w:val="0"/>
              <w:spacing w:after="0" w:line="176" w:lineRule="exact"/>
              <w:ind w:left="100"/>
              <w:rPr>
                <w:sz w:val="16"/>
                <w:szCs w:val="16"/>
              </w:rPr>
            </w:pPr>
            <w:r w:rsidRPr="004761A5">
              <w:rPr>
                <w:rFonts w:ascii="TimesNewRomanPS" w:eastAsia="TimesNewRomanPS" w:hAnsi="TimesNewRomanPS"/>
                <w:b/>
                <w:color w:val="000000"/>
                <w:w w:val="103"/>
                <w:sz w:val="16"/>
                <w:szCs w:val="16"/>
              </w:rPr>
              <w:t xml:space="preserve"> 3. </w:t>
            </w:r>
            <w:r w:rsidRPr="004761A5">
              <w:rPr>
                <w:rFonts w:ascii="TimesNewRomanPS" w:eastAsia="TimesNewRomanPS" w:hAnsi="TimesNewRomanPS"/>
                <w:b/>
                <w:color w:val="000000"/>
                <w:w w:val="102"/>
                <w:sz w:val="16"/>
                <w:szCs w:val="16"/>
              </w:rPr>
              <w:t>TITULAR AL</w:t>
            </w:r>
          </w:p>
        </w:tc>
      </w:tr>
      <w:tr w:rsidR="00BD2397" w:rsidRPr="004761A5" w14:paraId="5BEA17BB" w14:textId="77777777">
        <w:trPr>
          <w:trHeight w:hRule="exact" w:val="392"/>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1189644D" w14:textId="77777777" w:rsidR="003C5479" w:rsidRPr="001F7E48" w:rsidRDefault="00B8640C">
            <w:pPr>
              <w:tabs>
                <w:tab w:val="left" w:pos="140"/>
              </w:tabs>
              <w:autoSpaceDE w:val="0"/>
              <w:autoSpaceDN w:val="0"/>
              <w:spacing w:after="0" w:line="184" w:lineRule="exact"/>
              <w:ind w:left="100" w:right="288"/>
              <w:rPr>
                <w:rFonts w:ascii="TimesNewRomanPSMT" w:eastAsia="TimesNewRomanPSMT" w:hAnsi="TimesNewRomanPSMT"/>
                <w:color w:val="000000"/>
                <w:w w:val="103"/>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dreptului de proprietate asupra imobilului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unui alt drept real corespunzător proprietății publice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dreptului de creanță     </w:t>
            </w:r>
          </w:p>
          <w:p w14:paraId="5ED99305" w14:textId="77777777" w:rsidR="00BD2397" w:rsidRPr="004761A5" w:rsidRDefault="00B8640C">
            <w:pPr>
              <w:tabs>
                <w:tab w:val="left" w:pos="140"/>
              </w:tabs>
              <w:autoSpaceDE w:val="0"/>
              <w:autoSpaceDN w:val="0"/>
              <w:spacing w:after="0" w:line="184" w:lineRule="exact"/>
              <w:ind w:left="100" w:right="288"/>
              <w:rPr>
                <w:sz w:val="16"/>
                <w:szCs w:val="16"/>
              </w:rPr>
            </w:pP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unui</w:t>
            </w:r>
            <w:proofErr w:type="spellEnd"/>
            <w:r w:rsidRPr="004761A5">
              <w:rPr>
                <w:rFonts w:ascii="TimesNewRomanPSMT" w:eastAsia="TimesNewRomanPSMT" w:hAnsi="TimesNewRomanPSMT"/>
                <w:color w:val="000000"/>
                <w:w w:val="103"/>
                <w:sz w:val="16"/>
                <w:szCs w:val="16"/>
              </w:rPr>
              <w:t xml:space="preserve"> alt </w:t>
            </w:r>
            <w:proofErr w:type="spellStart"/>
            <w:r w:rsidRPr="004761A5">
              <w:rPr>
                <w:rFonts w:ascii="TimesNewRomanPSMT" w:eastAsia="TimesNewRomanPSMT" w:hAnsi="TimesNewRomanPSMT"/>
                <w:color w:val="000000"/>
                <w:w w:val="103"/>
                <w:sz w:val="16"/>
                <w:szCs w:val="16"/>
              </w:rPr>
              <w:t>drept</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potrivit</w:t>
            </w:r>
            <w:proofErr w:type="spellEnd"/>
            <w:r w:rsidRPr="004761A5">
              <w:rPr>
                <w:rFonts w:ascii="TimesNewRomanPSMT" w:eastAsia="TimesNewRomanPSMT" w:hAnsi="TimesNewRomanPSMT"/>
                <w:color w:val="000000"/>
                <w:w w:val="103"/>
                <w:sz w:val="16"/>
                <w:szCs w:val="16"/>
              </w:rPr>
              <w:t xml:space="preserve"> art. 248 </w:t>
            </w:r>
            <w:proofErr w:type="spellStart"/>
            <w:r w:rsidRPr="004761A5">
              <w:rPr>
                <w:rFonts w:ascii="TimesNewRomanPSMT" w:eastAsia="TimesNewRomanPSMT" w:hAnsi="TimesNewRomanPSMT"/>
                <w:color w:val="000000"/>
                <w:w w:val="103"/>
                <w:sz w:val="16"/>
                <w:szCs w:val="16"/>
              </w:rPr>
              <w:t>alin</w:t>
            </w:r>
            <w:proofErr w:type="spellEnd"/>
            <w:r w:rsidRPr="004761A5">
              <w:rPr>
                <w:rFonts w:ascii="TimesNewRomanPSMT" w:eastAsia="TimesNewRomanPSMT" w:hAnsi="TimesNewRomanPSMT"/>
                <w:color w:val="000000"/>
                <w:w w:val="103"/>
                <w:sz w:val="16"/>
                <w:szCs w:val="16"/>
              </w:rPr>
              <w:t>. (2) din Legea nr.169/2026</w:t>
            </w:r>
          </w:p>
        </w:tc>
      </w:tr>
    </w:tbl>
    <w:p w14:paraId="3E9D56DF" w14:textId="77777777" w:rsidR="00BD2397" w:rsidRPr="004761A5" w:rsidRDefault="00BD2397">
      <w:pPr>
        <w:autoSpaceDE w:val="0"/>
        <w:autoSpaceDN w:val="0"/>
        <w:spacing w:after="0" w:line="120" w:lineRule="exact"/>
        <w:rPr>
          <w:sz w:val="16"/>
          <w:szCs w:val="16"/>
        </w:rPr>
      </w:pPr>
    </w:p>
    <w:tbl>
      <w:tblPr>
        <w:tblW w:w="0" w:type="auto"/>
        <w:tblInd w:w="4" w:type="dxa"/>
        <w:tblLayout w:type="fixed"/>
        <w:tblLook w:val="04A0" w:firstRow="1" w:lastRow="0" w:firstColumn="1" w:lastColumn="0" w:noHBand="0" w:noVBand="1"/>
      </w:tblPr>
      <w:tblGrid>
        <w:gridCol w:w="4674"/>
        <w:gridCol w:w="4674"/>
      </w:tblGrid>
      <w:tr w:rsidR="00BD2397" w:rsidRPr="004761A5" w14:paraId="548AFD55" w14:textId="77777777">
        <w:trPr>
          <w:trHeight w:hRule="exact" w:val="210"/>
        </w:trPr>
        <w:tc>
          <w:tcPr>
            <w:tcW w:w="9348" w:type="dxa"/>
            <w:gridSpan w:val="2"/>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351A7F1B" w14:textId="77777777" w:rsidR="00BD2397" w:rsidRPr="004761A5" w:rsidRDefault="00B8640C">
            <w:pPr>
              <w:autoSpaceDE w:val="0"/>
              <w:autoSpaceDN w:val="0"/>
              <w:spacing w:after="0" w:line="174" w:lineRule="exact"/>
              <w:ind w:left="100"/>
              <w:rPr>
                <w:sz w:val="16"/>
                <w:szCs w:val="16"/>
              </w:rPr>
            </w:pPr>
            <w:r w:rsidRPr="004761A5">
              <w:rPr>
                <w:rFonts w:ascii="TimesNewRomanPS" w:eastAsia="TimesNewRomanPS" w:hAnsi="TimesNewRomanPS"/>
                <w:b/>
                <w:color w:val="000000"/>
                <w:w w:val="103"/>
                <w:sz w:val="16"/>
                <w:szCs w:val="16"/>
              </w:rPr>
              <w:t xml:space="preserve">4. </w:t>
            </w:r>
            <w:r w:rsidRPr="004761A5">
              <w:rPr>
                <w:rFonts w:ascii="TimesNewRomanPS" w:eastAsia="TimesNewRomanPS" w:hAnsi="TimesNewRomanPS"/>
                <w:b/>
                <w:color w:val="000000"/>
                <w:w w:val="102"/>
                <w:sz w:val="16"/>
                <w:szCs w:val="16"/>
              </w:rPr>
              <w:t>TITULAR AL</w:t>
            </w:r>
          </w:p>
        </w:tc>
      </w:tr>
      <w:tr w:rsidR="00BD2397" w:rsidRPr="004761A5" w14:paraId="1274C861" w14:textId="77777777">
        <w:trPr>
          <w:trHeight w:hRule="exact" w:val="346"/>
        </w:trPr>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73258D80"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Certificatului de urbanism nr. / data</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02B26FB9" w14:textId="77777777" w:rsidR="00BD2397" w:rsidRPr="004761A5" w:rsidRDefault="00B8640C">
            <w:pPr>
              <w:autoSpaceDE w:val="0"/>
              <w:autoSpaceDN w:val="0"/>
              <w:spacing w:after="0" w:line="146" w:lineRule="exact"/>
              <w:ind w:left="102"/>
              <w:rPr>
                <w:sz w:val="16"/>
                <w:szCs w:val="16"/>
              </w:rPr>
            </w:pPr>
            <w:proofErr w:type="spellStart"/>
            <w:r w:rsidRPr="004761A5">
              <w:rPr>
                <w:rFonts w:ascii="TimesNewRomanPS" w:eastAsia="TimesNewRomanPS" w:hAnsi="TimesNewRomanPS"/>
                <w:b/>
                <w:color w:val="0D5F78"/>
                <w:w w:val="97"/>
                <w:sz w:val="16"/>
                <w:szCs w:val="16"/>
              </w:rPr>
              <w:t>emis</w:t>
            </w:r>
            <w:proofErr w:type="spellEnd"/>
            <w:r w:rsidRPr="004761A5">
              <w:rPr>
                <w:rFonts w:ascii="TimesNewRomanPS" w:eastAsia="TimesNewRomanPS" w:hAnsi="TimesNewRomanPS"/>
                <w:b/>
                <w:color w:val="0D5F78"/>
                <w:w w:val="97"/>
                <w:sz w:val="16"/>
                <w:szCs w:val="16"/>
              </w:rPr>
              <w:t xml:space="preserve"> de</w:t>
            </w:r>
          </w:p>
        </w:tc>
      </w:tr>
    </w:tbl>
    <w:p w14:paraId="2537DF40" w14:textId="77777777" w:rsidR="00BD2397" w:rsidRPr="00187A6E" w:rsidRDefault="00B8640C">
      <w:pPr>
        <w:autoSpaceDE w:val="0"/>
        <w:autoSpaceDN w:val="0"/>
        <w:spacing w:after="0" w:line="340" w:lineRule="exact"/>
        <w:ind w:left="576" w:right="1152"/>
        <w:jc w:val="center"/>
        <w:rPr>
          <w:sz w:val="24"/>
          <w:szCs w:val="24"/>
        </w:rPr>
      </w:pPr>
      <w:proofErr w:type="spellStart"/>
      <w:r w:rsidRPr="004761A5">
        <w:rPr>
          <w:rFonts w:ascii="TimesNewRomanPSMT" w:eastAsia="TimesNewRomanPSMT" w:hAnsi="TimesNewRomanPSMT"/>
          <w:color w:val="000000"/>
          <w:w w:val="102"/>
          <w:sz w:val="16"/>
          <w:szCs w:val="16"/>
        </w:rPr>
        <w:t>în</w:t>
      </w:r>
      <w:proofErr w:type="spellEnd"/>
      <w:r w:rsidRPr="004761A5">
        <w:rPr>
          <w:rFonts w:ascii="TimesNewRomanPSMT" w:eastAsia="TimesNewRomanPSMT" w:hAnsi="TimesNewRomanPSMT"/>
          <w:color w:val="000000"/>
          <w:w w:val="102"/>
          <w:sz w:val="16"/>
          <w:szCs w:val="16"/>
        </w:rPr>
        <w:t xml:space="preserve"> </w:t>
      </w:r>
      <w:proofErr w:type="spellStart"/>
      <w:r w:rsidRPr="004761A5">
        <w:rPr>
          <w:rFonts w:ascii="TimesNewRomanPSMT" w:eastAsia="TimesNewRomanPSMT" w:hAnsi="TimesNewRomanPSMT"/>
          <w:color w:val="000000"/>
          <w:w w:val="102"/>
          <w:sz w:val="16"/>
          <w:szCs w:val="16"/>
        </w:rPr>
        <w:t>conformitate</w:t>
      </w:r>
      <w:proofErr w:type="spellEnd"/>
      <w:r w:rsidRPr="004761A5">
        <w:rPr>
          <w:rFonts w:ascii="TimesNewRomanPSMT" w:eastAsia="TimesNewRomanPSMT" w:hAnsi="TimesNewRomanPSMT"/>
          <w:color w:val="000000"/>
          <w:w w:val="102"/>
          <w:sz w:val="16"/>
          <w:szCs w:val="16"/>
        </w:rPr>
        <w:t xml:space="preserve"> cu </w:t>
      </w:r>
      <w:proofErr w:type="spellStart"/>
      <w:r w:rsidRPr="004761A5">
        <w:rPr>
          <w:rFonts w:ascii="TimesNewRomanPSMT" w:eastAsia="TimesNewRomanPSMT" w:hAnsi="TimesNewRomanPSMT"/>
          <w:color w:val="000000"/>
          <w:w w:val="102"/>
          <w:sz w:val="16"/>
          <w:szCs w:val="16"/>
        </w:rPr>
        <w:t>prevederile</w:t>
      </w:r>
      <w:proofErr w:type="spellEnd"/>
      <w:r w:rsidRPr="004761A5">
        <w:rPr>
          <w:rFonts w:ascii="TimesNewRomanPSMT" w:eastAsia="TimesNewRomanPSMT" w:hAnsi="TimesNewRomanPSMT"/>
          <w:color w:val="000000"/>
          <w:w w:val="102"/>
          <w:sz w:val="16"/>
          <w:szCs w:val="16"/>
        </w:rPr>
        <w:t xml:space="preserve"> </w:t>
      </w:r>
      <w:proofErr w:type="spellStart"/>
      <w:r w:rsidRPr="004761A5">
        <w:rPr>
          <w:rFonts w:ascii="TimesNewRomanPSMT" w:eastAsia="TimesNewRomanPSMT" w:hAnsi="TimesNewRomanPSMT"/>
          <w:color w:val="000000"/>
          <w:w w:val="102"/>
          <w:sz w:val="16"/>
          <w:szCs w:val="16"/>
        </w:rPr>
        <w:t>Legii</w:t>
      </w:r>
      <w:proofErr w:type="spellEnd"/>
      <w:r w:rsidRPr="004761A5">
        <w:rPr>
          <w:rFonts w:ascii="TimesNewRomanPSMT" w:eastAsia="TimesNewRomanPSMT" w:hAnsi="TimesNewRomanPSMT"/>
          <w:color w:val="000000"/>
          <w:w w:val="102"/>
          <w:sz w:val="16"/>
          <w:szCs w:val="16"/>
        </w:rPr>
        <w:t xml:space="preserve"> nr. 169/2026 </w:t>
      </w:r>
      <w:proofErr w:type="spellStart"/>
      <w:r w:rsidRPr="004761A5">
        <w:rPr>
          <w:rFonts w:ascii="TimesNewRomanPSMT" w:eastAsia="TimesNewRomanPSMT" w:hAnsi="TimesNewRomanPSMT"/>
          <w:color w:val="000000"/>
          <w:w w:val="102"/>
          <w:sz w:val="16"/>
          <w:szCs w:val="16"/>
        </w:rPr>
        <w:t>privind</w:t>
      </w:r>
      <w:proofErr w:type="spellEnd"/>
      <w:r w:rsidRPr="004761A5">
        <w:rPr>
          <w:rFonts w:ascii="TimesNewRomanPSMT" w:eastAsia="TimesNewRomanPSMT" w:hAnsi="TimesNewRomanPSMT"/>
          <w:color w:val="000000"/>
          <w:w w:val="102"/>
          <w:sz w:val="16"/>
          <w:szCs w:val="16"/>
        </w:rPr>
        <w:t xml:space="preserve"> </w:t>
      </w:r>
      <w:proofErr w:type="spellStart"/>
      <w:r w:rsidRPr="004761A5">
        <w:rPr>
          <w:rFonts w:ascii="TimesNewRomanPSMT" w:eastAsia="TimesNewRomanPSMT" w:hAnsi="TimesNewRomanPSMT"/>
          <w:color w:val="000000"/>
          <w:w w:val="102"/>
          <w:sz w:val="16"/>
          <w:szCs w:val="16"/>
        </w:rPr>
        <w:t>Codul</w:t>
      </w:r>
      <w:proofErr w:type="spellEnd"/>
      <w:r w:rsidRPr="004761A5">
        <w:rPr>
          <w:rFonts w:ascii="TimesNewRomanPSMT" w:eastAsia="TimesNewRomanPSMT" w:hAnsi="TimesNewRomanPSMT"/>
          <w:color w:val="000000"/>
          <w:w w:val="102"/>
          <w:sz w:val="16"/>
          <w:szCs w:val="16"/>
        </w:rPr>
        <w:t xml:space="preserve"> </w:t>
      </w:r>
      <w:proofErr w:type="spellStart"/>
      <w:r w:rsidRPr="004761A5">
        <w:rPr>
          <w:rFonts w:ascii="TimesNewRomanPSMT" w:eastAsia="TimesNewRomanPSMT" w:hAnsi="TimesNewRomanPSMT"/>
          <w:color w:val="000000"/>
          <w:w w:val="102"/>
          <w:sz w:val="16"/>
          <w:szCs w:val="16"/>
        </w:rPr>
        <w:t>amenajării</w:t>
      </w:r>
      <w:proofErr w:type="spellEnd"/>
      <w:r w:rsidRPr="004761A5">
        <w:rPr>
          <w:rFonts w:ascii="TimesNewRomanPSMT" w:eastAsia="TimesNewRomanPSMT" w:hAnsi="TimesNewRomanPSMT"/>
          <w:color w:val="000000"/>
          <w:w w:val="102"/>
          <w:sz w:val="16"/>
          <w:szCs w:val="16"/>
        </w:rPr>
        <w:t xml:space="preserve"> </w:t>
      </w:r>
      <w:proofErr w:type="spellStart"/>
      <w:r w:rsidRPr="004761A5">
        <w:rPr>
          <w:rFonts w:ascii="TimesNewRomanPSMT" w:eastAsia="TimesNewRomanPSMT" w:hAnsi="TimesNewRomanPSMT"/>
          <w:color w:val="000000"/>
          <w:w w:val="102"/>
          <w:sz w:val="16"/>
          <w:szCs w:val="16"/>
        </w:rPr>
        <w:t>teritoriului</w:t>
      </w:r>
      <w:proofErr w:type="spellEnd"/>
      <w:r w:rsidRPr="004761A5">
        <w:rPr>
          <w:rFonts w:ascii="TimesNewRomanPSMT" w:eastAsia="TimesNewRomanPSMT" w:hAnsi="TimesNewRomanPSMT"/>
          <w:color w:val="000000"/>
          <w:w w:val="102"/>
          <w:sz w:val="16"/>
          <w:szCs w:val="16"/>
        </w:rPr>
        <w:t xml:space="preserve">, </w:t>
      </w:r>
      <w:proofErr w:type="spellStart"/>
      <w:r w:rsidRPr="004761A5">
        <w:rPr>
          <w:rFonts w:ascii="TimesNewRomanPSMT" w:eastAsia="TimesNewRomanPSMT" w:hAnsi="TimesNewRomanPSMT"/>
          <w:color w:val="000000"/>
          <w:w w:val="102"/>
          <w:sz w:val="16"/>
          <w:szCs w:val="16"/>
        </w:rPr>
        <w:t>urbanismului</w:t>
      </w:r>
      <w:proofErr w:type="spellEnd"/>
      <w:r w:rsidRPr="004761A5">
        <w:rPr>
          <w:rFonts w:ascii="TimesNewRomanPSMT" w:eastAsia="TimesNewRomanPSMT" w:hAnsi="TimesNewRomanPSMT"/>
          <w:color w:val="000000"/>
          <w:w w:val="102"/>
          <w:sz w:val="16"/>
          <w:szCs w:val="16"/>
        </w:rPr>
        <w:t xml:space="preserve"> </w:t>
      </w:r>
      <w:proofErr w:type="spellStart"/>
      <w:r w:rsidRPr="004761A5">
        <w:rPr>
          <w:rFonts w:ascii="TimesNewRomanPSMT" w:eastAsia="TimesNewRomanPSMT" w:hAnsi="TimesNewRomanPSMT"/>
          <w:color w:val="000000"/>
          <w:w w:val="102"/>
          <w:sz w:val="16"/>
          <w:szCs w:val="16"/>
        </w:rPr>
        <w:t>și</w:t>
      </w:r>
      <w:proofErr w:type="spellEnd"/>
      <w:r w:rsidRPr="004761A5">
        <w:rPr>
          <w:rFonts w:ascii="TimesNewRomanPSMT" w:eastAsia="TimesNewRomanPSMT" w:hAnsi="TimesNewRomanPSMT"/>
          <w:color w:val="000000"/>
          <w:w w:val="102"/>
          <w:sz w:val="16"/>
          <w:szCs w:val="16"/>
        </w:rPr>
        <w:t xml:space="preserve"> </w:t>
      </w:r>
      <w:proofErr w:type="spellStart"/>
      <w:r w:rsidRPr="004761A5">
        <w:rPr>
          <w:rFonts w:ascii="TimesNewRomanPSMT" w:eastAsia="TimesNewRomanPSMT" w:hAnsi="TimesNewRomanPSMT"/>
          <w:color w:val="000000"/>
          <w:w w:val="102"/>
          <w:sz w:val="16"/>
          <w:szCs w:val="16"/>
        </w:rPr>
        <w:t>construcțiilor</w:t>
      </w:r>
      <w:proofErr w:type="spellEnd"/>
      <w:r w:rsidRPr="004761A5">
        <w:rPr>
          <w:rFonts w:ascii="TimesNewRomanPSMT" w:eastAsia="TimesNewRomanPSMT" w:hAnsi="TimesNewRomanPSMT"/>
          <w:color w:val="000000"/>
          <w:w w:val="102"/>
          <w:sz w:val="16"/>
          <w:szCs w:val="16"/>
        </w:rPr>
        <w:t xml:space="preserve">, solicit </w:t>
      </w:r>
      <w:proofErr w:type="spellStart"/>
      <w:r w:rsidRPr="004761A5">
        <w:rPr>
          <w:rFonts w:ascii="TimesNewRomanPSMT" w:eastAsia="TimesNewRomanPSMT" w:hAnsi="TimesNewRomanPSMT"/>
          <w:color w:val="000000"/>
          <w:w w:val="102"/>
          <w:sz w:val="16"/>
          <w:szCs w:val="16"/>
        </w:rPr>
        <w:t>emiterea</w:t>
      </w:r>
      <w:proofErr w:type="spellEnd"/>
      <w:r w:rsidRPr="004761A5">
        <w:rPr>
          <w:rFonts w:ascii="TimesNewRomanPSMT" w:eastAsia="TimesNewRomanPSMT" w:hAnsi="TimesNewRomanPSMT"/>
          <w:color w:val="000000"/>
          <w:w w:val="102"/>
          <w:sz w:val="16"/>
          <w:szCs w:val="16"/>
        </w:rPr>
        <w:t xml:space="preserve"> </w:t>
      </w:r>
      <w:r w:rsidRPr="004761A5">
        <w:rPr>
          <w:sz w:val="16"/>
          <w:szCs w:val="16"/>
        </w:rPr>
        <w:br/>
      </w:r>
      <w:proofErr w:type="spellStart"/>
      <w:r w:rsidRPr="00187A6E">
        <w:rPr>
          <w:rFonts w:ascii="TimesNewRomanPS" w:eastAsia="TimesNewRomanPS" w:hAnsi="TimesNewRomanPS"/>
          <w:b/>
          <w:color w:val="000000"/>
          <w:w w:val="102"/>
          <w:sz w:val="24"/>
          <w:szCs w:val="24"/>
        </w:rPr>
        <w:t>Autorizației</w:t>
      </w:r>
      <w:proofErr w:type="spellEnd"/>
      <w:r w:rsidRPr="00187A6E">
        <w:rPr>
          <w:rFonts w:ascii="TimesNewRomanPS" w:eastAsia="TimesNewRomanPS" w:hAnsi="TimesNewRomanPS"/>
          <w:b/>
          <w:color w:val="000000"/>
          <w:w w:val="102"/>
          <w:sz w:val="24"/>
          <w:szCs w:val="24"/>
        </w:rPr>
        <w:t xml:space="preserve"> de </w:t>
      </w:r>
      <w:r w:rsidRPr="00187A6E">
        <w:rPr>
          <w:rFonts w:ascii="SegoeUISymbol" w:eastAsia="SegoeUISymbol" w:hAnsi="SegoeUISymbol"/>
          <w:color w:val="000000"/>
          <w:w w:val="102"/>
          <w:sz w:val="24"/>
          <w:szCs w:val="24"/>
        </w:rPr>
        <w:t>☐</w:t>
      </w:r>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construire</w:t>
      </w:r>
      <w:proofErr w:type="spellEnd"/>
      <w:r w:rsidRPr="00187A6E">
        <w:rPr>
          <w:rFonts w:ascii="TimesNewRomanPS" w:eastAsia="TimesNewRomanPS" w:hAnsi="TimesNewRomanPS"/>
          <w:b/>
          <w:color w:val="000000"/>
          <w:w w:val="102"/>
          <w:sz w:val="24"/>
          <w:szCs w:val="24"/>
        </w:rPr>
        <w:t xml:space="preserve"> / </w:t>
      </w:r>
      <w:r w:rsidRPr="00187A6E">
        <w:rPr>
          <w:rFonts w:ascii="SegoeUISymbol" w:eastAsia="SegoeUISymbol" w:hAnsi="SegoeUISymbol"/>
          <w:color w:val="000000"/>
          <w:w w:val="102"/>
          <w:sz w:val="24"/>
          <w:szCs w:val="24"/>
        </w:rPr>
        <w:t>☐</w:t>
      </w:r>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desființare</w:t>
      </w:r>
      <w:proofErr w:type="spellEnd"/>
      <w:r w:rsidRPr="00187A6E">
        <w:rPr>
          <w:rFonts w:ascii="TimesNewRomanPS" w:eastAsia="TimesNewRomanPS" w:hAnsi="TimesNewRomanPS"/>
          <w:b/>
          <w:color w:val="000000"/>
          <w:w w:val="102"/>
          <w:sz w:val="24"/>
          <w:szCs w:val="24"/>
        </w:rPr>
        <w:t xml:space="preserve"> </w:t>
      </w:r>
      <w:r w:rsidRPr="00187A6E">
        <w:rPr>
          <w:sz w:val="24"/>
          <w:szCs w:val="24"/>
        </w:rPr>
        <w:br/>
      </w:r>
      <w:r w:rsidRPr="00187A6E">
        <w:rPr>
          <w:rFonts w:ascii="SegoeUISymbol" w:eastAsia="SegoeUISymbol" w:hAnsi="SegoeUISymbol"/>
          <w:color w:val="000000"/>
          <w:w w:val="102"/>
          <w:sz w:val="24"/>
          <w:szCs w:val="24"/>
        </w:rPr>
        <w:t>☐</w:t>
      </w:r>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clădiri</w:t>
      </w:r>
      <w:proofErr w:type="spellEnd"/>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și</w:t>
      </w:r>
      <w:proofErr w:type="spellEnd"/>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amenajări</w:t>
      </w:r>
      <w:proofErr w:type="spellEnd"/>
      <w:r w:rsidRPr="00187A6E">
        <w:rPr>
          <w:rFonts w:ascii="TimesNewRomanPS" w:eastAsia="TimesNewRomanPS" w:hAnsi="TimesNewRomanPS"/>
          <w:b/>
          <w:color w:val="000000"/>
          <w:w w:val="102"/>
          <w:sz w:val="24"/>
          <w:szCs w:val="24"/>
        </w:rPr>
        <w:t xml:space="preserve"> / </w:t>
      </w:r>
      <w:r w:rsidRPr="00187A6E">
        <w:rPr>
          <w:rFonts w:ascii="SegoeUISymbol" w:eastAsia="SegoeUISymbol" w:hAnsi="SegoeUISymbol"/>
          <w:color w:val="000000"/>
          <w:w w:val="102"/>
          <w:sz w:val="24"/>
          <w:szCs w:val="24"/>
        </w:rPr>
        <w:t>☐</w:t>
      </w:r>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lucrări</w:t>
      </w:r>
      <w:proofErr w:type="spellEnd"/>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inginerești</w:t>
      </w:r>
      <w:proofErr w:type="spellEnd"/>
      <w:r w:rsidRPr="00187A6E">
        <w:rPr>
          <w:rFonts w:ascii="TimesNewRomanPS" w:eastAsia="TimesNewRomanPS" w:hAnsi="TimesNewRomanPS"/>
          <w:b/>
          <w:color w:val="000000"/>
          <w:w w:val="102"/>
          <w:sz w:val="24"/>
          <w:szCs w:val="24"/>
        </w:rPr>
        <w:t xml:space="preserve"> / </w:t>
      </w:r>
      <w:r w:rsidRPr="00187A6E">
        <w:rPr>
          <w:rFonts w:ascii="SegoeUISymbol" w:eastAsia="SegoeUISymbol" w:hAnsi="SegoeUISymbol"/>
          <w:color w:val="000000"/>
          <w:w w:val="102"/>
          <w:sz w:val="24"/>
          <w:szCs w:val="24"/>
        </w:rPr>
        <w:t>☐</w:t>
      </w:r>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construcții</w:t>
      </w:r>
      <w:proofErr w:type="spellEnd"/>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speciale</w:t>
      </w:r>
      <w:proofErr w:type="spellEnd"/>
      <w:r w:rsidRPr="00187A6E">
        <w:rPr>
          <w:rFonts w:ascii="TimesNewRomanPS" w:eastAsia="TimesNewRomanPS" w:hAnsi="TimesNewRomanPS"/>
          <w:b/>
          <w:color w:val="000000"/>
          <w:w w:val="102"/>
          <w:sz w:val="24"/>
          <w:szCs w:val="24"/>
        </w:rPr>
        <w:t xml:space="preserve"> </w:t>
      </w:r>
      <w:r w:rsidRPr="00187A6E">
        <w:rPr>
          <w:sz w:val="24"/>
          <w:szCs w:val="24"/>
        </w:rPr>
        <w:br/>
      </w:r>
      <w:r w:rsidRPr="00187A6E">
        <w:rPr>
          <w:rFonts w:ascii="TimesNewRomanPSMT" w:eastAsia="TimesNewRomanPSMT" w:hAnsi="TimesNewRomanPSMT"/>
          <w:color w:val="000000"/>
          <w:w w:val="102"/>
          <w:sz w:val="24"/>
          <w:szCs w:val="24"/>
        </w:rPr>
        <w:t xml:space="preserve">precum </w:t>
      </w:r>
      <w:proofErr w:type="spellStart"/>
      <w:r w:rsidRPr="00187A6E">
        <w:rPr>
          <w:rFonts w:ascii="TimesNewRomanPSMT" w:eastAsia="TimesNewRomanPSMT" w:hAnsi="TimesNewRomanPSMT"/>
          <w:color w:val="000000"/>
          <w:w w:val="102"/>
          <w:sz w:val="24"/>
          <w:szCs w:val="24"/>
        </w:rPr>
        <w:t>și</w:t>
      </w:r>
      <w:proofErr w:type="spellEnd"/>
      <w:r w:rsidRPr="00187A6E">
        <w:rPr>
          <w:rFonts w:ascii="TimesNewRomanPSMT" w:eastAsia="TimesNewRomanPSMT" w:hAnsi="TimesNewRomanPSMT"/>
          <w:color w:val="000000"/>
          <w:w w:val="102"/>
          <w:sz w:val="24"/>
          <w:szCs w:val="24"/>
        </w:rPr>
        <w:t xml:space="preserve"> a </w:t>
      </w:r>
      <w:r w:rsidRPr="00187A6E">
        <w:rPr>
          <w:rFonts w:ascii="SegoeUISymbol" w:eastAsia="SegoeUISymbol" w:hAnsi="SegoeUISymbol"/>
          <w:color w:val="000000"/>
          <w:w w:val="102"/>
          <w:sz w:val="24"/>
          <w:szCs w:val="24"/>
        </w:rPr>
        <w:t>☐</w:t>
      </w:r>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Autorizației</w:t>
      </w:r>
      <w:proofErr w:type="spellEnd"/>
      <w:r w:rsidRPr="00187A6E">
        <w:rPr>
          <w:rFonts w:ascii="TimesNewRomanPS" w:eastAsia="TimesNewRomanPS" w:hAnsi="TimesNewRomanPS"/>
          <w:b/>
          <w:color w:val="000000"/>
          <w:w w:val="102"/>
          <w:sz w:val="24"/>
          <w:szCs w:val="24"/>
        </w:rPr>
        <w:t xml:space="preserve"> de </w:t>
      </w:r>
      <w:proofErr w:type="spellStart"/>
      <w:r w:rsidRPr="00187A6E">
        <w:rPr>
          <w:rFonts w:ascii="TimesNewRomanPS" w:eastAsia="TimesNewRomanPS" w:hAnsi="TimesNewRomanPS"/>
          <w:b/>
          <w:color w:val="000000"/>
          <w:w w:val="102"/>
          <w:sz w:val="24"/>
          <w:szCs w:val="24"/>
        </w:rPr>
        <w:t>amenajare</w:t>
      </w:r>
      <w:proofErr w:type="spellEnd"/>
      <w:r w:rsidRPr="00187A6E">
        <w:rPr>
          <w:rFonts w:ascii="TimesNewRomanPS" w:eastAsia="TimesNewRomanPS" w:hAnsi="TimesNewRomanPS"/>
          <w:b/>
          <w:color w:val="000000"/>
          <w:w w:val="102"/>
          <w:sz w:val="24"/>
          <w:szCs w:val="24"/>
        </w:rPr>
        <w:t xml:space="preserve"> </w:t>
      </w:r>
      <w:proofErr w:type="gramStart"/>
      <w:r w:rsidRPr="00187A6E">
        <w:rPr>
          <w:rFonts w:ascii="TimesNewRomanPS" w:eastAsia="TimesNewRomanPS" w:hAnsi="TimesNewRomanPS"/>
          <w:b/>
          <w:color w:val="000000"/>
          <w:w w:val="102"/>
          <w:sz w:val="24"/>
          <w:szCs w:val="24"/>
        </w:rPr>
        <w:t>a</w:t>
      </w:r>
      <w:proofErr w:type="gramEnd"/>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organizării</w:t>
      </w:r>
      <w:proofErr w:type="spellEnd"/>
      <w:r w:rsidRPr="00187A6E">
        <w:rPr>
          <w:rFonts w:ascii="TimesNewRomanPS" w:eastAsia="TimesNewRomanPS" w:hAnsi="TimesNewRomanPS"/>
          <w:b/>
          <w:color w:val="000000"/>
          <w:w w:val="102"/>
          <w:sz w:val="24"/>
          <w:szCs w:val="24"/>
        </w:rPr>
        <w:t xml:space="preserve"> </w:t>
      </w:r>
      <w:proofErr w:type="spellStart"/>
      <w:r w:rsidRPr="00187A6E">
        <w:rPr>
          <w:rFonts w:ascii="TimesNewRomanPS" w:eastAsia="TimesNewRomanPS" w:hAnsi="TimesNewRomanPS"/>
          <w:b/>
          <w:color w:val="000000"/>
          <w:w w:val="102"/>
          <w:sz w:val="24"/>
          <w:szCs w:val="24"/>
        </w:rPr>
        <w:t>execuției</w:t>
      </w:r>
      <w:proofErr w:type="spellEnd"/>
      <w:r w:rsidRPr="00187A6E">
        <w:rPr>
          <w:rFonts w:ascii="TimesNewRomanPS" w:eastAsia="TimesNewRomanPS" w:hAnsi="TimesNewRomanPS"/>
          <w:b/>
          <w:color w:val="000000"/>
          <w:w w:val="102"/>
          <w:sz w:val="24"/>
          <w:szCs w:val="24"/>
        </w:rPr>
        <w:t xml:space="preserve"> </w:t>
      </w:r>
    </w:p>
    <w:tbl>
      <w:tblPr>
        <w:tblW w:w="0" w:type="auto"/>
        <w:tblInd w:w="4" w:type="dxa"/>
        <w:tblLayout w:type="fixed"/>
        <w:tblLook w:val="04A0" w:firstRow="1" w:lastRow="0" w:firstColumn="1" w:lastColumn="0" w:noHBand="0" w:noVBand="1"/>
      </w:tblPr>
      <w:tblGrid>
        <w:gridCol w:w="9348"/>
      </w:tblGrid>
      <w:tr w:rsidR="00BD2397" w:rsidRPr="00D027DE" w14:paraId="1B7981D7" w14:textId="77777777">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6B7C5298" w14:textId="77777777" w:rsidR="00BD2397" w:rsidRPr="001F7E48" w:rsidRDefault="00B8640C">
            <w:pPr>
              <w:autoSpaceDE w:val="0"/>
              <w:autoSpaceDN w:val="0"/>
              <w:spacing w:after="0" w:line="174" w:lineRule="exact"/>
              <w:ind w:left="100"/>
              <w:rPr>
                <w:sz w:val="16"/>
                <w:szCs w:val="16"/>
                <w:lang w:val="pt-PT"/>
              </w:rPr>
            </w:pPr>
            <w:r w:rsidRPr="001F7E48">
              <w:rPr>
                <w:rFonts w:ascii="TimesNewRomanPS" w:eastAsia="TimesNewRomanPS" w:hAnsi="TimesNewRomanPS"/>
                <w:b/>
                <w:color w:val="000000"/>
                <w:w w:val="103"/>
                <w:sz w:val="16"/>
                <w:szCs w:val="16"/>
                <w:lang w:val="pt-PT"/>
              </w:rPr>
              <w:t xml:space="preserve">5. </w:t>
            </w:r>
            <w:r w:rsidRPr="001F7E48">
              <w:rPr>
                <w:rFonts w:ascii="TimesNewRomanPS" w:eastAsia="TimesNewRomanPS" w:hAnsi="TimesNewRomanPS"/>
                <w:b/>
                <w:color w:val="000000"/>
                <w:w w:val="102"/>
                <w:sz w:val="16"/>
                <w:szCs w:val="16"/>
                <w:lang w:val="pt-PT"/>
              </w:rPr>
              <w:t>ÎN SCOPUL REALIZĂRIIOBIECTIVULUI  / OBIECTULUI  DE INVESTIȚII</w:t>
            </w:r>
          </w:p>
        </w:tc>
      </w:tr>
      <w:tr w:rsidR="00BD2397" w:rsidRPr="00D027DE" w14:paraId="2B054D49" w14:textId="77777777">
        <w:trPr>
          <w:trHeight w:hRule="exact" w:val="168"/>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1F76C8E2" w14:textId="77777777" w:rsidR="00BD2397" w:rsidRPr="001F7E48" w:rsidRDefault="00B8640C">
            <w:pPr>
              <w:autoSpaceDE w:val="0"/>
              <w:autoSpaceDN w:val="0"/>
              <w:spacing w:after="0" w:line="146"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include cel puțin funcțiunea principală și secundare </w:t>
            </w:r>
          </w:p>
        </w:tc>
      </w:tr>
      <w:tr w:rsidR="00BD2397" w:rsidRPr="00D027DE" w14:paraId="1C33CF53" w14:textId="77777777">
        <w:trPr>
          <w:trHeight w:hRule="exact" w:val="514"/>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0572B26E" w14:textId="77777777" w:rsidR="00BD2397" w:rsidRPr="001F7E48" w:rsidRDefault="00BD2397">
            <w:pPr>
              <w:spacing w:after="0"/>
              <w:rPr>
                <w:sz w:val="16"/>
                <w:szCs w:val="16"/>
                <w:lang w:val="pt-PT"/>
              </w:rPr>
            </w:pPr>
          </w:p>
        </w:tc>
      </w:tr>
    </w:tbl>
    <w:p w14:paraId="0AA560D2" w14:textId="77777777" w:rsidR="00BD2397" w:rsidRPr="001F7E48" w:rsidRDefault="00BD2397">
      <w:pPr>
        <w:autoSpaceDE w:val="0"/>
        <w:autoSpaceDN w:val="0"/>
        <w:spacing w:after="0" w:line="166" w:lineRule="exact"/>
        <w:rPr>
          <w:sz w:val="16"/>
          <w:szCs w:val="16"/>
          <w:lang w:val="pt-PT"/>
        </w:rPr>
      </w:pPr>
    </w:p>
    <w:tbl>
      <w:tblPr>
        <w:tblW w:w="0" w:type="auto"/>
        <w:tblInd w:w="4" w:type="dxa"/>
        <w:tblLayout w:type="fixed"/>
        <w:tblLook w:val="04A0" w:firstRow="1" w:lastRow="0" w:firstColumn="1" w:lastColumn="0" w:noHBand="0" w:noVBand="1"/>
      </w:tblPr>
      <w:tblGrid>
        <w:gridCol w:w="3116"/>
        <w:gridCol w:w="778"/>
        <w:gridCol w:w="780"/>
        <w:gridCol w:w="778"/>
        <w:gridCol w:w="780"/>
        <w:gridCol w:w="1560"/>
        <w:gridCol w:w="1556"/>
      </w:tblGrid>
      <w:tr w:rsidR="00BD2397" w:rsidRPr="004761A5" w14:paraId="1F21AF6B" w14:textId="77777777">
        <w:trPr>
          <w:trHeight w:hRule="exact" w:val="212"/>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05801E93" w14:textId="77777777" w:rsidR="00BD2397" w:rsidRPr="004761A5" w:rsidRDefault="00B8640C">
            <w:pPr>
              <w:autoSpaceDE w:val="0"/>
              <w:autoSpaceDN w:val="0"/>
              <w:spacing w:after="0" w:line="174" w:lineRule="exact"/>
              <w:ind w:left="100"/>
              <w:rPr>
                <w:sz w:val="16"/>
                <w:szCs w:val="16"/>
              </w:rPr>
            </w:pPr>
            <w:r w:rsidRPr="001F7E48">
              <w:rPr>
                <w:rFonts w:ascii="TimesNewRomanPS" w:eastAsia="TimesNewRomanPS" w:hAnsi="TimesNewRomanPS"/>
                <w:b/>
                <w:color w:val="000000"/>
                <w:w w:val="103"/>
                <w:sz w:val="16"/>
                <w:szCs w:val="16"/>
                <w:lang w:val="pt-PT"/>
              </w:rPr>
              <w:t xml:space="preserve"> </w:t>
            </w:r>
            <w:r w:rsidRPr="004761A5">
              <w:rPr>
                <w:rFonts w:ascii="TimesNewRomanPS" w:eastAsia="TimesNewRomanPS" w:hAnsi="TimesNewRomanPS"/>
                <w:b/>
                <w:color w:val="000000"/>
                <w:w w:val="103"/>
                <w:sz w:val="16"/>
                <w:szCs w:val="16"/>
              </w:rPr>
              <w:t xml:space="preserve">6. </w:t>
            </w:r>
            <w:r w:rsidRPr="004761A5">
              <w:rPr>
                <w:rFonts w:ascii="TimesNewRomanPS" w:eastAsia="TimesNewRomanPS" w:hAnsi="TimesNewRomanPS"/>
                <w:b/>
                <w:color w:val="000000"/>
                <w:w w:val="102"/>
                <w:sz w:val="16"/>
                <w:szCs w:val="16"/>
              </w:rPr>
              <w:t>IMOBIL / IMOBILE</w:t>
            </w:r>
          </w:p>
        </w:tc>
      </w:tr>
      <w:tr w:rsidR="00BD2397" w:rsidRPr="00D027DE" w14:paraId="193D3953" w14:textId="77777777">
        <w:trPr>
          <w:trHeight w:hRule="exact" w:val="168"/>
        </w:trPr>
        <w:tc>
          <w:tcPr>
            <w:tcW w:w="9348" w:type="dxa"/>
            <w:gridSpan w:val="7"/>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6A535052" w14:textId="77777777" w:rsidR="00BD2397" w:rsidRPr="001F7E48" w:rsidRDefault="00B8640C">
            <w:pPr>
              <w:autoSpaceDE w:val="0"/>
              <w:autoSpaceDN w:val="0"/>
              <w:spacing w:after="0" w:line="146"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Pentru fiecare imobil se completează obligatoriu câte o anexă tehnică; celelalte imobile se înscriu în anexa de imobile. </w:t>
            </w:r>
          </w:p>
        </w:tc>
      </w:tr>
      <w:tr w:rsidR="00BD2397" w:rsidRPr="004761A5" w14:paraId="3D0662FA" w14:textId="77777777">
        <w:trPr>
          <w:trHeight w:hRule="exact" w:val="190"/>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5CCCEF54" w14:textId="77777777" w:rsidR="00BD2397" w:rsidRPr="004761A5" w:rsidRDefault="00B8640C">
            <w:pPr>
              <w:autoSpaceDE w:val="0"/>
              <w:autoSpaceDN w:val="0"/>
              <w:spacing w:after="0" w:line="156" w:lineRule="exact"/>
              <w:ind w:left="100"/>
              <w:rPr>
                <w:sz w:val="16"/>
                <w:szCs w:val="16"/>
              </w:rPr>
            </w:pPr>
            <w:r w:rsidRPr="001F7E48">
              <w:rPr>
                <w:rFonts w:ascii="TimesNewRomanPSMT" w:eastAsia="TimesNewRomanPSMT" w:hAnsi="TimesNewRomanPSMT"/>
                <w:color w:val="000000"/>
                <w:w w:val="103"/>
                <w:sz w:val="16"/>
                <w:szCs w:val="16"/>
                <w:lang w:val="pt-PT"/>
              </w:rPr>
              <w:t xml:space="preserve"> </w:t>
            </w:r>
            <w:proofErr w:type="spellStart"/>
            <w:r w:rsidRPr="004761A5">
              <w:rPr>
                <w:rFonts w:ascii="TimesNewRomanPSMT" w:eastAsia="TimesNewRomanPSMT" w:hAnsi="TimesNewRomanPSMT"/>
                <w:color w:val="000000"/>
                <w:w w:val="103"/>
                <w:sz w:val="16"/>
                <w:szCs w:val="16"/>
              </w:rPr>
              <w:t>Imobil</w:t>
            </w:r>
            <w:proofErr w:type="spellEnd"/>
            <w:r w:rsidRPr="004761A5">
              <w:rPr>
                <w:rFonts w:ascii="TimesNewRomanPSMT" w:eastAsia="TimesNewRomanPSMT" w:hAnsi="TimesNewRomanPSMT"/>
                <w:color w:val="000000"/>
                <w:w w:val="103"/>
                <w:sz w:val="16"/>
                <w:szCs w:val="16"/>
              </w:rPr>
              <w:t xml:space="preserve"> 1</w:t>
            </w:r>
          </w:p>
        </w:tc>
      </w:tr>
      <w:tr w:rsidR="00BD2397" w:rsidRPr="004761A5" w14:paraId="310B6EC5" w14:textId="77777777" w:rsidTr="003C5479">
        <w:trPr>
          <w:trHeight w:hRule="exact" w:val="761"/>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390FD528" w14:textId="77777777" w:rsidR="003C5479" w:rsidRDefault="00B8640C">
            <w:pPr>
              <w:autoSpaceDE w:val="0"/>
              <w:autoSpaceDN w:val="0"/>
              <w:spacing w:after="0" w:line="186" w:lineRule="exact"/>
              <w:ind w:left="100" w:right="1440"/>
              <w:rPr>
                <w:rFonts w:ascii="TimesNewRomanPSMT" w:eastAsia="TimesNewRomanPSMT" w:hAnsi="TimesNewRomanPSMT"/>
                <w:color w:val="000000"/>
                <w:w w:val="103"/>
                <w:sz w:val="16"/>
                <w:szCs w:val="16"/>
              </w:rPr>
            </w:pPr>
            <w:r w:rsidRPr="004761A5">
              <w:rPr>
                <w:rFonts w:ascii="TimesNewRomanPS" w:eastAsia="TimesNewRomanPS" w:hAnsi="TimesNewRomanPS"/>
                <w:b/>
                <w:color w:val="0D5F78"/>
                <w:w w:val="97"/>
                <w:sz w:val="16"/>
                <w:szCs w:val="16"/>
              </w:rPr>
              <w:t xml:space="preserve">Tip </w:t>
            </w:r>
            <w:proofErr w:type="spellStart"/>
            <w:r w:rsidRPr="004761A5">
              <w:rPr>
                <w:rFonts w:ascii="TimesNewRomanPS" w:eastAsia="TimesNewRomanPS" w:hAnsi="TimesNewRomanPS"/>
                <w:b/>
                <w:color w:val="0D5F78"/>
                <w:w w:val="97"/>
                <w:sz w:val="16"/>
                <w:szCs w:val="16"/>
              </w:rPr>
              <w:t>imobil</w:t>
            </w:r>
            <w:proofErr w:type="spellEnd"/>
            <w:r w:rsidRPr="004761A5">
              <w:rPr>
                <w:sz w:val="16"/>
                <w:szCs w:val="16"/>
              </w:rPr>
              <w:br/>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teren</w:t>
            </w:r>
            <w:proofErr w:type="spellEnd"/>
            <w:r w:rsidRPr="004761A5">
              <w:rPr>
                <w:rFonts w:ascii="TimesNewRomanPSMT" w:eastAsia="TimesNewRomanPSMT" w:hAnsi="TimesNewRomanPSMT"/>
                <w:color w:val="000000"/>
                <w:w w:val="103"/>
                <w:sz w:val="16"/>
                <w:szCs w:val="16"/>
              </w:rPr>
              <w:t xml:space="preserve">     </w:t>
            </w:r>
          </w:p>
          <w:p w14:paraId="2F712C2F" w14:textId="77777777" w:rsidR="00BD2397" w:rsidRPr="004761A5" w:rsidRDefault="00B8640C">
            <w:pPr>
              <w:autoSpaceDE w:val="0"/>
              <w:autoSpaceDN w:val="0"/>
              <w:spacing w:after="0" w:line="186" w:lineRule="exact"/>
              <w:ind w:left="100" w:right="1440"/>
              <w:rPr>
                <w:sz w:val="16"/>
                <w:szCs w:val="16"/>
              </w:rPr>
            </w:pP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construcții</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23B8D9F2"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Număr</w:t>
            </w:r>
            <w:proofErr w:type="spellEnd"/>
            <w:r w:rsidRPr="004761A5">
              <w:rPr>
                <w:rFonts w:ascii="TimesNewRomanPS" w:eastAsia="TimesNewRomanPS" w:hAnsi="TimesNewRomanPS"/>
                <w:b/>
                <w:color w:val="0D5F78"/>
                <w:w w:val="97"/>
                <w:sz w:val="16"/>
                <w:szCs w:val="16"/>
              </w:rPr>
              <w:t xml:space="preserve"> cadastral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058DEEB6"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Carte </w:t>
            </w:r>
            <w:proofErr w:type="spellStart"/>
            <w:r w:rsidRPr="004761A5">
              <w:rPr>
                <w:rFonts w:ascii="TimesNewRomanPS" w:eastAsia="TimesNewRomanPS" w:hAnsi="TimesNewRomanPS"/>
                <w:b/>
                <w:color w:val="0D5F78"/>
                <w:w w:val="97"/>
                <w:sz w:val="16"/>
                <w:szCs w:val="16"/>
              </w:rPr>
              <w:t>funciară</w:t>
            </w:r>
            <w:proofErr w:type="spellEnd"/>
            <w:r w:rsidRPr="004761A5">
              <w:rPr>
                <w:rFonts w:ascii="TimesNewRomanPS" w:eastAsia="TimesNewRomanPS" w:hAnsi="TimesNewRomanPS"/>
                <w:b/>
                <w:color w:val="0D5F78"/>
                <w:w w:val="97"/>
                <w:sz w:val="16"/>
                <w:szCs w:val="16"/>
              </w:rPr>
              <w:t xml:space="preserve"> nr.</w:t>
            </w:r>
          </w:p>
        </w:tc>
      </w:tr>
      <w:tr w:rsidR="00BD2397" w:rsidRPr="004761A5" w14:paraId="7AA750BB"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1EA54D51"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4693D66C"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Municipiul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orașul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3095B757"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Satul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sectorul</w:t>
            </w:r>
            <w:proofErr w:type="spellEnd"/>
          </w:p>
        </w:tc>
      </w:tr>
      <w:tr w:rsidR="00BD2397" w:rsidRPr="004761A5" w14:paraId="49249079" w14:textId="77777777">
        <w:trPr>
          <w:trHeight w:hRule="exact" w:val="486"/>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14:paraId="7FD104C0"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3" w:space="0" w:color="767676"/>
              <w:right w:val="single" w:sz="4" w:space="0" w:color="767676"/>
            </w:tcBorders>
            <w:tcMar>
              <w:left w:w="0" w:type="dxa"/>
              <w:right w:w="0" w:type="dxa"/>
            </w:tcMar>
          </w:tcPr>
          <w:p w14:paraId="10B02C78"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14:paraId="51A6AEAA"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3" w:space="0" w:color="767676"/>
              <w:right w:val="single" w:sz="4" w:space="0" w:color="767676"/>
            </w:tcBorders>
            <w:tcMar>
              <w:left w:w="0" w:type="dxa"/>
              <w:right w:w="0" w:type="dxa"/>
            </w:tcMar>
          </w:tcPr>
          <w:p w14:paraId="02879D02"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14:paraId="279F02C3"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3" w:space="0" w:color="767676"/>
              <w:right w:val="single" w:sz="4" w:space="0" w:color="767676"/>
            </w:tcBorders>
            <w:tcMar>
              <w:left w:w="0" w:type="dxa"/>
              <w:right w:w="0" w:type="dxa"/>
            </w:tcMar>
          </w:tcPr>
          <w:p w14:paraId="1A39ACB1"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Cod </w:t>
            </w:r>
            <w:proofErr w:type="spellStart"/>
            <w:r w:rsidRPr="004761A5">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31A2AF1C" w14:textId="77777777" w:rsidR="00BD2397" w:rsidRPr="004761A5" w:rsidRDefault="00B8640C">
            <w:pPr>
              <w:autoSpaceDE w:val="0"/>
              <w:autoSpaceDN w:val="0"/>
              <w:spacing w:after="0" w:line="146" w:lineRule="exact"/>
              <w:ind w:left="98"/>
              <w:rPr>
                <w:sz w:val="16"/>
                <w:szCs w:val="16"/>
              </w:rPr>
            </w:pPr>
            <w:proofErr w:type="spellStart"/>
            <w:r w:rsidRPr="004761A5">
              <w:rPr>
                <w:rFonts w:ascii="TimesNewRomanPS" w:eastAsia="TimesNewRomanPS" w:hAnsi="TimesNewRomanPS"/>
                <w:b/>
                <w:color w:val="0D5F78"/>
                <w:w w:val="97"/>
                <w:sz w:val="16"/>
                <w:szCs w:val="16"/>
              </w:rPr>
              <w:t>Țara</w:t>
            </w:r>
            <w:proofErr w:type="spellEnd"/>
          </w:p>
        </w:tc>
      </w:tr>
    </w:tbl>
    <w:p w14:paraId="1AC760DA" w14:textId="77777777" w:rsidR="00BD2397" w:rsidRPr="004761A5" w:rsidRDefault="00BD2397">
      <w:pPr>
        <w:autoSpaceDE w:val="0"/>
        <w:autoSpaceDN w:val="0"/>
        <w:spacing w:after="0" w:line="14" w:lineRule="exact"/>
        <w:rPr>
          <w:sz w:val="16"/>
          <w:szCs w:val="16"/>
        </w:rPr>
      </w:pPr>
    </w:p>
    <w:p w14:paraId="6DDB5E70" w14:textId="77777777" w:rsidR="00BD2397" w:rsidRPr="004761A5" w:rsidRDefault="00BD2397">
      <w:pPr>
        <w:autoSpaceDE w:val="0"/>
        <w:autoSpaceDN w:val="0"/>
        <w:spacing w:after="0" w:line="14" w:lineRule="exact"/>
        <w:rPr>
          <w:sz w:val="16"/>
          <w:szCs w:val="16"/>
        </w:rPr>
      </w:pPr>
    </w:p>
    <w:p w14:paraId="13C2E753" w14:textId="77777777" w:rsidR="00BD2397" w:rsidRPr="004761A5" w:rsidRDefault="00BD2397">
      <w:pPr>
        <w:spacing w:after="0"/>
        <w:rPr>
          <w:sz w:val="16"/>
          <w:szCs w:val="16"/>
        </w:rPr>
        <w:sectPr w:rsidR="00BD2397" w:rsidRPr="004761A5">
          <w:pgSz w:w="11900" w:h="16840"/>
          <w:pgMar w:top="126" w:right="546" w:bottom="482" w:left="1166" w:header="720" w:footer="720" w:gutter="0"/>
          <w:cols w:space="708"/>
          <w:docGrid w:linePitch="360"/>
        </w:sectPr>
      </w:pPr>
    </w:p>
    <w:p w14:paraId="37311FB6" w14:textId="77777777" w:rsidR="00BD2397" w:rsidRPr="004761A5" w:rsidRDefault="00BD2397">
      <w:pPr>
        <w:autoSpaceDE w:val="0"/>
        <w:autoSpaceDN w:val="0"/>
        <w:spacing w:after="0" w:line="126" w:lineRule="exact"/>
        <w:rPr>
          <w:sz w:val="16"/>
          <w:szCs w:val="16"/>
        </w:rPr>
      </w:pPr>
    </w:p>
    <w:p w14:paraId="28FB355B" w14:textId="546D71B4" w:rsidR="00BD2397" w:rsidRPr="004761A5" w:rsidRDefault="00BD2397">
      <w:pPr>
        <w:autoSpaceDE w:val="0"/>
        <w:autoSpaceDN w:val="0"/>
        <w:spacing w:after="0" w:line="144" w:lineRule="exact"/>
        <w:ind w:left="710"/>
        <w:rPr>
          <w:sz w:val="16"/>
          <w:szCs w:val="16"/>
        </w:rPr>
      </w:pPr>
    </w:p>
    <w:tbl>
      <w:tblPr>
        <w:tblW w:w="0" w:type="auto"/>
        <w:tblInd w:w="606" w:type="dxa"/>
        <w:tblLayout w:type="fixed"/>
        <w:tblLook w:val="04A0" w:firstRow="1" w:lastRow="0" w:firstColumn="1" w:lastColumn="0" w:noHBand="0" w:noVBand="1"/>
      </w:tblPr>
      <w:tblGrid>
        <w:gridCol w:w="3116"/>
        <w:gridCol w:w="778"/>
        <w:gridCol w:w="1558"/>
        <w:gridCol w:w="3896"/>
      </w:tblGrid>
      <w:tr w:rsidR="00BD2397" w:rsidRPr="00D027DE" w14:paraId="1026B725" w14:textId="77777777">
        <w:trPr>
          <w:trHeight w:hRule="exact" w:val="212"/>
        </w:trPr>
        <w:tc>
          <w:tcPr>
            <w:tcW w:w="9348" w:type="dxa"/>
            <w:gridSpan w:val="4"/>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483ABB0D" w14:textId="77777777" w:rsidR="00BD2397" w:rsidRPr="004761A5" w:rsidRDefault="00B8640C">
            <w:pPr>
              <w:autoSpaceDE w:val="0"/>
              <w:autoSpaceDN w:val="0"/>
              <w:spacing w:after="0" w:line="174" w:lineRule="exact"/>
              <w:ind w:left="100"/>
              <w:rPr>
                <w:sz w:val="16"/>
                <w:szCs w:val="16"/>
                <w:lang w:val="sv-SE"/>
              </w:rPr>
            </w:pPr>
            <w:r w:rsidRPr="004761A5">
              <w:rPr>
                <w:rFonts w:ascii="TimesNewRomanPS" w:eastAsia="TimesNewRomanPS" w:hAnsi="TimesNewRomanPS"/>
                <w:b/>
                <w:color w:val="000000"/>
                <w:w w:val="103"/>
                <w:sz w:val="16"/>
                <w:szCs w:val="16"/>
                <w:lang w:val="sv-SE"/>
              </w:rPr>
              <w:t xml:space="preserve"> 7. </w:t>
            </w:r>
            <w:r w:rsidRPr="004761A5">
              <w:rPr>
                <w:rFonts w:ascii="TimesNewRomanPS" w:eastAsia="TimesNewRomanPS" w:hAnsi="TimesNewRomanPS"/>
                <w:b/>
                <w:color w:val="000000"/>
                <w:w w:val="102"/>
                <w:sz w:val="16"/>
                <w:szCs w:val="16"/>
                <w:lang w:val="sv-SE"/>
              </w:rPr>
              <w:t>PROIECTUL ATAȘAT ȘI ECHIPA DE PROIECTARE</w:t>
            </w:r>
          </w:p>
        </w:tc>
      </w:tr>
      <w:tr w:rsidR="00BD2397" w:rsidRPr="00D027DE" w14:paraId="72ECB962" w14:textId="77777777">
        <w:trPr>
          <w:trHeight w:hRule="exact" w:val="420"/>
        </w:trPr>
        <w:tc>
          <w:tcPr>
            <w:tcW w:w="9348" w:type="dxa"/>
            <w:gridSpan w:val="4"/>
            <w:tcBorders>
              <w:top w:val="single" w:sz="4" w:space="0" w:color="767676"/>
              <w:left w:val="single" w:sz="3" w:space="0" w:color="767676"/>
              <w:bottom w:val="single" w:sz="4" w:space="0" w:color="767676"/>
              <w:right w:val="single" w:sz="3" w:space="0" w:color="767676"/>
            </w:tcBorders>
            <w:tcMar>
              <w:left w:w="0" w:type="dxa"/>
              <w:right w:w="0" w:type="dxa"/>
            </w:tcMar>
          </w:tcPr>
          <w:p w14:paraId="384CBC9E" w14:textId="77777777" w:rsidR="00BD2397" w:rsidRPr="004761A5" w:rsidRDefault="00B8640C">
            <w:pPr>
              <w:autoSpaceDE w:val="0"/>
              <w:autoSpaceDN w:val="0"/>
              <w:spacing w:after="0" w:line="204" w:lineRule="exact"/>
              <w:ind w:left="140" w:right="432"/>
              <w:rPr>
                <w:sz w:val="16"/>
                <w:szCs w:val="16"/>
                <w:lang w:val="sv-SE"/>
              </w:rPr>
            </w:pP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Proiect pentru autorizarea construirii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Proiect pentru autorizarea desființării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Proiect pentru intervenții asupra clădirilor existente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Proiect pentru autorizarea amenajării</w:t>
            </w:r>
          </w:p>
        </w:tc>
      </w:tr>
      <w:tr w:rsidR="00BD2397" w:rsidRPr="004761A5" w14:paraId="1F46CDC9"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7E90E972"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Nr. / </w:t>
            </w:r>
            <w:proofErr w:type="gramStart"/>
            <w:r w:rsidRPr="004761A5">
              <w:rPr>
                <w:rFonts w:ascii="TimesNewRomanPS" w:eastAsia="TimesNewRomanPS" w:hAnsi="TimesNewRomanPS"/>
                <w:b/>
                <w:color w:val="0D5F78"/>
                <w:w w:val="97"/>
                <w:sz w:val="16"/>
                <w:szCs w:val="16"/>
              </w:rPr>
              <w:t>data</w:t>
            </w:r>
            <w:proofErr w:type="gram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proiectului</w:t>
            </w:r>
            <w:proofErr w:type="spellEnd"/>
          </w:p>
        </w:tc>
        <w:tc>
          <w:tcPr>
            <w:tcW w:w="6232"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1858BC91"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Elaborator (</w:t>
            </w:r>
            <w:proofErr w:type="spellStart"/>
            <w:r w:rsidRPr="004761A5">
              <w:rPr>
                <w:rFonts w:ascii="TimesNewRomanPS" w:eastAsia="TimesNewRomanPS" w:hAnsi="TimesNewRomanPS"/>
                <w:b/>
                <w:color w:val="0D5F78"/>
                <w:w w:val="97"/>
                <w:sz w:val="16"/>
                <w:szCs w:val="16"/>
              </w:rPr>
              <w:t>denumire</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sediu</w:t>
            </w:r>
            <w:proofErr w:type="spellEnd"/>
            <w:r w:rsidRPr="004761A5">
              <w:rPr>
                <w:rFonts w:ascii="TimesNewRomanPS" w:eastAsia="TimesNewRomanPS" w:hAnsi="TimesNewRomanPS"/>
                <w:b/>
                <w:color w:val="0D5F78"/>
                <w:w w:val="97"/>
                <w:sz w:val="16"/>
                <w:szCs w:val="16"/>
              </w:rPr>
              <w:t>)</w:t>
            </w:r>
          </w:p>
        </w:tc>
      </w:tr>
      <w:tr w:rsidR="00BD2397" w:rsidRPr="004761A5" w14:paraId="66F74415" w14:textId="77777777">
        <w:trPr>
          <w:trHeight w:hRule="exact" w:val="514"/>
        </w:trPr>
        <w:tc>
          <w:tcPr>
            <w:tcW w:w="389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7A5159F4" w14:textId="77777777" w:rsidR="00BD2397" w:rsidRPr="004761A5" w:rsidRDefault="00B8640C">
            <w:pPr>
              <w:autoSpaceDE w:val="0"/>
              <w:autoSpaceDN w:val="0"/>
              <w:spacing w:after="0" w:line="168" w:lineRule="exact"/>
              <w:ind w:left="100" w:right="144"/>
              <w:rPr>
                <w:sz w:val="16"/>
                <w:szCs w:val="16"/>
              </w:rPr>
            </w:pPr>
            <w:proofErr w:type="spellStart"/>
            <w:r w:rsidRPr="004761A5">
              <w:rPr>
                <w:rFonts w:ascii="TimesNewRomanPS" w:eastAsia="TimesNewRomanPS" w:hAnsi="TimesNewRomanPS"/>
                <w:b/>
                <w:color w:val="0D5F78"/>
                <w:w w:val="97"/>
                <w:sz w:val="16"/>
                <w:szCs w:val="16"/>
              </w:rPr>
              <w:t>Proiectant</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autor</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arhitect</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arhitect</w:t>
            </w:r>
            <w:proofErr w:type="spellEnd"/>
            <w:r w:rsidRPr="004761A5">
              <w:rPr>
                <w:rFonts w:ascii="TimesNewRomanPS" w:eastAsia="TimesNewRomanPS" w:hAnsi="TimesNewRomanPS"/>
                <w:b/>
                <w:color w:val="0D5F78"/>
                <w:w w:val="97"/>
                <w:sz w:val="16"/>
                <w:szCs w:val="16"/>
              </w:rPr>
              <w:t xml:space="preserve"> conductor / </w:t>
            </w:r>
            <w:proofErr w:type="spellStart"/>
            <w:r w:rsidRPr="004761A5">
              <w:rPr>
                <w:rFonts w:ascii="TimesNewRomanPS" w:eastAsia="TimesNewRomanPS" w:hAnsi="TimesNewRomanPS"/>
                <w:b/>
                <w:color w:val="0D5F78"/>
                <w:w w:val="97"/>
                <w:sz w:val="16"/>
                <w:szCs w:val="16"/>
              </w:rPr>
              <w:t>arhitect</w:t>
            </w:r>
            <w:proofErr w:type="spellEnd"/>
            <w:r w:rsidRPr="004761A5">
              <w:rPr>
                <w:rFonts w:ascii="TimesNewRomanPS" w:eastAsia="TimesNewRomanPS" w:hAnsi="TimesNewRomanPS"/>
                <w:b/>
                <w:color w:val="0D5F78"/>
                <w:w w:val="97"/>
                <w:sz w:val="16"/>
                <w:szCs w:val="16"/>
              </w:rPr>
              <w:t xml:space="preserve"> de interior</w:t>
            </w:r>
          </w:p>
        </w:tc>
        <w:tc>
          <w:tcPr>
            <w:tcW w:w="1558" w:type="dxa"/>
            <w:tcBorders>
              <w:top w:val="single" w:sz="4" w:space="0" w:color="767676"/>
              <w:left w:val="single" w:sz="4" w:space="0" w:color="767676"/>
              <w:bottom w:val="single" w:sz="4" w:space="0" w:color="767676"/>
              <w:right w:val="single" w:sz="4" w:space="0" w:color="767676"/>
            </w:tcBorders>
            <w:tcMar>
              <w:left w:w="0" w:type="dxa"/>
              <w:right w:w="0" w:type="dxa"/>
            </w:tcMar>
          </w:tcPr>
          <w:p w14:paraId="1DF4DFDA"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Nr. TNA</w:t>
            </w:r>
          </w:p>
        </w:tc>
        <w:tc>
          <w:tcPr>
            <w:tcW w:w="3896" w:type="dxa"/>
            <w:tcBorders>
              <w:top w:val="single" w:sz="4" w:space="0" w:color="767676"/>
              <w:left w:val="single" w:sz="4" w:space="0" w:color="767676"/>
              <w:bottom w:val="single" w:sz="4" w:space="0" w:color="767676"/>
              <w:right w:val="single" w:sz="3" w:space="0" w:color="767676"/>
            </w:tcBorders>
            <w:tcMar>
              <w:left w:w="0" w:type="dxa"/>
              <w:right w:w="0" w:type="dxa"/>
            </w:tcMar>
          </w:tcPr>
          <w:p w14:paraId="563C6B90"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Ingineri</w:t>
            </w:r>
            <w:proofErr w:type="spellEnd"/>
            <w:r w:rsidRPr="004761A5">
              <w:rPr>
                <w:rFonts w:ascii="TimesNewRomanPS" w:eastAsia="TimesNewRomanPS" w:hAnsi="TimesNewRomanPS"/>
                <w:b/>
                <w:color w:val="0D5F78"/>
                <w:w w:val="97"/>
                <w:sz w:val="16"/>
                <w:szCs w:val="16"/>
              </w:rPr>
              <w:t xml:space="preserve">, pe </w:t>
            </w:r>
            <w:proofErr w:type="spellStart"/>
            <w:r w:rsidRPr="004761A5">
              <w:rPr>
                <w:rFonts w:ascii="TimesNewRomanPS" w:eastAsia="TimesNewRomanPS" w:hAnsi="TimesNewRomanPS"/>
                <w:b/>
                <w:color w:val="0D5F78"/>
                <w:w w:val="97"/>
                <w:sz w:val="16"/>
                <w:szCs w:val="16"/>
              </w:rPr>
              <w:t>specialități</w:t>
            </w:r>
            <w:proofErr w:type="spellEnd"/>
          </w:p>
        </w:tc>
      </w:tr>
    </w:tbl>
    <w:p w14:paraId="36FBD27D" w14:textId="77777777" w:rsidR="00BD2397" w:rsidRPr="004761A5" w:rsidRDefault="00BD2397">
      <w:pPr>
        <w:autoSpaceDE w:val="0"/>
        <w:autoSpaceDN w:val="0"/>
        <w:spacing w:after="0" w:line="114" w:lineRule="exact"/>
        <w:rPr>
          <w:sz w:val="16"/>
          <w:szCs w:val="16"/>
        </w:rPr>
      </w:pPr>
    </w:p>
    <w:tbl>
      <w:tblPr>
        <w:tblW w:w="0" w:type="auto"/>
        <w:tblInd w:w="606" w:type="dxa"/>
        <w:tblLayout w:type="fixed"/>
        <w:tblLook w:val="04A0" w:firstRow="1" w:lastRow="0" w:firstColumn="1" w:lastColumn="0" w:noHBand="0" w:noVBand="1"/>
      </w:tblPr>
      <w:tblGrid>
        <w:gridCol w:w="5452"/>
        <w:gridCol w:w="3896"/>
      </w:tblGrid>
      <w:tr w:rsidR="00BD2397" w:rsidRPr="00D027DE" w14:paraId="695B4CD3" w14:textId="77777777">
        <w:trPr>
          <w:trHeight w:hRule="exact" w:val="214"/>
        </w:trPr>
        <w:tc>
          <w:tcPr>
            <w:tcW w:w="9348" w:type="dxa"/>
            <w:gridSpan w:val="2"/>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5C6DEB9" w14:textId="77777777" w:rsidR="00BD2397" w:rsidRPr="001F7E48" w:rsidRDefault="00B8640C">
            <w:pPr>
              <w:autoSpaceDE w:val="0"/>
              <w:autoSpaceDN w:val="0"/>
              <w:spacing w:after="0" w:line="176" w:lineRule="exact"/>
              <w:ind w:left="100"/>
              <w:rPr>
                <w:sz w:val="16"/>
                <w:szCs w:val="16"/>
                <w:lang w:val="pt-PT"/>
              </w:rPr>
            </w:pPr>
            <w:r w:rsidRPr="001F7E48">
              <w:rPr>
                <w:rFonts w:ascii="TimesNewRomanPS" w:eastAsia="TimesNewRomanPS" w:hAnsi="TimesNewRomanPS"/>
                <w:b/>
                <w:color w:val="000000"/>
                <w:w w:val="103"/>
                <w:sz w:val="16"/>
                <w:szCs w:val="16"/>
                <w:lang w:val="pt-PT"/>
              </w:rPr>
              <w:t xml:space="preserve"> 8. </w:t>
            </w:r>
            <w:r w:rsidRPr="001F7E48">
              <w:rPr>
                <w:rFonts w:ascii="TimesNewRomanPS" w:eastAsia="TimesNewRomanPS" w:hAnsi="TimesNewRomanPS"/>
                <w:b/>
                <w:color w:val="000000"/>
                <w:w w:val="102"/>
                <w:sz w:val="16"/>
                <w:szCs w:val="16"/>
                <w:lang w:val="pt-PT"/>
              </w:rPr>
              <w:t>CLASA DE CONSECINȚE</w:t>
            </w:r>
            <w:r w:rsidRPr="001F7E48">
              <w:rPr>
                <w:rFonts w:ascii="TimesNewRomanPS" w:eastAsia="TimesNewRomanPS" w:hAnsi="TimesNewRomanPS"/>
                <w:b/>
                <w:color w:val="000000"/>
                <w:w w:val="103"/>
                <w:sz w:val="16"/>
                <w:szCs w:val="16"/>
                <w:lang w:val="pt-PT"/>
              </w:rPr>
              <w:t xml:space="preserve"> / </w:t>
            </w:r>
            <w:r w:rsidRPr="001F7E48">
              <w:rPr>
                <w:rFonts w:ascii="TimesNewRomanPS" w:eastAsia="TimesNewRomanPS" w:hAnsi="TimesNewRomanPS"/>
                <w:b/>
                <w:color w:val="000000"/>
                <w:w w:val="102"/>
                <w:sz w:val="16"/>
                <w:szCs w:val="16"/>
                <w:lang w:val="pt-PT"/>
              </w:rPr>
              <w:t>VERIFICAREA TEHNICĂ</w:t>
            </w:r>
          </w:p>
        </w:tc>
      </w:tr>
      <w:tr w:rsidR="00BD2397" w:rsidRPr="00D027DE" w14:paraId="6C26464D" w14:textId="77777777">
        <w:trPr>
          <w:trHeight w:hRule="exact" w:val="214"/>
        </w:trPr>
        <w:tc>
          <w:tcPr>
            <w:tcW w:w="934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6E9F30F6" w14:textId="77777777" w:rsidR="00BD2397" w:rsidRPr="001F7E48" w:rsidRDefault="00B8640C">
            <w:pPr>
              <w:autoSpaceDE w:val="0"/>
              <w:autoSpaceDN w:val="0"/>
              <w:spacing w:after="0" w:line="160" w:lineRule="exact"/>
              <w:ind w:left="14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CC 1 / NVP 1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CC 2 / NVP 2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CC 3 / NVP 3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CC 4 / NVP 4</w:t>
            </w:r>
          </w:p>
        </w:tc>
      </w:tr>
      <w:tr w:rsidR="00BD2397" w:rsidRPr="004761A5" w14:paraId="43821F6F" w14:textId="77777777">
        <w:trPr>
          <w:trHeight w:hRule="exact" w:val="506"/>
        </w:trPr>
        <w:tc>
          <w:tcPr>
            <w:tcW w:w="5452" w:type="dxa"/>
            <w:tcBorders>
              <w:top w:val="single" w:sz="4" w:space="0" w:color="767676"/>
              <w:left w:val="single" w:sz="3" w:space="0" w:color="767676"/>
              <w:bottom w:val="single" w:sz="4" w:space="0" w:color="767676"/>
              <w:right w:val="single" w:sz="4" w:space="0" w:color="767676"/>
            </w:tcBorders>
            <w:tcMar>
              <w:left w:w="0" w:type="dxa"/>
              <w:right w:w="0" w:type="dxa"/>
            </w:tcMar>
          </w:tcPr>
          <w:p w14:paraId="1363D869" w14:textId="77777777" w:rsidR="00BD2397" w:rsidRPr="000C1C98" w:rsidRDefault="00B8640C">
            <w:pPr>
              <w:autoSpaceDE w:val="0"/>
              <w:autoSpaceDN w:val="0"/>
              <w:spacing w:after="0" w:line="146" w:lineRule="exact"/>
              <w:ind w:left="100"/>
              <w:rPr>
                <w:sz w:val="16"/>
                <w:szCs w:val="16"/>
                <w:lang w:val="pt-PT"/>
              </w:rPr>
            </w:pPr>
            <w:r w:rsidRPr="000C1C98">
              <w:rPr>
                <w:rFonts w:ascii="TimesNewRomanPS" w:eastAsia="TimesNewRomanPS" w:hAnsi="TimesNewRomanPS"/>
                <w:b/>
                <w:color w:val="0D5F78"/>
                <w:w w:val="97"/>
                <w:sz w:val="16"/>
                <w:szCs w:val="16"/>
                <w:lang w:val="pt-PT"/>
              </w:rPr>
              <w:t>rezistență mecanică și stabilitate — nume și prenume verificator / nr. atestat</w:t>
            </w:r>
          </w:p>
        </w:tc>
        <w:tc>
          <w:tcPr>
            <w:tcW w:w="3896" w:type="dxa"/>
            <w:tcBorders>
              <w:top w:val="single" w:sz="4" w:space="0" w:color="767676"/>
              <w:left w:val="single" w:sz="4" w:space="0" w:color="767676"/>
              <w:bottom w:val="single" w:sz="4" w:space="0" w:color="767676"/>
              <w:right w:val="single" w:sz="3" w:space="0" w:color="767676"/>
            </w:tcBorders>
            <w:tcMar>
              <w:left w:w="0" w:type="dxa"/>
              <w:right w:w="0" w:type="dxa"/>
            </w:tcMar>
          </w:tcPr>
          <w:p w14:paraId="7871DEED"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Referat</w:t>
            </w:r>
            <w:proofErr w:type="spellEnd"/>
            <w:r w:rsidRPr="004761A5">
              <w:rPr>
                <w:rFonts w:ascii="TimesNewRomanPS" w:eastAsia="TimesNewRomanPS" w:hAnsi="TimesNewRomanPS"/>
                <w:b/>
                <w:color w:val="0D5F78"/>
                <w:w w:val="97"/>
                <w:sz w:val="16"/>
                <w:szCs w:val="16"/>
              </w:rPr>
              <w:t xml:space="preserve"> nr. / </w:t>
            </w:r>
            <w:proofErr w:type="gramStart"/>
            <w:r w:rsidRPr="004761A5">
              <w:rPr>
                <w:rFonts w:ascii="TimesNewRomanPS" w:eastAsia="TimesNewRomanPS" w:hAnsi="TimesNewRomanPS"/>
                <w:b/>
                <w:color w:val="0D5F78"/>
                <w:w w:val="97"/>
                <w:sz w:val="16"/>
                <w:szCs w:val="16"/>
              </w:rPr>
              <w:t>data</w:t>
            </w:r>
            <w:proofErr w:type="gramEnd"/>
          </w:p>
        </w:tc>
      </w:tr>
      <w:tr w:rsidR="00BD2397" w:rsidRPr="004761A5" w14:paraId="508E9DA2" w14:textId="77777777">
        <w:trPr>
          <w:trHeight w:hRule="exact" w:val="504"/>
        </w:trPr>
        <w:tc>
          <w:tcPr>
            <w:tcW w:w="5452" w:type="dxa"/>
            <w:tcBorders>
              <w:top w:val="single" w:sz="4" w:space="0" w:color="767676"/>
              <w:left w:val="single" w:sz="3" w:space="0" w:color="767676"/>
              <w:bottom w:val="single" w:sz="3" w:space="0" w:color="767676"/>
              <w:right w:val="single" w:sz="4" w:space="0" w:color="767676"/>
            </w:tcBorders>
            <w:tcMar>
              <w:left w:w="0" w:type="dxa"/>
              <w:right w:w="0" w:type="dxa"/>
            </w:tcMar>
          </w:tcPr>
          <w:p w14:paraId="71FCD08B" w14:textId="77777777" w:rsidR="00BD2397" w:rsidRPr="000C1C98" w:rsidRDefault="00B8640C">
            <w:pPr>
              <w:autoSpaceDE w:val="0"/>
              <w:autoSpaceDN w:val="0"/>
              <w:spacing w:after="0" w:line="146" w:lineRule="exact"/>
              <w:ind w:left="100"/>
              <w:rPr>
                <w:sz w:val="16"/>
                <w:szCs w:val="16"/>
                <w:lang w:val="pt-PT"/>
              </w:rPr>
            </w:pPr>
            <w:r w:rsidRPr="000C1C98">
              <w:rPr>
                <w:rFonts w:ascii="TimesNewRomanPS" w:eastAsia="TimesNewRomanPS" w:hAnsi="TimesNewRomanPS"/>
                <w:b/>
                <w:color w:val="0D5F78"/>
                <w:w w:val="97"/>
                <w:sz w:val="16"/>
                <w:szCs w:val="16"/>
                <w:lang w:val="pt-PT"/>
              </w:rPr>
              <w:t>securitate la incendiu — nume și prenume verificator / nr. atestat</w:t>
            </w:r>
          </w:p>
        </w:tc>
        <w:tc>
          <w:tcPr>
            <w:tcW w:w="3896" w:type="dxa"/>
            <w:tcBorders>
              <w:top w:val="single" w:sz="4" w:space="0" w:color="767676"/>
              <w:left w:val="single" w:sz="4" w:space="0" w:color="767676"/>
              <w:bottom w:val="single" w:sz="3" w:space="0" w:color="767676"/>
              <w:right w:val="single" w:sz="3" w:space="0" w:color="767676"/>
            </w:tcBorders>
            <w:tcMar>
              <w:left w:w="0" w:type="dxa"/>
              <w:right w:w="0" w:type="dxa"/>
            </w:tcMar>
          </w:tcPr>
          <w:p w14:paraId="0AD961EE"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Referat</w:t>
            </w:r>
            <w:proofErr w:type="spellEnd"/>
            <w:r w:rsidRPr="004761A5">
              <w:rPr>
                <w:rFonts w:ascii="TimesNewRomanPS" w:eastAsia="TimesNewRomanPS" w:hAnsi="TimesNewRomanPS"/>
                <w:b/>
                <w:color w:val="0D5F78"/>
                <w:w w:val="97"/>
                <w:sz w:val="16"/>
                <w:szCs w:val="16"/>
              </w:rPr>
              <w:t xml:space="preserve"> nr. / </w:t>
            </w:r>
            <w:proofErr w:type="gramStart"/>
            <w:r w:rsidRPr="004761A5">
              <w:rPr>
                <w:rFonts w:ascii="TimesNewRomanPS" w:eastAsia="TimesNewRomanPS" w:hAnsi="TimesNewRomanPS"/>
                <w:b/>
                <w:color w:val="0D5F78"/>
                <w:w w:val="97"/>
                <w:sz w:val="16"/>
                <w:szCs w:val="16"/>
              </w:rPr>
              <w:t>data</w:t>
            </w:r>
            <w:proofErr w:type="gramEnd"/>
          </w:p>
        </w:tc>
      </w:tr>
      <w:tr w:rsidR="00BD2397" w:rsidRPr="004761A5" w14:paraId="3C8D0996" w14:textId="77777777">
        <w:trPr>
          <w:trHeight w:hRule="exact" w:val="504"/>
        </w:trPr>
        <w:tc>
          <w:tcPr>
            <w:tcW w:w="5452" w:type="dxa"/>
            <w:tcBorders>
              <w:top w:val="single" w:sz="3" w:space="0" w:color="767676"/>
              <w:left w:val="single" w:sz="3" w:space="0" w:color="767676"/>
              <w:bottom w:val="single" w:sz="3" w:space="0" w:color="767676"/>
              <w:right w:val="single" w:sz="4" w:space="0" w:color="767676"/>
            </w:tcBorders>
            <w:tcMar>
              <w:left w:w="0" w:type="dxa"/>
              <w:right w:w="0" w:type="dxa"/>
            </w:tcMar>
          </w:tcPr>
          <w:p w14:paraId="0A423635" w14:textId="77777777" w:rsidR="00BD2397" w:rsidRPr="000C1C98" w:rsidRDefault="00B8640C">
            <w:pPr>
              <w:autoSpaceDE w:val="0"/>
              <w:autoSpaceDN w:val="0"/>
              <w:spacing w:after="0" w:line="144" w:lineRule="exact"/>
              <w:ind w:left="100"/>
              <w:rPr>
                <w:sz w:val="16"/>
                <w:szCs w:val="16"/>
                <w:lang w:val="pt-PT"/>
              </w:rPr>
            </w:pPr>
            <w:r w:rsidRPr="000C1C98">
              <w:rPr>
                <w:rFonts w:ascii="TimesNewRomanPS" w:eastAsia="TimesNewRomanPS" w:hAnsi="TimesNewRomanPS"/>
                <w:b/>
                <w:color w:val="0D5F78"/>
                <w:w w:val="97"/>
                <w:sz w:val="16"/>
                <w:szCs w:val="16"/>
                <w:lang w:val="pt-PT"/>
              </w:rPr>
              <w:t>igienă, sănătate și mediu înconjurător — nume și prenume verificator / nr. atestat</w:t>
            </w:r>
          </w:p>
        </w:tc>
        <w:tc>
          <w:tcPr>
            <w:tcW w:w="3896" w:type="dxa"/>
            <w:tcBorders>
              <w:top w:val="single" w:sz="3" w:space="0" w:color="767676"/>
              <w:left w:val="single" w:sz="4" w:space="0" w:color="767676"/>
              <w:bottom w:val="single" w:sz="3" w:space="0" w:color="767676"/>
              <w:right w:val="single" w:sz="3" w:space="0" w:color="767676"/>
            </w:tcBorders>
            <w:tcMar>
              <w:left w:w="0" w:type="dxa"/>
              <w:right w:w="0" w:type="dxa"/>
            </w:tcMar>
          </w:tcPr>
          <w:p w14:paraId="29264760"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Referat</w:t>
            </w:r>
            <w:proofErr w:type="spellEnd"/>
            <w:r w:rsidRPr="004761A5">
              <w:rPr>
                <w:rFonts w:ascii="TimesNewRomanPS" w:eastAsia="TimesNewRomanPS" w:hAnsi="TimesNewRomanPS"/>
                <w:b/>
                <w:color w:val="0D5F78"/>
                <w:w w:val="97"/>
                <w:sz w:val="16"/>
                <w:szCs w:val="16"/>
              </w:rPr>
              <w:t xml:space="preserve"> nr. / </w:t>
            </w:r>
            <w:proofErr w:type="gramStart"/>
            <w:r w:rsidRPr="004761A5">
              <w:rPr>
                <w:rFonts w:ascii="TimesNewRomanPS" w:eastAsia="TimesNewRomanPS" w:hAnsi="TimesNewRomanPS"/>
                <w:b/>
                <w:color w:val="0D5F78"/>
                <w:w w:val="97"/>
                <w:sz w:val="16"/>
                <w:szCs w:val="16"/>
              </w:rPr>
              <w:t>data</w:t>
            </w:r>
            <w:proofErr w:type="gramEnd"/>
          </w:p>
        </w:tc>
      </w:tr>
      <w:tr w:rsidR="00BD2397" w:rsidRPr="004761A5" w14:paraId="753E2F3E" w14:textId="77777777">
        <w:trPr>
          <w:trHeight w:hRule="exact" w:val="504"/>
        </w:trPr>
        <w:tc>
          <w:tcPr>
            <w:tcW w:w="5452" w:type="dxa"/>
            <w:tcBorders>
              <w:top w:val="single" w:sz="3" w:space="0" w:color="767676"/>
              <w:left w:val="single" w:sz="3" w:space="0" w:color="767676"/>
              <w:bottom w:val="single" w:sz="3" w:space="0" w:color="767676"/>
              <w:right w:val="single" w:sz="4" w:space="0" w:color="767676"/>
            </w:tcBorders>
            <w:tcMar>
              <w:left w:w="0" w:type="dxa"/>
              <w:right w:w="0" w:type="dxa"/>
            </w:tcMar>
          </w:tcPr>
          <w:p w14:paraId="09B5A5EC"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siguranță</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și</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accesibilitate</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în</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exploatare</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nume</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și</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prenume</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verificator</w:t>
            </w:r>
            <w:proofErr w:type="spellEnd"/>
            <w:r w:rsidRPr="004761A5">
              <w:rPr>
                <w:rFonts w:ascii="TimesNewRomanPS" w:eastAsia="TimesNewRomanPS" w:hAnsi="TimesNewRomanPS"/>
                <w:b/>
                <w:color w:val="0D5F78"/>
                <w:w w:val="97"/>
                <w:sz w:val="16"/>
                <w:szCs w:val="16"/>
              </w:rPr>
              <w:t xml:space="preserve"> / nr. </w:t>
            </w:r>
            <w:proofErr w:type="spellStart"/>
            <w:r w:rsidRPr="004761A5">
              <w:rPr>
                <w:rFonts w:ascii="TimesNewRomanPS" w:eastAsia="TimesNewRomanPS" w:hAnsi="TimesNewRomanPS"/>
                <w:b/>
                <w:color w:val="0D5F78"/>
                <w:w w:val="97"/>
                <w:sz w:val="16"/>
                <w:szCs w:val="16"/>
              </w:rPr>
              <w:t>atestat</w:t>
            </w:r>
            <w:proofErr w:type="spellEnd"/>
          </w:p>
        </w:tc>
        <w:tc>
          <w:tcPr>
            <w:tcW w:w="3896" w:type="dxa"/>
            <w:tcBorders>
              <w:top w:val="single" w:sz="3" w:space="0" w:color="767676"/>
              <w:left w:val="single" w:sz="4" w:space="0" w:color="767676"/>
              <w:bottom w:val="single" w:sz="3" w:space="0" w:color="767676"/>
              <w:right w:val="single" w:sz="3" w:space="0" w:color="767676"/>
            </w:tcBorders>
            <w:tcMar>
              <w:left w:w="0" w:type="dxa"/>
              <w:right w:w="0" w:type="dxa"/>
            </w:tcMar>
          </w:tcPr>
          <w:p w14:paraId="18AB0DD4"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Referat</w:t>
            </w:r>
            <w:proofErr w:type="spellEnd"/>
            <w:r w:rsidRPr="004761A5">
              <w:rPr>
                <w:rFonts w:ascii="TimesNewRomanPS" w:eastAsia="TimesNewRomanPS" w:hAnsi="TimesNewRomanPS"/>
                <w:b/>
                <w:color w:val="0D5F78"/>
                <w:w w:val="97"/>
                <w:sz w:val="16"/>
                <w:szCs w:val="16"/>
              </w:rPr>
              <w:t xml:space="preserve"> nr. / </w:t>
            </w:r>
            <w:proofErr w:type="gramStart"/>
            <w:r w:rsidRPr="004761A5">
              <w:rPr>
                <w:rFonts w:ascii="TimesNewRomanPS" w:eastAsia="TimesNewRomanPS" w:hAnsi="TimesNewRomanPS"/>
                <w:b/>
                <w:color w:val="0D5F78"/>
                <w:w w:val="97"/>
                <w:sz w:val="16"/>
                <w:szCs w:val="16"/>
              </w:rPr>
              <w:t>data</w:t>
            </w:r>
            <w:proofErr w:type="gramEnd"/>
          </w:p>
        </w:tc>
      </w:tr>
      <w:tr w:rsidR="00BD2397" w:rsidRPr="004761A5" w14:paraId="06F73D0F" w14:textId="77777777">
        <w:trPr>
          <w:trHeight w:hRule="exact" w:val="504"/>
        </w:trPr>
        <w:tc>
          <w:tcPr>
            <w:tcW w:w="5452" w:type="dxa"/>
            <w:tcBorders>
              <w:top w:val="single" w:sz="3" w:space="0" w:color="767676"/>
              <w:left w:val="single" w:sz="3" w:space="0" w:color="767676"/>
              <w:bottom w:val="single" w:sz="4" w:space="0" w:color="767676"/>
              <w:right w:val="single" w:sz="4" w:space="0" w:color="767676"/>
            </w:tcBorders>
            <w:tcMar>
              <w:left w:w="0" w:type="dxa"/>
              <w:right w:w="0" w:type="dxa"/>
            </w:tcMar>
          </w:tcPr>
          <w:p w14:paraId="6DA74453" w14:textId="77777777" w:rsidR="00BD2397" w:rsidRPr="000C1C98" w:rsidRDefault="00B8640C">
            <w:pPr>
              <w:autoSpaceDE w:val="0"/>
              <w:autoSpaceDN w:val="0"/>
              <w:spacing w:after="0" w:line="144" w:lineRule="exact"/>
              <w:ind w:left="100"/>
              <w:rPr>
                <w:sz w:val="16"/>
                <w:szCs w:val="16"/>
                <w:lang w:val="pt-PT"/>
              </w:rPr>
            </w:pPr>
            <w:r w:rsidRPr="000C1C98">
              <w:rPr>
                <w:rFonts w:ascii="TimesNewRomanPS" w:eastAsia="TimesNewRomanPS" w:hAnsi="TimesNewRomanPS"/>
                <w:b/>
                <w:color w:val="0D5F78"/>
                <w:w w:val="97"/>
                <w:sz w:val="16"/>
                <w:szCs w:val="16"/>
                <w:lang w:val="pt-PT"/>
              </w:rPr>
              <w:t>protecție împotriva zgomotului — nume și prenume verificator / nr. atestat</w:t>
            </w:r>
          </w:p>
        </w:tc>
        <w:tc>
          <w:tcPr>
            <w:tcW w:w="3896" w:type="dxa"/>
            <w:tcBorders>
              <w:top w:val="single" w:sz="3" w:space="0" w:color="767676"/>
              <w:left w:val="single" w:sz="4" w:space="0" w:color="767676"/>
              <w:bottom w:val="single" w:sz="4" w:space="0" w:color="767676"/>
              <w:right w:val="single" w:sz="3" w:space="0" w:color="767676"/>
            </w:tcBorders>
            <w:tcMar>
              <w:left w:w="0" w:type="dxa"/>
              <w:right w:w="0" w:type="dxa"/>
            </w:tcMar>
          </w:tcPr>
          <w:p w14:paraId="44F50615"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Referat</w:t>
            </w:r>
            <w:proofErr w:type="spellEnd"/>
            <w:r w:rsidRPr="004761A5">
              <w:rPr>
                <w:rFonts w:ascii="TimesNewRomanPS" w:eastAsia="TimesNewRomanPS" w:hAnsi="TimesNewRomanPS"/>
                <w:b/>
                <w:color w:val="0D5F78"/>
                <w:w w:val="97"/>
                <w:sz w:val="16"/>
                <w:szCs w:val="16"/>
              </w:rPr>
              <w:t xml:space="preserve"> nr. / </w:t>
            </w:r>
            <w:proofErr w:type="gramStart"/>
            <w:r w:rsidRPr="004761A5">
              <w:rPr>
                <w:rFonts w:ascii="TimesNewRomanPS" w:eastAsia="TimesNewRomanPS" w:hAnsi="TimesNewRomanPS"/>
                <w:b/>
                <w:color w:val="0D5F78"/>
                <w:w w:val="97"/>
                <w:sz w:val="16"/>
                <w:szCs w:val="16"/>
              </w:rPr>
              <w:t>data</w:t>
            </w:r>
            <w:proofErr w:type="gramEnd"/>
          </w:p>
        </w:tc>
      </w:tr>
      <w:tr w:rsidR="00BD2397" w:rsidRPr="004761A5" w14:paraId="5C70091E" w14:textId="77777777">
        <w:trPr>
          <w:trHeight w:hRule="exact" w:val="504"/>
        </w:trPr>
        <w:tc>
          <w:tcPr>
            <w:tcW w:w="5452" w:type="dxa"/>
            <w:tcBorders>
              <w:top w:val="single" w:sz="4" w:space="0" w:color="767676"/>
              <w:left w:val="single" w:sz="3" w:space="0" w:color="767676"/>
              <w:bottom w:val="single" w:sz="4" w:space="0" w:color="767676"/>
              <w:right w:val="single" w:sz="4" w:space="0" w:color="767676"/>
            </w:tcBorders>
            <w:tcMar>
              <w:left w:w="0" w:type="dxa"/>
              <w:right w:w="0" w:type="dxa"/>
            </w:tcMar>
          </w:tcPr>
          <w:p w14:paraId="55EE0B5D" w14:textId="77777777" w:rsidR="00BD2397" w:rsidRPr="000C1C98" w:rsidRDefault="00B8640C">
            <w:pPr>
              <w:autoSpaceDE w:val="0"/>
              <w:autoSpaceDN w:val="0"/>
              <w:spacing w:after="0" w:line="146" w:lineRule="exact"/>
              <w:ind w:left="100"/>
              <w:rPr>
                <w:sz w:val="16"/>
                <w:szCs w:val="16"/>
                <w:lang w:val="pt-PT"/>
              </w:rPr>
            </w:pPr>
            <w:r w:rsidRPr="000C1C98">
              <w:rPr>
                <w:rFonts w:ascii="TimesNewRomanPS" w:eastAsia="TimesNewRomanPS" w:hAnsi="TimesNewRomanPS"/>
                <w:b/>
                <w:color w:val="0D5F78"/>
                <w:w w:val="97"/>
                <w:sz w:val="16"/>
                <w:szCs w:val="16"/>
                <w:lang w:val="pt-PT"/>
              </w:rPr>
              <w:t>economie de energie și izolare termică — nume și prenume verificator / nr. atestat</w:t>
            </w:r>
          </w:p>
        </w:tc>
        <w:tc>
          <w:tcPr>
            <w:tcW w:w="3896" w:type="dxa"/>
            <w:tcBorders>
              <w:top w:val="single" w:sz="4" w:space="0" w:color="767676"/>
              <w:left w:val="single" w:sz="4" w:space="0" w:color="767676"/>
              <w:bottom w:val="single" w:sz="4" w:space="0" w:color="767676"/>
              <w:right w:val="single" w:sz="3" w:space="0" w:color="767676"/>
            </w:tcBorders>
            <w:tcMar>
              <w:left w:w="0" w:type="dxa"/>
              <w:right w:w="0" w:type="dxa"/>
            </w:tcMar>
          </w:tcPr>
          <w:p w14:paraId="2836E15A"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Referat</w:t>
            </w:r>
            <w:proofErr w:type="spellEnd"/>
            <w:r w:rsidRPr="004761A5">
              <w:rPr>
                <w:rFonts w:ascii="TimesNewRomanPS" w:eastAsia="TimesNewRomanPS" w:hAnsi="TimesNewRomanPS"/>
                <w:b/>
                <w:color w:val="0D5F78"/>
                <w:w w:val="97"/>
                <w:sz w:val="16"/>
                <w:szCs w:val="16"/>
              </w:rPr>
              <w:t xml:space="preserve"> nr. / </w:t>
            </w:r>
            <w:proofErr w:type="gramStart"/>
            <w:r w:rsidRPr="004761A5">
              <w:rPr>
                <w:rFonts w:ascii="TimesNewRomanPS" w:eastAsia="TimesNewRomanPS" w:hAnsi="TimesNewRomanPS"/>
                <w:b/>
                <w:color w:val="0D5F78"/>
                <w:w w:val="97"/>
                <w:sz w:val="16"/>
                <w:szCs w:val="16"/>
              </w:rPr>
              <w:t>data</w:t>
            </w:r>
            <w:proofErr w:type="gramEnd"/>
          </w:p>
        </w:tc>
      </w:tr>
    </w:tbl>
    <w:p w14:paraId="511AB26B" w14:textId="77777777" w:rsidR="00BD2397" w:rsidRPr="004761A5" w:rsidRDefault="00BD2397">
      <w:pPr>
        <w:autoSpaceDE w:val="0"/>
        <w:autoSpaceDN w:val="0"/>
        <w:spacing w:after="0" w:line="118" w:lineRule="exact"/>
        <w:rPr>
          <w:sz w:val="16"/>
          <w:szCs w:val="16"/>
        </w:rPr>
      </w:pPr>
    </w:p>
    <w:tbl>
      <w:tblPr>
        <w:tblW w:w="0" w:type="auto"/>
        <w:tblInd w:w="606" w:type="dxa"/>
        <w:tblLayout w:type="fixed"/>
        <w:tblLook w:val="04A0" w:firstRow="1" w:lastRow="0" w:firstColumn="1" w:lastColumn="0" w:noHBand="0" w:noVBand="1"/>
      </w:tblPr>
      <w:tblGrid>
        <w:gridCol w:w="3894"/>
        <w:gridCol w:w="3118"/>
        <w:gridCol w:w="2336"/>
      </w:tblGrid>
      <w:tr w:rsidR="00BD2397" w:rsidRPr="004761A5" w14:paraId="6F1C1917" w14:textId="77777777">
        <w:trPr>
          <w:trHeight w:hRule="exact" w:val="212"/>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083B89A4" w14:textId="77777777" w:rsidR="00BD2397" w:rsidRPr="004761A5" w:rsidRDefault="00B8640C">
            <w:pPr>
              <w:autoSpaceDE w:val="0"/>
              <w:autoSpaceDN w:val="0"/>
              <w:spacing w:after="0" w:line="174" w:lineRule="exact"/>
              <w:ind w:left="100"/>
              <w:rPr>
                <w:sz w:val="16"/>
                <w:szCs w:val="16"/>
              </w:rPr>
            </w:pPr>
            <w:r w:rsidRPr="004761A5">
              <w:rPr>
                <w:rFonts w:ascii="TimesNewRomanPS" w:eastAsia="TimesNewRomanPS" w:hAnsi="TimesNewRomanPS"/>
                <w:b/>
                <w:color w:val="000000"/>
                <w:w w:val="103"/>
                <w:sz w:val="16"/>
                <w:szCs w:val="16"/>
              </w:rPr>
              <w:t xml:space="preserve"> 9. </w:t>
            </w:r>
            <w:r w:rsidRPr="004761A5">
              <w:rPr>
                <w:rFonts w:ascii="TimesNewRomanPS" w:eastAsia="TimesNewRomanPS" w:hAnsi="TimesNewRomanPS"/>
                <w:b/>
                <w:color w:val="000000"/>
                <w:w w:val="102"/>
                <w:sz w:val="16"/>
                <w:szCs w:val="16"/>
              </w:rPr>
              <w:t>VALORI ȘI DURATĂ</w:t>
            </w:r>
          </w:p>
        </w:tc>
      </w:tr>
      <w:tr w:rsidR="00BD2397" w:rsidRPr="00D027DE" w14:paraId="79262A55" w14:textId="77777777">
        <w:trPr>
          <w:trHeight w:hRule="exact" w:val="504"/>
        </w:trPr>
        <w:tc>
          <w:tcPr>
            <w:tcW w:w="3894" w:type="dxa"/>
            <w:tcBorders>
              <w:top w:val="single" w:sz="4" w:space="0" w:color="767676"/>
              <w:left w:val="single" w:sz="3" w:space="0" w:color="767676"/>
              <w:bottom w:val="single" w:sz="4" w:space="0" w:color="767676"/>
              <w:right w:val="single" w:sz="4" w:space="0" w:color="767676"/>
            </w:tcBorders>
            <w:tcMar>
              <w:left w:w="0" w:type="dxa"/>
              <w:right w:w="0" w:type="dxa"/>
            </w:tcMar>
          </w:tcPr>
          <w:p w14:paraId="23FB7042"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Valoarea lucrărilor supuse autorizării (lei)</w:t>
            </w:r>
          </w:p>
        </w:tc>
        <w:tc>
          <w:tcPr>
            <w:tcW w:w="3118" w:type="dxa"/>
            <w:tcBorders>
              <w:top w:val="single" w:sz="4" w:space="0" w:color="767676"/>
              <w:left w:val="single" w:sz="4" w:space="0" w:color="767676"/>
              <w:bottom w:val="single" w:sz="4" w:space="0" w:color="767676"/>
              <w:right w:val="single" w:sz="3" w:space="0" w:color="767676"/>
            </w:tcBorders>
            <w:tcMar>
              <w:left w:w="0" w:type="dxa"/>
              <w:right w:w="0" w:type="dxa"/>
            </w:tcMar>
          </w:tcPr>
          <w:p w14:paraId="000E52D8" w14:textId="77777777" w:rsidR="00BD2397" w:rsidRPr="004761A5" w:rsidRDefault="00B8640C">
            <w:pPr>
              <w:autoSpaceDE w:val="0"/>
              <w:autoSpaceDN w:val="0"/>
              <w:spacing w:after="0" w:line="146" w:lineRule="exact"/>
              <w:ind w:left="102"/>
              <w:rPr>
                <w:sz w:val="16"/>
                <w:szCs w:val="16"/>
              </w:rPr>
            </w:pPr>
            <w:proofErr w:type="spellStart"/>
            <w:r w:rsidRPr="004761A5">
              <w:rPr>
                <w:rFonts w:ascii="TimesNewRomanPS" w:eastAsia="TimesNewRomanPS" w:hAnsi="TimesNewRomanPS"/>
                <w:b/>
                <w:color w:val="0D5F78"/>
                <w:w w:val="97"/>
                <w:sz w:val="16"/>
                <w:szCs w:val="16"/>
              </w:rPr>
              <w:t>Valoarea</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obiectivului</w:t>
            </w:r>
            <w:proofErr w:type="spellEnd"/>
            <w:r w:rsidRPr="004761A5">
              <w:rPr>
                <w:rFonts w:ascii="TimesNewRomanPS" w:eastAsia="TimesNewRomanPS" w:hAnsi="TimesNewRomanPS"/>
                <w:b/>
                <w:color w:val="0D5F78"/>
                <w:w w:val="97"/>
                <w:sz w:val="16"/>
                <w:szCs w:val="16"/>
              </w:rPr>
              <w:t xml:space="preserve"> (lei)</w:t>
            </w:r>
          </w:p>
        </w:tc>
        <w:tc>
          <w:tcPr>
            <w:tcW w:w="2336" w:type="dxa"/>
            <w:tcBorders>
              <w:top w:val="single" w:sz="4" w:space="0" w:color="767676"/>
              <w:left w:val="single" w:sz="3" w:space="0" w:color="767676"/>
              <w:bottom w:val="single" w:sz="4" w:space="0" w:color="767676"/>
              <w:right w:val="single" w:sz="3" w:space="0" w:color="767676"/>
            </w:tcBorders>
            <w:tcMar>
              <w:left w:w="0" w:type="dxa"/>
              <w:right w:w="0" w:type="dxa"/>
            </w:tcMar>
          </w:tcPr>
          <w:p w14:paraId="408CEB28" w14:textId="77777777" w:rsidR="00BD2397" w:rsidRPr="001F7E48" w:rsidRDefault="00B8640C">
            <w:pPr>
              <w:autoSpaceDE w:val="0"/>
              <w:autoSpaceDN w:val="0"/>
              <w:spacing w:after="0" w:line="146" w:lineRule="exact"/>
              <w:jc w:val="center"/>
              <w:rPr>
                <w:sz w:val="16"/>
                <w:szCs w:val="16"/>
                <w:lang w:val="pt-PT"/>
              </w:rPr>
            </w:pPr>
            <w:r w:rsidRPr="001F7E48">
              <w:rPr>
                <w:rFonts w:ascii="TimesNewRomanPS" w:eastAsia="TimesNewRomanPS" w:hAnsi="TimesNewRomanPS"/>
                <w:b/>
                <w:color w:val="0D5F78"/>
                <w:w w:val="97"/>
                <w:sz w:val="16"/>
                <w:szCs w:val="16"/>
                <w:lang w:val="pt-PT"/>
              </w:rPr>
              <w:t>Durata estimată de execuție (luni)</w:t>
            </w:r>
          </w:p>
        </w:tc>
      </w:tr>
    </w:tbl>
    <w:p w14:paraId="4832ED53" w14:textId="77777777" w:rsidR="00BD2397" w:rsidRPr="001F7E48" w:rsidRDefault="00BD2397">
      <w:pPr>
        <w:autoSpaceDE w:val="0"/>
        <w:autoSpaceDN w:val="0"/>
        <w:spacing w:after="0" w:line="166" w:lineRule="exact"/>
        <w:rPr>
          <w:sz w:val="16"/>
          <w:szCs w:val="16"/>
          <w:lang w:val="pt-PT"/>
        </w:rPr>
      </w:pPr>
    </w:p>
    <w:tbl>
      <w:tblPr>
        <w:tblW w:w="0" w:type="auto"/>
        <w:tblInd w:w="606" w:type="dxa"/>
        <w:tblLayout w:type="fixed"/>
        <w:tblLook w:val="04A0" w:firstRow="1" w:lastRow="0" w:firstColumn="1" w:lastColumn="0" w:noHBand="0" w:noVBand="1"/>
      </w:tblPr>
      <w:tblGrid>
        <w:gridCol w:w="9348"/>
      </w:tblGrid>
      <w:tr w:rsidR="00BD2397" w:rsidRPr="004761A5" w14:paraId="4EB20D04" w14:textId="77777777">
        <w:trPr>
          <w:trHeight w:hRule="exact" w:val="210"/>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64C75919" w14:textId="77777777" w:rsidR="00BD2397" w:rsidRPr="004761A5" w:rsidRDefault="00B8640C">
            <w:pPr>
              <w:autoSpaceDE w:val="0"/>
              <w:autoSpaceDN w:val="0"/>
              <w:spacing w:after="0" w:line="174" w:lineRule="exact"/>
              <w:ind w:left="100"/>
              <w:rPr>
                <w:sz w:val="16"/>
                <w:szCs w:val="16"/>
              </w:rPr>
            </w:pPr>
            <w:r w:rsidRPr="001F7E48">
              <w:rPr>
                <w:rFonts w:ascii="TimesNewRomanPS" w:eastAsia="TimesNewRomanPS" w:hAnsi="TimesNewRomanPS"/>
                <w:b/>
                <w:color w:val="000000"/>
                <w:w w:val="103"/>
                <w:sz w:val="16"/>
                <w:szCs w:val="16"/>
                <w:lang w:val="pt-PT"/>
              </w:rPr>
              <w:t xml:space="preserve"> </w:t>
            </w:r>
            <w:r w:rsidRPr="004761A5">
              <w:rPr>
                <w:rFonts w:ascii="TimesNewRomanPS" w:eastAsia="TimesNewRomanPS" w:hAnsi="TimesNewRomanPS"/>
                <w:b/>
                <w:color w:val="000000"/>
                <w:w w:val="103"/>
                <w:sz w:val="16"/>
                <w:szCs w:val="16"/>
              </w:rPr>
              <w:t xml:space="preserve">10. </w:t>
            </w:r>
            <w:r w:rsidRPr="004761A5">
              <w:rPr>
                <w:rFonts w:ascii="TimesNewRomanPS" w:eastAsia="TimesNewRomanPS" w:hAnsi="TimesNewRomanPS"/>
                <w:b/>
                <w:color w:val="000000"/>
                <w:w w:val="102"/>
                <w:sz w:val="16"/>
                <w:szCs w:val="16"/>
              </w:rPr>
              <w:t>ANEXEZ LA PREZENTA CERERE</w:t>
            </w:r>
          </w:p>
        </w:tc>
      </w:tr>
      <w:tr w:rsidR="00BD2397" w:rsidRPr="00D027DE" w14:paraId="5F693FCB" w14:textId="77777777">
        <w:trPr>
          <w:trHeight w:hRule="exact" w:val="21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1FAA32BD" w14:textId="77777777" w:rsidR="00BD2397" w:rsidRPr="001F7E48" w:rsidRDefault="00B8640C">
            <w:pPr>
              <w:autoSpaceDE w:val="0"/>
              <w:autoSpaceDN w:val="0"/>
              <w:spacing w:after="0" w:line="162"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a) extras de plan cadastral actualizat și extras de carte funciară actualizat, nu mai vechi de 30 de zile </w:t>
            </w:r>
          </w:p>
        </w:tc>
      </w:tr>
      <w:tr w:rsidR="00BD2397" w:rsidRPr="00D027DE" w14:paraId="088EA282" w14:textId="77777777">
        <w:trPr>
          <w:trHeight w:hRule="exact" w:val="21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63C1455B" w14:textId="77777777" w:rsidR="00BD2397" w:rsidRPr="001F7E48" w:rsidRDefault="00B8640C">
            <w:pPr>
              <w:autoSpaceDE w:val="0"/>
              <w:autoSpaceDN w:val="0"/>
              <w:spacing w:after="0" w:line="160"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b) actele care atestă dreptul în baza căruia titularul poate solicita emiterea autorizației, dacă este cazul (copie conform cu originalul)</w:t>
            </w:r>
          </w:p>
        </w:tc>
      </w:tr>
      <w:tr w:rsidR="00BD2397" w:rsidRPr="00D027DE" w14:paraId="1EC28465" w14:textId="77777777" w:rsidTr="003C5479">
        <w:trPr>
          <w:trHeight w:hRule="exact" w:val="580"/>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62FCFEA9" w14:textId="77777777" w:rsidR="00BD2397" w:rsidRPr="001F7E48" w:rsidRDefault="00B8640C">
            <w:pPr>
              <w:autoSpaceDE w:val="0"/>
              <w:autoSpaceDN w:val="0"/>
              <w:spacing w:after="0" w:line="184" w:lineRule="exact"/>
              <w:ind w:left="100" w:right="144"/>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 proiectul pentru autorizarea construirii / desființării / intervențiilor asupra construcțiilor existente / amenajării / organizării de șantier, după caz (2 exemplare originale sau 1 exemplar original, în format letric, acolo unde autoritatea are posibilitatea de a arhiva în format digital)</w:t>
            </w:r>
          </w:p>
        </w:tc>
      </w:tr>
      <w:tr w:rsidR="00BD2397" w:rsidRPr="00D027DE" w14:paraId="56550BF2" w14:textId="77777777">
        <w:trPr>
          <w:trHeight w:hRule="exact" w:val="218"/>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275DD8DB" w14:textId="77777777" w:rsidR="00BD2397" w:rsidRPr="001F7E48" w:rsidRDefault="00B8640C">
            <w:pPr>
              <w:autoSpaceDE w:val="0"/>
              <w:autoSpaceDN w:val="0"/>
              <w:spacing w:after="0" w:line="162"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d) referatele de verificare ale proiectului, corespunzător clasei de consecințe a obiectivului (câte 1 exemplar copie)</w:t>
            </w:r>
          </w:p>
        </w:tc>
      </w:tr>
      <w:tr w:rsidR="00BD2397" w:rsidRPr="004761A5" w14:paraId="0CD22E30" w14:textId="77777777">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17B81A35" w14:textId="77777777" w:rsidR="00BD2397" w:rsidRPr="004761A5" w:rsidRDefault="00B8640C">
            <w:pPr>
              <w:autoSpaceDE w:val="0"/>
              <w:autoSpaceDN w:val="0"/>
              <w:spacing w:after="0" w:line="160" w:lineRule="exact"/>
              <w:ind w:left="100"/>
              <w:rPr>
                <w:sz w:val="16"/>
                <w:szCs w:val="16"/>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e) avizele și acordurile stabilite prin certificatul de urbanism nr. …… din …………… </w:t>
            </w:r>
            <w:r w:rsidRPr="004761A5">
              <w:rPr>
                <w:rFonts w:ascii="TimesNewRomanPSMT" w:eastAsia="TimesNewRomanPSMT" w:hAnsi="TimesNewRomanPSMT"/>
                <w:color w:val="000000"/>
                <w:w w:val="103"/>
                <w:sz w:val="16"/>
                <w:szCs w:val="16"/>
              </w:rPr>
              <w:t>(</w:t>
            </w:r>
            <w:proofErr w:type="spellStart"/>
            <w:r w:rsidRPr="004761A5">
              <w:rPr>
                <w:rFonts w:ascii="TimesNewRomanPSMT" w:eastAsia="TimesNewRomanPSMT" w:hAnsi="TimesNewRomanPSMT"/>
                <w:color w:val="000000"/>
                <w:w w:val="103"/>
                <w:sz w:val="16"/>
                <w:szCs w:val="16"/>
              </w:rPr>
              <w:t>câte</w:t>
            </w:r>
            <w:proofErr w:type="spellEnd"/>
            <w:r w:rsidRPr="004761A5">
              <w:rPr>
                <w:rFonts w:ascii="TimesNewRomanPSMT" w:eastAsia="TimesNewRomanPSMT" w:hAnsi="TimesNewRomanPSMT"/>
                <w:color w:val="000000"/>
                <w:w w:val="103"/>
                <w:sz w:val="16"/>
                <w:szCs w:val="16"/>
              </w:rPr>
              <w:t xml:space="preserve"> 1 exemplar </w:t>
            </w:r>
            <w:proofErr w:type="spellStart"/>
            <w:r w:rsidRPr="004761A5">
              <w:rPr>
                <w:rFonts w:ascii="TimesNewRomanPSMT" w:eastAsia="TimesNewRomanPSMT" w:hAnsi="TimesNewRomanPSMT"/>
                <w:color w:val="000000"/>
                <w:w w:val="103"/>
                <w:sz w:val="16"/>
                <w:szCs w:val="16"/>
              </w:rPr>
              <w:t>copie</w:t>
            </w:r>
            <w:proofErr w:type="spellEnd"/>
            <w:r w:rsidRPr="004761A5">
              <w:rPr>
                <w:rFonts w:ascii="TimesNewRomanPSMT" w:eastAsia="TimesNewRomanPSMT" w:hAnsi="TimesNewRomanPSMT"/>
                <w:color w:val="000000"/>
                <w:w w:val="103"/>
                <w:sz w:val="16"/>
                <w:szCs w:val="16"/>
              </w:rPr>
              <w:t>)</w:t>
            </w:r>
          </w:p>
        </w:tc>
      </w:tr>
      <w:tr w:rsidR="00BD2397" w:rsidRPr="00D027DE" w14:paraId="722CEC79" w14:textId="77777777">
        <w:trPr>
          <w:trHeight w:hRule="exact" w:val="149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76428D20"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i/>
                <w:color w:val="7A7A7A"/>
                <w:w w:val="97"/>
                <w:sz w:val="16"/>
                <w:szCs w:val="16"/>
                <w:lang w:val="pt-PT"/>
              </w:rPr>
              <w:t xml:space="preserve">avizele și acordurile anexate — enumerare </w:t>
            </w:r>
          </w:p>
        </w:tc>
      </w:tr>
      <w:tr w:rsidR="00BD2397" w:rsidRPr="00D027DE" w14:paraId="768B2CAD" w14:textId="77777777">
        <w:trPr>
          <w:trHeight w:hRule="exact" w:val="39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4078D4DE" w14:textId="77777777" w:rsidR="00BD2397" w:rsidRPr="001F7E48" w:rsidRDefault="00B8640C">
            <w:pPr>
              <w:autoSpaceDE w:val="0"/>
              <w:autoSpaceDN w:val="0"/>
              <w:spacing w:after="0" w:line="184" w:lineRule="exact"/>
              <w:ind w:left="100" w:right="288"/>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f) punctul de vedere sau actul administrativ al autorității competente pentru protecția mediului, în cazul în care a fost solicitată evaluarea, și acordul de mediu, dacă este cazul (1 exemplar copie)</w:t>
            </w:r>
          </w:p>
        </w:tc>
      </w:tr>
      <w:tr w:rsidR="00BD2397" w:rsidRPr="00D027DE" w14:paraId="63342B4C" w14:textId="77777777">
        <w:trPr>
          <w:trHeight w:hRule="exact" w:val="218"/>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543DD57E" w14:textId="77777777" w:rsidR="00BD2397" w:rsidRPr="001F7E48" w:rsidRDefault="00B8640C">
            <w:pPr>
              <w:autoSpaceDE w:val="0"/>
              <w:autoSpaceDN w:val="0"/>
              <w:spacing w:after="0" w:line="162"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g) declarația pe propria răspundere în cazul în care pentru anumite avize / acorduri se invocă acordarea tacită (original)</w:t>
            </w:r>
          </w:p>
        </w:tc>
      </w:tr>
      <w:tr w:rsidR="00BD2397" w:rsidRPr="00D027DE" w14:paraId="0AEAFFB8" w14:textId="77777777">
        <w:trPr>
          <w:trHeight w:hRule="exact" w:val="214"/>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636DEB5B" w14:textId="77777777" w:rsidR="00BD2397" w:rsidRPr="001F7E48" w:rsidRDefault="00B8640C">
            <w:pPr>
              <w:autoSpaceDE w:val="0"/>
              <w:autoSpaceDN w:val="0"/>
              <w:spacing w:after="0" w:line="160" w:lineRule="exact"/>
              <w:ind w:left="14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h) acordul vecinilor (1 exemplar copie)</w:t>
            </w:r>
          </w:p>
        </w:tc>
      </w:tr>
      <w:tr w:rsidR="00BD2397" w:rsidRPr="00D027DE" w14:paraId="42A7BA32" w14:textId="77777777">
        <w:trPr>
          <w:trHeight w:hRule="exact" w:val="39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7460DA68" w14:textId="77777777" w:rsidR="00BD2397" w:rsidRPr="001F7E48" w:rsidRDefault="00B8640C">
            <w:pPr>
              <w:autoSpaceDE w:val="0"/>
              <w:autoSpaceDN w:val="0"/>
              <w:spacing w:after="0" w:line="184"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i) raportul de expertiză tehnică preliminară privind influența asupra vecinătăților, pentru cerința fundamentală rezistență mecanică și stabilitate, dacă este cazul (1 exemplar copie)</w:t>
            </w:r>
          </w:p>
        </w:tc>
      </w:tr>
      <w:tr w:rsidR="00BD2397" w:rsidRPr="00D027DE" w14:paraId="68A061B8" w14:textId="77777777">
        <w:trPr>
          <w:trHeight w:hRule="exact" w:val="392"/>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379EF817" w14:textId="77777777" w:rsidR="00BD2397" w:rsidRPr="001F7E48" w:rsidRDefault="00B8640C">
            <w:pPr>
              <w:autoSpaceDE w:val="0"/>
              <w:autoSpaceDN w:val="0"/>
              <w:spacing w:after="0" w:line="184" w:lineRule="exact"/>
              <w:ind w:left="100" w:right="432"/>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BD2397" w:rsidRPr="00D027DE" w14:paraId="69F67BBD" w14:textId="77777777" w:rsidTr="003C5479">
        <w:trPr>
          <w:trHeight w:hRule="exact" w:val="41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6BD1C81A" w14:textId="77777777" w:rsidR="00BD2397" w:rsidRPr="001F7E48" w:rsidRDefault="00B8640C">
            <w:pPr>
              <w:autoSpaceDE w:val="0"/>
              <w:autoSpaceDN w:val="0"/>
              <w:spacing w:after="0" w:line="162" w:lineRule="exact"/>
              <w:jc w:val="center"/>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k) raportul privind cerințele minime de conformare a unei clădiri cu consum de energie aproape egal cu zero, dacă este cazul (1 exemplar copie)</w:t>
            </w:r>
          </w:p>
        </w:tc>
      </w:tr>
      <w:tr w:rsidR="00BD2397" w:rsidRPr="00D027DE" w14:paraId="081A7658" w14:textId="77777777">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2FF5E9E3" w14:textId="77777777" w:rsidR="00BD2397" w:rsidRPr="001F7E48" w:rsidRDefault="00B8640C">
            <w:pPr>
              <w:autoSpaceDE w:val="0"/>
              <w:autoSpaceDN w:val="0"/>
              <w:spacing w:after="0" w:line="160"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l) raportul de audit energetic în vederea creșterii performanței energetice, în cazul intervențiilor la clădiri existente (1 exemplar copie)</w:t>
            </w:r>
          </w:p>
        </w:tc>
      </w:tr>
      <w:tr w:rsidR="00BD2397" w:rsidRPr="00D027DE" w14:paraId="3D32AC08" w14:textId="77777777">
        <w:trPr>
          <w:trHeight w:hRule="exact" w:val="39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7A3ACF61" w14:textId="77777777" w:rsidR="00BD2397" w:rsidRPr="001F7E48" w:rsidRDefault="00B8640C">
            <w:pPr>
              <w:autoSpaceDE w:val="0"/>
              <w:autoSpaceDN w:val="0"/>
              <w:spacing w:after="0" w:line="182" w:lineRule="exact"/>
              <w:ind w:left="100" w:right="288"/>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m) proiectul pentru acordul / autorizația administratorului drumului, pentru lucrările executate pe domeniul public la infrastructura tehnico-edilitară și căile de acces, dacă este cazul (1 exemplar original)</w:t>
            </w:r>
          </w:p>
        </w:tc>
      </w:tr>
      <w:tr w:rsidR="00BD2397" w:rsidRPr="00D027DE" w14:paraId="4EDC588A" w14:textId="77777777">
        <w:trPr>
          <w:trHeight w:hRule="exact" w:val="21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5BFE890B" w14:textId="77777777" w:rsidR="00BD2397" w:rsidRPr="001F7E48" w:rsidRDefault="00B8640C">
            <w:pPr>
              <w:autoSpaceDE w:val="0"/>
              <w:autoSpaceDN w:val="0"/>
              <w:spacing w:after="0" w:line="160"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n) dovada privind luarea în evidență a proiectului de către Ordinul Arhitecților din România (copie)</w:t>
            </w:r>
          </w:p>
        </w:tc>
      </w:tr>
      <w:tr w:rsidR="00BD2397" w:rsidRPr="00D027DE" w14:paraId="33996025"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763D9566" w14:textId="77777777" w:rsidR="00BD2397" w:rsidRPr="001F7E48" w:rsidRDefault="00B8640C">
            <w:pPr>
              <w:autoSpaceDE w:val="0"/>
              <w:autoSpaceDN w:val="0"/>
              <w:spacing w:after="0" w:line="160"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o) devizul general al obiectivului de investiții (1 exemplar copie)</w:t>
            </w:r>
          </w:p>
        </w:tc>
      </w:tr>
      <w:tr w:rsidR="00BD2397" w:rsidRPr="00D027DE" w14:paraId="06D7DD75" w14:textId="77777777">
        <w:trPr>
          <w:trHeight w:hRule="exact" w:val="218"/>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1E0A291C" w14:textId="77777777" w:rsidR="00BD2397" w:rsidRPr="001F7E48" w:rsidRDefault="00B8640C">
            <w:pPr>
              <w:autoSpaceDE w:val="0"/>
              <w:autoSpaceDN w:val="0"/>
              <w:spacing w:after="0" w:line="160"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 documentele de plată a taxelor legale în vederea autorizării (copie)</w:t>
            </w:r>
          </w:p>
        </w:tc>
      </w:tr>
      <w:tr w:rsidR="00BD2397" w:rsidRPr="00D027DE" w14:paraId="14C309C5" w14:textId="77777777" w:rsidTr="003C5479">
        <w:trPr>
          <w:trHeight w:hRule="exact" w:val="440"/>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22579385" w14:textId="77777777" w:rsidR="00BD2397" w:rsidRPr="001F7E48" w:rsidRDefault="00B8640C">
            <w:pPr>
              <w:autoSpaceDE w:val="0"/>
              <w:autoSpaceDN w:val="0"/>
              <w:spacing w:after="0" w:line="182" w:lineRule="exact"/>
              <w:ind w:left="100" w:right="432"/>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q) anexa la cererea pentru emiterea autorizației de construire / desființare, completată cu toate elementele necesare descrierii lucrărilor (2 exemplare originale)</w:t>
            </w:r>
          </w:p>
        </w:tc>
      </w:tr>
    </w:tbl>
    <w:p w14:paraId="195A83BD" w14:textId="77777777" w:rsidR="00BD2397" w:rsidRPr="001F7E48" w:rsidRDefault="00BD2397">
      <w:pPr>
        <w:autoSpaceDE w:val="0"/>
        <w:autoSpaceDN w:val="0"/>
        <w:spacing w:after="0" w:line="118" w:lineRule="exact"/>
        <w:rPr>
          <w:sz w:val="16"/>
          <w:szCs w:val="16"/>
          <w:lang w:val="pt-PT"/>
        </w:rPr>
      </w:pPr>
    </w:p>
    <w:tbl>
      <w:tblPr>
        <w:tblW w:w="0" w:type="auto"/>
        <w:tblInd w:w="606" w:type="dxa"/>
        <w:tblLayout w:type="fixed"/>
        <w:tblLook w:val="04A0" w:firstRow="1" w:lastRow="0" w:firstColumn="1" w:lastColumn="0" w:noHBand="0" w:noVBand="1"/>
      </w:tblPr>
      <w:tblGrid>
        <w:gridCol w:w="9348"/>
      </w:tblGrid>
      <w:tr w:rsidR="00BD2397" w:rsidRPr="004761A5" w14:paraId="0B0C1234" w14:textId="77777777">
        <w:trPr>
          <w:trHeight w:hRule="exact" w:val="73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407CB3D7" w14:textId="77777777" w:rsidR="00BD2397" w:rsidRPr="004761A5" w:rsidRDefault="00B8640C">
            <w:pPr>
              <w:autoSpaceDE w:val="0"/>
              <w:autoSpaceDN w:val="0"/>
              <w:spacing w:after="0" w:line="180" w:lineRule="exact"/>
              <w:ind w:left="100" w:right="144"/>
              <w:rPr>
                <w:sz w:val="16"/>
                <w:szCs w:val="16"/>
              </w:rPr>
            </w:pPr>
            <w:r w:rsidRPr="000C1C98">
              <w:rPr>
                <w:rFonts w:ascii="TimesNewRomanPS" w:eastAsia="TimesNewRomanPS" w:hAnsi="TimesNewRomanPS"/>
                <w:i/>
                <w:color w:val="000000"/>
                <w:w w:val="97"/>
                <w:sz w:val="16"/>
                <w:szCs w:val="16"/>
                <w:lang w:val="pt-PT"/>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sidRPr="004761A5">
              <w:rPr>
                <w:rFonts w:ascii="TimesNewRomanPS" w:eastAsia="TimesNewRomanPS" w:hAnsi="TimesNewRomanPS"/>
                <w:i/>
                <w:color w:val="000000"/>
                <w:w w:val="97"/>
                <w:sz w:val="16"/>
                <w:szCs w:val="16"/>
              </w:rPr>
              <w:t>(3) din Legea nr.169/2026.</w:t>
            </w:r>
          </w:p>
        </w:tc>
      </w:tr>
    </w:tbl>
    <w:p w14:paraId="69231939" w14:textId="77777777" w:rsidR="00BD2397" w:rsidRPr="004761A5" w:rsidRDefault="00BD2397">
      <w:pPr>
        <w:autoSpaceDE w:val="0"/>
        <w:autoSpaceDN w:val="0"/>
        <w:spacing w:after="0" w:line="116" w:lineRule="exact"/>
        <w:rPr>
          <w:sz w:val="16"/>
          <w:szCs w:val="16"/>
        </w:rPr>
      </w:pPr>
    </w:p>
    <w:tbl>
      <w:tblPr>
        <w:tblW w:w="0" w:type="auto"/>
        <w:tblInd w:w="606" w:type="dxa"/>
        <w:tblLayout w:type="fixed"/>
        <w:tblLook w:val="04A0" w:firstRow="1" w:lastRow="0" w:firstColumn="1" w:lastColumn="0" w:noHBand="0" w:noVBand="1"/>
      </w:tblPr>
      <w:tblGrid>
        <w:gridCol w:w="1558"/>
        <w:gridCol w:w="4674"/>
        <w:gridCol w:w="3116"/>
      </w:tblGrid>
      <w:tr w:rsidR="00BD2397" w:rsidRPr="004761A5" w14:paraId="3F889614" w14:textId="77777777">
        <w:trPr>
          <w:trHeight w:hRule="exact" w:val="212"/>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028B92BA" w14:textId="77777777" w:rsidR="00BD2397" w:rsidRPr="004761A5" w:rsidRDefault="00B8640C">
            <w:pPr>
              <w:autoSpaceDE w:val="0"/>
              <w:autoSpaceDN w:val="0"/>
              <w:spacing w:after="0" w:line="174" w:lineRule="exact"/>
              <w:ind w:left="100"/>
              <w:rPr>
                <w:sz w:val="16"/>
                <w:szCs w:val="16"/>
              </w:rPr>
            </w:pPr>
            <w:r w:rsidRPr="004761A5">
              <w:rPr>
                <w:rFonts w:ascii="TimesNewRomanPS" w:eastAsia="TimesNewRomanPS" w:hAnsi="TimesNewRomanPS"/>
                <w:b/>
                <w:color w:val="000000"/>
                <w:w w:val="103"/>
                <w:sz w:val="16"/>
                <w:szCs w:val="16"/>
              </w:rPr>
              <w:t xml:space="preserve"> 10. </w:t>
            </w:r>
            <w:r w:rsidRPr="004761A5">
              <w:rPr>
                <w:rFonts w:ascii="TimesNewRomanPS" w:eastAsia="TimesNewRomanPS" w:hAnsi="TimesNewRomanPS"/>
                <w:b/>
                <w:color w:val="000000"/>
                <w:w w:val="102"/>
                <w:sz w:val="16"/>
                <w:szCs w:val="16"/>
              </w:rPr>
              <w:t>DATA ȘI SEMNĂTURA</w:t>
            </w:r>
          </w:p>
        </w:tc>
      </w:tr>
      <w:tr w:rsidR="00BD2397" w:rsidRPr="004761A5" w14:paraId="1391F88F" w14:textId="77777777">
        <w:trPr>
          <w:trHeight w:hRule="exact" w:val="502"/>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75F2530F"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Data</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6C695677"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Solicitantul</w:t>
            </w:r>
            <w:proofErr w:type="spellEnd"/>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2027025A"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Semnătura</w:t>
            </w:r>
            <w:proofErr w:type="spellEnd"/>
          </w:p>
        </w:tc>
      </w:tr>
    </w:tbl>
    <w:p w14:paraId="61F952D3" w14:textId="05AFED6C" w:rsidR="00BD2397" w:rsidRPr="001F7E48" w:rsidRDefault="00B8640C">
      <w:pPr>
        <w:tabs>
          <w:tab w:val="left" w:pos="4836"/>
        </w:tabs>
        <w:autoSpaceDE w:val="0"/>
        <w:autoSpaceDN w:val="0"/>
        <w:spacing w:after="0" w:line="144" w:lineRule="exact"/>
        <w:ind w:left="710"/>
        <w:rPr>
          <w:sz w:val="16"/>
          <w:szCs w:val="16"/>
          <w:lang w:val="pt-PT"/>
        </w:rPr>
      </w:pPr>
      <w:r w:rsidRPr="001F7E48">
        <w:rPr>
          <w:sz w:val="16"/>
          <w:szCs w:val="16"/>
          <w:lang w:val="pt-PT"/>
        </w:rPr>
        <w:tab/>
      </w:r>
      <w:r w:rsidRPr="001F7E48">
        <w:rPr>
          <w:rFonts w:ascii="TimesNewRomanPSMT" w:eastAsia="TimesNewRomanPSMT" w:hAnsi="TimesNewRomanPSMT"/>
          <w:color w:val="595959"/>
          <w:w w:val="97"/>
          <w:sz w:val="16"/>
          <w:szCs w:val="16"/>
          <w:lang w:val="pt-PT"/>
        </w:rPr>
        <w:t>pagina 2 din 6</w:t>
      </w:r>
    </w:p>
    <w:p w14:paraId="34EB506E" w14:textId="77777777" w:rsidR="00BD2397" w:rsidRPr="001F7E48" w:rsidRDefault="00BD2397">
      <w:pPr>
        <w:spacing w:after="0"/>
        <w:rPr>
          <w:sz w:val="16"/>
          <w:szCs w:val="16"/>
          <w:lang w:val="pt-PT"/>
        </w:rPr>
        <w:sectPr w:rsidR="00BD2397" w:rsidRPr="001F7E48">
          <w:pgSz w:w="11900" w:h="16840"/>
          <w:pgMar w:top="126" w:right="1358" w:bottom="236" w:left="564" w:header="720" w:footer="720" w:gutter="0"/>
          <w:cols w:space="708"/>
          <w:docGrid w:linePitch="360"/>
        </w:sectPr>
      </w:pPr>
    </w:p>
    <w:p w14:paraId="42795564" w14:textId="77777777" w:rsidR="00BD2397" w:rsidRPr="001F7E48" w:rsidRDefault="00BD2397">
      <w:pPr>
        <w:autoSpaceDE w:val="0"/>
        <w:autoSpaceDN w:val="0"/>
        <w:spacing w:after="0" w:line="126" w:lineRule="exact"/>
        <w:rPr>
          <w:sz w:val="16"/>
          <w:szCs w:val="16"/>
          <w:lang w:val="pt-PT"/>
        </w:rPr>
      </w:pPr>
    </w:p>
    <w:p w14:paraId="46043DC7" w14:textId="68E4F6F4" w:rsidR="00BD2397" w:rsidRPr="001F7E48" w:rsidRDefault="00BD2397">
      <w:pPr>
        <w:autoSpaceDE w:val="0"/>
        <w:autoSpaceDN w:val="0"/>
        <w:spacing w:after="0" w:line="144" w:lineRule="exact"/>
        <w:ind w:left="108"/>
        <w:rPr>
          <w:sz w:val="16"/>
          <w:szCs w:val="16"/>
          <w:lang w:val="pt-PT"/>
        </w:rPr>
      </w:pPr>
    </w:p>
    <w:p w14:paraId="2BC2C433" w14:textId="77777777" w:rsidR="00BD2397" w:rsidRPr="001F7E48" w:rsidRDefault="00B8640C">
      <w:pPr>
        <w:autoSpaceDE w:val="0"/>
        <w:autoSpaceDN w:val="0"/>
        <w:spacing w:after="0" w:line="328" w:lineRule="exact"/>
        <w:ind w:right="4038"/>
        <w:jc w:val="right"/>
        <w:rPr>
          <w:sz w:val="24"/>
          <w:szCs w:val="24"/>
          <w:lang w:val="pt-PT"/>
        </w:rPr>
      </w:pPr>
      <w:r w:rsidRPr="001F7E48">
        <w:rPr>
          <w:rFonts w:ascii="TimesNewRomanPS" w:eastAsia="TimesNewRomanPS" w:hAnsi="TimesNewRomanPS"/>
          <w:b/>
          <w:color w:val="000000"/>
          <w:sz w:val="24"/>
          <w:szCs w:val="24"/>
          <w:lang w:val="pt-PT"/>
        </w:rPr>
        <w:t>ANEXA IMOBILE</w:t>
      </w:r>
    </w:p>
    <w:p w14:paraId="69EDA840" w14:textId="77777777" w:rsidR="00BD2397" w:rsidRPr="000C1C98" w:rsidRDefault="00B8640C">
      <w:pPr>
        <w:autoSpaceDE w:val="0"/>
        <w:autoSpaceDN w:val="0"/>
        <w:spacing w:after="0" w:line="184" w:lineRule="exact"/>
        <w:ind w:left="2430"/>
        <w:rPr>
          <w:sz w:val="16"/>
          <w:szCs w:val="16"/>
          <w:lang w:val="pt-PT"/>
        </w:rPr>
      </w:pPr>
      <w:r w:rsidRPr="000C1C98">
        <w:rPr>
          <w:rFonts w:ascii="TimesNewRomanPSMT" w:eastAsia="TimesNewRomanPSMT" w:hAnsi="TimesNewRomanPSMT"/>
          <w:color w:val="000000"/>
          <w:w w:val="102"/>
          <w:sz w:val="16"/>
          <w:szCs w:val="16"/>
          <w:lang w:val="pt-PT"/>
        </w:rPr>
        <w:t>la cererea pentru emiterea autorizației de construire / desființare</w:t>
      </w:r>
    </w:p>
    <w:p w14:paraId="5D5C8347" w14:textId="77777777" w:rsidR="00BD2397" w:rsidRPr="000C1C98" w:rsidRDefault="00B8640C">
      <w:pPr>
        <w:autoSpaceDE w:val="0"/>
        <w:autoSpaceDN w:val="0"/>
        <w:spacing w:after="0" w:line="184" w:lineRule="exact"/>
        <w:ind w:left="2110"/>
        <w:rPr>
          <w:sz w:val="16"/>
          <w:szCs w:val="16"/>
          <w:lang w:val="pt-PT"/>
        </w:rPr>
      </w:pPr>
      <w:r w:rsidRPr="000C1C98">
        <w:rPr>
          <w:rFonts w:ascii="TimesNewRomanPSMT" w:eastAsia="TimesNewRomanPSMT" w:hAnsi="TimesNewRomanPSMT"/>
          <w:color w:val="000000"/>
          <w:w w:val="102"/>
          <w:sz w:val="16"/>
          <w:szCs w:val="16"/>
          <w:lang w:val="pt-PT"/>
        </w:rPr>
        <w:t>se completează numai atunci când cererea se referă la mai multe imobile</w:t>
      </w:r>
    </w:p>
    <w:tbl>
      <w:tblPr>
        <w:tblW w:w="0" w:type="auto"/>
        <w:tblInd w:w="4" w:type="dxa"/>
        <w:tblLayout w:type="fixed"/>
        <w:tblLook w:val="04A0" w:firstRow="1" w:lastRow="0" w:firstColumn="1" w:lastColumn="0" w:noHBand="0" w:noVBand="1"/>
      </w:tblPr>
      <w:tblGrid>
        <w:gridCol w:w="3116"/>
        <w:gridCol w:w="778"/>
        <w:gridCol w:w="780"/>
        <w:gridCol w:w="778"/>
        <w:gridCol w:w="780"/>
        <w:gridCol w:w="1560"/>
        <w:gridCol w:w="1556"/>
      </w:tblGrid>
      <w:tr w:rsidR="00BD2397" w:rsidRPr="00D027DE" w14:paraId="4966DC10" w14:textId="77777777">
        <w:trPr>
          <w:trHeight w:hRule="exact" w:val="208"/>
        </w:trPr>
        <w:tc>
          <w:tcPr>
            <w:tcW w:w="9348" w:type="dxa"/>
            <w:gridSpan w:val="7"/>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41252770" w14:textId="77777777" w:rsidR="00BD2397" w:rsidRPr="001F7E48" w:rsidRDefault="00B8640C">
            <w:pPr>
              <w:autoSpaceDE w:val="0"/>
              <w:autoSpaceDN w:val="0"/>
              <w:spacing w:after="0" w:line="174" w:lineRule="exact"/>
              <w:ind w:left="100"/>
              <w:rPr>
                <w:sz w:val="16"/>
                <w:szCs w:val="16"/>
                <w:lang w:val="pt-PT"/>
              </w:rPr>
            </w:pPr>
            <w:r w:rsidRPr="000C1C98">
              <w:rPr>
                <w:rFonts w:ascii="TimesNewRomanPS" w:eastAsia="TimesNewRomanPS" w:hAnsi="TimesNewRomanPS"/>
                <w:b/>
                <w:color w:val="000000"/>
                <w:w w:val="103"/>
                <w:sz w:val="16"/>
                <w:szCs w:val="16"/>
                <w:lang w:val="pt-PT"/>
              </w:rPr>
              <w:t xml:space="preserve"> </w:t>
            </w:r>
            <w:r w:rsidRPr="001F7E48">
              <w:rPr>
                <w:rFonts w:ascii="TimesNewRomanPS" w:eastAsia="TimesNewRomanPS" w:hAnsi="TimesNewRomanPS"/>
                <w:b/>
                <w:color w:val="000000"/>
                <w:w w:val="103"/>
                <w:sz w:val="16"/>
                <w:szCs w:val="16"/>
                <w:lang w:val="pt-PT"/>
              </w:rPr>
              <w:t xml:space="preserve">I1. </w:t>
            </w:r>
            <w:r w:rsidRPr="001F7E48">
              <w:rPr>
                <w:rFonts w:ascii="TimesNewRomanPS" w:eastAsia="TimesNewRomanPS" w:hAnsi="TimesNewRomanPS"/>
                <w:b/>
                <w:color w:val="000000"/>
                <w:w w:val="102"/>
                <w:sz w:val="16"/>
                <w:szCs w:val="16"/>
                <w:lang w:val="pt-PT"/>
              </w:rPr>
              <w:t>IMOBILELE LA CARE SE REFERĂ CEREREA</w:t>
            </w:r>
          </w:p>
        </w:tc>
      </w:tr>
      <w:tr w:rsidR="00BD2397" w:rsidRPr="004761A5" w14:paraId="695DD5A8" w14:textId="77777777">
        <w:trPr>
          <w:trHeight w:hRule="exact" w:val="188"/>
        </w:trPr>
        <w:tc>
          <w:tcPr>
            <w:tcW w:w="9348" w:type="dxa"/>
            <w:gridSpan w:val="7"/>
            <w:tcBorders>
              <w:top w:val="single" w:sz="3" w:space="0" w:color="767676"/>
              <w:left w:val="single" w:sz="3" w:space="0" w:color="767676"/>
              <w:bottom w:val="single" w:sz="3" w:space="0" w:color="767676"/>
              <w:right w:val="single" w:sz="3" w:space="0" w:color="767676"/>
            </w:tcBorders>
            <w:shd w:val="clear" w:color="auto" w:fill="F4F4F4"/>
            <w:tcMar>
              <w:left w:w="0" w:type="dxa"/>
              <w:right w:w="0" w:type="dxa"/>
            </w:tcMar>
          </w:tcPr>
          <w:p w14:paraId="0A152CA1" w14:textId="77777777" w:rsidR="00BD2397" w:rsidRPr="004761A5" w:rsidRDefault="00B8640C">
            <w:pPr>
              <w:autoSpaceDE w:val="0"/>
              <w:autoSpaceDN w:val="0"/>
              <w:spacing w:after="0" w:line="154" w:lineRule="exact"/>
              <w:ind w:left="100"/>
              <w:rPr>
                <w:sz w:val="16"/>
                <w:szCs w:val="16"/>
              </w:rPr>
            </w:pPr>
            <w:r w:rsidRPr="001F7E48">
              <w:rPr>
                <w:rFonts w:ascii="TimesNewRomanPSMT" w:eastAsia="TimesNewRomanPSMT" w:hAnsi="TimesNewRomanPSMT"/>
                <w:color w:val="000000"/>
                <w:w w:val="103"/>
                <w:sz w:val="16"/>
                <w:szCs w:val="16"/>
                <w:lang w:val="pt-PT"/>
              </w:rPr>
              <w:t xml:space="preserve"> </w:t>
            </w:r>
            <w:proofErr w:type="spellStart"/>
            <w:r w:rsidRPr="004761A5">
              <w:rPr>
                <w:rFonts w:ascii="TimesNewRomanPSMT" w:eastAsia="TimesNewRomanPSMT" w:hAnsi="TimesNewRomanPSMT"/>
                <w:color w:val="000000"/>
                <w:w w:val="103"/>
                <w:sz w:val="16"/>
                <w:szCs w:val="16"/>
              </w:rPr>
              <w:t>Imobil</w:t>
            </w:r>
            <w:proofErr w:type="spellEnd"/>
            <w:r w:rsidRPr="004761A5">
              <w:rPr>
                <w:rFonts w:ascii="TimesNewRomanPSMT" w:eastAsia="TimesNewRomanPSMT" w:hAnsi="TimesNewRomanPSMT"/>
                <w:color w:val="000000"/>
                <w:w w:val="103"/>
                <w:sz w:val="16"/>
                <w:szCs w:val="16"/>
              </w:rPr>
              <w:t xml:space="preserve"> 2</w:t>
            </w:r>
          </w:p>
        </w:tc>
      </w:tr>
      <w:tr w:rsidR="00BD2397" w:rsidRPr="004761A5" w14:paraId="5D2CBD90" w14:textId="77777777" w:rsidTr="004761A5">
        <w:trPr>
          <w:trHeight w:hRule="exact" w:val="710"/>
        </w:trPr>
        <w:tc>
          <w:tcPr>
            <w:tcW w:w="3116" w:type="dxa"/>
            <w:tcBorders>
              <w:top w:val="single" w:sz="3" w:space="0" w:color="767676"/>
              <w:left w:val="single" w:sz="3" w:space="0" w:color="767676"/>
              <w:bottom w:val="single" w:sz="4" w:space="0" w:color="767676"/>
              <w:right w:val="single" w:sz="4" w:space="0" w:color="767676"/>
            </w:tcBorders>
            <w:tcMar>
              <w:left w:w="0" w:type="dxa"/>
              <w:right w:w="0" w:type="dxa"/>
            </w:tcMar>
          </w:tcPr>
          <w:p w14:paraId="4FDA7E93" w14:textId="77777777" w:rsidR="00184E29" w:rsidRDefault="00B8640C">
            <w:pPr>
              <w:autoSpaceDE w:val="0"/>
              <w:autoSpaceDN w:val="0"/>
              <w:spacing w:after="0" w:line="186" w:lineRule="exact"/>
              <w:ind w:left="100" w:right="1440"/>
              <w:rPr>
                <w:rFonts w:ascii="TimesNewRomanPSMT" w:eastAsia="TimesNewRomanPSMT" w:hAnsi="TimesNewRomanPSMT"/>
                <w:color w:val="000000"/>
                <w:w w:val="103"/>
                <w:sz w:val="16"/>
                <w:szCs w:val="16"/>
              </w:rPr>
            </w:pPr>
            <w:r w:rsidRPr="004761A5">
              <w:rPr>
                <w:rFonts w:ascii="TimesNewRomanPS" w:eastAsia="TimesNewRomanPS" w:hAnsi="TimesNewRomanPS"/>
                <w:b/>
                <w:color w:val="0D5F78"/>
                <w:w w:val="97"/>
                <w:sz w:val="16"/>
                <w:szCs w:val="16"/>
              </w:rPr>
              <w:t xml:space="preserve">Tip </w:t>
            </w:r>
            <w:proofErr w:type="spellStart"/>
            <w:r w:rsidRPr="004761A5">
              <w:rPr>
                <w:rFonts w:ascii="TimesNewRomanPS" w:eastAsia="TimesNewRomanPS" w:hAnsi="TimesNewRomanPS"/>
                <w:b/>
                <w:color w:val="0D5F78"/>
                <w:w w:val="97"/>
                <w:sz w:val="16"/>
                <w:szCs w:val="16"/>
              </w:rPr>
              <w:t>imobil</w:t>
            </w:r>
            <w:proofErr w:type="spellEnd"/>
            <w:r w:rsidRPr="004761A5">
              <w:rPr>
                <w:sz w:val="16"/>
                <w:szCs w:val="16"/>
              </w:rPr>
              <w:br/>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teren</w:t>
            </w:r>
            <w:proofErr w:type="spellEnd"/>
            <w:r w:rsidRPr="004761A5">
              <w:rPr>
                <w:rFonts w:ascii="TimesNewRomanPSMT" w:eastAsia="TimesNewRomanPSMT" w:hAnsi="TimesNewRomanPSMT"/>
                <w:color w:val="000000"/>
                <w:w w:val="103"/>
                <w:sz w:val="16"/>
                <w:szCs w:val="16"/>
              </w:rPr>
              <w:t xml:space="preserve">    </w:t>
            </w:r>
          </w:p>
          <w:p w14:paraId="0C36A080" w14:textId="77777777" w:rsidR="00BD2397" w:rsidRPr="004761A5" w:rsidRDefault="00B8640C" w:rsidP="00184E29">
            <w:pPr>
              <w:autoSpaceDE w:val="0"/>
              <w:autoSpaceDN w:val="0"/>
              <w:spacing w:after="0" w:line="186" w:lineRule="exact"/>
              <w:ind w:right="1440"/>
              <w:rPr>
                <w:sz w:val="16"/>
                <w:szCs w:val="16"/>
              </w:rPr>
            </w:pPr>
            <w:r w:rsidRPr="004761A5">
              <w:rPr>
                <w:rFonts w:ascii="TimesNewRomanPSMT" w:eastAsia="TimesNewRomanPSMT" w:hAnsi="TimesNewRomanPSMT"/>
                <w:color w:val="000000"/>
                <w:w w:val="103"/>
                <w:sz w:val="16"/>
                <w:szCs w:val="16"/>
              </w:rPr>
              <w:t xml:space="preserve"> </w:t>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construcții</w:t>
            </w:r>
            <w:proofErr w:type="spellEnd"/>
          </w:p>
        </w:tc>
        <w:tc>
          <w:tcPr>
            <w:tcW w:w="3116" w:type="dxa"/>
            <w:gridSpan w:val="4"/>
            <w:tcBorders>
              <w:top w:val="single" w:sz="3" w:space="0" w:color="767676"/>
              <w:left w:val="single" w:sz="4" w:space="0" w:color="767676"/>
              <w:bottom w:val="single" w:sz="4" w:space="0" w:color="767676"/>
              <w:right w:val="single" w:sz="3" w:space="0" w:color="767676"/>
            </w:tcBorders>
            <w:tcMar>
              <w:left w:w="0" w:type="dxa"/>
              <w:right w:w="0" w:type="dxa"/>
            </w:tcMar>
          </w:tcPr>
          <w:p w14:paraId="26B812D6"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Număr</w:t>
            </w:r>
            <w:proofErr w:type="spellEnd"/>
            <w:r w:rsidRPr="004761A5">
              <w:rPr>
                <w:rFonts w:ascii="TimesNewRomanPS" w:eastAsia="TimesNewRomanPS" w:hAnsi="TimesNewRomanPS"/>
                <w:b/>
                <w:color w:val="0D5F78"/>
                <w:w w:val="97"/>
                <w:sz w:val="16"/>
                <w:szCs w:val="16"/>
              </w:rPr>
              <w:t xml:space="preserve"> cadastral</w:t>
            </w:r>
          </w:p>
        </w:tc>
        <w:tc>
          <w:tcPr>
            <w:tcW w:w="3116"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14:paraId="7EB76864"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 xml:space="preserve">Carte </w:t>
            </w:r>
            <w:proofErr w:type="spellStart"/>
            <w:r w:rsidRPr="004761A5">
              <w:rPr>
                <w:rFonts w:ascii="TimesNewRomanPS" w:eastAsia="TimesNewRomanPS" w:hAnsi="TimesNewRomanPS"/>
                <w:b/>
                <w:color w:val="0D5F78"/>
                <w:w w:val="97"/>
                <w:sz w:val="16"/>
                <w:szCs w:val="16"/>
              </w:rPr>
              <w:t>funciară</w:t>
            </w:r>
            <w:proofErr w:type="spellEnd"/>
            <w:r w:rsidRPr="004761A5">
              <w:rPr>
                <w:rFonts w:ascii="TimesNewRomanPS" w:eastAsia="TimesNewRomanPS" w:hAnsi="TimesNewRomanPS"/>
                <w:b/>
                <w:color w:val="0D5F78"/>
                <w:w w:val="97"/>
                <w:sz w:val="16"/>
                <w:szCs w:val="16"/>
              </w:rPr>
              <w:t xml:space="preserve"> nr.</w:t>
            </w:r>
          </w:p>
        </w:tc>
      </w:tr>
      <w:tr w:rsidR="00BD2397" w:rsidRPr="004761A5" w14:paraId="681DDCD1" w14:textId="77777777">
        <w:trPr>
          <w:trHeight w:hRule="exact" w:val="506"/>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14:paraId="18711342"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3" w:space="0" w:color="767676"/>
              <w:right w:val="single" w:sz="3" w:space="0" w:color="767676"/>
            </w:tcBorders>
            <w:tcMar>
              <w:left w:w="0" w:type="dxa"/>
              <w:right w:w="0" w:type="dxa"/>
            </w:tcMar>
          </w:tcPr>
          <w:p w14:paraId="44FC8B91"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Municipiul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orașul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2783032F"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Satul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sectorul</w:t>
            </w:r>
            <w:proofErr w:type="spellEnd"/>
          </w:p>
        </w:tc>
      </w:tr>
      <w:tr w:rsidR="00BD2397" w:rsidRPr="004761A5" w14:paraId="27D5F403" w14:textId="77777777">
        <w:trPr>
          <w:trHeight w:hRule="exact" w:val="504"/>
        </w:trPr>
        <w:tc>
          <w:tcPr>
            <w:tcW w:w="3116" w:type="dxa"/>
            <w:tcBorders>
              <w:top w:val="single" w:sz="3" w:space="0" w:color="767676"/>
              <w:left w:val="single" w:sz="3" w:space="0" w:color="767676"/>
              <w:bottom w:val="single" w:sz="3" w:space="0" w:color="767676"/>
              <w:right w:val="single" w:sz="4" w:space="0" w:color="767676"/>
            </w:tcBorders>
            <w:tcMar>
              <w:left w:w="0" w:type="dxa"/>
              <w:right w:w="0" w:type="dxa"/>
            </w:tcMar>
          </w:tcPr>
          <w:p w14:paraId="5CAD2759"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Strada</w:t>
            </w:r>
          </w:p>
        </w:tc>
        <w:tc>
          <w:tcPr>
            <w:tcW w:w="778" w:type="dxa"/>
            <w:tcBorders>
              <w:top w:val="single" w:sz="3" w:space="0" w:color="767676"/>
              <w:left w:val="single" w:sz="4" w:space="0" w:color="767676"/>
              <w:bottom w:val="single" w:sz="3" w:space="0" w:color="767676"/>
              <w:right w:val="single" w:sz="4" w:space="0" w:color="767676"/>
            </w:tcBorders>
            <w:tcMar>
              <w:left w:w="0" w:type="dxa"/>
              <w:right w:w="0" w:type="dxa"/>
            </w:tcMar>
          </w:tcPr>
          <w:p w14:paraId="79CB70F9"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Nr.</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14:paraId="0CB9F307" w14:textId="77777777" w:rsidR="00BD2397" w:rsidRPr="004761A5" w:rsidRDefault="00B8640C">
            <w:pPr>
              <w:autoSpaceDE w:val="0"/>
              <w:autoSpaceDN w:val="0"/>
              <w:spacing w:after="0" w:line="144" w:lineRule="exact"/>
              <w:ind w:left="102"/>
              <w:rPr>
                <w:sz w:val="16"/>
                <w:szCs w:val="16"/>
              </w:rPr>
            </w:pPr>
            <w:r w:rsidRPr="004761A5">
              <w:rPr>
                <w:rFonts w:ascii="TimesNewRomanPS" w:eastAsia="TimesNewRomanPS" w:hAnsi="TimesNewRomanPS"/>
                <w:b/>
                <w:color w:val="0D5F78"/>
                <w:w w:val="97"/>
                <w:sz w:val="16"/>
                <w:szCs w:val="16"/>
              </w:rPr>
              <w:t>Sc.</w:t>
            </w:r>
          </w:p>
        </w:tc>
        <w:tc>
          <w:tcPr>
            <w:tcW w:w="778" w:type="dxa"/>
            <w:tcBorders>
              <w:top w:val="single" w:sz="3" w:space="0" w:color="767676"/>
              <w:left w:val="single" w:sz="3" w:space="0" w:color="767676"/>
              <w:bottom w:val="single" w:sz="3" w:space="0" w:color="767676"/>
              <w:right w:val="single" w:sz="4" w:space="0" w:color="767676"/>
            </w:tcBorders>
            <w:tcMar>
              <w:left w:w="0" w:type="dxa"/>
              <w:right w:w="0" w:type="dxa"/>
            </w:tcMar>
          </w:tcPr>
          <w:p w14:paraId="54ACFCAD" w14:textId="77777777" w:rsidR="00BD2397" w:rsidRPr="004761A5" w:rsidRDefault="00B8640C">
            <w:pPr>
              <w:autoSpaceDE w:val="0"/>
              <w:autoSpaceDN w:val="0"/>
              <w:spacing w:after="0" w:line="144" w:lineRule="exact"/>
              <w:ind w:left="102"/>
              <w:rPr>
                <w:sz w:val="16"/>
                <w:szCs w:val="16"/>
              </w:rPr>
            </w:pPr>
            <w:r w:rsidRPr="004761A5">
              <w:rPr>
                <w:rFonts w:ascii="TimesNewRomanPS" w:eastAsia="TimesNewRomanPS" w:hAnsi="TimesNewRomanPS"/>
                <w:b/>
                <w:color w:val="0D5F78"/>
                <w:w w:val="97"/>
                <w:sz w:val="16"/>
                <w:szCs w:val="16"/>
              </w:rPr>
              <w:t>Et.</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14:paraId="0B666E57"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Ap.</w:t>
            </w:r>
          </w:p>
        </w:tc>
        <w:tc>
          <w:tcPr>
            <w:tcW w:w="1560" w:type="dxa"/>
            <w:tcBorders>
              <w:top w:val="single" w:sz="3" w:space="0" w:color="767676"/>
              <w:left w:val="single" w:sz="3" w:space="0" w:color="767676"/>
              <w:bottom w:val="single" w:sz="3" w:space="0" w:color="767676"/>
              <w:right w:val="single" w:sz="4" w:space="0" w:color="767676"/>
            </w:tcBorders>
            <w:tcMar>
              <w:left w:w="0" w:type="dxa"/>
              <w:right w:w="0" w:type="dxa"/>
            </w:tcMar>
          </w:tcPr>
          <w:p w14:paraId="73A3ABE3"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 xml:space="preserve">Cod </w:t>
            </w:r>
            <w:proofErr w:type="spellStart"/>
            <w:r w:rsidRPr="004761A5">
              <w:rPr>
                <w:rFonts w:ascii="TimesNewRomanPS" w:eastAsia="TimesNewRomanPS" w:hAnsi="TimesNewRomanPS"/>
                <w:b/>
                <w:color w:val="0D5F78"/>
                <w:w w:val="97"/>
                <w:sz w:val="16"/>
                <w:szCs w:val="16"/>
              </w:rPr>
              <w:t>poștal</w:t>
            </w:r>
            <w:proofErr w:type="spellEnd"/>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14:paraId="69060AB7" w14:textId="77777777" w:rsidR="00BD2397" w:rsidRPr="004761A5" w:rsidRDefault="00B8640C">
            <w:pPr>
              <w:autoSpaceDE w:val="0"/>
              <w:autoSpaceDN w:val="0"/>
              <w:spacing w:after="0" w:line="144" w:lineRule="exact"/>
              <w:ind w:left="98"/>
              <w:rPr>
                <w:sz w:val="16"/>
                <w:szCs w:val="16"/>
              </w:rPr>
            </w:pPr>
            <w:proofErr w:type="spellStart"/>
            <w:r w:rsidRPr="004761A5">
              <w:rPr>
                <w:rFonts w:ascii="TimesNewRomanPS" w:eastAsia="TimesNewRomanPS" w:hAnsi="TimesNewRomanPS"/>
                <w:b/>
                <w:color w:val="0D5F78"/>
                <w:w w:val="97"/>
                <w:sz w:val="16"/>
                <w:szCs w:val="16"/>
              </w:rPr>
              <w:t>Țara</w:t>
            </w:r>
            <w:proofErr w:type="spellEnd"/>
          </w:p>
        </w:tc>
      </w:tr>
      <w:tr w:rsidR="00BD2397" w:rsidRPr="004761A5" w14:paraId="2B630634" w14:textId="77777777">
        <w:trPr>
          <w:trHeight w:hRule="exact" w:val="190"/>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55FECF49" w14:textId="77777777" w:rsidR="00BD2397" w:rsidRPr="004761A5" w:rsidRDefault="00B8640C">
            <w:pPr>
              <w:autoSpaceDE w:val="0"/>
              <w:autoSpaceDN w:val="0"/>
              <w:spacing w:after="0" w:line="156"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Imobil</w:t>
            </w:r>
            <w:proofErr w:type="spellEnd"/>
            <w:r w:rsidRPr="004761A5">
              <w:rPr>
                <w:rFonts w:ascii="TimesNewRomanPSMT" w:eastAsia="TimesNewRomanPSMT" w:hAnsi="TimesNewRomanPSMT"/>
                <w:color w:val="000000"/>
                <w:w w:val="103"/>
                <w:sz w:val="16"/>
                <w:szCs w:val="16"/>
              </w:rPr>
              <w:t xml:space="preserve"> 3</w:t>
            </w:r>
          </w:p>
        </w:tc>
      </w:tr>
      <w:tr w:rsidR="00BD2397" w:rsidRPr="004761A5" w14:paraId="67B87059" w14:textId="77777777">
        <w:trPr>
          <w:trHeight w:hRule="exact" w:val="502"/>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10F1B4D6" w14:textId="77777777" w:rsidR="00BD2397" w:rsidRPr="004761A5" w:rsidRDefault="00B8640C">
            <w:pPr>
              <w:autoSpaceDE w:val="0"/>
              <w:autoSpaceDN w:val="0"/>
              <w:spacing w:after="0" w:line="184" w:lineRule="exact"/>
              <w:ind w:left="100" w:right="1440"/>
              <w:rPr>
                <w:sz w:val="16"/>
                <w:szCs w:val="16"/>
              </w:rPr>
            </w:pPr>
            <w:r w:rsidRPr="004761A5">
              <w:rPr>
                <w:rFonts w:ascii="TimesNewRomanPS" w:eastAsia="TimesNewRomanPS" w:hAnsi="TimesNewRomanPS"/>
                <w:b/>
                <w:color w:val="0D5F78"/>
                <w:w w:val="97"/>
                <w:sz w:val="16"/>
                <w:szCs w:val="16"/>
              </w:rPr>
              <w:t xml:space="preserve">Tip </w:t>
            </w:r>
            <w:proofErr w:type="spellStart"/>
            <w:r w:rsidRPr="004761A5">
              <w:rPr>
                <w:rFonts w:ascii="TimesNewRomanPS" w:eastAsia="TimesNewRomanPS" w:hAnsi="TimesNewRomanPS"/>
                <w:b/>
                <w:color w:val="0D5F78"/>
                <w:w w:val="97"/>
                <w:sz w:val="16"/>
                <w:szCs w:val="16"/>
              </w:rPr>
              <w:t>imobil</w:t>
            </w:r>
            <w:proofErr w:type="spellEnd"/>
            <w:r w:rsidRPr="004761A5">
              <w:rPr>
                <w:sz w:val="16"/>
                <w:szCs w:val="16"/>
              </w:rPr>
              <w:br/>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teren</w:t>
            </w:r>
            <w:proofErr w:type="spellEnd"/>
            <w:r w:rsidRPr="004761A5">
              <w:rPr>
                <w:rFonts w:ascii="TimesNewRomanPSMT" w:eastAsia="TimesNewRomanPSMT" w:hAnsi="TimesNewRomanPSMT"/>
                <w:color w:val="000000"/>
                <w:w w:val="103"/>
                <w:sz w:val="16"/>
                <w:szCs w:val="16"/>
              </w:rPr>
              <w:t xml:space="preserve">     </w:t>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construcții</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23B33535"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Număr</w:t>
            </w:r>
            <w:proofErr w:type="spellEnd"/>
            <w:r w:rsidRPr="004761A5">
              <w:rPr>
                <w:rFonts w:ascii="TimesNewRomanPS" w:eastAsia="TimesNewRomanPS" w:hAnsi="TimesNewRomanPS"/>
                <w:b/>
                <w:color w:val="0D5F78"/>
                <w:w w:val="97"/>
                <w:sz w:val="16"/>
                <w:szCs w:val="16"/>
              </w:rPr>
              <w:t xml:space="preserve"> cadastral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2D0D0653"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Carte </w:t>
            </w:r>
            <w:proofErr w:type="spellStart"/>
            <w:r w:rsidRPr="004761A5">
              <w:rPr>
                <w:rFonts w:ascii="TimesNewRomanPS" w:eastAsia="TimesNewRomanPS" w:hAnsi="TimesNewRomanPS"/>
                <w:b/>
                <w:color w:val="0D5F78"/>
                <w:w w:val="97"/>
                <w:sz w:val="16"/>
                <w:szCs w:val="16"/>
              </w:rPr>
              <w:t>funciară</w:t>
            </w:r>
            <w:proofErr w:type="spellEnd"/>
            <w:r w:rsidRPr="004761A5">
              <w:rPr>
                <w:rFonts w:ascii="TimesNewRomanPS" w:eastAsia="TimesNewRomanPS" w:hAnsi="TimesNewRomanPS"/>
                <w:b/>
                <w:color w:val="0D5F78"/>
                <w:w w:val="97"/>
                <w:sz w:val="16"/>
                <w:szCs w:val="16"/>
              </w:rPr>
              <w:t xml:space="preserve"> nr.</w:t>
            </w:r>
          </w:p>
        </w:tc>
      </w:tr>
      <w:tr w:rsidR="00BD2397" w:rsidRPr="004761A5" w14:paraId="30DFA76E"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29BAEA23"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02B51876"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Municipiul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orașul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78780EE0"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Satul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sectorul</w:t>
            </w:r>
            <w:proofErr w:type="spellEnd"/>
          </w:p>
        </w:tc>
      </w:tr>
      <w:tr w:rsidR="00BD2397" w:rsidRPr="004761A5" w14:paraId="619E9C4C" w14:textId="77777777">
        <w:trPr>
          <w:trHeight w:hRule="exact" w:val="506"/>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14:paraId="0F2701B4"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3" w:space="0" w:color="767676"/>
              <w:right w:val="single" w:sz="4" w:space="0" w:color="767676"/>
            </w:tcBorders>
            <w:tcMar>
              <w:left w:w="0" w:type="dxa"/>
              <w:right w:w="0" w:type="dxa"/>
            </w:tcMar>
          </w:tcPr>
          <w:p w14:paraId="66790897"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14:paraId="4C4B7D85"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3" w:space="0" w:color="767676"/>
              <w:right w:val="single" w:sz="4" w:space="0" w:color="767676"/>
            </w:tcBorders>
            <w:tcMar>
              <w:left w:w="0" w:type="dxa"/>
              <w:right w:w="0" w:type="dxa"/>
            </w:tcMar>
          </w:tcPr>
          <w:p w14:paraId="071B2A0B"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14:paraId="3828897D"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3" w:space="0" w:color="767676"/>
              <w:right w:val="single" w:sz="4" w:space="0" w:color="767676"/>
            </w:tcBorders>
            <w:tcMar>
              <w:left w:w="0" w:type="dxa"/>
              <w:right w:w="0" w:type="dxa"/>
            </w:tcMar>
          </w:tcPr>
          <w:p w14:paraId="062F61AC"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Cod </w:t>
            </w:r>
            <w:proofErr w:type="spellStart"/>
            <w:r w:rsidRPr="004761A5">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62C2AE1E" w14:textId="77777777" w:rsidR="00BD2397" w:rsidRPr="004761A5" w:rsidRDefault="00B8640C">
            <w:pPr>
              <w:autoSpaceDE w:val="0"/>
              <w:autoSpaceDN w:val="0"/>
              <w:spacing w:after="0" w:line="146" w:lineRule="exact"/>
              <w:ind w:left="98"/>
              <w:rPr>
                <w:sz w:val="16"/>
                <w:szCs w:val="16"/>
              </w:rPr>
            </w:pPr>
            <w:proofErr w:type="spellStart"/>
            <w:r w:rsidRPr="004761A5">
              <w:rPr>
                <w:rFonts w:ascii="TimesNewRomanPS" w:eastAsia="TimesNewRomanPS" w:hAnsi="TimesNewRomanPS"/>
                <w:b/>
                <w:color w:val="0D5F78"/>
                <w:w w:val="97"/>
                <w:sz w:val="16"/>
                <w:szCs w:val="16"/>
              </w:rPr>
              <w:t>Țara</w:t>
            </w:r>
            <w:proofErr w:type="spellEnd"/>
          </w:p>
        </w:tc>
      </w:tr>
      <w:tr w:rsidR="00BD2397" w:rsidRPr="004761A5" w14:paraId="3280067B" w14:textId="77777777">
        <w:trPr>
          <w:trHeight w:hRule="exact" w:val="188"/>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1CDF02ED" w14:textId="77777777" w:rsidR="00BD2397" w:rsidRPr="004761A5" w:rsidRDefault="00B8640C">
            <w:pPr>
              <w:autoSpaceDE w:val="0"/>
              <w:autoSpaceDN w:val="0"/>
              <w:spacing w:after="0" w:line="156"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Imobil</w:t>
            </w:r>
            <w:proofErr w:type="spellEnd"/>
            <w:r w:rsidRPr="004761A5">
              <w:rPr>
                <w:rFonts w:ascii="TimesNewRomanPSMT" w:eastAsia="TimesNewRomanPSMT" w:hAnsi="TimesNewRomanPSMT"/>
                <w:color w:val="000000"/>
                <w:w w:val="103"/>
                <w:sz w:val="16"/>
                <w:szCs w:val="16"/>
              </w:rPr>
              <w:t xml:space="preserve"> 4</w:t>
            </w:r>
          </w:p>
        </w:tc>
      </w:tr>
      <w:tr w:rsidR="00BD2397" w:rsidRPr="004761A5" w14:paraId="522564A9" w14:textId="77777777">
        <w:trPr>
          <w:trHeight w:hRule="exact" w:val="504"/>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14:paraId="748561FD" w14:textId="77777777" w:rsidR="00BD2397" w:rsidRPr="004761A5" w:rsidRDefault="00B8640C">
            <w:pPr>
              <w:autoSpaceDE w:val="0"/>
              <w:autoSpaceDN w:val="0"/>
              <w:spacing w:after="0" w:line="184" w:lineRule="exact"/>
              <w:ind w:left="100" w:right="1440"/>
              <w:rPr>
                <w:sz w:val="16"/>
                <w:szCs w:val="16"/>
              </w:rPr>
            </w:pPr>
            <w:r w:rsidRPr="004761A5">
              <w:rPr>
                <w:rFonts w:ascii="TimesNewRomanPS" w:eastAsia="TimesNewRomanPS" w:hAnsi="TimesNewRomanPS"/>
                <w:b/>
                <w:color w:val="0D5F78"/>
                <w:w w:val="97"/>
                <w:sz w:val="16"/>
                <w:szCs w:val="16"/>
              </w:rPr>
              <w:t xml:space="preserve">Tip </w:t>
            </w:r>
            <w:proofErr w:type="spellStart"/>
            <w:r w:rsidRPr="004761A5">
              <w:rPr>
                <w:rFonts w:ascii="TimesNewRomanPS" w:eastAsia="TimesNewRomanPS" w:hAnsi="TimesNewRomanPS"/>
                <w:b/>
                <w:color w:val="0D5F78"/>
                <w:w w:val="97"/>
                <w:sz w:val="16"/>
                <w:szCs w:val="16"/>
              </w:rPr>
              <w:t>imobil</w:t>
            </w:r>
            <w:proofErr w:type="spellEnd"/>
            <w:r w:rsidRPr="004761A5">
              <w:rPr>
                <w:sz w:val="16"/>
                <w:szCs w:val="16"/>
              </w:rPr>
              <w:br/>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teren</w:t>
            </w:r>
            <w:proofErr w:type="spellEnd"/>
            <w:r w:rsidRPr="004761A5">
              <w:rPr>
                <w:rFonts w:ascii="TimesNewRomanPSMT" w:eastAsia="TimesNewRomanPSMT" w:hAnsi="TimesNewRomanPSMT"/>
                <w:color w:val="000000"/>
                <w:w w:val="103"/>
                <w:sz w:val="16"/>
                <w:szCs w:val="16"/>
              </w:rPr>
              <w:t xml:space="preserve">     </w:t>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construcții</w:t>
            </w:r>
            <w:proofErr w:type="spellEnd"/>
          </w:p>
        </w:tc>
        <w:tc>
          <w:tcPr>
            <w:tcW w:w="3116" w:type="dxa"/>
            <w:gridSpan w:val="4"/>
            <w:tcBorders>
              <w:top w:val="single" w:sz="4" w:space="0" w:color="767676"/>
              <w:left w:val="single" w:sz="4" w:space="0" w:color="767676"/>
              <w:bottom w:val="single" w:sz="3" w:space="0" w:color="767676"/>
              <w:right w:val="single" w:sz="3" w:space="0" w:color="767676"/>
            </w:tcBorders>
            <w:tcMar>
              <w:left w:w="0" w:type="dxa"/>
              <w:right w:w="0" w:type="dxa"/>
            </w:tcMar>
          </w:tcPr>
          <w:p w14:paraId="3C0D27CA"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Număr</w:t>
            </w:r>
            <w:proofErr w:type="spellEnd"/>
            <w:r w:rsidRPr="004761A5">
              <w:rPr>
                <w:rFonts w:ascii="TimesNewRomanPS" w:eastAsia="TimesNewRomanPS" w:hAnsi="TimesNewRomanPS"/>
                <w:b/>
                <w:color w:val="0D5F78"/>
                <w:w w:val="97"/>
                <w:sz w:val="16"/>
                <w:szCs w:val="16"/>
              </w:rPr>
              <w:t xml:space="preserve"> cadastral</w:t>
            </w:r>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5FBC340B"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Carte </w:t>
            </w:r>
            <w:proofErr w:type="spellStart"/>
            <w:r w:rsidRPr="004761A5">
              <w:rPr>
                <w:rFonts w:ascii="TimesNewRomanPS" w:eastAsia="TimesNewRomanPS" w:hAnsi="TimesNewRomanPS"/>
                <w:b/>
                <w:color w:val="0D5F78"/>
                <w:w w:val="97"/>
                <w:sz w:val="16"/>
                <w:szCs w:val="16"/>
              </w:rPr>
              <w:t>funciară</w:t>
            </w:r>
            <w:proofErr w:type="spellEnd"/>
            <w:r w:rsidRPr="004761A5">
              <w:rPr>
                <w:rFonts w:ascii="TimesNewRomanPS" w:eastAsia="TimesNewRomanPS" w:hAnsi="TimesNewRomanPS"/>
                <w:b/>
                <w:color w:val="0D5F78"/>
                <w:w w:val="97"/>
                <w:sz w:val="16"/>
                <w:szCs w:val="16"/>
              </w:rPr>
              <w:t xml:space="preserve"> nr.</w:t>
            </w:r>
          </w:p>
        </w:tc>
      </w:tr>
      <w:tr w:rsidR="00BD2397" w:rsidRPr="004761A5" w14:paraId="7AAF2B77" w14:textId="77777777">
        <w:trPr>
          <w:trHeight w:hRule="exact" w:val="504"/>
        </w:trPr>
        <w:tc>
          <w:tcPr>
            <w:tcW w:w="3116" w:type="dxa"/>
            <w:tcBorders>
              <w:top w:val="single" w:sz="3" w:space="0" w:color="767676"/>
              <w:left w:val="single" w:sz="3" w:space="0" w:color="767676"/>
              <w:bottom w:val="single" w:sz="3" w:space="0" w:color="767676"/>
              <w:right w:val="single" w:sz="4" w:space="0" w:color="767676"/>
            </w:tcBorders>
            <w:tcMar>
              <w:left w:w="0" w:type="dxa"/>
              <w:right w:w="0" w:type="dxa"/>
            </w:tcMar>
          </w:tcPr>
          <w:p w14:paraId="7F9378FD"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Județul</w:t>
            </w:r>
            <w:proofErr w:type="spellEnd"/>
          </w:p>
        </w:tc>
        <w:tc>
          <w:tcPr>
            <w:tcW w:w="3116" w:type="dxa"/>
            <w:gridSpan w:val="4"/>
            <w:tcBorders>
              <w:top w:val="single" w:sz="3" w:space="0" w:color="767676"/>
              <w:left w:val="single" w:sz="4" w:space="0" w:color="767676"/>
              <w:bottom w:val="single" w:sz="3" w:space="0" w:color="767676"/>
              <w:right w:val="single" w:sz="3" w:space="0" w:color="767676"/>
            </w:tcBorders>
            <w:tcMar>
              <w:left w:w="0" w:type="dxa"/>
              <w:right w:w="0" w:type="dxa"/>
            </w:tcMar>
          </w:tcPr>
          <w:p w14:paraId="57957AB2"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Municipiul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orașul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comuna</w:t>
            </w:r>
            <w:proofErr w:type="spellEnd"/>
          </w:p>
        </w:tc>
        <w:tc>
          <w:tcPr>
            <w:tcW w:w="311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14:paraId="1C90D103"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Satul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sectorul</w:t>
            </w:r>
            <w:proofErr w:type="spellEnd"/>
          </w:p>
        </w:tc>
      </w:tr>
      <w:tr w:rsidR="00BD2397" w:rsidRPr="004761A5" w14:paraId="01E88449" w14:textId="77777777">
        <w:trPr>
          <w:trHeight w:hRule="exact" w:val="504"/>
        </w:trPr>
        <w:tc>
          <w:tcPr>
            <w:tcW w:w="3116" w:type="dxa"/>
            <w:tcBorders>
              <w:top w:val="single" w:sz="3" w:space="0" w:color="767676"/>
              <w:left w:val="single" w:sz="3" w:space="0" w:color="767676"/>
              <w:bottom w:val="single" w:sz="3" w:space="0" w:color="767676"/>
              <w:right w:val="single" w:sz="4" w:space="0" w:color="767676"/>
            </w:tcBorders>
            <w:tcMar>
              <w:left w:w="0" w:type="dxa"/>
              <w:right w:w="0" w:type="dxa"/>
            </w:tcMar>
          </w:tcPr>
          <w:p w14:paraId="2D236A18"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Strada</w:t>
            </w:r>
          </w:p>
        </w:tc>
        <w:tc>
          <w:tcPr>
            <w:tcW w:w="778" w:type="dxa"/>
            <w:tcBorders>
              <w:top w:val="single" w:sz="3" w:space="0" w:color="767676"/>
              <w:left w:val="single" w:sz="4" w:space="0" w:color="767676"/>
              <w:bottom w:val="single" w:sz="3" w:space="0" w:color="767676"/>
              <w:right w:val="single" w:sz="4" w:space="0" w:color="767676"/>
            </w:tcBorders>
            <w:tcMar>
              <w:left w:w="0" w:type="dxa"/>
              <w:right w:w="0" w:type="dxa"/>
            </w:tcMar>
          </w:tcPr>
          <w:p w14:paraId="42A9E9EB"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Nr.</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14:paraId="0B7FB5FD" w14:textId="77777777" w:rsidR="00BD2397" w:rsidRPr="004761A5" w:rsidRDefault="00B8640C">
            <w:pPr>
              <w:autoSpaceDE w:val="0"/>
              <w:autoSpaceDN w:val="0"/>
              <w:spacing w:after="0" w:line="144" w:lineRule="exact"/>
              <w:ind w:left="102"/>
              <w:rPr>
                <w:sz w:val="16"/>
                <w:szCs w:val="16"/>
              </w:rPr>
            </w:pPr>
            <w:r w:rsidRPr="004761A5">
              <w:rPr>
                <w:rFonts w:ascii="TimesNewRomanPS" w:eastAsia="TimesNewRomanPS" w:hAnsi="TimesNewRomanPS"/>
                <w:b/>
                <w:color w:val="0D5F78"/>
                <w:w w:val="97"/>
                <w:sz w:val="16"/>
                <w:szCs w:val="16"/>
              </w:rPr>
              <w:t>Sc.</w:t>
            </w:r>
          </w:p>
        </w:tc>
        <w:tc>
          <w:tcPr>
            <w:tcW w:w="778" w:type="dxa"/>
            <w:tcBorders>
              <w:top w:val="single" w:sz="3" w:space="0" w:color="767676"/>
              <w:left w:val="single" w:sz="3" w:space="0" w:color="767676"/>
              <w:bottom w:val="single" w:sz="3" w:space="0" w:color="767676"/>
              <w:right w:val="single" w:sz="4" w:space="0" w:color="767676"/>
            </w:tcBorders>
            <w:tcMar>
              <w:left w:w="0" w:type="dxa"/>
              <w:right w:w="0" w:type="dxa"/>
            </w:tcMar>
          </w:tcPr>
          <w:p w14:paraId="3D7567AD" w14:textId="77777777" w:rsidR="00BD2397" w:rsidRPr="004761A5" w:rsidRDefault="00B8640C">
            <w:pPr>
              <w:autoSpaceDE w:val="0"/>
              <w:autoSpaceDN w:val="0"/>
              <w:spacing w:after="0" w:line="144" w:lineRule="exact"/>
              <w:ind w:left="102"/>
              <w:rPr>
                <w:sz w:val="16"/>
                <w:szCs w:val="16"/>
              </w:rPr>
            </w:pPr>
            <w:r w:rsidRPr="004761A5">
              <w:rPr>
                <w:rFonts w:ascii="TimesNewRomanPS" w:eastAsia="TimesNewRomanPS" w:hAnsi="TimesNewRomanPS"/>
                <w:b/>
                <w:color w:val="0D5F78"/>
                <w:w w:val="97"/>
                <w:sz w:val="16"/>
                <w:szCs w:val="16"/>
              </w:rPr>
              <w:t>Et.</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14:paraId="5C173D99"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Ap.</w:t>
            </w:r>
          </w:p>
        </w:tc>
        <w:tc>
          <w:tcPr>
            <w:tcW w:w="1560" w:type="dxa"/>
            <w:tcBorders>
              <w:top w:val="single" w:sz="3" w:space="0" w:color="767676"/>
              <w:left w:val="single" w:sz="3" w:space="0" w:color="767676"/>
              <w:bottom w:val="single" w:sz="3" w:space="0" w:color="767676"/>
              <w:right w:val="single" w:sz="4" w:space="0" w:color="767676"/>
            </w:tcBorders>
            <w:tcMar>
              <w:left w:w="0" w:type="dxa"/>
              <w:right w:w="0" w:type="dxa"/>
            </w:tcMar>
          </w:tcPr>
          <w:p w14:paraId="02A30A0D"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 xml:space="preserve">Cod </w:t>
            </w:r>
            <w:proofErr w:type="spellStart"/>
            <w:r w:rsidRPr="004761A5">
              <w:rPr>
                <w:rFonts w:ascii="TimesNewRomanPS" w:eastAsia="TimesNewRomanPS" w:hAnsi="TimesNewRomanPS"/>
                <w:b/>
                <w:color w:val="0D5F78"/>
                <w:w w:val="97"/>
                <w:sz w:val="16"/>
                <w:szCs w:val="16"/>
              </w:rPr>
              <w:t>poștal</w:t>
            </w:r>
            <w:proofErr w:type="spellEnd"/>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14:paraId="43C544AD" w14:textId="77777777" w:rsidR="00BD2397" w:rsidRPr="004761A5" w:rsidRDefault="00B8640C">
            <w:pPr>
              <w:autoSpaceDE w:val="0"/>
              <w:autoSpaceDN w:val="0"/>
              <w:spacing w:after="0" w:line="144" w:lineRule="exact"/>
              <w:ind w:left="98"/>
              <w:rPr>
                <w:sz w:val="16"/>
                <w:szCs w:val="16"/>
              </w:rPr>
            </w:pPr>
            <w:proofErr w:type="spellStart"/>
            <w:r w:rsidRPr="004761A5">
              <w:rPr>
                <w:rFonts w:ascii="TimesNewRomanPS" w:eastAsia="TimesNewRomanPS" w:hAnsi="TimesNewRomanPS"/>
                <w:b/>
                <w:color w:val="0D5F78"/>
                <w:w w:val="97"/>
                <w:sz w:val="16"/>
                <w:szCs w:val="16"/>
              </w:rPr>
              <w:t>Țara</w:t>
            </w:r>
            <w:proofErr w:type="spellEnd"/>
          </w:p>
        </w:tc>
      </w:tr>
      <w:tr w:rsidR="00BD2397" w:rsidRPr="004761A5" w14:paraId="17E83B5E" w14:textId="77777777">
        <w:trPr>
          <w:trHeight w:hRule="exact" w:val="190"/>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50278A0F" w14:textId="77777777" w:rsidR="00BD2397" w:rsidRPr="004761A5" w:rsidRDefault="00B8640C">
            <w:pPr>
              <w:autoSpaceDE w:val="0"/>
              <w:autoSpaceDN w:val="0"/>
              <w:spacing w:after="0" w:line="156"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Imobil</w:t>
            </w:r>
            <w:proofErr w:type="spellEnd"/>
            <w:r w:rsidRPr="004761A5">
              <w:rPr>
                <w:rFonts w:ascii="TimesNewRomanPSMT" w:eastAsia="TimesNewRomanPSMT" w:hAnsi="TimesNewRomanPSMT"/>
                <w:color w:val="000000"/>
                <w:w w:val="103"/>
                <w:sz w:val="16"/>
                <w:szCs w:val="16"/>
              </w:rPr>
              <w:t xml:space="preserve"> 5</w:t>
            </w:r>
          </w:p>
        </w:tc>
      </w:tr>
      <w:tr w:rsidR="00BD2397" w:rsidRPr="004761A5" w14:paraId="0E2C81BC"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433A4E6E" w14:textId="77777777" w:rsidR="00BD2397" w:rsidRPr="004761A5" w:rsidRDefault="00B8640C">
            <w:pPr>
              <w:autoSpaceDE w:val="0"/>
              <w:autoSpaceDN w:val="0"/>
              <w:spacing w:after="0" w:line="186" w:lineRule="exact"/>
              <w:ind w:left="100" w:right="1440"/>
              <w:rPr>
                <w:sz w:val="16"/>
                <w:szCs w:val="16"/>
              </w:rPr>
            </w:pPr>
            <w:r w:rsidRPr="004761A5">
              <w:rPr>
                <w:rFonts w:ascii="TimesNewRomanPS" w:eastAsia="TimesNewRomanPS" w:hAnsi="TimesNewRomanPS"/>
                <w:b/>
                <w:color w:val="0D5F78"/>
                <w:w w:val="97"/>
                <w:sz w:val="16"/>
                <w:szCs w:val="16"/>
              </w:rPr>
              <w:t xml:space="preserve">Tip </w:t>
            </w:r>
            <w:proofErr w:type="spellStart"/>
            <w:r w:rsidRPr="004761A5">
              <w:rPr>
                <w:rFonts w:ascii="TimesNewRomanPS" w:eastAsia="TimesNewRomanPS" w:hAnsi="TimesNewRomanPS"/>
                <w:b/>
                <w:color w:val="0D5F78"/>
                <w:w w:val="97"/>
                <w:sz w:val="16"/>
                <w:szCs w:val="16"/>
              </w:rPr>
              <w:t>imobil</w:t>
            </w:r>
            <w:proofErr w:type="spellEnd"/>
            <w:r w:rsidRPr="004761A5">
              <w:rPr>
                <w:sz w:val="16"/>
                <w:szCs w:val="16"/>
              </w:rPr>
              <w:br/>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teren</w:t>
            </w:r>
            <w:proofErr w:type="spellEnd"/>
            <w:r w:rsidRPr="004761A5">
              <w:rPr>
                <w:rFonts w:ascii="TimesNewRomanPSMT" w:eastAsia="TimesNewRomanPSMT" w:hAnsi="TimesNewRomanPSMT"/>
                <w:color w:val="000000"/>
                <w:w w:val="103"/>
                <w:sz w:val="16"/>
                <w:szCs w:val="16"/>
              </w:rPr>
              <w:t xml:space="preserve">     </w:t>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construcții</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2EDF9E2A"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Număr</w:t>
            </w:r>
            <w:proofErr w:type="spellEnd"/>
            <w:r w:rsidRPr="004761A5">
              <w:rPr>
                <w:rFonts w:ascii="TimesNewRomanPS" w:eastAsia="TimesNewRomanPS" w:hAnsi="TimesNewRomanPS"/>
                <w:b/>
                <w:color w:val="0D5F78"/>
                <w:w w:val="97"/>
                <w:sz w:val="16"/>
                <w:szCs w:val="16"/>
              </w:rPr>
              <w:t xml:space="preserve"> cadastral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53C380AE"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Carte </w:t>
            </w:r>
            <w:proofErr w:type="spellStart"/>
            <w:r w:rsidRPr="004761A5">
              <w:rPr>
                <w:rFonts w:ascii="TimesNewRomanPS" w:eastAsia="TimesNewRomanPS" w:hAnsi="TimesNewRomanPS"/>
                <w:b/>
                <w:color w:val="0D5F78"/>
                <w:w w:val="97"/>
                <w:sz w:val="16"/>
                <w:szCs w:val="16"/>
              </w:rPr>
              <w:t>funciară</w:t>
            </w:r>
            <w:proofErr w:type="spellEnd"/>
            <w:r w:rsidRPr="004761A5">
              <w:rPr>
                <w:rFonts w:ascii="TimesNewRomanPS" w:eastAsia="TimesNewRomanPS" w:hAnsi="TimesNewRomanPS"/>
                <w:b/>
                <w:color w:val="0D5F78"/>
                <w:w w:val="97"/>
                <w:sz w:val="16"/>
                <w:szCs w:val="16"/>
              </w:rPr>
              <w:t xml:space="preserve"> nr.</w:t>
            </w:r>
          </w:p>
        </w:tc>
      </w:tr>
      <w:tr w:rsidR="00BD2397" w:rsidRPr="004761A5" w14:paraId="1801C328" w14:textId="77777777">
        <w:trPr>
          <w:trHeight w:hRule="exact" w:val="506"/>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5C79B9B3"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44D5EEE7"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Municipiul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orașul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5E3AFCD1"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Satul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sectorul</w:t>
            </w:r>
            <w:proofErr w:type="spellEnd"/>
          </w:p>
        </w:tc>
      </w:tr>
      <w:tr w:rsidR="00BD2397" w:rsidRPr="004761A5" w14:paraId="10793EF7"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16A89838"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4" w:space="0" w:color="767676"/>
              <w:right w:val="single" w:sz="4" w:space="0" w:color="767676"/>
            </w:tcBorders>
            <w:tcMar>
              <w:left w:w="0" w:type="dxa"/>
              <w:right w:w="0" w:type="dxa"/>
            </w:tcMar>
          </w:tcPr>
          <w:p w14:paraId="5CE46925"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41A29140"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4" w:space="0" w:color="767676"/>
              <w:right w:val="single" w:sz="4" w:space="0" w:color="767676"/>
            </w:tcBorders>
            <w:tcMar>
              <w:left w:w="0" w:type="dxa"/>
              <w:right w:w="0" w:type="dxa"/>
            </w:tcMar>
          </w:tcPr>
          <w:p w14:paraId="14AB11CE"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01D6BF3E"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14:paraId="267351DE"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Cod </w:t>
            </w:r>
            <w:proofErr w:type="spellStart"/>
            <w:r w:rsidRPr="004761A5">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311868CD" w14:textId="77777777" w:rsidR="00BD2397" w:rsidRPr="004761A5" w:rsidRDefault="00B8640C">
            <w:pPr>
              <w:autoSpaceDE w:val="0"/>
              <w:autoSpaceDN w:val="0"/>
              <w:spacing w:after="0" w:line="146" w:lineRule="exact"/>
              <w:ind w:left="98"/>
              <w:rPr>
                <w:sz w:val="16"/>
                <w:szCs w:val="16"/>
              </w:rPr>
            </w:pPr>
            <w:proofErr w:type="spellStart"/>
            <w:r w:rsidRPr="004761A5">
              <w:rPr>
                <w:rFonts w:ascii="TimesNewRomanPS" w:eastAsia="TimesNewRomanPS" w:hAnsi="TimesNewRomanPS"/>
                <w:b/>
                <w:color w:val="0D5F78"/>
                <w:w w:val="97"/>
                <w:sz w:val="16"/>
                <w:szCs w:val="16"/>
              </w:rPr>
              <w:t>Țara</w:t>
            </w:r>
            <w:proofErr w:type="spellEnd"/>
          </w:p>
        </w:tc>
      </w:tr>
      <w:tr w:rsidR="00BD2397" w:rsidRPr="004761A5" w14:paraId="14148B99" w14:textId="77777777">
        <w:trPr>
          <w:trHeight w:hRule="exact" w:val="186"/>
        </w:trPr>
        <w:tc>
          <w:tcPr>
            <w:tcW w:w="9348" w:type="dxa"/>
            <w:gridSpan w:val="7"/>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6714FF1" w14:textId="77777777" w:rsidR="00BD2397" w:rsidRPr="004761A5" w:rsidRDefault="00B8640C">
            <w:pPr>
              <w:autoSpaceDE w:val="0"/>
              <w:autoSpaceDN w:val="0"/>
              <w:spacing w:after="0" w:line="154"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Imobil</w:t>
            </w:r>
            <w:proofErr w:type="spellEnd"/>
            <w:r w:rsidRPr="004761A5">
              <w:rPr>
                <w:rFonts w:ascii="TimesNewRomanPSMT" w:eastAsia="TimesNewRomanPSMT" w:hAnsi="TimesNewRomanPSMT"/>
                <w:color w:val="000000"/>
                <w:w w:val="103"/>
                <w:sz w:val="16"/>
                <w:szCs w:val="16"/>
              </w:rPr>
              <w:t xml:space="preserve"> 6</w:t>
            </w:r>
          </w:p>
        </w:tc>
      </w:tr>
      <w:tr w:rsidR="00BD2397" w:rsidRPr="004761A5" w14:paraId="100DA16D"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733C2526" w14:textId="77777777" w:rsidR="00BD2397" w:rsidRPr="004761A5" w:rsidRDefault="00B8640C">
            <w:pPr>
              <w:autoSpaceDE w:val="0"/>
              <w:autoSpaceDN w:val="0"/>
              <w:spacing w:after="0" w:line="186" w:lineRule="exact"/>
              <w:ind w:left="100" w:right="1440"/>
              <w:rPr>
                <w:sz w:val="16"/>
                <w:szCs w:val="16"/>
              </w:rPr>
            </w:pPr>
            <w:r w:rsidRPr="004761A5">
              <w:rPr>
                <w:rFonts w:ascii="TimesNewRomanPS" w:eastAsia="TimesNewRomanPS" w:hAnsi="TimesNewRomanPS"/>
                <w:b/>
                <w:color w:val="0D5F78"/>
                <w:w w:val="97"/>
                <w:sz w:val="16"/>
                <w:szCs w:val="16"/>
              </w:rPr>
              <w:t xml:space="preserve">Tip </w:t>
            </w:r>
            <w:proofErr w:type="spellStart"/>
            <w:r w:rsidRPr="004761A5">
              <w:rPr>
                <w:rFonts w:ascii="TimesNewRomanPS" w:eastAsia="TimesNewRomanPS" w:hAnsi="TimesNewRomanPS"/>
                <w:b/>
                <w:color w:val="0D5F78"/>
                <w:w w:val="97"/>
                <w:sz w:val="16"/>
                <w:szCs w:val="16"/>
              </w:rPr>
              <w:t>imobil</w:t>
            </w:r>
            <w:proofErr w:type="spellEnd"/>
            <w:r w:rsidRPr="004761A5">
              <w:rPr>
                <w:sz w:val="16"/>
                <w:szCs w:val="16"/>
              </w:rPr>
              <w:br/>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teren</w:t>
            </w:r>
            <w:proofErr w:type="spellEnd"/>
            <w:r w:rsidRPr="004761A5">
              <w:rPr>
                <w:rFonts w:ascii="TimesNewRomanPSMT" w:eastAsia="TimesNewRomanPSMT" w:hAnsi="TimesNewRomanPSMT"/>
                <w:color w:val="000000"/>
                <w:w w:val="103"/>
                <w:sz w:val="16"/>
                <w:szCs w:val="16"/>
              </w:rPr>
              <w:t xml:space="preserve">     </w:t>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construcții</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656A2853"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Număr</w:t>
            </w:r>
            <w:proofErr w:type="spellEnd"/>
            <w:r w:rsidRPr="004761A5">
              <w:rPr>
                <w:rFonts w:ascii="TimesNewRomanPS" w:eastAsia="TimesNewRomanPS" w:hAnsi="TimesNewRomanPS"/>
                <w:b/>
                <w:color w:val="0D5F78"/>
                <w:w w:val="97"/>
                <w:sz w:val="16"/>
                <w:szCs w:val="16"/>
              </w:rPr>
              <w:t xml:space="preserve"> cadastral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3499EC5E"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Carte </w:t>
            </w:r>
            <w:proofErr w:type="spellStart"/>
            <w:r w:rsidRPr="004761A5">
              <w:rPr>
                <w:rFonts w:ascii="TimesNewRomanPS" w:eastAsia="TimesNewRomanPS" w:hAnsi="TimesNewRomanPS"/>
                <w:b/>
                <w:color w:val="0D5F78"/>
                <w:w w:val="97"/>
                <w:sz w:val="16"/>
                <w:szCs w:val="16"/>
              </w:rPr>
              <w:t>funciară</w:t>
            </w:r>
            <w:proofErr w:type="spellEnd"/>
            <w:r w:rsidRPr="004761A5">
              <w:rPr>
                <w:rFonts w:ascii="TimesNewRomanPS" w:eastAsia="TimesNewRomanPS" w:hAnsi="TimesNewRomanPS"/>
                <w:b/>
                <w:color w:val="0D5F78"/>
                <w:w w:val="97"/>
                <w:sz w:val="16"/>
                <w:szCs w:val="16"/>
              </w:rPr>
              <w:t xml:space="preserve"> nr.</w:t>
            </w:r>
          </w:p>
        </w:tc>
      </w:tr>
      <w:tr w:rsidR="00BD2397" w:rsidRPr="004761A5" w14:paraId="4B39E438" w14:textId="77777777">
        <w:trPr>
          <w:trHeight w:hRule="exact" w:val="506"/>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75F68CD0"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0E850CF0"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Municipiul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orașul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214E12F4"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Satul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sectorul</w:t>
            </w:r>
            <w:proofErr w:type="spellEnd"/>
          </w:p>
        </w:tc>
      </w:tr>
      <w:tr w:rsidR="00BD2397" w:rsidRPr="004761A5" w14:paraId="60C983A6"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06F5206C"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4" w:space="0" w:color="767676"/>
              <w:right w:val="single" w:sz="4" w:space="0" w:color="767676"/>
            </w:tcBorders>
            <w:tcMar>
              <w:left w:w="0" w:type="dxa"/>
              <w:right w:w="0" w:type="dxa"/>
            </w:tcMar>
          </w:tcPr>
          <w:p w14:paraId="04E98E2E"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0F001E01"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4" w:space="0" w:color="767676"/>
              <w:right w:val="single" w:sz="4" w:space="0" w:color="767676"/>
            </w:tcBorders>
            <w:tcMar>
              <w:left w:w="0" w:type="dxa"/>
              <w:right w:w="0" w:type="dxa"/>
            </w:tcMar>
          </w:tcPr>
          <w:p w14:paraId="128BD50C"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1978E82E"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14:paraId="4E6FF6BD"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Cod </w:t>
            </w:r>
            <w:proofErr w:type="spellStart"/>
            <w:r w:rsidRPr="004761A5">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38599C2F" w14:textId="77777777" w:rsidR="00BD2397" w:rsidRPr="004761A5" w:rsidRDefault="00B8640C">
            <w:pPr>
              <w:autoSpaceDE w:val="0"/>
              <w:autoSpaceDN w:val="0"/>
              <w:spacing w:after="0" w:line="146" w:lineRule="exact"/>
              <w:ind w:left="98"/>
              <w:rPr>
                <w:sz w:val="16"/>
                <w:szCs w:val="16"/>
              </w:rPr>
            </w:pPr>
            <w:proofErr w:type="spellStart"/>
            <w:r w:rsidRPr="004761A5">
              <w:rPr>
                <w:rFonts w:ascii="TimesNewRomanPS" w:eastAsia="TimesNewRomanPS" w:hAnsi="TimesNewRomanPS"/>
                <w:b/>
                <w:color w:val="0D5F78"/>
                <w:w w:val="97"/>
                <w:sz w:val="16"/>
                <w:szCs w:val="16"/>
              </w:rPr>
              <w:t>Țara</w:t>
            </w:r>
            <w:proofErr w:type="spellEnd"/>
          </w:p>
        </w:tc>
      </w:tr>
      <w:tr w:rsidR="00BD2397" w:rsidRPr="004761A5" w14:paraId="15FADFF5" w14:textId="77777777">
        <w:trPr>
          <w:trHeight w:hRule="exact" w:val="188"/>
        </w:trPr>
        <w:tc>
          <w:tcPr>
            <w:tcW w:w="9348" w:type="dxa"/>
            <w:gridSpan w:val="7"/>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2DCC6992" w14:textId="77777777" w:rsidR="00BD2397" w:rsidRPr="004761A5" w:rsidRDefault="00B8640C">
            <w:pPr>
              <w:autoSpaceDE w:val="0"/>
              <w:autoSpaceDN w:val="0"/>
              <w:spacing w:after="0" w:line="154"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Imobil</w:t>
            </w:r>
            <w:proofErr w:type="spellEnd"/>
            <w:r w:rsidRPr="004761A5">
              <w:rPr>
                <w:rFonts w:ascii="TimesNewRomanPSMT" w:eastAsia="TimesNewRomanPSMT" w:hAnsi="TimesNewRomanPSMT"/>
                <w:color w:val="000000"/>
                <w:w w:val="103"/>
                <w:sz w:val="16"/>
                <w:szCs w:val="16"/>
              </w:rPr>
              <w:t xml:space="preserve"> 7</w:t>
            </w:r>
          </w:p>
        </w:tc>
      </w:tr>
      <w:tr w:rsidR="00BD2397" w:rsidRPr="004761A5" w14:paraId="0D7973C3" w14:textId="77777777">
        <w:trPr>
          <w:trHeight w:hRule="exact" w:val="504"/>
        </w:trPr>
        <w:tc>
          <w:tcPr>
            <w:tcW w:w="3116" w:type="dxa"/>
            <w:tcBorders>
              <w:top w:val="single" w:sz="3" w:space="0" w:color="767676"/>
              <w:left w:val="single" w:sz="3" w:space="0" w:color="767676"/>
              <w:bottom w:val="single" w:sz="4" w:space="0" w:color="767676"/>
              <w:right w:val="single" w:sz="4" w:space="0" w:color="767676"/>
            </w:tcBorders>
            <w:tcMar>
              <w:left w:w="0" w:type="dxa"/>
              <w:right w:w="0" w:type="dxa"/>
            </w:tcMar>
          </w:tcPr>
          <w:p w14:paraId="546E6C48" w14:textId="77777777" w:rsidR="00BD2397" w:rsidRPr="004761A5" w:rsidRDefault="00B8640C">
            <w:pPr>
              <w:autoSpaceDE w:val="0"/>
              <w:autoSpaceDN w:val="0"/>
              <w:spacing w:after="0" w:line="186" w:lineRule="exact"/>
              <w:ind w:left="100" w:right="1440"/>
              <w:rPr>
                <w:sz w:val="16"/>
                <w:szCs w:val="16"/>
              </w:rPr>
            </w:pPr>
            <w:r w:rsidRPr="004761A5">
              <w:rPr>
                <w:rFonts w:ascii="TimesNewRomanPS" w:eastAsia="TimesNewRomanPS" w:hAnsi="TimesNewRomanPS"/>
                <w:b/>
                <w:color w:val="0D5F78"/>
                <w:w w:val="97"/>
                <w:sz w:val="16"/>
                <w:szCs w:val="16"/>
              </w:rPr>
              <w:t xml:space="preserve">Tip </w:t>
            </w:r>
            <w:proofErr w:type="spellStart"/>
            <w:r w:rsidRPr="004761A5">
              <w:rPr>
                <w:rFonts w:ascii="TimesNewRomanPS" w:eastAsia="TimesNewRomanPS" w:hAnsi="TimesNewRomanPS"/>
                <w:b/>
                <w:color w:val="0D5F78"/>
                <w:w w:val="97"/>
                <w:sz w:val="16"/>
                <w:szCs w:val="16"/>
              </w:rPr>
              <w:t>imobil</w:t>
            </w:r>
            <w:proofErr w:type="spellEnd"/>
            <w:r w:rsidRPr="004761A5">
              <w:rPr>
                <w:sz w:val="16"/>
                <w:szCs w:val="16"/>
              </w:rPr>
              <w:br/>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teren</w:t>
            </w:r>
            <w:proofErr w:type="spellEnd"/>
            <w:r w:rsidRPr="004761A5">
              <w:rPr>
                <w:rFonts w:ascii="TimesNewRomanPSMT" w:eastAsia="TimesNewRomanPSMT" w:hAnsi="TimesNewRomanPSMT"/>
                <w:color w:val="000000"/>
                <w:w w:val="103"/>
                <w:sz w:val="16"/>
                <w:szCs w:val="16"/>
              </w:rPr>
              <w:t xml:space="preserve">     </w:t>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construcții</w:t>
            </w:r>
            <w:proofErr w:type="spellEnd"/>
          </w:p>
        </w:tc>
        <w:tc>
          <w:tcPr>
            <w:tcW w:w="3116" w:type="dxa"/>
            <w:gridSpan w:val="4"/>
            <w:tcBorders>
              <w:top w:val="single" w:sz="3" w:space="0" w:color="767676"/>
              <w:left w:val="single" w:sz="4" w:space="0" w:color="767676"/>
              <w:bottom w:val="single" w:sz="4" w:space="0" w:color="767676"/>
              <w:right w:val="single" w:sz="3" w:space="0" w:color="767676"/>
            </w:tcBorders>
            <w:tcMar>
              <w:left w:w="0" w:type="dxa"/>
              <w:right w:w="0" w:type="dxa"/>
            </w:tcMar>
          </w:tcPr>
          <w:p w14:paraId="2B3CDB6D"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Număr</w:t>
            </w:r>
            <w:proofErr w:type="spellEnd"/>
            <w:r w:rsidRPr="004761A5">
              <w:rPr>
                <w:rFonts w:ascii="TimesNewRomanPS" w:eastAsia="TimesNewRomanPS" w:hAnsi="TimesNewRomanPS"/>
                <w:b/>
                <w:color w:val="0D5F78"/>
                <w:w w:val="97"/>
                <w:sz w:val="16"/>
                <w:szCs w:val="16"/>
              </w:rPr>
              <w:t xml:space="preserve"> cadastral</w:t>
            </w:r>
          </w:p>
        </w:tc>
        <w:tc>
          <w:tcPr>
            <w:tcW w:w="3116"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14:paraId="58BAB332"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Carte </w:t>
            </w:r>
            <w:proofErr w:type="spellStart"/>
            <w:r w:rsidRPr="004761A5">
              <w:rPr>
                <w:rFonts w:ascii="TimesNewRomanPS" w:eastAsia="TimesNewRomanPS" w:hAnsi="TimesNewRomanPS"/>
                <w:b/>
                <w:color w:val="0D5F78"/>
                <w:w w:val="97"/>
                <w:sz w:val="16"/>
                <w:szCs w:val="16"/>
              </w:rPr>
              <w:t>funciară</w:t>
            </w:r>
            <w:proofErr w:type="spellEnd"/>
            <w:r w:rsidRPr="004761A5">
              <w:rPr>
                <w:rFonts w:ascii="TimesNewRomanPS" w:eastAsia="TimesNewRomanPS" w:hAnsi="TimesNewRomanPS"/>
                <w:b/>
                <w:color w:val="0D5F78"/>
                <w:w w:val="97"/>
                <w:sz w:val="16"/>
                <w:szCs w:val="16"/>
              </w:rPr>
              <w:t xml:space="preserve"> nr.</w:t>
            </w:r>
          </w:p>
        </w:tc>
      </w:tr>
      <w:tr w:rsidR="00BD2397" w:rsidRPr="004761A5" w14:paraId="1A4D4EBB" w14:textId="77777777">
        <w:trPr>
          <w:trHeight w:hRule="exact" w:val="506"/>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075AB737"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3E337560"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Municipiul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orașul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572AA6C9"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Satul</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sectorul</w:t>
            </w:r>
            <w:proofErr w:type="spellEnd"/>
          </w:p>
        </w:tc>
      </w:tr>
      <w:tr w:rsidR="00BD2397" w:rsidRPr="004761A5" w14:paraId="77A50CEC" w14:textId="77777777">
        <w:trPr>
          <w:trHeight w:hRule="exact" w:val="504"/>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14:paraId="22D20A04"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3" w:space="0" w:color="767676"/>
              <w:right w:val="single" w:sz="4" w:space="0" w:color="767676"/>
            </w:tcBorders>
            <w:tcMar>
              <w:left w:w="0" w:type="dxa"/>
              <w:right w:w="0" w:type="dxa"/>
            </w:tcMar>
          </w:tcPr>
          <w:p w14:paraId="6ED70A20"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14:paraId="4AAC6330"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3" w:space="0" w:color="767676"/>
              <w:right w:val="single" w:sz="4" w:space="0" w:color="767676"/>
            </w:tcBorders>
            <w:tcMar>
              <w:left w:w="0" w:type="dxa"/>
              <w:right w:w="0" w:type="dxa"/>
            </w:tcMar>
          </w:tcPr>
          <w:p w14:paraId="52660220"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14:paraId="2E6C6FBA"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3" w:space="0" w:color="767676"/>
              <w:right w:val="single" w:sz="4" w:space="0" w:color="767676"/>
            </w:tcBorders>
            <w:tcMar>
              <w:left w:w="0" w:type="dxa"/>
              <w:right w:w="0" w:type="dxa"/>
            </w:tcMar>
          </w:tcPr>
          <w:p w14:paraId="1106EDD7"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Cod </w:t>
            </w:r>
            <w:proofErr w:type="spellStart"/>
            <w:r w:rsidRPr="004761A5">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51DF1E95" w14:textId="77777777" w:rsidR="00BD2397" w:rsidRPr="004761A5" w:rsidRDefault="00B8640C">
            <w:pPr>
              <w:autoSpaceDE w:val="0"/>
              <w:autoSpaceDN w:val="0"/>
              <w:spacing w:after="0" w:line="146" w:lineRule="exact"/>
              <w:ind w:left="98"/>
              <w:rPr>
                <w:sz w:val="16"/>
                <w:szCs w:val="16"/>
              </w:rPr>
            </w:pPr>
            <w:proofErr w:type="spellStart"/>
            <w:r w:rsidRPr="004761A5">
              <w:rPr>
                <w:rFonts w:ascii="TimesNewRomanPS" w:eastAsia="TimesNewRomanPS" w:hAnsi="TimesNewRomanPS"/>
                <w:b/>
                <w:color w:val="0D5F78"/>
                <w:w w:val="97"/>
                <w:sz w:val="16"/>
                <w:szCs w:val="16"/>
              </w:rPr>
              <w:t>Țara</w:t>
            </w:r>
            <w:proofErr w:type="spellEnd"/>
          </w:p>
        </w:tc>
      </w:tr>
    </w:tbl>
    <w:p w14:paraId="11EDAEED" w14:textId="43962CCF" w:rsidR="00BD2397" w:rsidRPr="001F7E48" w:rsidRDefault="00B8640C">
      <w:pPr>
        <w:tabs>
          <w:tab w:val="left" w:pos="4234"/>
        </w:tabs>
        <w:autoSpaceDE w:val="0"/>
        <w:autoSpaceDN w:val="0"/>
        <w:spacing w:after="0" w:line="144" w:lineRule="exact"/>
        <w:ind w:left="108"/>
        <w:rPr>
          <w:sz w:val="16"/>
          <w:szCs w:val="16"/>
          <w:lang w:val="pt-PT"/>
        </w:rPr>
      </w:pPr>
      <w:r w:rsidRPr="001F7E48">
        <w:rPr>
          <w:sz w:val="16"/>
          <w:szCs w:val="16"/>
          <w:lang w:val="pt-PT"/>
        </w:rPr>
        <w:tab/>
      </w:r>
      <w:r w:rsidRPr="001F7E48">
        <w:rPr>
          <w:rFonts w:ascii="TimesNewRomanPSMT" w:eastAsia="TimesNewRomanPSMT" w:hAnsi="TimesNewRomanPSMT"/>
          <w:color w:val="595959"/>
          <w:w w:val="97"/>
          <w:sz w:val="16"/>
          <w:szCs w:val="16"/>
          <w:lang w:val="pt-PT"/>
        </w:rPr>
        <w:t>pagina 3 din 6</w:t>
      </w:r>
    </w:p>
    <w:p w14:paraId="665C70DE" w14:textId="77777777" w:rsidR="00BD2397" w:rsidRPr="001F7E48" w:rsidRDefault="00BD2397">
      <w:pPr>
        <w:spacing w:after="0"/>
        <w:rPr>
          <w:sz w:val="16"/>
          <w:szCs w:val="16"/>
          <w:lang w:val="pt-PT"/>
        </w:rPr>
        <w:sectPr w:rsidR="00BD2397" w:rsidRPr="001F7E48">
          <w:pgSz w:w="11900" w:h="16840"/>
          <w:pgMar w:top="126" w:right="546" w:bottom="236" w:left="1166" w:header="720" w:footer="720" w:gutter="0"/>
          <w:cols w:space="708"/>
          <w:docGrid w:linePitch="360"/>
        </w:sectPr>
      </w:pPr>
    </w:p>
    <w:p w14:paraId="0362EC63" w14:textId="77777777" w:rsidR="00BD2397" w:rsidRPr="001F7E48" w:rsidRDefault="00BD2397">
      <w:pPr>
        <w:autoSpaceDE w:val="0"/>
        <w:autoSpaceDN w:val="0"/>
        <w:spacing w:after="0" w:line="126" w:lineRule="exact"/>
        <w:rPr>
          <w:sz w:val="16"/>
          <w:szCs w:val="16"/>
          <w:lang w:val="pt-PT"/>
        </w:rPr>
      </w:pPr>
    </w:p>
    <w:p w14:paraId="4964ECF2" w14:textId="77777777" w:rsidR="00BD2397" w:rsidRPr="001F7E48" w:rsidRDefault="00B8640C">
      <w:pPr>
        <w:autoSpaceDE w:val="0"/>
        <w:autoSpaceDN w:val="0"/>
        <w:spacing w:after="0" w:line="328" w:lineRule="exact"/>
        <w:ind w:right="3114"/>
        <w:jc w:val="right"/>
        <w:rPr>
          <w:sz w:val="24"/>
          <w:szCs w:val="24"/>
          <w:lang w:val="pt-PT"/>
        </w:rPr>
      </w:pPr>
      <w:r w:rsidRPr="001F7E48">
        <w:rPr>
          <w:rFonts w:ascii="TimesNewRomanPS" w:eastAsia="TimesNewRomanPS" w:hAnsi="TimesNewRomanPS"/>
          <w:b/>
          <w:color w:val="000000"/>
          <w:sz w:val="24"/>
          <w:szCs w:val="24"/>
          <w:lang w:val="pt-PT"/>
        </w:rPr>
        <w:t xml:space="preserve">ANEXA TEHNICĂ </w:t>
      </w:r>
    </w:p>
    <w:p w14:paraId="3FE2D9FA" w14:textId="77777777" w:rsidR="00BD2397" w:rsidRPr="000C1C98" w:rsidRDefault="00B8640C">
      <w:pPr>
        <w:autoSpaceDE w:val="0"/>
        <w:autoSpaceDN w:val="0"/>
        <w:spacing w:after="0" w:line="184" w:lineRule="exact"/>
        <w:ind w:right="2238"/>
        <w:jc w:val="right"/>
        <w:rPr>
          <w:sz w:val="16"/>
          <w:szCs w:val="16"/>
          <w:lang w:val="pt-PT"/>
        </w:rPr>
      </w:pPr>
      <w:r w:rsidRPr="000C1C98">
        <w:rPr>
          <w:rFonts w:ascii="TimesNewRomanPSMT" w:eastAsia="TimesNewRomanPSMT" w:hAnsi="TimesNewRomanPSMT"/>
          <w:color w:val="000000"/>
          <w:w w:val="102"/>
          <w:sz w:val="16"/>
          <w:szCs w:val="16"/>
          <w:lang w:val="pt-PT"/>
        </w:rPr>
        <w:t>la cererea pentru emiterea autorizației de construire / desființare</w:t>
      </w:r>
    </w:p>
    <w:p w14:paraId="7CD13265" w14:textId="77777777" w:rsidR="00BD2397" w:rsidRPr="004761A5" w:rsidRDefault="00B8640C">
      <w:pPr>
        <w:autoSpaceDE w:val="0"/>
        <w:autoSpaceDN w:val="0"/>
        <w:spacing w:after="0" w:line="184" w:lineRule="exact"/>
        <w:ind w:right="2928"/>
        <w:jc w:val="right"/>
        <w:rPr>
          <w:sz w:val="16"/>
          <w:szCs w:val="16"/>
        </w:rPr>
      </w:pPr>
      <w:r w:rsidRPr="004761A5">
        <w:rPr>
          <w:rFonts w:ascii="TimesNewRomanPSMT" w:eastAsia="TimesNewRomanPSMT" w:hAnsi="TimesNewRomanPSMT"/>
          <w:color w:val="000000"/>
          <w:w w:val="102"/>
          <w:sz w:val="16"/>
          <w:szCs w:val="16"/>
        </w:rPr>
        <w:t xml:space="preserve">se </w:t>
      </w:r>
      <w:proofErr w:type="spellStart"/>
      <w:r w:rsidRPr="004761A5">
        <w:rPr>
          <w:rFonts w:ascii="TimesNewRomanPSMT" w:eastAsia="TimesNewRomanPSMT" w:hAnsi="TimesNewRomanPSMT"/>
          <w:color w:val="000000"/>
          <w:w w:val="102"/>
          <w:sz w:val="16"/>
          <w:szCs w:val="16"/>
        </w:rPr>
        <w:t>întocmește</w:t>
      </w:r>
      <w:proofErr w:type="spellEnd"/>
      <w:r w:rsidRPr="004761A5">
        <w:rPr>
          <w:rFonts w:ascii="TimesNewRomanPSMT" w:eastAsia="TimesNewRomanPSMT" w:hAnsi="TimesNewRomanPSMT"/>
          <w:color w:val="000000"/>
          <w:w w:val="102"/>
          <w:sz w:val="16"/>
          <w:szCs w:val="16"/>
        </w:rPr>
        <w:t xml:space="preserve"> de </w:t>
      </w:r>
      <w:proofErr w:type="spellStart"/>
      <w:r w:rsidRPr="004761A5">
        <w:rPr>
          <w:rFonts w:ascii="TimesNewRomanPSMT" w:eastAsia="TimesNewRomanPSMT" w:hAnsi="TimesNewRomanPSMT"/>
          <w:color w:val="000000"/>
          <w:w w:val="102"/>
          <w:sz w:val="16"/>
          <w:szCs w:val="16"/>
        </w:rPr>
        <w:t>proiectantul</w:t>
      </w:r>
      <w:proofErr w:type="spellEnd"/>
      <w:r w:rsidRPr="004761A5">
        <w:rPr>
          <w:rFonts w:ascii="TimesNewRomanPSMT" w:eastAsia="TimesNewRomanPSMT" w:hAnsi="TimesNewRomanPSMT"/>
          <w:color w:val="000000"/>
          <w:w w:val="102"/>
          <w:sz w:val="16"/>
          <w:szCs w:val="16"/>
        </w:rPr>
        <w:t xml:space="preserve"> </w:t>
      </w:r>
      <w:proofErr w:type="spellStart"/>
      <w:r w:rsidRPr="004761A5">
        <w:rPr>
          <w:rFonts w:ascii="TimesNewRomanPSMT" w:eastAsia="TimesNewRomanPSMT" w:hAnsi="TimesNewRomanPSMT"/>
          <w:color w:val="000000"/>
          <w:w w:val="102"/>
          <w:sz w:val="16"/>
          <w:szCs w:val="16"/>
        </w:rPr>
        <w:t>documentației</w:t>
      </w:r>
      <w:proofErr w:type="spellEnd"/>
      <w:r w:rsidRPr="004761A5">
        <w:rPr>
          <w:rFonts w:ascii="TimesNewRomanPSMT" w:eastAsia="TimesNewRomanPSMT" w:hAnsi="TimesNewRomanPSMT"/>
          <w:color w:val="000000"/>
          <w:w w:val="102"/>
          <w:sz w:val="16"/>
          <w:szCs w:val="16"/>
        </w:rPr>
        <w:t xml:space="preserve"> </w:t>
      </w:r>
    </w:p>
    <w:tbl>
      <w:tblPr>
        <w:tblW w:w="0" w:type="auto"/>
        <w:tblInd w:w="606" w:type="dxa"/>
        <w:tblLayout w:type="fixed"/>
        <w:tblLook w:val="04A0" w:firstRow="1" w:lastRow="0" w:firstColumn="1" w:lastColumn="0" w:noHBand="0" w:noVBand="1"/>
      </w:tblPr>
      <w:tblGrid>
        <w:gridCol w:w="9348"/>
      </w:tblGrid>
      <w:tr w:rsidR="00BD2397" w:rsidRPr="00D027DE" w14:paraId="52A7425F" w14:textId="77777777">
        <w:trPr>
          <w:trHeight w:hRule="exact" w:val="408"/>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0874016" w14:textId="77777777" w:rsidR="00BD2397" w:rsidRPr="001F7E48" w:rsidRDefault="00B8640C">
            <w:pPr>
              <w:tabs>
                <w:tab w:val="left" w:pos="494"/>
              </w:tabs>
              <w:autoSpaceDE w:val="0"/>
              <w:autoSpaceDN w:val="0"/>
              <w:spacing w:after="0" w:line="176" w:lineRule="exact"/>
              <w:ind w:left="144"/>
              <w:rPr>
                <w:sz w:val="16"/>
                <w:szCs w:val="16"/>
                <w:lang w:val="pt-PT"/>
              </w:rPr>
            </w:pPr>
            <w:r w:rsidRPr="001F7E48">
              <w:rPr>
                <w:rFonts w:ascii="TimesNewRomanPS" w:eastAsia="TimesNewRomanPS" w:hAnsi="TimesNewRomanPS"/>
                <w:b/>
                <w:color w:val="000000"/>
                <w:w w:val="103"/>
                <w:sz w:val="16"/>
                <w:szCs w:val="16"/>
                <w:lang w:val="pt-PT"/>
              </w:rPr>
              <w:t xml:space="preserve">1. </w:t>
            </w:r>
            <w:r w:rsidRPr="001F7E48">
              <w:rPr>
                <w:sz w:val="16"/>
                <w:szCs w:val="16"/>
                <w:lang w:val="pt-PT"/>
              </w:rPr>
              <w:tab/>
            </w:r>
            <w:r w:rsidRPr="001F7E48">
              <w:rPr>
                <w:rFonts w:ascii="TimesNewRomanPS" w:eastAsia="TimesNewRomanPS" w:hAnsi="TimesNewRomanPS"/>
                <w:b/>
                <w:color w:val="000000"/>
                <w:w w:val="102"/>
                <w:sz w:val="16"/>
                <w:szCs w:val="16"/>
                <w:lang w:val="pt-PT"/>
              </w:rPr>
              <w:t xml:space="preserve">CATEGORIILE DE LUCRĂRI APLICABILE OBIECTIVULUI/OBIECTULUI DE INVESTIȚII </w:t>
            </w:r>
          </w:p>
          <w:p w14:paraId="5FB234FA" w14:textId="77777777" w:rsidR="00BD2397" w:rsidRPr="001F7E48" w:rsidRDefault="00B8640C">
            <w:pPr>
              <w:autoSpaceDE w:val="0"/>
              <w:autoSpaceDN w:val="0"/>
              <w:spacing w:after="0" w:line="174" w:lineRule="exact"/>
              <w:ind w:left="144"/>
              <w:rPr>
                <w:sz w:val="16"/>
                <w:szCs w:val="16"/>
                <w:lang w:val="pt-PT"/>
              </w:rPr>
            </w:pPr>
            <w:r w:rsidRPr="001F7E48">
              <w:rPr>
                <w:rFonts w:ascii="TimesNewRomanPSMT" w:eastAsia="TimesNewRomanPSMT" w:hAnsi="TimesNewRomanPSMT"/>
                <w:color w:val="000000"/>
                <w:w w:val="102"/>
                <w:sz w:val="16"/>
                <w:szCs w:val="16"/>
                <w:lang w:val="pt-PT"/>
              </w:rPr>
              <w:t>(se bifeaza toate cele aplicabile)</w:t>
            </w:r>
          </w:p>
        </w:tc>
      </w:tr>
      <w:tr w:rsidR="00BD2397" w:rsidRPr="00D027DE" w14:paraId="1A2228C6" w14:textId="77777777">
        <w:trPr>
          <w:trHeight w:hRule="exact" w:val="190"/>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75AA1CDC" w14:textId="77777777" w:rsidR="00BD2397" w:rsidRPr="001F7E48" w:rsidRDefault="00B8640C">
            <w:pPr>
              <w:autoSpaceDE w:val="0"/>
              <w:autoSpaceDN w:val="0"/>
              <w:spacing w:after="0" w:line="156" w:lineRule="exact"/>
              <w:ind w:left="140"/>
              <w:rPr>
                <w:sz w:val="16"/>
                <w:szCs w:val="16"/>
                <w:lang w:val="pt-PT"/>
              </w:rPr>
            </w:pPr>
            <w:r w:rsidRPr="001F7E48">
              <w:rPr>
                <w:rFonts w:ascii="TimesNewRomanPS" w:eastAsia="TimesNewRomanPS" w:hAnsi="TimesNewRomanPS"/>
                <w:b/>
                <w:color w:val="000000"/>
                <w:w w:val="103"/>
                <w:sz w:val="16"/>
                <w:szCs w:val="16"/>
                <w:lang w:val="pt-PT"/>
              </w:rPr>
              <w:t>A · Lucrări de construcții noi, inclusiv instalațiile aferente acestora, realizate :</w:t>
            </w:r>
          </w:p>
        </w:tc>
      </w:tr>
      <w:tr w:rsidR="00BD2397" w:rsidRPr="00D027DE" w14:paraId="583F0F17" w14:textId="77777777">
        <w:trPr>
          <w:trHeight w:hRule="exact" w:val="424"/>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2B82E95B" w14:textId="77777777" w:rsidR="00BD2397" w:rsidRPr="001F7E48" w:rsidRDefault="00B8640C">
            <w:pPr>
              <w:tabs>
                <w:tab w:val="left" w:pos="140"/>
              </w:tabs>
              <w:autoSpaceDE w:val="0"/>
              <w:autoSpaceDN w:val="0"/>
              <w:spacing w:after="0" w:line="206" w:lineRule="exact"/>
              <w:ind w:left="100" w:right="576"/>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în afara zonelor de protecție a monumentelor istorice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în zona de protecție a monumentelor istorice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în afara zonelor construite protejate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în zone construite protejate</w:t>
            </w:r>
          </w:p>
        </w:tc>
      </w:tr>
      <w:tr w:rsidR="00BD2397" w:rsidRPr="00D027DE" w14:paraId="64FD25E7"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0632C6B1" w14:textId="77777777" w:rsidR="00BD2397" w:rsidRPr="001F7E48" w:rsidRDefault="00B8640C">
            <w:pPr>
              <w:autoSpaceDE w:val="0"/>
              <w:autoSpaceDN w:val="0"/>
              <w:spacing w:after="0" w:line="162" w:lineRule="exact"/>
              <w:ind w:left="14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 w:eastAsia="TimesNewRomanPS" w:hAnsi="TimesNewRomanPS"/>
                <w:b/>
                <w:color w:val="000000"/>
                <w:w w:val="103"/>
                <w:sz w:val="16"/>
                <w:szCs w:val="16"/>
                <w:lang w:val="pt-PT"/>
              </w:rPr>
              <w:t xml:space="preserve"> A.1 · clădiri civile </w:t>
            </w:r>
            <w:r w:rsidRPr="001F7E48">
              <w:rPr>
                <w:rFonts w:ascii="TimesNewRomanPSMT" w:eastAsia="TimesNewRomanPSMT" w:hAnsi="TimesNewRomanPSMT"/>
                <w:color w:val="000000"/>
                <w:w w:val="103"/>
                <w:sz w:val="16"/>
                <w:szCs w:val="16"/>
                <w:lang w:val="pt-PT"/>
              </w:rPr>
              <w:t xml:space="preserve">— construcții de locuințe: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individuale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semicolective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colective</w:t>
            </w:r>
          </w:p>
        </w:tc>
      </w:tr>
      <w:tr w:rsidR="00BD2397" w:rsidRPr="004761A5" w14:paraId="4CADD0F0" w14:textId="77777777">
        <w:trPr>
          <w:trHeight w:hRule="exact" w:val="602"/>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5EA3F232" w14:textId="77777777" w:rsidR="0068581A" w:rsidRPr="001F7E48" w:rsidRDefault="00B8640C">
            <w:pPr>
              <w:autoSpaceDE w:val="0"/>
              <w:autoSpaceDN w:val="0"/>
              <w:spacing w:after="0" w:line="196" w:lineRule="exact"/>
              <w:ind w:left="100" w:right="288" w:firstLine="40"/>
              <w:rPr>
                <w:rFonts w:ascii="TimesNewRomanPSMT" w:eastAsia="TimesNewRomanPSMT" w:hAnsi="TimesNewRomanPSMT"/>
                <w:color w:val="000000"/>
                <w:w w:val="103"/>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construcții pentru instituții publice și servicii: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pentru sănătate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pentru asistență socială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pentru învățământ     </w:t>
            </w:r>
          </w:p>
          <w:p w14:paraId="528F5BDA" w14:textId="77777777" w:rsidR="0068581A" w:rsidRPr="001F7E48" w:rsidRDefault="00B8640C" w:rsidP="0068581A">
            <w:pPr>
              <w:autoSpaceDE w:val="0"/>
              <w:autoSpaceDN w:val="0"/>
              <w:spacing w:after="0" w:line="196" w:lineRule="exact"/>
              <w:ind w:left="100" w:right="288" w:firstLine="40"/>
              <w:rPr>
                <w:rFonts w:ascii="TimesNewRomanPSMT" w:eastAsia="TimesNewRomanPSMT" w:hAnsi="TimesNewRomanPSMT"/>
                <w:color w:val="000000"/>
                <w:w w:val="103"/>
                <w:sz w:val="16"/>
                <w:szCs w:val="16"/>
                <w:lang w:val="pt-PT"/>
              </w:rPr>
            </w:pPr>
            <w:r w:rsidRPr="001F7E48">
              <w:rPr>
                <w:rFonts w:ascii="MS Gothic" w:eastAsia="MS Gothic" w:hAnsi="MS Gothic" w:cs="MS Gothic" w:hint="eastAsia"/>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pentru cultură </w:t>
            </w:r>
            <w:r w:rsidRPr="001F7E48">
              <w:rPr>
                <w:rFonts w:ascii="MS Gothic" w:eastAsia="MS Gothic" w:hAnsi="MS Gothic" w:cs="MS Gothic" w:hint="eastAsia"/>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pentru turism     </w:t>
            </w:r>
            <w:r w:rsidRPr="001F7E48">
              <w:rPr>
                <w:rFonts w:ascii="MS Gothic" w:eastAsia="MS Gothic" w:hAnsi="MS Gothic" w:cs="MS Gothic" w:hint="eastAsia"/>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pentru culte     </w:t>
            </w:r>
            <w:r w:rsidRPr="001F7E48">
              <w:rPr>
                <w:rFonts w:ascii="MS Gothic" w:eastAsia="MS Gothic" w:hAnsi="MS Gothic" w:cs="MS Gothic" w:hint="eastAsia"/>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pentru administrație și finanțe     </w:t>
            </w:r>
            <w:r w:rsidRPr="001F7E48">
              <w:rPr>
                <w:rFonts w:ascii="MS Gothic" w:eastAsia="MS Gothic" w:hAnsi="MS Gothic" w:cs="MS Gothic" w:hint="eastAsia"/>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pentru comerț     </w:t>
            </w:r>
            <w:r w:rsidRPr="001F7E48">
              <w:rPr>
                <w:rFonts w:ascii="MS Gothic" w:eastAsia="MS Gothic" w:hAnsi="MS Gothic" w:cs="MS Gothic" w:hint="eastAsia"/>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pentru servicii    </w:t>
            </w:r>
          </w:p>
          <w:p w14:paraId="60C3A56B" w14:textId="77777777" w:rsidR="00BD2397" w:rsidRPr="004761A5" w:rsidRDefault="00B8640C" w:rsidP="0068581A">
            <w:pPr>
              <w:autoSpaceDE w:val="0"/>
              <w:autoSpaceDN w:val="0"/>
              <w:spacing w:after="0" w:line="196" w:lineRule="exact"/>
              <w:ind w:left="100" w:right="288" w:firstLine="40"/>
              <w:rPr>
                <w:sz w:val="16"/>
                <w:szCs w:val="16"/>
              </w:rPr>
            </w:pPr>
            <w:r w:rsidRPr="004761A5">
              <w:rPr>
                <w:rFonts w:ascii="MS Gothic" w:eastAsia="MS Gothic" w:hAnsi="MS Gothic" w:cs="MS Gothic" w:hint="eastAsia"/>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pentru</w:t>
            </w:r>
            <w:proofErr w:type="spellEnd"/>
            <w:r w:rsidRPr="004761A5">
              <w:rPr>
                <w:rFonts w:ascii="TimesNewRomanPSMT" w:eastAsia="TimesNewRomanPSMT" w:hAnsi="TimesNewRomanPSMT"/>
                <w:color w:val="000000"/>
                <w:w w:val="103"/>
                <w:sz w:val="16"/>
                <w:szCs w:val="16"/>
              </w:rPr>
              <w:t xml:space="preserve"> sport     </w:t>
            </w:r>
            <w:r w:rsidRPr="004761A5">
              <w:rPr>
                <w:rFonts w:ascii="MS Gothic" w:eastAsia="MS Gothic" w:hAnsi="MS Gothic" w:cs="MS Gothic" w:hint="eastAsia"/>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pentru</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recreere</w:t>
            </w:r>
            <w:proofErr w:type="spellEnd"/>
          </w:p>
        </w:tc>
      </w:tr>
      <w:tr w:rsidR="00BD2397" w:rsidRPr="00D027DE" w14:paraId="7239D6D1" w14:textId="77777777">
        <w:trPr>
          <w:trHeight w:hRule="exact" w:val="218"/>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43356393" w14:textId="77777777" w:rsidR="00BD2397" w:rsidRPr="004761A5" w:rsidRDefault="00B8640C">
            <w:pPr>
              <w:autoSpaceDE w:val="0"/>
              <w:autoSpaceDN w:val="0"/>
              <w:spacing w:after="0" w:line="162" w:lineRule="exact"/>
              <w:ind w:left="140"/>
              <w:rPr>
                <w:sz w:val="16"/>
                <w:szCs w:val="16"/>
                <w:lang w:val="sv-SE"/>
              </w:rPr>
            </w:pPr>
            <w:r w:rsidRPr="004761A5">
              <w:rPr>
                <w:rFonts w:ascii="SegoeUISymbol" w:eastAsia="SegoeUISymbol" w:hAnsi="SegoeUISymbol"/>
                <w:color w:val="000000"/>
                <w:w w:val="103"/>
                <w:sz w:val="16"/>
                <w:szCs w:val="16"/>
                <w:lang w:val="sv-SE"/>
              </w:rPr>
              <w:t>☐</w:t>
            </w:r>
            <w:r w:rsidRPr="004761A5">
              <w:rPr>
                <w:rFonts w:ascii="TimesNewRomanPS" w:eastAsia="TimesNewRomanPS" w:hAnsi="TimesNewRomanPS"/>
                <w:b/>
                <w:color w:val="000000"/>
                <w:w w:val="103"/>
                <w:sz w:val="16"/>
                <w:szCs w:val="16"/>
                <w:lang w:val="sv-SE"/>
              </w:rPr>
              <w:t xml:space="preserve"> A.2 · clădiri industriale</w:t>
            </w:r>
            <w:r w:rsidRPr="004761A5">
              <w:rPr>
                <w:rFonts w:ascii="TimesNewRomanPSMT" w:eastAsia="TimesNewRomanPSMT" w:hAnsi="TimesNewRomanPSMT"/>
                <w:color w:val="000000"/>
                <w:w w:val="103"/>
                <w:sz w:val="16"/>
                <w:szCs w:val="16"/>
                <w:lang w:val="sv-SE"/>
              </w:rPr>
              <w:t xml:space="preserv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pentru producție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pentru depozitare</w:t>
            </w:r>
          </w:p>
        </w:tc>
      </w:tr>
      <w:tr w:rsidR="00BD2397" w:rsidRPr="00D027DE" w14:paraId="16ED3FB5" w14:textId="77777777">
        <w:trPr>
          <w:trHeight w:hRule="exact" w:val="42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2FF2F6A7" w14:textId="77777777" w:rsidR="00BD2397" w:rsidRPr="004761A5" w:rsidRDefault="00B8640C">
            <w:pPr>
              <w:autoSpaceDE w:val="0"/>
              <w:autoSpaceDN w:val="0"/>
              <w:spacing w:after="0" w:line="204" w:lineRule="exact"/>
              <w:ind w:left="140" w:right="4464"/>
              <w:rPr>
                <w:sz w:val="16"/>
                <w:szCs w:val="16"/>
                <w:lang w:val="sv-SE"/>
              </w:rPr>
            </w:pPr>
            <w:r w:rsidRPr="004761A5">
              <w:rPr>
                <w:rFonts w:ascii="SegoeUISymbol" w:eastAsia="SegoeUISymbol" w:hAnsi="SegoeUISymbol"/>
                <w:color w:val="000000"/>
                <w:w w:val="103"/>
                <w:sz w:val="16"/>
                <w:szCs w:val="16"/>
                <w:lang w:val="sv-SE"/>
              </w:rPr>
              <w:t>☐</w:t>
            </w:r>
            <w:r w:rsidRPr="004761A5">
              <w:rPr>
                <w:rFonts w:ascii="TimesNewRomanPS" w:eastAsia="TimesNewRomanPS" w:hAnsi="TimesNewRomanPS"/>
                <w:b/>
                <w:color w:val="000000"/>
                <w:w w:val="103"/>
                <w:sz w:val="16"/>
                <w:szCs w:val="16"/>
                <w:lang w:val="sv-SE"/>
              </w:rPr>
              <w:t xml:space="preserve"> A.3 · clădiri agricole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pentru producție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pentru depozitare </w:t>
            </w:r>
            <w:r w:rsidRPr="004761A5">
              <w:rPr>
                <w:sz w:val="16"/>
                <w:szCs w:val="16"/>
                <w:lang w:val="sv-SE"/>
              </w:rPr>
              <w:br/>
            </w:r>
            <w:r w:rsidRPr="004761A5">
              <w:rPr>
                <w:rFonts w:ascii="SegoeUISymbol" w:eastAsia="SegoeUISymbol" w:hAnsi="SegoeUISymbol"/>
                <w:color w:val="000000"/>
                <w:w w:val="103"/>
                <w:sz w:val="16"/>
                <w:szCs w:val="16"/>
                <w:lang w:val="sv-SE"/>
              </w:rPr>
              <w:t>☐</w:t>
            </w:r>
            <w:r w:rsidRPr="004761A5">
              <w:rPr>
                <w:rFonts w:ascii="TimesNewRomanPS" w:eastAsia="TimesNewRomanPS" w:hAnsi="TimesNewRomanPS"/>
                <w:b/>
                <w:color w:val="000000"/>
                <w:w w:val="103"/>
                <w:sz w:val="16"/>
                <w:szCs w:val="16"/>
                <w:lang w:val="sv-SE"/>
              </w:rPr>
              <w:t xml:space="preserve"> A.4 · clădiri / construcții cu caracter special</w:t>
            </w:r>
          </w:p>
        </w:tc>
      </w:tr>
      <w:tr w:rsidR="00BD2397" w:rsidRPr="00D027DE" w14:paraId="73900761" w14:textId="77777777" w:rsidTr="0068581A">
        <w:trPr>
          <w:trHeight w:hRule="exact" w:val="1182"/>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26B1D0D5" w14:textId="77777777" w:rsidR="0068581A" w:rsidRDefault="00B8640C">
            <w:pPr>
              <w:tabs>
                <w:tab w:val="left" w:pos="140"/>
              </w:tabs>
              <w:autoSpaceDE w:val="0"/>
              <w:autoSpaceDN w:val="0"/>
              <w:spacing w:after="0" w:line="200" w:lineRule="exact"/>
              <w:ind w:left="100" w:right="576"/>
              <w:rPr>
                <w:rFonts w:ascii="TimesNewRomanPSMT" w:eastAsia="TimesNewRomanPSMT" w:hAnsi="TimesNewRomanPSMT"/>
                <w:color w:val="000000"/>
                <w:w w:val="103"/>
                <w:sz w:val="16"/>
                <w:szCs w:val="16"/>
                <w:lang w:val="sv-SE"/>
              </w:rPr>
            </w:pPr>
            <w:r w:rsidRPr="004761A5">
              <w:rPr>
                <w:rFonts w:ascii="TimesNewRomanPS" w:eastAsia="TimesNewRomanPS" w:hAnsi="TimesNewRomanPS"/>
                <w:b/>
                <w:color w:val="000000"/>
                <w:w w:val="103"/>
                <w:sz w:val="16"/>
                <w:szCs w:val="16"/>
                <w:lang w:val="sv-SE"/>
              </w:rPr>
              <w:t xml:space="preserve"> B · Lucrări de intervenții asupra construcțiilor existente : </w:t>
            </w:r>
            <w:r w:rsidRPr="004761A5">
              <w:rPr>
                <w:sz w:val="16"/>
                <w:szCs w:val="16"/>
                <w:lang w:val="sv-SE"/>
              </w:rPr>
              <w:br/>
            </w:r>
            <w:r w:rsidRPr="004761A5">
              <w:rPr>
                <w:rFonts w:ascii="SegoeUISymbol" w:eastAsia="SegoeUISymbol" w:hAnsi="SegoeUISymbol"/>
                <w:color w:val="000000"/>
                <w:w w:val="103"/>
                <w:sz w:val="16"/>
                <w:szCs w:val="16"/>
                <w:lang w:val="sv-SE"/>
              </w:rPr>
              <w:t xml:space="preserve"> ☐</w:t>
            </w:r>
            <w:r w:rsidRPr="004761A5">
              <w:rPr>
                <w:rFonts w:ascii="TimesNewRomanPSMT" w:eastAsia="TimesNewRomanPSMT" w:hAnsi="TimesNewRomanPSMT"/>
                <w:color w:val="000000"/>
                <w:w w:val="103"/>
                <w:sz w:val="16"/>
                <w:szCs w:val="16"/>
                <w:lang w:val="sv-SE"/>
              </w:rPr>
              <w:t xml:space="preserve"> reparații capitale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intervenție în primă urgență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extindere a amprentei la sol și a volumului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supraetajare </w:t>
            </w:r>
            <w:r w:rsidRPr="004761A5">
              <w:rPr>
                <w:sz w:val="16"/>
                <w:szCs w:val="16"/>
                <w:lang w:val="sv-SE"/>
              </w:rPr>
              <w:br/>
            </w:r>
            <w:r w:rsidRPr="004761A5">
              <w:rPr>
                <w:rFonts w:ascii="SegoeUISymbol" w:eastAsia="SegoeUISymbol" w:hAnsi="SegoeUISymbol"/>
                <w:color w:val="000000"/>
                <w:w w:val="103"/>
                <w:sz w:val="16"/>
                <w:szCs w:val="16"/>
                <w:lang w:val="sv-SE"/>
              </w:rPr>
              <w:t xml:space="preserve"> ☐</w:t>
            </w:r>
            <w:r w:rsidRPr="004761A5">
              <w:rPr>
                <w:rFonts w:ascii="TimesNewRomanPSMT" w:eastAsia="TimesNewRomanPSMT" w:hAnsi="TimesNewRomanPSMT"/>
                <w:color w:val="000000"/>
                <w:w w:val="103"/>
                <w:sz w:val="16"/>
                <w:szCs w:val="16"/>
                <w:lang w:val="sv-SE"/>
              </w:rPr>
              <w:t xml:space="preserve"> refuncționalizare / schimbare de destinație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consolidare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modernizare, reabilitare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strămutare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reconstruire </w:t>
            </w:r>
          </w:p>
          <w:p w14:paraId="0EA53933" w14:textId="77777777" w:rsidR="00BD2397" w:rsidRPr="004761A5" w:rsidRDefault="00B8640C">
            <w:pPr>
              <w:tabs>
                <w:tab w:val="left" w:pos="140"/>
              </w:tabs>
              <w:autoSpaceDE w:val="0"/>
              <w:autoSpaceDN w:val="0"/>
              <w:spacing w:after="0" w:line="200" w:lineRule="exact"/>
              <w:ind w:left="100" w:right="576"/>
              <w:rPr>
                <w:sz w:val="16"/>
                <w:szCs w:val="16"/>
                <w:lang w:val="sv-SE"/>
              </w:rPr>
            </w:pP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conservare și restaurare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remodelare exterioară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mansardare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remodelare interioară </w:t>
            </w:r>
            <w:r w:rsidRPr="004761A5">
              <w:rPr>
                <w:sz w:val="16"/>
                <w:szCs w:val="16"/>
                <w:lang w:val="sv-SE"/>
              </w:rPr>
              <w:br/>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desființare sau demontare parțială sau totală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desființare sau demontare totală     </w:t>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conservare la întreruperea temporară a execuției</w:t>
            </w:r>
          </w:p>
        </w:tc>
      </w:tr>
      <w:tr w:rsidR="00BD2397" w:rsidRPr="00D027DE" w14:paraId="55A679EF" w14:textId="77777777">
        <w:trPr>
          <w:trHeight w:hRule="exact" w:val="21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77781ABB" w14:textId="77777777" w:rsidR="00BD2397" w:rsidRPr="001F7E48" w:rsidRDefault="00B8640C">
            <w:pPr>
              <w:autoSpaceDE w:val="0"/>
              <w:autoSpaceDN w:val="0"/>
              <w:spacing w:after="0" w:line="162"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 w:eastAsia="TimesNewRomanPS" w:hAnsi="TimesNewRomanPS"/>
                <w:b/>
                <w:color w:val="000000"/>
                <w:w w:val="103"/>
                <w:sz w:val="16"/>
                <w:szCs w:val="16"/>
                <w:lang w:val="pt-PT"/>
              </w:rPr>
              <w:t xml:space="preserve"> B.1 · realizate la alte construcții decât cele de la B.2 și B.3:</w:t>
            </w:r>
          </w:p>
        </w:tc>
      </w:tr>
      <w:tr w:rsidR="00BD2397" w:rsidRPr="004761A5" w14:paraId="23F4849A"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6EA0A55B" w14:textId="77777777" w:rsidR="00BD2397" w:rsidRPr="004761A5" w:rsidRDefault="00B8640C">
            <w:pPr>
              <w:autoSpaceDE w:val="0"/>
              <w:autoSpaceDN w:val="0"/>
              <w:spacing w:after="0" w:line="162" w:lineRule="exact"/>
              <w:ind w:left="100"/>
              <w:rPr>
                <w:sz w:val="16"/>
                <w:szCs w:val="16"/>
              </w:rPr>
            </w:pPr>
            <w:r w:rsidRPr="004761A5">
              <w:rPr>
                <w:rFonts w:ascii="SegoeUISymbol" w:eastAsia="SegoeUISymbol" w:hAnsi="SegoeUISymbol"/>
                <w:color w:val="000000"/>
                <w:w w:val="103"/>
                <w:sz w:val="16"/>
                <w:szCs w:val="16"/>
              </w:rPr>
              <w:t>☐</w:t>
            </w:r>
            <w:r w:rsidRPr="004761A5">
              <w:rPr>
                <w:rFonts w:ascii="TimesNewRomanPS" w:eastAsia="TimesNewRomanPS" w:hAnsi="TimesNewRomanPS"/>
                <w:b/>
                <w:color w:val="000000"/>
                <w:w w:val="103"/>
                <w:sz w:val="16"/>
                <w:szCs w:val="16"/>
              </w:rPr>
              <w:t xml:space="preserve"> B.2 · </w:t>
            </w:r>
            <w:proofErr w:type="spellStart"/>
            <w:r w:rsidRPr="004761A5">
              <w:rPr>
                <w:rFonts w:ascii="TimesNewRomanPS" w:eastAsia="TimesNewRomanPS" w:hAnsi="TimesNewRomanPS"/>
                <w:b/>
                <w:color w:val="000000"/>
                <w:w w:val="103"/>
                <w:sz w:val="16"/>
                <w:szCs w:val="16"/>
              </w:rPr>
              <w:t>realizate</w:t>
            </w:r>
            <w:proofErr w:type="spellEnd"/>
            <w:r w:rsidRPr="004761A5">
              <w:rPr>
                <w:rFonts w:ascii="TimesNewRomanPS" w:eastAsia="TimesNewRomanPS" w:hAnsi="TimesNewRomanPS"/>
                <w:b/>
                <w:color w:val="000000"/>
                <w:w w:val="103"/>
                <w:sz w:val="16"/>
                <w:szCs w:val="16"/>
              </w:rPr>
              <w:t xml:space="preserve"> la:</w:t>
            </w:r>
          </w:p>
        </w:tc>
      </w:tr>
      <w:tr w:rsidR="00BD2397" w:rsidRPr="00D027DE" w14:paraId="07D8B913" w14:textId="77777777" w:rsidTr="0068581A">
        <w:trPr>
          <w:trHeight w:hRule="exact" w:val="112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768FDB30" w14:textId="77777777" w:rsidR="00BD2397" w:rsidRPr="001F7E48" w:rsidRDefault="00B8640C">
            <w:pPr>
              <w:autoSpaceDE w:val="0"/>
              <w:autoSpaceDN w:val="0"/>
              <w:spacing w:after="0" w:line="206" w:lineRule="exact"/>
              <w:ind w:left="100" w:right="2448"/>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construcții monument istoric (Legea nr. 422/2001), inclusiv anexele din același imobil</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construcții în zona de protecție a monumentelor istorice</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construcții în zone construite protejate</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construcții cu valoare arhitecturală sau istorică deosebită, stabilite prin documentații de urbanism aprobate</w:t>
            </w:r>
          </w:p>
        </w:tc>
      </w:tr>
      <w:tr w:rsidR="00BD2397" w:rsidRPr="00D027DE" w14:paraId="71D6DA6C" w14:textId="77777777" w:rsidTr="0068581A">
        <w:trPr>
          <w:trHeight w:hRule="exact" w:val="853"/>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2040D277" w14:textId="77777777" w:rsidR="00BD2397" w:rsidRPr="001F7E48" w:rsidRDefault="00B8640C">
            <w:pPr>
              <w:autoSpaceDE w:val="0"/>
              <w:autoSpaceDN w:val="0"/>
              <w:spacing w:after="0" w:line="206" w:lineRule="exact"/>
              <w:ind w:left="100" w:right="4896"/>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 w:eastAsia="TimesNewRomanPS" w:hAnsi="TimesNewRomanPS"/>
                <w:b/>
                <w:color w:val="000000"/>
                <w:w w:val="103"/>
                <w:sz w:val="16"/>
                <w:szCs w:val="16"/>
                <w:lang w:val="pt-PT"/>
              </w:rPr>
              <w:t xml:space="preserve"> B.3 · realizate la clădiri / construcții cu caracter special, care :</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nu se încadrează în categoriile de la B.2</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se încadrează în categoriile de la B.2</w:t>
            </w:r>
          </w:p>
        </w:tc>
      </w:tr>
      <w:tr w:rsidR="00BD2397" w:rsidRPr="004761A5" w14:paraId="6D6F38CC" w14:textId="77777777">
        <w:trPr>
          <w:trHeight w:hRule="exact" w:val="188"/>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5A864E1B" w14:textId="77777777" w:rsidR="00BD2397" w:rsidRPr="004761A5" w:rsidRDefault="00B8640C">
            <w:pPr>
              <w:autoSpaceDE w:val="0"/>
              <w:autoSpaceDN w:val="0"/>
              <w:spacing w:after="0" w:line="154" w:lineRule="exact"/>
              <w:ind w:left="100"/>
              <w:rPr>
                <w:sz w:val="16"/>
                <w:szCs w:val="16"/>
              </w:rPr>
            </w:pPr>
            <w:r w:rsidRPr="001F7E48">
              <w:rPr>
                <w:rFonts w:ascii="TimesNewRomanPS" w:eastAsia="TimesNewRomanPS" w:hAnsi="TimesNewRomanPS"/>
                <w:b/>
                <w:color w:val="000000"/>
                <w:w w:val="103"/>
                <w:sz w:val="16"/>
                <w:szCs w:val="16"/>
                <w:lang w:val="pt-PT"/>
              </w:rPr>
              <w:t xml:space="preserve"> </w:t>
            </w:r>
            <w:r w:rsidRPr="004761A5">
              <w:rPr>
                <w:rFonts w:ascii="TimesNewRomanPS" w:eastAsia="TimesNewRomanPS" w:hAnsi="TimesNewRomanPS"/>
                <w:b/>
                <w:color w:val="000000"/>
                <w:w w:val="103"/>
                <w:sz w:val="16"/>
                <w:szCs w:val="16"/>
              </w:rPr>
              <w:t xml:space="preserve">C · </w:t>
            </w:r>
            <w:proofErr w:type="spellStart"/>
            <w:r w:rsidRPr="004761A5">
              <w:rPr>
                <w:rFonts w:ascii="TimesNewRomanPS" w:eastAsia="TimesNewRomanPS" w:hAnsi="TimesNewRomanPS"/>
                <w:b/>
                <w:color w:val="000000"/>
                <w:w w:val="103"/>
                <w:sz w:val="16"/>
                <w:szCs w:val="16"/>
              </w:rPr>
              <w:t>Amenajări</w:t>
            </w:r>
            <w:proofErr w:type="spellEnd"/>
          </w:p>
        </w:tc>
      </w:tr>
      <w:tr w:rsidR="00BD2397" w:rsidRPr="00D027DE" w14:paraId="54712E23" w14:textId="77777777" w:rsidTr="00184E29">
        <w:trPr>
          <w:trHeight w:hRule="exact" w:val="1903"/>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5EE2E5E4" w14:textId="77777777" w:rsidR="00184E29" w:rsidRDefault="00B8640C">
            <w:pPr>
              <w:autoSpaceDE w:val="0"/>
              <w:autoSpaceDN w:val="0"/>
              <w:spacing w:after="0" w:line="206" w:lineRule="exact"/>
              <w:ind w:left="100" w:right="1296"/>
              <w:rPr>
                <w:rFonts w:ascii="TimesNewRomanPSMT" w:eastAsia="TimesNewRomanPSMT" w:hAnsi="TimesNewRomanPSMT"/>
                <w:color w:val="000000"/>
                <w:w w:val="103"/>
                <w:sz w:val="16"/>
                <w:szCs w:val="16"/>
              </w:rPr>
            </w:pP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C.1 · </w:t>
            </w:r>
            <w:proofErr w:type="spellStart"/>
            <w:r w:rsidRPr="004761A5">
              <w:rPr>
                <w:rFonts w:ascii="TimesNewRomanPSMT" w:eastAsia="TimesNewRomanPSMT" w:hAnsi="TimesNewRomanPSMT"/>
                <w:color w:val="000000"/>
                <w:w w:val="103"/>
                <w:sz w:val="16"/>
                <w:szCs w:val="16"/>
              </w:rPr>
              <w:t>amenajări</w:t>
            </w:r>
            <w:proofErr w:type="spellEnd"/>
            <w:r w:rsidRPr="004761A5">
              <w:rPr>
                <w:rFonts w:ascii="TimesNewRomanPSMT" w:eastAsia="TimesNewRomanPSMT" w:hAnsi="TimesNewRomanPSMT"/>
                <w:color w:val="000000"/>
                <w:w w:val="103"/>
                <w:sz w:val="16"/>
                <w:szCs w:val="16"/>
              </w:rPr>
              <w:t xml:space="preserve"> civile</w:t>
            </w:r>
            <w:r w:rsidRPr="004761A5">
              <w:rPr>
                <w:sz w:val="16"/>
                <w:szCs w:val="16"/>
              </w:rPr>
              <w:br/>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C.2 · </w:t>
            </w:r>
            <w:proofErr w:type="spellStart"/>
            <w:r w:rsidRPr="004761A5">
              <w:rPr>
                <w:rFonts w:ascii="TimesNewRomanPSMT" w:eastAsia="TimesNewRomanPSMT" w:hAnsi="TimesNewRomanPSMT"/>
                <w:color w:val="000000"/>
                <w:w w:val="103"/>
                <w:sz w:val="16"/>
                <w:szCs w:val="16"/>
              </w:rPr>
              <w:t>amenajări</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și</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îmbunătățiri</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funciare</w:t>
            </w:r>
            <w:proofErr w:type="spellEnd"/>
            <w:r w:rsidRPr="004761A5">
              <w:rPr>
                <w:sz w:val="16"/>
                <w:szCs w:val="16"/>
              </w:rPr>
              <w:br/>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C.3 · </w:t>
            </w:r>
            <w:proofErr w:type="spellStart"/>
            <w:r w:rsidRPr="004761A5">
              <w:rPr>
                <w:rFonts w:ascii="TimesNewRomanPSMT" w:eastAsia="TimesNewRomanPSMT" w:hAnsi="TimesNewRomanPSMT"/>
                <w:color w:val="000000"/>
                <w:w w:val="103"/>
                <w:sz w:val="16"/>
                <w:szCs w:val="16"/>
              </w:rPr>
              <w:t>construcții</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provizorii</w:t>
            </w:r>
            <w:proofErr w:type="spellEnd"/>
            <w:r w:rsidRPr="004761A5">
              <w:rPr>
                <w:rFonts w:ascii="TimesNewRomanPSMT" w:eastAsia="TimesNewRomanPSMT" w:hAnsi="TimesNewRomanPSMT"/>
                <w:color w:val="000000"/>
                <w:w w:val="103"/>
                <w:sz w:val="16"/>
                <w:szCs w:val="16"/>
              </w:rPr>
              <w:t xml:space="preserve"> / cu </w:t>
            </w:r>
            <w:proofErr w:type="spellStart"/>
            <w:r w:rsidRPr="004761A5">
              <w:rPr>
                <w:rFonts w:ascii="TimesNewRomanPSMT" w:eastAsia="TimesNewRomanPSMT" w:hAnsi="TimesNewRomanPSMT"/>
                <w:color w:val="000000"/>
                <w:w w:val="103"/>
                <w:sz w:val="16"/>
                <w:szCs w:val="16"/>
              </w:rPr>
              <w:t>caracter</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temporar</w:t>
            </w:r>
            <w:proofErr w:type="spellEnd"/>
            <w:r w:rsidRPr="004761A5">
              <w:rPr>
                <w:sz w:val="16"/>
                <w:szCs w:val="16"/>
              </w:rPr>
              <w:br/>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C.4 · </w:t>
            </w:r>
            <w:proofErr w:type="spellStart"/>
            <w:r w:rsidRPr="004761A5">
              <w:rPr>
                <w:rFonts w:ascii="TimesNewRomanPSMT" w:eastAsia="TimesNewRomanPSMT" w:hAnsi="TimesNewRomanPSMT"/>
                <w:color w:val="000000"/>
                <w:w w:val="103"/>
                <w:sz w:val="16"/>
                <w:szCs w:val="16"/>
              </w:rPr>
              <w:t>cercetarea</w:t>
            </w:r>
            <w:proofErr w:type="spellEnd"/>
            <w:r w:rsidRPr="004761A5">
              <w:rPr>
                <w:rFonts w:ascii="TimesNewRomanPSMT" w:eastAsia="TimesNewRomanPSMT" w:hAnsi="TimesNewRomanPSMT"/>
                <w:color w:val="000000"/>
                <w:w w:val="103"/>
                <w:sz w:val="16"/>
                <w:szCs w:val="16"/>
              </w:rPr>
              <w:t xml:space="preserve"> / </w:t>
            </w:r>
            <w:proofErr w:type="spellStart"/>
            <w:r w:rsidRPr="004761A5">
              <w:rPr>
                <w:rFonts w:ascii="TimesNewRomanPSMT" w:eastAsia="TimesNewRomanPSMT" w:hAnsi="TimesNewRomanPSMT"/>
                <w:color w:val="000000"/>
                <w:w w:val="103"/>
                <w:sz w:val="16"/>
                <w:szCs w:val="16"/>
              </w:rPr>
              <w:t>prospectarea</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terenurilor</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foraje</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excavări</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studii</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topografice</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geologice</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geotehnice</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geofizice</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hidrologice</w:t>
            </w:r>
            <w:proofErr w:type="spellEnd"/>
          </w:p>
          <w:p w14:paraId="419A385D" w14:textId="77777777" w:rsidR="00BD2397" w:rsidRPr="001F7E48" w:rsidRDefault="00B8640C">
            <w:pPr>
              <w:autoSpaceDE w:val="0"/>
              <w:autoSpaceDN w:val="0"/>
              <w:spacing w:after="0" w:line="206" w:lineRule="exact"/>
              <w:ind w:left="100" w:right="1296"/>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C.5 · cercetări pentru zăcăminte naturale</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C.6 · spații verzi, plantate</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C.7 · spații publice</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C.8 · organizare de șantier</w:t>
            </w:r>
          </w:p>
        </w:tc>
      </w:tr>
      <w:tr w:rsidR="00BD2397" w:rsidRPr="00D027DE" w14:paraId="4ECA273D" w14:textId="77777777">
        <w:trPr>
          <w:trHeight w:hRule="exact" w:val="188"/>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1503D334" w14:textId="77777777" w:rsidR="00BD2397" w:rsidRPr="004761A5" w:rsidRDefault="00B8640C">
            <w:pPr>
              <w:autoSpaceDE w:val="0"/>
              <w:autoSpaceDN w:val="0"/>
              <w:spacing w:after="0" w:line="154" w:lineRule="exact"/>
              <w:ind w:left="100"/>
              <w:rPr>
                <w:sz w:val="16"/>
                <w:szCs w:val="16"/>
                <w:lang w:val="sv-SE"/>
              </w:rPr>
            </w:pPr>
            <w:r w:rsidRPr="001F7E48">
              <w:rPr>
                <w:rFonts w:ascii="TimesNewRomanPS" w:eastAsia="TimesNewRomanPS" w:hAnsi="TimesNewRomanPS"/>
                <w:b/>
                <w:color w:val="000000"/>
                <w:w w:val="103"/>
                <w:sz w:val="16"/>
                <w:szCs w:val="16"/>
                <w:lang w:val="pt-PT"/>
              </w:rPr>
              <w:t xml:space="preserve"> </w:t>
            </w:r>
            <w:r w:rsidRPr="004761A5">
              <w:rPr>
                <w:rFonts w:ascii="TimesNewRomanPS" w:eastAsia="TimesNewRomanPS" w:hAnsi="TimesNewRomanPS"/>
                <w:b/>
                <w:color w:val="000000"/>
                <w:w w:val="103"/>
                <w:sz w:val="16"/>
                <w:szCs w:val="16"/>
                <w:lang w:val="sv-SE"/>
              </w:rPr>
              <w:t>D · Lucrări inginerești, inclusiv intervenții la astfel de construcții</w:t>
            </w:r>
          </w:p>
        </w:tc>
      </w:tr>
      <w:tr w:rsidR="00BD2397" w:rsidRPr="00D027DE" w14:paraId="6C24A0F1" w14:textId="77777777" w:rsidTr="0068581A">
        <w:trPr>
          <w:trHeight w:hRule="exact" w:val="1830"/>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3C503596" w14:textId="77777777" w:rsidR="00BD2397" w:rsidRPr="004761A5" w:rsidRDefault="00B8640C">
            <w:pPr>
              <w:autoSpaceDE w:val="0"/>
              <w:autoSpaceDN w:val="0"/>
              <w:spacing w:after="0" w:line="206" w:lineRule="exact"/>
              <w:ind w:left="100" w:right="4608"/>
              <w:rPr>
                <w:sz w:val="16"/>
                <w:szCs w:val="16"/>
                <w:lang w:val="sv-SE"/>
              </w:rPr>
            </w:pP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D.1 · infrastructura de transport, alta decât cea de interes național</w:t>
            </w:r>
            <w:r w:rsidRPr="004761A5">
              <w:rPr>
                <w:sz w:val="16"/>
                <w:szCs w:val="16"/>
                <w:lang w:val="sv-SE"/>
              </w:rPr>
              <w:br/>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D.2 · infrastructură în domeniul energiei</w:t>
            </w:r>
            <w:r w:rsidRPr="004761A5">
              <w:rPr>
                <w:sz w:val="16"/>
                <w:szCs w:val="16"/>
                <w:lang w:val="sv-SE"/>
              </w:rPr>
              <w:br/>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D.3 · rețele de comunicații electronice și infrastructurile fizice aferente</w:t>
            </w:r>
            <w:r w:rsidRPr="004761A5">
              <w:rPr>
                <w:sz w:val="16"/>
                <w:szCs w:val="16"/>
                <w:lang w:val="sv-SE"/>
              </w:rPr>
              <w:br/>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D.4 · gospodărirea apelor</w:t>
            </w:r>
            <w:r w:rsidRPr="004761A5">
              <w:rPr>
                <w:sz w:val="16"/>
                <w:szCs w:val="16"/>
                <w:lang w:val="sv-SE"/>
              </w:rPr>
              <w:br/>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D.5 · hidrotehnice</w:t>
            </w:r>
            <w:r w:rsidRPr="004761A5">
              <w:rPr>
                <w:sz w:val="16"/>
                <w:szCs w:val="16"/>
                <w:lang w:val="sv-SE"/>
              </w:rPr>
              <w:br/>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D.6 · miniere</w:t>
            </w:r>
            <w:r w:rsidRPr="004761A5">
              <w:rPr>
                <w:sz w:val="16"/>
                <w:szCs w:val="16"/>
                <w:lang w:val="sv-SE"/>
              </w:rPr>
              <w:br/>
            </w:r>
            <w:r w:rsidRPr="004761A5">
              <w:rPr>
                <w:rFonts w:ascii="SegoeUISymbol" w:eastAsia="SegoeUISymbol" w:hAnsi="SegoeUISymbol"/>
                <w:color w:val="000000"/>
                <w:w w:val="103"/>
                <w:sz w:val="16"/>
                <w:szCs w:val="16"/>
                <w:lang w:val="sv-SE"/>
              </w:rPr>
              <w:t>☐</w:t>
            </w:r>
            <w:r w:rsidRPr="004761A5">
              <w:rPr>
                <w:rFonts w:ascii="TimesNewRomanPSMT" w:eastAsia="TimesNewRomanPSMT" w:hAnsi="TimesNewRomanPSMT"/>
                <w:color w:val="000000"/>
                <w:w w:val="103"/>
                <w:sz w:val="16"/>
                <w:szCs w:val="16"/>
                <w:lang w:val="sv-SE"/>
              </w:rPr>
              <w:t xml:space="preserve"> D.7 · alte lucrări inginerești necesare unor obiective de interes public</w:t>
            </w:r>
          </w:p>
        </w:tc>
      </w:tr>
    </w:tbl>
    <w:p w14:paraId="543F3B81" w14:textId="77777777" w:rsidR="00BD2397" w:rsidRPr="004761A5" w:rsidRDefault="00B8640C">
      <w:pPr>
        <w:autoSpaceDE w:val="0"/>
        <w:autoSpaceDN w:val="0"/>
        <w:spacing w:after="0" w:line="194" w:lineRule="exact"/>
        <w:ind w:left="710"/>
        <w:rPr>
          <w:sz w:val="16"/>
          <w:szCs w:val="16"/>
          <w:lang w:val="sv-SE"/>
        </w:rPr>
      </w:pPr>
      <w:r w:rsidRPr="004761A5">
        <w:rPr>
          <w:rFonts w:ascii="TimesNewRomanPSMT" w:eastAsia="TimesNewRomanPSMT" w:hAnsi="TimesNewRomanPSMT"/>
          <w:color w:val="000000"/>
          <w:w w:val="102"/>
          <w:sz w:val="16"/>
          <w:szCs w:val="16"/>
          <w:u w:val="single"/>
          <w:lang w:val="sv-SE"/>
        </w:rPr>
        <w:t>Punctele 2-9 se completeaza în cazul cladirilor și al intervențiilor asupra clădirilor existente, iar  în cazul amenjărilor</w:t>
      </w:r>
      <w:r w:rsidRPr="004761A5">
        <w:rPr>
          <w:rFonts w:ascii="TimesNewRomanPSMT" w:eastAsia="TimesNewRomanPSMT" w:hAnsi="TimesNewRomanPSMT"/>
          <w:color w:val="000000"/>
          <w:w w:val="102"/>
          <w:sz w:val="16"/>
          <w:szCs w:val="16"/>
          <w:lang w:val="sv-SE"/>
        </w:rPr>
        <w:t xml:space="preserve"> </w:t>
      </w:r>
    </w:p>
    <w:p w14:paraId="18DAAABE" w14:textId="77777777" w:rsidR="00BD2397" w:rsidRPr="004761A5" w:rsidRDefault="00B8640C">
      <w:pPr>
        <w:autoSpaceDE w:val="0"/>
        <w:autoSpaceDN w:val="0"/>
        <w:spacing w:after="0" w:line="194" w:lineRule="exact"/>
        <w:ind w:left="710"/>
        <w:rPr>
          <w:sz w:val="16"/>
          <w:szCs w:val="16"/>
          <w:lang w:val="sv-SE"/>
        </w:rPr>
      </w:pPr>
      <w:r w:rsidRPr="004761A5">
        <w:rPr>
          <w:rFonts w:ascii="TimesNewRomanPSMT" w:eastAsia="TimesNewRomanPSMT" w:hAnsi="TimesNewRomanPSMT"/>
          <w:color w:val="000000"/>
          <w:w w:val="102"/>
          <w:sz w:val="16"/>
          <w:szCs w:val="16"/>
          <w:u w:val="single"/>
          <w:lang w:val="sv-SE"/>
        </w:rPr>
        <w:t>/lucrărilor inginerești, doar dacă acestea cuprind și clădiri</w:t>
      </w:r>
      <w:r w:rsidRPr="004761A5">
        <w:rPr>
          <w:rFonts w:ascii="TimesNewRomanPSMT" w:eastAsia="TimesNewRomanPSMT" w:hAnsi="TimesNewRomanPSMT"/>
          <w:color w:val="000000"/>
          <w:w w:val="102"/>
          <w:sz w:val="16"/>
          <w:szCs w:val="16"/>
          <w:lang w:val="sv-SE"/>
        </w:rPr>
        <w:t xml:space="preserve"> </w:t>
      </w:r>
    </w:p>
    <w:tbl>
      <w:tblPr>
        <w:tblW w:w="0" w:type="auto"/>
        <w:tblInd w:w="606" w:type="dxa"/>
        <w:tblLayout w:type="fixed"/>
        <w:tblLook w:val="04A0" w:firstRow="1" w:lastRow="0" w:firstColumn="1" w:lastColumn="0" w:noHBand="0" w:noVBand="1"/>
      </w:tblPr>
      <w:tblGrid>
        <w:gridCol w:w="2338"/>
        <w:gridCol w:w="778"/>
        <w:gridCol w:w="1558"/>
        <w:gridCol w:w="2338"/>
        <w:gridCol w:w="2336"/>
      </w:tblGrid>
      <w:tr w:rsidR="00BD2397" w:rsidRPr="004761A5" w14:paraId="61103C2D" w14:textId="77777777">
        <w:trPr>
          <w:trHeight w:hRule="exact" w:val="210"/>
        </w:trPr>
        <w:tc>
          <w:tcPr>
            <w:tcW w:w="9348" w:type="dxa"/>
            <w:gridSpan w:val="5"/>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17D4FD90" w14:textId="77777777" w:rsidR="00BD2397" w:rsidRPr="004761A5" w:rsidRDefault="00B8640C">
            <w:pPr>
              <w:autoSpaceDE w:val="0"/>
              <w:autoSpaceDN w:val="0"/>
              <w:spacing w:after="0" w:line="174" w:lineRule="exact"/>
              <w:ind w:left="100"/>
              <w:rPr>
                <w:sz w:val="16"/>
                <w:szCs w:val="16"/>
              </w:rPr>
            </w:pPr>
            <w:r w:rsidRPr="004761A5">
              <w:rPr>
                <w:rFonts w:ascii="TimesNewRomanPS" w:eastAsia="TimesNewRomanPS" w:hAnsi="TimesNewRomanPS"/>
                <w:b/>
                <w:color w:val="000000"/>
                <w:w w:val="103"/>
                <w:sz w:val="16"/>
                <w:szCs w:val="16"/>
                <w:lang w:val="sv-SE"/>
              </w:rPr>
              <w:t xml:space="preserve"> </w:t>
            </w:r>
            <w:r w:rsidRPr="004761A5">
              <w:rPr>
                <w:rFonts w:ascii="TimesNewRomanPS" w:eastAsia="TimesNewRomanPS" w:hAnsi="TimesNewRomanPS"/>
                <w:b/>
                <w:color w:val="000000"/>
                <w:w w:val="103"/>
                <w:sz w:val="16"/>
                <w:szCs w:val="16"/>
              </w:rPr>
              <w:t xml:space="preserve">2. </w:t>
            </w:r>
            <w:r w:rsidRPr="004761A5">
              <w:rPr>
                <w:rFonts w:ascii="TimesNewRomanPS" w:eastAsia="TimesNewRomanPS" w:hAnsi="TimesNewRomanPS"/>
                <w:b/>
                <w:color w:val="000000"/>
                <w:w w:val="102"/>
                <w:sz w:val="16"/>
                <w:szCs w:val="16"/>
              </w:rPr>
              <w:t>DATELE CARACTERISTICE ALE AMPLASAMENTULUI</w:t>
            </w:r>
          </w:p>
        </w:tc>
      </w:tr>
      <w:tr w:rsidR="00BD2397" w:rsidRPr="00D027DE" w14:paraId="3FED49B3" w14:textId="77777777" w:rsidTr="0068581A">
        <w:trPr>
          <w:trHeight w:hRule="exact" w:val="676"/>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46E17366"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Suprafața</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terenului</w:t>
            </w:r>
            <w:proofErr w:type="spellEnd"/>
            <w:r w:rsidRPr="004761A5">
              <w:rPr>
                <w:rFonts w:ascii="TimesNewRomanPS" w:eastAsia="TimesNewRomanPS" w:hAnsi="TimesNewRomanPS"/>
                <w:b/>
                <w:color w:val="0D5F78"/>
                <w:w w:val="97"/>
                <w:sz w:val="16"/>
                <w:szCs w:val="16"/>
              </w:rPr>
              <w:t xml:space="preserve"> (m²)</w:t>
            </w:r>
          </w:p>
        </w:tc>
        <w:tc>
          <w:tcPr>
            <w:tcW w:w="6232"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5214DCDB" w14:textId="77777777" w:rsidR="0068581A" w:rsidRPr="001F7E48" w:rsidRDefault="00B8640C">
            <w:pPr>
              <w:autoSpaceDE w:val="0"/>
              <w:autoSpaceDN w:val="0"/>
              <w:spacing w:after="0" w:line="186" w:lineRule="exact"/>
              <w:ind w:left="100" w:right="2736"/>
              <w:rPr>
                <w:rFonts w:ascii="TimesNewRomanPSMT" w:eastAsia="TimesNewRomanPSMT" w:hAnsi="TimesNewRomanPSMT"/>
                <w:color w:val="000000"/>
                <w:w w:val="103"/>
                <w:sz w:val="16"/>
                <w:szCs w:val="16"/>
                <w:lang w:val="pt-PT"/>
              </w:rPr>
            </w:pPr>
            <w:r w:rsidRPr="001F7E48">
              <w:rPr>
                <w:rFonts w:ascii="TimesNewRomanPS" w:eastAsia="TimesNewRomanPS" w:hAnsi="TimesNewRomanPS"/>
                <w:b/>
                <w:color w:val="0D5F78"/>
                <w:w w:val="97"/>
                <w:sz w:val="16"/>
                <w:szCs w:val="16"/>
                <w:lang w:val="pt-PT"/>
              </w:rPr>
              <w:t>Terenul este</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liber de construcții     </w:t>
            </w:r>
          </w:p>
          <w:p w14:paraId="05699E5F" w14:textId="77777777" w:rsidR="00BD2397" w:rsidRPr="001F7E48" w:rsidRDefault="00B8640C">
            <w:pPr>
              <w:autoSpaceDE w:val="0"/>
              <w:autoSpaceDN w:val="0"/>
              <w:spacing w:after="0" w:line="186" w:lineRule="exact"/>
              <w:ind w:left="100" w:right="2736"/>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nu este liber de construcții</w:t>
            </w:r>
          </w:p>
        </w:tc>
      </w:tr>
      <w:tr w:rsidR="00BD2397" w:rsidRPr="004761A5" w14:paraId="1FA1304A" w14:textId="77777777">
        <w:trPr>
          <w:trHeight w:hRule="exact" w:val="366"/>
        </w:trPr>
        <w:tc>
          <w:tcPr>
            <w:tcW w:w="4674" w:type="dxa"/>
            <w:gridSpan w:val="3"/>
            <w:tcBorders>
              <w:top w:val="single" w:sz="4" w:space="0" w:color="767676"/>
              <w:left w:val="single" w:sz="3" w:space="0" w:color="767676"/>
              <w:bottom w:val="single" w:sz="3" w:space="0" w:color="767676"/>
              <w:right w:val="single" w:sz="3" w:space="0" w:color="767676"/>
            </w:tcBorders>
            <w:tcMar>
              <w:left w:w="0" w:type="dxa"/>
              <w:right w:w="0" w:type="dxa"/>
            </w:tcMar>
          </w:tcPr>
          <w:p w14:paraId="0D3131CB"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Acces</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carosabil</w:t>
            </w:r>
            <w:proofErr w:type="spellEnd"/>
            <w:r w:rsidRPr="004761A5">
              <w:rPr>
                <w:rFonts w:ascii="TimesNewRomanPS" w:eastAsia="TimesNewRomanPS" w:hAnsi="TimesNewRomanPS"/>
                <w:b/>
                <w:color w:val="0D5F78"/>
                <w:w w:val="97"/>
                <w:sz w:val="16"/>
                <w:szCs w:val="16"/>
              </w:rPr>
              <w:t xml:space="preserve"> din </w:t>
            </w:r>
            <w:proofErr w:type="spellStart"/>
            <w:r w:rsidRPr="004761A5">
              <w:rPr>
                <w:rFonts w:ascii="TimesNewRomanPS" w:eastAsia="TimesNewRomanPS" w:hAnsi="TimesNewRomanPS"/>
                <w:b/>
                <w:color w:val="0D5F78"/>
                <w:w w:val="97"/>
                <w:sz w:val="16"/>
                <w:szCs w:val="16"/>
              </w:rPr>
              <w:t>strada</w:t>
            </w:r>
            <w:proofErr w:type="spellEnd"/>
          </w:p>
        </w:tc>
        <w:tc>
          <w:tcPr>
            <w:tcW w:w="4674"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33500373" w14:textId="77777777" w:rsidR="00BD2397" w:rsidRPr="004761A5" w:rsidRDefault="00B8640C">
            <w:pPr>
              <w:autoSpaceDE w:val="0"/>
              <w:autoSpaceDN w:val="0"/>
              <w:spacing w:after="0" w:line="160" w:lineRule="exact"/>
              <w:ind w:left="102"/>
              <w:rPr>
                <w:sz w:val="16"/>
                <w:szCs w:val="16"/>
              </w:rPr>
            </w:pP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direct     </w:t>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prin</w:t>
            </w:r>
            <w:proofErr w:type="spellEnd"/>
            <w:r w:rsidRPr="004761A5">
              <w:rPr>
                <w:rFonts w:ascii="TimesNewRomanPSMT" w:eastAsia="TimesNewRomanPSMT" w:hAnsi="TimesNewRomanPSMT"/>
                <w:color w:val="000000"/>
                <w:w w:val="103"/>
                <w:sz w:val="16"/>
                <w:szCs w:val="16"/>
              </w:rPr>
              <w:t xml:space="preserve"> drum </w:t>
            </w:r>
            <w:proofErr w:type="spellStart"/>
            <w:r w:rsidRPr="004761A5">
              <w:rPr>
                <w:rFonts w:ascii="TimesNewRomanPSMT" w:eastAsia="TimesNewRomanPSMT" w:hAnsi="TimesNewRomanPSMT"/>
                <w:color w:val="000000"/>
                <w:w w:val="103"/>
                <w:sz w:val="16"/>
                <w:szCs w:val="16"/>
              </w:rPr>
              <w:t>privat</w:t>
            </w:r>
            <w:proofErr w:type="spellEnd"/>
          </w:p>
        </w:tc>
      </w:tr>
      <w:tr w:rsidR="00BD2397" w:rsidRPr="00D027DE" w14:paraId="24AD7F93" w14:textId="77777777">
        <w:trPr>
          <w:trHeight w:hRule="exact" w:val="384"/>
        </w:trPr>
        <w:tc>
          <w:tcPr>
            <w:tcW w:w="9348" w:type="dxa"/>
            <w:gridSpan w:val="5"/>
            <w:tcBorders>
              <w:top w:val="single" w:sz="3" w:space="0" w:color="767676"/>
              <w:left w:val="single" w:sz="3" w:space="0" w:color="767676"/>
              <w:bottom w:val="single" w:sz="4" w:space="0" w:color="767676"/>
              <w:right w:val="single" w:sz="3" w:space="0" w:color="767676"/>
            </w:tcBorders>
            <w:tcMar>
              <w:left w:w="0" w:type="dxa"/>
              <w:right w:w="0" w:type="dxa"/>
            </w:tcMar>
          </w:tcPr>
          <w:p w14:paraId="05C654BD" w14:textId="77777777" w:rsidR="00BD2397" w:rsidRPr="001F7E48" w:rsidRDefault="00B8640C">
            <w:pPr>
              <w:autoSpaceDE w:val="0"/>
              <w:autoSpaceDN w:val="0"/>
              <w:spacing w:after="0" w:line="162" w:lineRule="exact"/>
              <w:ind w:left="14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terenul se află în zona de protecție a monumentelor istorice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terenul se află în zone construite protejate </w:t>
            </w:r>
          </w:p>
        </w:tc>
      </w:tr>
      <w:tr w:rsidR="00BD2397" w:rsidRPr="004761A5" w14:paraId="436686C5" w14:textId="77777777">
        <w:trPr>
          <w:trHeight w:hRule="exact" w:val="516"/>
        </w:trPr>
        <w:tc>
          <w:tcPr>
            <w:tcW w:w="9348" w:type="dxa"/>
            <w:gridSpan w:val="5"/>
            <w:tcBorders>
              <w:top w:val="single" w:sz="4" w:space="0" w:color="767676"/>
              <w:left w:val="single" w:sz="3" w:space="0" w:color="767676"/>
              <w:bottom w:val="single" w:sz="4" w:space="0" w:color="767676"/>
              <w:right w:val="single" w:sz="3" w:space="0" w:color="767676"/>
            </w:tcBorders>
            <w:tcMar>
              <w:left w:w="0" w:type="dxa"/>
              <w:right w:w="0" w:type="dxa"/>
            </w:tcMar>
          </w:tcPr>
          <w:p w14:paraId="2F03E49F"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MT" w:eastAsia="TimesNewRomanPSMT" w:hAnsi="TimesNewRomanPSMT"/>
                <w:color w:val="0D5F78"/>
                <w:w w:val="97"/>
                <w:sz w:val="16"/>
                <w:szCs w:val="16"/>
              </w:rPr>
              <w:t>Servituți</w:t>
            </w:r>
            <w:proofErr w:type="spellEnd"/>
            <w:r w:rsidRPr="004761A5">
              <w:rPr>
                <w:rFonts w:ascii="TimesNewRomanPSMT" w:eastAsia="TimesNewRomanPSMT" w:hAnsi="TimesNewRomanPSMT"/>
                <w:color w:val="0D5F78"/>
                <w:w w:val="97"/>
                <w:sz w:val="16"/>
                <w:szCs w:val="16"/>
              </w:rPr>
              <w:t xml:space="preserve"> </w:t>
            </w:r>
          </w:p>
        </w:tc>
      </w:tr>
      <w:tr w:rsidR="00BD2397" w:rsidRPr="004761A5" w14:paraId="5BDF8B3E" w14:textId="77777777">
        <w:trPr>
          <w:trHeight w:hRule="exact" w:val="186"/>
        </w:trPr>
        <w:tc>
          <w:tcPr>
            <w:tcW w:w="9348" w:type="dxa"/>
            <w:gridSpan w:val="5"/>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4F4D19B1" w14:textId="77777777" w:rsidR="00BD2397" w:rsidRPr="004761A5" w:rsidRDefault="00B8640C">
            <w:pPr>
              <w:autoSpaceDE w:val="0"/>
              <w:autoSpaceDN w:val="0"/>
              <w:spacing w:after="0" w:line="154" w:lineRule="exact"/>
              <w:ind w:left="100"/>
              <w:rPr>
                <w:sz w:val="16"/>
                <w:szCs w:val="16"/>
              </w:rPr>
            </w:pPr>
            <w:proofErr w:type="spellStart"/>
            <w:r w:rsidRPr="004761A5">
              <w:rPr>
                <w:rFonts w:ascii="TimesNewRomanPSMT" w:eastAsia="TimesNewRomanPSMT" w:hAnsi="TimesNewRomanPSMT"/>
                <w:color w:val="000000"/>
                <w:w w:val="103"/>
                <w:sz w:val="16"/>
                <w:szCs w:val="16"/>
              </w:rPr>
              <w:t>Amplasare</w:t>
            </w:r>
            <w:proofErr w:type="spellEnd"/>
            <w:r w:rsidRPr="004761A5">
              <w:rPr>
                <w:rFonts w:ascii="TimesNewRomanPSMT" w:eastAsia="TimesNewRomanPSMT" w:hAnsi="TimesNewRomanPSMT"/>
                <w:color w:val="000000"/>
                <w:w w:val="103"/>
                <w:sz w:val="16"/>
                <w:szCs w:val="16"/>
              </w:rPr>
              <w:t xml:space="preserve"> </w:t>
            </w:r>
          </w:p>
        </w:tc>
      </w:tr>
      <w:tr w:rsidR="00BD2397" w:rsidRPr="004761A5" w14:paraId="3590F0BC" w14:textId="77777777">
        <w:trPr>
          <w:trHeight w:hRule="exact" w:val="522"/>
        </w:trPr>
        <w:tc>
          <w:tcPr>
            <w:tcW w:w="2338" w:type="dxa"/>
            <w:tcBorders>
              <w:top w:val="single" w:sz="4" w:space="0" w:color="767676"/>
              <w:left w:val="single" w:sz="3" w:space="0" w:color="767676"/>
              <w:bottom w:val="single" w:sz="4" w:space="0" w:color="767676"/>
              <w:right w:val="single" w:sz="3" w:space="0" w:color="767676"/>
            </w:tcBorders>
            <w:shd w:val="clear" w:color="auto" w:fill="FFFFFF"/>
            <w:tcMar>
              <w:left w:w="0" w:type="dxa"/>
              <w:right w:w="0" w:type="dxa"/>
            </w:tcMar>
          </w:tcPr>
          <w:p w14:paraId="29EDB19A" w14:textId="77777777" w:rsidR="00BD2397" w:rsidRPr="004761A5" w:rsidRDefault="00B8640C">
            <w:pPr>
              <w:autoSpaceDE w:val="0"/>
              <w:autoSpaceDN w:val="0"/>
              <w:spacing w:after="0" w:line="166" w:lineRule="exact"/>
              <w:ind w:left="100" w:right="864"/>
              <w:rPr>
                <w:sz w:val="16"/>
                <w:szCs w:val="16"/>
              </w:rPr>
            </w:pPr>
            <w:r w:rsidRPr="004761A5">
              <w:rPr>
                <w:rFonts w:ascii="TimesNewRomanPS" w:eastAsia="TimesNewRomanPS" w:hAnsi="TimesNewRomanPS"/>
                <w:b/>
                <w:color w:val="0D5F78"/>
                <w:w w:val="97"/>
                <w:sz w:val="16"/>
                <w:szCs w:val="16"/>
              </w:rPr>
              <w:t xml:space="preserve">Tip </w:t>
            </w:r>
            <w:proofErr w:type="spellStart"/>
            <w:r w:rsidRPr="004761A5">
              <w:rPr>
                <w:rFonts w:ascii="TimesNewRomanPS" w:eastAsia="TimesNewRomanPS" w:hAnsi="TimesNewRomanPS"/>
                <w:b/>
                <w:color w:val="0D5F78"/>
                <w:w w:val="97"/>
                <w:sz w:val="16"/>
                <w:szCs w:val="16"/>
              </w:rPr>
              <w:t>amplasare</w:t>
            </w:r>
            <w:proofErr w:type="spellEnd"/>
            <w:r w:rsidRPr="004761A5">
              <w:rPr>
                <w:rFonts w:ascii="TimesNewRomanPS" w:eastAsia="TimesNewRomanPS" w:hAnsi="TimesNewRomanPS"/>
                <w:b/>
                <w:color w:val="0D5F78"/>
                <w:w w:val="97"/>
                <w:sz w:val="16"/>
                <w:szCs w:val="16"/>
              </w:rPr>
              <w:t xml:space="preserve"> </w:t>
            </w:r>
            <w:r w:rsidRPr="004761A5">
              <w:rPr>
                <w:sz w:val="16"/>
                <w:szCs w:val="16"/>
              </w:rPr>
              <w:br/>
            </w:r>
            <w:proofErr w:type="spellStart"/>
            <w:r w:rsidRPr="004761A5">
              <w:rPr>
                <w:rFonts w:ascii="TimesNewRomanPS" w:eastAsia="TimesNewRomanPS" w:hAnsi="TimesNewRomanPS"/>
                <w:i/>
                <w:color w:val="7A7A7A"/>
                <w:w w:val="97"/>
                <w:sz w:val="16"/>
                <w:szCs w:val="16"/>
              </w:rPr>
              <w:t>izolat</w:t>
            </w:r>
            <w:proofErr w:type="spellEnd"/>
            <w:r w:rsidRPr="004761A5">
              <w:rPr>
                <w:rFonts w:ascii="TimesNewRomanPS" w:eastAsia="TimesNewRomanPS" w:hAnsi="TimesNewRomanPS"/>
                <w:i/>
                <w:color w:val="7A7A7A"/>
                <w:w w:val="97"/>
                <w:sz w:val="16"/>
                <w:szCs w:val="16"/>
              </w:rPr>
              <w:t xml:space="preserve"> · </w:t>
            </w:r>
            <w:proofErr w:type="spellStart"/>
            <w:r w:rsidRPr="004761A5">
              <w:rPr>
                <w:rFonts w:ascii="TimesNewRomanPS" w:eastAsia="TimesNewRomanPS" w:hAnsi="TimesNewRomanPS"/>
                <w:i/>
                <w:color w:val="7A7A7A"/>
                <w:w w:val="97"/>
                <w:sz w:val="16"/>
                <w:szCs w:val="16"/>
              </w:rPr>
              <w:t>cuplat</w:t>
            </w:r>
            <w:proofErr w:type="spellEnd"/>
            <w:r w:rsidRPr="004761A5">
              <w:rPr>
                <w:rFonts w:ascii="TimesNewRomanPS" w:eastAsia="TimesNewRomanPS" w:hAnsi="TimesNewRomanPS"/>
                <w:i/>
                <w:color w:val="7A7A7A"/>
                <w:w w:val="97"/>
                <w:sz w:val="16"/>
                <w:szCs w:val="16"/>
              </w:rPr>
              <w:t xml:space="preserve"> · </w:t>
            </w:r>
            <w:proofErr w:type="spellStart"/>
            <w:r w:rsidRPr="004761A5">
              <w:rPr>
                <w:rFonts w:ascii="TimesNewRomanPS" w:eastAsia="TimesNewRomanPS" w:hAnsi="TimesNewRomanPS"/>
                <w:i/>
                <w:color w:val="7A7A7A"/>
                <w:w w:val="97"/>
                <w:sz w:val="16"/>
                <w:szCs w:val="16"/>
              </w:rPr>
              <w:t>înșiruit</w:t>
            </w:r>
            <w:proofErr w:type="spellEnd"/>
          </w:p>
        </w:tc>
        <w:tc>
          <w:tcPr>
            <w:tcW w:w="2336" w:type="dxa"/>
            <w:gridSpan w:val="2"/>
            <w:tcBorders>
              <w:top w:val="single" w:sz="4" w:space="0" w:color="767676"/>
              <w:left w:val="single" w:sz="3" w:space="0" w:color="767676"/>
              <w:bottom w:val="single" w:sz="4" w:space="0" w:color="767676"/>
              <w:right w:val="single" w:sz="3" w:space="0" w:color="767676"/>
            </w:tcBorders>
            <w:shd w:val="clear" w:color="auto" w:fill="FFFFFF"/>
            <w:tcMar>
              <w:left w:w="0" w:type="dxa"/>
              <w:right w:w="0" w:type="dxa"/>
            </w:tcMar>
          </w:tcPr>
          <w:p w14:paraId="1EC31FE3"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Tipologie</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morfologie</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urbană</w:t>
            </w:r>
            <w:proofErr w:type="spellEnd"/>
          </w:p>
        </w:tc>
        <w:tc>
          <w:tcPr>
            <w:tcW w:w="2338" w:type="dxa"/>
            <w:tcBorders>
              <w:top w:val="single" w:sz="4" w:space="0" w:color="767676"/>
              <w:left w:val="single" w:sz="3" w:space="0" w:color="767676"/>
              <w:bottom w:val="single" w:sz="4" w:space="0" w:color="767676"/>
              <w:right w:val="single" w:sz="3" w:space="0" w:color="767676"/>
            </w:tcBorders>
            <w:shd w:val="clear" w:color="auto" w:fill="FFFFFF"/>
            <w:tcMar>
              <w:left w:w="0" w:type="dxa"/>
              <w:right w:w="0" w:type="dxa"/>
            </w:tcMar>
          </w:tcPr>
          <w:p w14:paraId="3EAB111F"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 xml:space="preserve">Front </w:t>
            </w:r>
            <w:proofErr w:type="spellStart"/>
            <w:r w:rsidRPr="004761A5">
              <w:rPr>
                <w:rFonts w:ascii="TimesNewRomanPS" w:eastAsia="TimesNewRomanPS" w:hAnsi="TimesNewRomanPS"/>
                <w:b/>
                <w:color w:val="0D5F78"/>
                <w:w w:val="97"/>
                <w:sz w:val="16"/>
                <w:szCs w:val="16"/>
              </w:rPr>
              <w:t>construit</w:t>
            </w:r>
            <w:proofErr w:type="spellEnd"/>
            <w:r w:rsidRPr="004761A5">
              <w:rPr>
                <w:rFonts w:ascii="TimesNewRomanPS" w:eastAsia="TimesNewRomanPS" w:hAnsi="TimesNewRomanPS"/>
                <w:b/>
                <w:color w:val="0D5F78"/>
                <w:w w:val="97"/>
                <w:sz w:val="16"/>
                <w:szCs w:val="16"/>
              </w:rPr>
              <w:t xml:space="preserve"> </w:t>
            </w:r>
          </w:p>
        </w:tc>
        <w:tc>
          <w:tcPr>
            <w:tcW w:w="2336" w:type="dxa"/>
            <w:tcBorders>
              <w:top w:val="single" w:sz="4" w:space="0" w:color="767676"/>
              <w:left w:val="single" w:sz="3" w:space="0" w:color="767676"/>
              <w:bottom w:val="single" w:sz="4" w:space="0" w:color="767676"/>
              <w:right w:val="single" w:sz="3" w:space="0" w:color="767676"/>
            </w:tcBorders>
            <w:shd w:val="clear" w:color="auto" w:fill="FFFFFF"/>
            <w:tcMar>
              <w:left w:w="0" w:type="dxa"/>
              <w:right w:w="0" w:type="dxa"/>
            </w:tcMar>
          </w:tcPr>
          <w:p w14:paraId="43BC9AF1"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Curte</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interioară</w:t>
            </w:r>
            <w:proofErr w:type="spellEnd"/>
          </w:p>
        </w:tc>
      </w:tr>
      <w:tr w:rsidR="00BD2397" w:rsidRPr="00D027DE" w14:paraId="2D7B29AD" w14:textId="77777777">
        <w:trPr>
          <w:trHeight w:hRule="exact" w:val="190"/>
        </w:trPr>
        <w:tc>
          <w:tcPr>
            <w:tcW w:w="9348" w:type="dxa"/>
            <w:gridSpan w:val="5"/>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14702654" w14:textId="77777777" w:rsidR="00BD2397" w:rsidRPr="001F7E48" w:rsidRDefault="00B8640C">
            <w:pPr>
              <w:autoSpaceDE w:val="0"/>
              <w:autoSpaceDN w:val="0"/>
              <w:spacing w:after="0" w:line="156" w:lineRule="exact"/>
              <w:ind w:left="100"/>
              <w:rPr>
                <w:sz w:val="16"/>
                <w:szCs w:val="16"/>
                <w:lang w:val="pt-PT"/>
              </w:rPr>
            </w:pPr>
            <w:r w:rsidRPr="001F7E48">
              <w:rPr>
                <w:rFonts w:ascii="TimesNewRomanPSMT" w:eastAsia="TimesNewRomanPSMT" w:hAnsi="TimesNewRomanPSMT"/>
                <w:color w:val="000000"/>
                <w:w w:val="103"/>
                <w:sz w:val="16"/>
                <w:szCs w:val="16"/>
                <w:lang w:val="pt-PT"/>
              </w:rPr>
              <w:t xml:space="preserve"> Amplasarea clădirilor pe teren, după realizarea lucrărilor — retragerile minime</w:t>
            </w:r>
          </w:p>
        </w:tc>
      </w:tr>
      <w:tr w:rsidR="00BD2397" w:rsidRPr="00D027DE" w14:paraId="68D96112" w14:textId="77777777">
        <w:trPr>
          <w:trHeight w:hRule="exact" w:val="504"/>
        </w:trPr>
        <w:tc>
          <w:tcPr>
            <w:tcW w:w="2338" w:type="dxa"/>
            <w:tcBorders>
              <w:top w:val="single" w:sz="3" w:space="0" w:color="767676"/>
              <w:left w:val="single" w:sz="3" w:space="0" w:color="767676"/>
              <w:bottom w:val="single" w:sz="3" w:space="0" w:color="767676"/>
              <w:right w:val="single" w:sz="3" w:space="0" w:color="767676"/>
            </w:tcBorders>
            <w:tcMar>
              <w:left w:w="0" w:type="dxa"/>
              <w:right w:w="0" w:type="dxa"/>
            </w:tcMar>
          </w:tcPr>
          <w:p w14:paraId="68FA9E6C"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față</w:t>
            </w:r>
            <w:proofErr w:type="spellEnd"/>
            <w:r w:rsidRPr="004761A5">
              <w:rPr>
                <w:rFonts w:ascii="TimesNewRomanPS" w:eastAsia="TimesNewRomanPS" w:hAnsi="TimesNewRomanPS"/>
                <w:b/>
                <w:color w:val="0D5F78"/>
                <w:w w:val="97"/>
                <w:sz w:val="16"/>
                <w:szCs w:val="16"/>
              </w:rPr>
              <w:t xml:space="preserve"> de </w:t>
            </w:r>
            <w:proofErr w:type="spellStart"/>
            <w:r w:rsidRPr="004761A5">
              <w:rPr>
                <w:rFonts w:ascii="TimesNewRomanPS" w:eastAsia="TimesNewRomanPS" w:hAnsi="TimesNewRomanPS"/>
                <w:b/>
                <w:color w:val="0D5F78"/>
                <w:w w:val="97"/>
                <w:sz w:val="16"/>
                <w:szCs w:val="16"/>
              </w:rPr>
              <w:t>aliniament</w:t>
            </w:r>
            <w:proofErr w:type="spellEnd"/>
            <w:r w:rsidRPr="004761A5">
              <w:rPr>
                <w:rFonts w:ascii="TimesNewRomanPS" w:eastAsia="TimesNewRomanPS" w:hAnsi="TimesNewRomanPS"/>
                <w:b/>
                <w:color w:val="0D5F78"/>
                <w:w w:val="97"/>
                <w:sz w:val="16"/>
                <w:szCs w:val="16"/>
              </w:rPr>
              <w:t xml:space="preserve"> (m)</w:t>
            </w:r>
          </w:p>
        </w:tc>
        <w:tc>
          <w:tcPr>
            <w:tcW w:w="233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14:paraId="719C877F" w14:textId="77777777" w:rsidR="00BD2397" w:rsidRPr="001F7E48" w:rsidRDefault="00B8640C">
            <w:pPr>
              <w:autoSpaceDE w:val="0"/>
              <w:autoSpaceDN w:val="0"/>
              <w:spacing w:after="0" w:line="144" w:lineRule="exact"/>
              <w:jc w:val="center"/>
              <w:rPr>
                <w:sz w:val="16"/>
                <w:szCs w:val="16"/>
                <w:lang w:val="pt-PT"/>
              </w:rPr>
            </w:pPr>
            <w:r w:rsidRPr="001F7E48">
              <w:rPr>
                <w:rFonts w:ascii="TimesNewRomanPS" w:eastAsia="TimesNewRomanPS" w:hAnsi="TimesNewRomanPS"/>
                <w:b/>
                <w:color w:val="0D5F78"/>
                <w:w w:val="97"/>
                <w:sz w:val="16"/>
                <w:szCs w:val="16"/>
                <w:lang w:val="pt-PT"/>
              </w:rPr>
              <w:t>față de limita lateral-dreapta (m)</w:t>
            </w:r>
          </w:p>
        </w:tc>
        <w:tc>
          <w:tcPr>
            <w:tcW w:w="2338" w:type="dxa"/>
            <w:tcBorders>
              <w:top w:val="single" w:sz="3" w:space="0" w:color="767676"/>
              <w:left w:val="single" w:sz="3" w:space="0" w:color="767676"/>
              <w:bottom w:val="single" w:sz="3" w:space="0" w:color="767676"/>
              <w:right w:val="single" w:sz="3" w:space="0" w:color="767676"/>
            </w:tcBorders>
            <w:tcMar>
              <w:left w:w="0" w:type="dxa"/>
              <w:right w:w="0" w:type="dxa"/>
            </w:tcMar>
          </w:tcPr>
          <w:p w14:paraId="1D07136B" w14:textId="77777777" w:rsidR="00BD2397" w:rsidRPr="004761A5" w:rsidRDefault="00B8640C">
            <w:pPr>
              <w:autoSpaceDE w:val="0"/>
              <w:autoSpaceDN w:val="0"/>
              <w:spacing w:after="0" w:line="144" w:lineRule="exact"/>
              <w:ind w:left="102"/>
              <w:rPr>
                <w:sz w:val="16"/>
                <w:szCs w:val="16"/>
                <w:lang w:val="sv-SE"/>
              </w:rPr>
            </w:pPr>
            <w:r w:rsidRPr="004761A5">
              <w:rPr>
                <w:rFonts w:ascii="TimesNewRomanPS" w:eastAsia="TimesNewRomanPS" w:hAnsi="TimesNewRomanPS"/>
                <w:b/>
                <w:color w:val="0D5F78"/>
                <w:w w:val="97"/>
                <w:sz w:val="16"/>
                <w:szCs w:val="16"/>
                <w:lang w:val="sv-SE"/>
              </w:rPr>
              <w:t>față de limita lateral-stânga (m)</w:t>
            </w:r>
          </w:p>
        </w:tc>
        <w:tc>
          <w:tcPr>
            <w:tcW w:w="2336" w:type="dxa"/>
            <w:tcBorders>
              <w:top w:val="single" w:sz="3" w:space="0" w:color="767676"/>
              <w:left w:val="single" w:sz="3" w:space="0" w:color="767676"/>
              <w:bottom w:val="single" w:sz="3" w:space="0" w:color="767676"/>
              <w:right w:val="single" w:sz="3" w:space="0" w:color="767676"/>
            </w:tcBorders>
            <w:tcMar>
              <w:left w:w="0" w:type="dxa"/>
              <w:right w:w="0" w:type="dxa"/>
            </w:tcMar>
          </w:tcPr>
          <w:p w14:paraId="3380A226" w14:textId="77777777" w:rsidR="00BD2397" w:rsidRPr="004761A5" w:rsidRDefault="00B8640C">
            <w:pPr>
              <w:autoSpaceDE w:val="0"/>
              <w:autoSpaceDN w:val="0"/>
              <w:spacing w:after="0" w:line="144" w:lineRule="exact"/>
              <w:ind w:left="100"/>
              <w:rPr>
                <w:sz w:val="16"/>
                <w:szCs w:val="16"/>
                <w:lang w:val="sv-SE"/>
              </w:rPr>
            </w:pPr>
            <w:r w:rsidRPr="004761A5">
              <w:rPr>
                <w:rFonts w:ascii="TimesNewRomanPS" w:eastAsia="TimesNewRomanPS" w:hAnsi="TimesNewRomanPS"/>
                <w:b/>
                <w:color w:val="0D5F78"/>
                <w:w w:val="97"/>
                <w:sz w:val="16"/>
                <w:szCs w:val="16"/>
                <w:lang w:val="sv-SE"/>
              </w:rPr>
              <w:t>față de limita posterioară (m)</w:t>
            </w:r>
          </w:p>
        </w:tc>
      </w:tr>
      <w:tr w:rsidR="00BD2397" w:rsidRPr="00D027DE" w14:paraId="73A50374" w14:textId="77777777">
        <w:trPr>
          <w:trHeight w:hRule="exact" w:val="230"/>
        </w:trPr>
        <w:tc>
          <w:tcPr>
            <w:tcW w:w="4674" w:type="dxa"/>
            <w:gridSpan w:val="3"/>
            <w:tcBorders>
              <w:top w:val="single" w:sz="3" w:space="0" w:color="767676"/>
              <w:left w:val="single" w:sz="3" w:space="0" w:color="767676"/>
              <w:bottom w:val="single" w:sz="4" w:space="0" w:color="767676"/>
              <w:right w:val="single" w:sz="3" w:space="0" w:color="767676"/>
            </w:tcBorders>
            <w:shd w:val="clear" w:color="auto" w:fill="F1F2F1"/>
            <w:tcMar>
              <w:left w:w="0" w:type="dxa"/>
              <w:right w:w="0" w:type="dxa"/>
            </w:tcMar>
          </w:tcPr>
          <w:p w14:paraId="766DE480" w14:textId="77777777" w:rsidR="00BD2397" w:rsidRPr="001F7E48" w:rsidRDefault="00B8640C">
            <w:pPr>
              <w:autoSpaceDE w:val="0"/>
              <w:autoSpaceDN w:val="0"/>
              <w:spacing w:after="0" w:line="146"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Procent de ocupare a terenului (%) </w:t>
            </w:r>
          </w:p>
        </w:tc>
        <w:tc>
          <w:tcPr>
            <w:tcW w:w="4674" w:type="dxa"/>
            <w:gridSpan w:val="2"/>
            <w:tcBorders>
              <w:top w:val="single" w:sz="3" w:space="0" w:color="767676"/>
              <w:left w:val="single" w:sz="3" w:space="0" w:color="767676"/>
              <w:bottom w:val="single" w:sz="4" w:space="0" w:color="767676"/>
              <w:right w:val="single" w:sz="3" w:space="0" w:color="767676"/>
            </w:tcBorders>
            <w:shd w:val="clear" w:color="auto" w:fill="F1F2F1"/>
            <w:tcMar>
              <w:left w:w="0" w:type="dxa"/>
              <w:right w:w="0" w:type="dxa"/>
            </w:tcMar>
          </w:tcPr>
          <w:p w14:paraId="70E3F117" w14:textId="77777777" w:rsidR="00BD2397" w:rsidRPr="001F7E48" w:rsidRDefault="00B8640C">
            <w:pPr>
              <w:autoSpaceDE w:val="0"/>
              <w:autoSpaceDN w:val="0"/>
              <w:spacing w:after="0" w:line="146" w:lineRule="exact"/>
              <w:ind w:left="102"/>
              <w:rPr>
                <w:sz w:val="16"/>
                <w:szCs w:val="16"/>
                <w:lang w:val="pt-PT"/>
              </w:rPr>
            </w:pPr>
            <w:r w:rsidRPr="001F7E48">
              <w:rPr>
                <w:rFonts w:ascii="TimesNewRomanPSMT" w:eastAsia="TimesNewRomanPSMT" w:hAnsi="TimesNewRomanPSMT"/>
                <w:color w:val="000000"/>
                <w:w w:val="97"/>
                <w:sz w:val="16"/>
                <w:szCs w:val="16"/>
                <w:lang w:val="pt-PT"/>
              </w:rPr>
              <w:t xml:space="preserve">Coeficient de utilizare a terenului </w:t>
            </w:r>
          </w:p>
        </w:tc>
      </w:tr>
      <w:tr w:rsidR="00BD2397" w:rsidRPr="004761A5" w14:paraId="59AE4F2C" w14:textId="77777777">
        <w:trPr>
          <w:trHeight w:hRule="exact" w:val="272"/>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1C825BF9"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Existent </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500F2969" w14:textId="77777777" w:rsidR="00BD2397" w:rsidRPr="004761A5" w:rsidRDefault="00BD2397">
            <w:pPr>
              <w:spacing w:after="0"/>
              <w:rPr>
                <w:sz w:val="16"/>
                <w:szCs w:val="16"/>
              </w:rPr>
            </w:pPr>
          </w:p>
        </w:tc>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70B485B2"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 xml:space="preserve">Existent </w:t>
            </w:r>
          </w:p>
        </w:tc>
        <w:tc>
          <w:tcPr>
            <w:tcW w:w="2336" w:type="dxa"/>
            <w:tcBorders>
              <w:top w:val="single" w:sz="4" w:space="0" w:color="767676"/>
              <w:left w:val="single" w:sz="3" w:space="0" w:color="767676"/>
              <w:bottom w:val="single" w:sz="4" w:space="0" w:color="767676"/>
              <w:right w:val="single" w:sz="3" w:space="0" w:color="767676"/>
            </w:tcBorders>
            <w:tcMar>
              <w:left w:w="0" w:type="dxa"/>
              <w:right w:w="0" w:type="dxa"/>
            </w:tcMar>
          </w:tcPr>
          <w:p w14:paraId="5879F4B9" w14:textId="77777777" w:rsidR="00BD2397" w:rsidRPr="004761A5" w:rsidRDefault="00BD2397">
            <w:pPr>
              <w:spacing w:after="0"/>
              <w:rPr>
                <w:sz w:val="16"/>
                <w:szCs w:val="16"/>
              </w:rPr>
            </w:pPr>
          </w:p>
        </w:tc>
      </w:tr>
      <w:tr w:rsidR="00BD2397" w:rsidRPr="004761A5" w14:paraId="5AD9E2FD" w14:textId="77777777">
        <w:trPr>
          <w:trHeight w:hRule="exact" w:val="276"/>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0F202F64"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Propus</w:t>
            </w:r>
            <w:proofErr w:type="spellEnd"/>
            <w:r w:rsidRPr="004761A5">
              <w:rPr>
                <w:rFonts w:ascii="TimesNewRomanPS" w:eastAsia="TimesNewRomanPS" w:hAnsi="TimesNewRomanPS"/>
                <w:b/>
                <w:color w:val="0D5F78"/>
                <w:w w:val="97"/>
                <w:sz w:val="16"/>
                <w:szCs w:val="16"/>
              </w:rPr>
              <w:t xml:space="preserve"> </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60C6D216" w14:textId="77777777" w:rsidR="00BD2397" w:rsidRPr="004761A5" w:rsidRDefault="00BD2397">
            <w:pPr>
              <w:spacing w:after="0"/>
              <w:rPr>
                <w:sz w:val="16"/>
                <w:szCs w:val="16"/>
              </w:rPr>
            </w:pPr>
          </w:p>
        </w:tc>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46769020" w14:textId="77777777" w:rsidR="00BD2397" w:rsidRPr="004761A5" w:rsidRDefault="00B8640C">
            <w:pPr>
              <w:autoSpaceDE w:val="0"/>
              <w:autoSpaceDN w:val="0"/>
              <w:spacing w:after="0" w:line="146" w:lineRule="exact"/>
              <w:ind w:left="102"/>
              <w:rPr>
                <w:sz w:val="16"/>
                <w:szCs w:val="16"/>
              </w:rPr>
            </w:pPr>
            <w:proofErr w:type="spellStart"/>
            <w:r w:rsidRPr="004761A5">
              <w:rPr>
                <w:rFonts w:ascii="TimesNewRomanPS" w:eastAsia="TimesNewRomanPS" w:hAnsi="TimesNewRomanPS"/>
                <w:b/>
                <w:color w:val="0D5F78"/>
                <w:w w:val="97"/>
                <w:sz w:val="16"/>
                <w:szCs w:val="16"/>
              </w:rPr>
              <w:t>Propus</w:t>
            </w:r>
            <w:proofErr w:type="spellEnd"/>
            <w:r w:rsidRPr="004761A5">
              <w:rPr>
                <w:rFonts w:ascii="TimesNewRomanPS" w:eastAsia="TimesNewRomanPS" w:hAnsi="TimesNewRomanPS"/>
                <w:b/>
                <w:color w:val="0D5F78"/>
                <w:w w:val="97"/>
                <w:sz w:val="16"/>
                <w:szCs w:val="16"/>
              </w:rPr>
              <w:t xml:space="preserve"> </w:t>
            </w:r>
          </w:p>
        </w:tc>
        <w:tc>
          <w:tcPr>
            <w:tcW w:w="2336" w:type="dxa"/>
            <w:tcBorders>
              <w:top w:val="single" w:sz="4" w:space="0" w:color="767676"/>
              <w:left w:val="single" w:sz="3" w:space="0" w:color="767676"/>
              <w:bottom w:val="single" w:sz="4" w:space="0" w:color="767676"/>
              <w:right w:val="single" w:sz="3" w:space="0" w:color="767676"/>
            </w:tcBorders>
            <w:tcMar>
              <w:left w:w="0" w:type="dxa"/>
              <w:right w:w="0" w:type="dxa"/>
            </w:tcMar>
          </w:tcPr>
          <w:p w14:paraId="4D83F850" w14:textId="77777777" w:rsidR="00BD2397" w:rsidRPr="004761A5" w:rsidRDefault="00BD2397">
            <w:pPr>
              <w:spacing w:after="0"/>
              <w:rPr>
                <w:sz w:val="16"/>
                <w:szCs w:val="16"/>
              </w:rPr>
            </w:pPr>
          </w:p>
        </w:tc>
      </w:tr>
    </w:tbl>
    <w:p w14:paraId="73E5DA26" w14:textId="7341DF28" w:rsidR="00BD2397" w:rsidRPr="001F7E48" w:rsidRDefault="00B8640C">
      <w:pPr>
        <w:tabs>
          <w:tab w:val="left" w:pos="4836"/>
        </w:tabs>
        <w:autoSpaceDE w:val="0"/>
        <w:autoSpaceDN w:val="0"/>
        <w:spacing w:after="0" w:line="144" w:lineRule="exact"/>
        <w:ind w:left="710"/>
        <w:rPr>
          <w:sz w:val="16"/>
          <w:szCs w:val="16"/>
          <w:lang w:val="pt-PT"/>
        </w:rPr>
      </w:pPr>
      <w:r w:rsidRPr="001F7E48">
        <w:rPr>
          <w:sz w:val="16"/>
          <w:szCs w:val="16"/>
          <w:lang w:val="pt-PT"/>
        </w:rPr>
        <w:tab/>
      </w:r>
      <w:r w:rsidRPr="001F7E48">
        <w:rPr>
          <w:rFonts w:ascii="TimesNewRomanPSMT" w:eastAsia="TimesNewRomanPSMT" w:hAnsi="TimesNewRomanPSMT"/>
          <w:color w:val="595959"/>
          <w:w w:val="97"/>
          <w:sz w:val="16"/>
          <w:szCs w:val="16"/>
          <w:lang w:val="pt-PT"/>
        </w:rPr>
        <w:t>pagina 4 din 6</w:t>
      </w:r>
    </w:p>
    <w:p w14:paraId="53EEE6A1" w14:textId="77777777" w:rsidR="00BD2397" w:rsidRPr="001F7E48" w:rsidRDefault="00BD2397">
      <w:pPr>
        <w:spacing w:after="0"/>
        <w:rPr>
          <w:sz w:val="16"/>
          <w:szCs w:val="16"/>
          <w:lang w:val="pt-PT"/>
        </w:rPr>
        <w:sectPr w:rsidR="00BD2397" w:rsidRPr="001F7E48">
          <w:pgSz w:w="11900" w:h="16840"/>
          <w:pgMar w:top="126" w:right="1358" w:bottom="236" w:left="564" w:header="720" w:footer="720" w:gutter="0"/>
          <w:cols w:space="708"/>
          <w:docGrid w:linePitch="360"/>
        </w:sectPr>
      </w:pPr>
    </w:p>
    <w:p w14:paraId="0F128E06" w14:textId="77777777" w:rsidR="00BD2397" w:rsidRPr="001F7E48" w:rsidRDefault="00BD2397">
      <w:pPr>
        <w:autoSpaceDE w:val="0"/>
        <w:autoSpaceDN w:val="0"/>
        <w:spacing w:after="0" w:line="126" w:lineRule="exact"/>
        <w:rPr>
          <w:sz w:val="16"/>
          <w:szCs w:val="16"/>
          <w:lang w:val="pt-PT"/>
        </w:rPr>
      </w:pPr>
    </w:p>
    <w:p w14:paraId="719B0A84" w14:textId="2CB3DB9C" w:rsidR="00BD2397" w:rsidRPr="004761A5" w:rsidRDefault="00BD2397">
      <w:pPr>
        <w:autoSpaceDE w:val="0"/>
        <w:autoSpaceDN w:val="0"/>
        <w:spacing w:after="0" w:line="144" w:lineRule="exact"/>
        <w:ind w:left="108"/>
        <w:rPr>
          <w:sz w:val="16"/>
          <w:szCs w:val="16"/>
        </w:rPr>
      </w:pPr>
    </w:p>
    <w:tbl>
      <w:tblPr>
        <w:tblW w:w="0" w:type="auto"/>
        <w:tblInd w:w="4" w:type="dxa"/>
        <w:tblLayout w:type="fixed"/>
        <w:tblLook w:val="04A0" w:firstRow="1" w:lastRow="0" w:firstColumn="1" w:lastColumn="0" w:noHBand="0" w:noVBand="1"/>
      </w:tblPr>
      <w:tblGrid>
        <w:gridCol w:w="2338"/>
        <w:gridCol w:w="2336"/>
        <w:gridCol w:w="2338"/>
        <w:gridCol w:w="2336"/>
      </w:tblGrid>
      <w:tr w:rsidR="00BD2397" w:rsidRPr="004761A5" w14:paraId="6F8F5751" w14:textId="77777777">
        <w:trPr>
          <w:trHeight w:hRule="exact" w:val="210"/>
        </w:trPr>
        <w:tc>
          <w:tcPr>
            <w:tcW w:w="9348" w:type="dxa"/>
            <w:gridSpan w:val="4"/>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63EF54A6" w14:textId="77777777" w:rsidR="00BD2397" w:rsidRPr="004761A5" w:rsidRDefault="00B8640C">
            <w:pPr>
              <w:autoSpaceDE w:val="0"/>
              <w:autoSpaceDN w:val="0"/>
              <w:spacing w:after="0" w:line="174" w:lineRule="exact"/>
              <w:ind w:left="100"/>
              <w:rPr>
                <w:sz w:val="16"/>
                <w:szCs w:val="16"/>
              </w:rPr>
            </w:pPr>
            <w:r w:rsidRPr="004761A5">
              <w:rPr>
                <w:rFonts w:ascii="TimesNewRomanPS" w:eastAsia="TimesNewRomanPS" w:hAnsi="TimesNewRomanPS"/>
                <w:b/>
                <w:color w:val="000000"/>
                <w:w w:val="103"/>
                <w:sz w:val="16"/>
                <w:szCs w:val="16"/>
              </w:rPr>
              <w:t xml:space="preserve">3. </w:t>
            </w:r>
            <w:r w:rsidRPr="004761A5">
              <w:rPr>
                <w:rFonts w:ascii="TimesNewRomanPS" w:eastAsia="TimesNewRomanPS" w:hAnsi="TimesNewRomanPS"/>
                <w:b/>
                <w:color w:val="000000"/>
                <w:w w:val="102"/>
                <w:sz w:val="16"/>
                <w:szCs w:val="16"/>
              </w:rPr>
              <w:t xml:space="preserve">SUPRAFEȚE </w:t>
            </w:r>
          </w:p>
        </w:tc>
      </w:tr>
      <w:tr w:rsidR="00BD2397" w:rsidRPr="004761A5" w14:paraId="059225BC" w14:textId="77777777">
        <w:trPr>
          <w:trHeight w:hRule="exact" w:val="346"/>
        </w:trPr>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14:paraId="6915B7A8" w14:textId="77777777" w:rsidR="00BD2397" w:rsidRPr="004761A5" w:rsidRDefault="00B8640C">
            <w:pPr>
              <w:autoSpaceDE w:val="0"/>
              <w:autoSpaceDN w:val="0"/>
              <w:spacing w:after="0" w:line="154" w:lineRule="exact"/>
              <w:ind w:left="100"/>
              <w:rPr>
                <w:sz w:val="16"/>
                <w:szCs w:val="16"/>
              </w:rPr>
            </w:pPr>
            <w:proofErr w:type="spellStart"/>
            <w:r w:rsidRPr="004761A5">
              <w:rPr>
                <w:rFonts w:ascii="TimesNewRomanPSMT" w:eastAsia="TimesNewRomanPSMT" w:hAnsi="TimesNewRomanPSMT"/>
                <w:color w:val="000000"/>
                <w:w w:val="103"/>
                <w:sz w:val="16"/>
                <w:szCs w:val="16"/>
              </w:rPr>
              <w:t>clădiri</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existente</w:t>
            </w:r>
            <w:proofErr w:type="spellEnd"/>
            <w:r w:rsidRPr="004761A5">
              <w:rPr>
                <w:rFonts w:ascii="TimesNewRomanPSMT" w:eastAsia="TimesNewRomanPSMT" w:hAnsi="TimesNewRomanPSMT"/>
                <w:color w:val="000000"/>
                <w:w w:val="103"/>
                <w:sz w:val="16"/>
                <w:szCs w:val="16"/>
              </w:rPr>
              <w:t xml:space="preserve">, din care: </w:t>
            </w: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14:paraId="0133A457"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Suprafață</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construită</w:t>
            </w:r>
            <w:proofErr w:type="spellEnd"/>
            <w:r w:rsidRPr="004761A5">
              <w:rPr>
                <w:rFonts w:ascii="TimesNewRomanPS" w:eastAsia="TimesNewRomanPS" w:hAnsi="TimesNewRomanPS"/>
                <w:b/>
                <w:color w:val="0D5F78"/>
                <w:w w:val="97"/>
                <w:sz w:val="16"/>
                <w:szCs w:val="16"/>
              </w:rPr>
              <w:t xml:space="preserve"> (m²)</w:t>
            </w:r>
          </w:p>
        </w:tc>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14:paraId="35345E32" w14:textId="77777777" w:rsidR="00BD2397" w:rsidRPr="004761A5" w:rsidRDefault="00B8640C">
            <w:pPr>
              <w:autoSpaceDE w:val="0"/>
              <w:autoSpaceDN w:val="0"/>
              <w:spacing w:after="0" w:line="146" w:lineRule="exact"/>
              <w:ind w:left="102"/>
              <w:rPr>
                <w:sz w:val="16"/>
                <w:szCs w:val="16"/>
              </w:rPr>
            </w:pPr>
            <w:proofErr w:type="spellStart"/>
            <w:r w:rsidRPr="004761A5">
              <w:rPr>
                <w:rFonts w:ascii="TimesNewRomanPS" w:eastAsia="TimesNewRomanPS" w:hAnsi="TimesNewRomanPS"/>
                <w:b/>
                <w:color w:val="0D5F78"/>
                <w:w w:val="97"/>
                <w:sz w:val="16"/>
                <w:szCs w:val="16"/>
              </w:rPr>
              <w:t>Suprafață</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desfășurată</w:t>
            </w:r>
            <w:proofErr w:type="spellEnd"/>
            <w:r w:rsidRPr="004761A5">
              <w:rPr>
                <w:rFonts w:ascii="TimesNewRomanPS" w:eastAsia="TimesNewRomanPS" w:hAnsi="TimesNewRomanPS"/>
                <w:b/>
                <w:color w:val="0D5F78"/>
                <w:w w:val="97"/>
                <w:sz w:val="16"/>
                <w:szCs w:val="16"/>
              </w:rPr>
              <w:t xml:space="preserve"> (m²)</w:t>
            </w: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14:paraId="350E6DAC"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Suprafață</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utilă</w:t>
            </w:r>
            <w:proofErr w:type="spellEnd"/>
            <w:r w:rsidRPr="004761A5">
              <w:rPr>
                <w:rFonts w:ascii="TimesNewRomanPS" w:eastAsia="TimesNewRomanPS" w:hAnsi="TimesNewRomanPS"/>
                <w:b/>
                <w:color w:val="0D5F78"/>
                <w:w w:val="97"/>
                <w:sz w:val="16"/>
                <w:szCs w:val="16"/>
              </w:rPr>
              <w:t xml:space="preserve"> (m²)</w:t>
            </w:r>
          </w:p>
        </w:tc>
      </w:tr>
      <w:tr w:rsidR="00BD2397" w:rsidRPr="004761A5" w14:paraId="45A56DDD" w14:textId="77777777">
        <w:trPr>
          <w:trHeight w:hRule="exact" w:val="194"/>
        </w:trPr>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14:paraId="52BE48A4" w14:textId="77777777" w:rsidR="00BD2397" w:rsidRPr="004761A5" w:rsidRDefault="00B8640C">
            <w:pPr>
              <w:autoSpaceDE w:val="0"/>
              <w:autoSpaceDN w:val="0"/>
              <w:spacing w:after="0" w:line="156"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desființate</w:t>
            </w:r>
            <w:proofErr w:type="spellEnd"/>
            <w:r w:rsidRPr="004761A5">
              <w:rPr>
                <w:rFonts w:ascii="TimesNewRomanPSMT" w:eastAsia="TimesNewRomanPSMT" w:hAnsi="TimesNewRomanPSMT"/>
                <w:color w:val="000000"/>
                <w:w w:val="103"/>
                <w:sz w:val="16"/>
                <w:szCs w:val="16"/>
              </w:rPr>
              <w:t xml:space="preserve"> </w:t>
            </w: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14:paraId="68F5ABA2" w14:textId="77777777" w:rsidR="00BD2397" w:rsidRPr="004761A5" w:rsidRDefault="00BD2397">
            <w:pPr>
              <w:spacing w:after="0"/>
              <w:rPr>
                <w:sz w:val="16"/>
                <w:szCs w:val="16"/>
              </w:rPr>
            </w:pPr>
          </w:p>
        </w:tc>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14:paraId="33C64529" w14:textId="77777777" w:rsidR="00BD2397" w:rsidRPr="004761A5" w:rsidRDefault="00BD2397">
            <w:pPr>
              <w:spacing w:after="0"/>
              <w:rPr>
                <w:sz w:val="16"/>
                <w:szCs w:val="16"/>
              </w:rPr>
            </w:pP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14:paraId="58581188" w14:textId="77777777" w:rsidR="00BD2397" w:rsidRPr="004761A5" w:rsidRDefault="00BD2397">
            <w:pPr>
              <w:spacing w:after="0"/>
              <w:rPr>
                <w:sz w:val="16"/>
                <w:szCs w:val="16"/>
              </w:rPr>
            </w:pPr>
          </w:p>
        </w:tc>
      </w:tr>
      <w:tr w:rsidR="00BD2397" w:rsidRPr="004761A5" w14:paraId="5FD6352E" w14:textId="77777777">
        <w:trPr>
          <w:trHeight w:hRule="exact" w:val="190"/>
        </w:trPr>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14:paraId="7674A0DB" w14:textId="77777777" w:rsidR="00BD2397" w:rsidRPr="004761A5" w:rsidRDefault="00B8640C">
            <w:pPr>
              <w:autoSpaceDE w:val="0"/>
              <w:autoSpaceDN w:val="0"/>
              <w:spacing w:after="0" w:line="154"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menținute</w:t>
            </w:r>
            <w:proofErr w:type="spellEnd"/>
            <w:r w:rsidRPr="004761A5">
              <w:rPr>
                <w:rFonts w:ascii="TimesNewRomanPSMT" w:eastAsia="TimesNewRomanPSMT" w:hAnsi="TimesNewRomanPSMT"/>
                <w:color w:val="000000"/>
                <w:w w:val="103"/>
                <w:sz w:val="16"/>
                <w:szCs w:val="16"/>
              </w:rPr>
              <w:t xml:space="preserve"> </w:t>
            </w: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14:paraId="734BEF23" w14:textId="77777777" w:rsidR="00BD2397" w:rsidRPr="004761A5" w:rsidRDefault="00BD2397">
            <w:pPr>
              <w:spacing w:after="0"/>
              <w:rPr>
                <w:sz w:val="16"/>
                <w:szCs w:val="16"/>
              </w:rPr>
            </w:pPr>
          </w:p>
        </w:tc>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14:paraId="4321FC0A" w14:textId="77777777" w:rsidR="00BD2397" w:rsidRPr="004761A5" w:rsidRDefault="00BD2397">
            <w:pPr>
              <w:spacing w:after="0"/>
              <w:rPr>
                <w:sz w:val="16"/>
                <w:szCs w:val="16"/>
              </w:rPr>
            </w:pP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14:paraId="09CEDBE2" w14:textId="77777777" w:rsidR="00BD2397" w:rsidRPr="004761A5" w:rsidRDefault="00BD2397">
            <w:pPr>
              <w:spacing w:after="0"/>
              <w:rPr>
                <w:sz w:val="16"/>
                <w:szCs w:val="16"/>
              </w:rPr>
            </w:pPr>
          </w:p>
        </w:tc>
      </w:tr>
      <w:tr w:rsidR="00BD2397" w:rsidRPr="004761A5" w14:paraId="54F6AD4A" w14:textId="77777777">
        <w:trPr>
          <w:trHeight w:hRule="exact" w:val="230"/>
        </w:trPr>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14:paraId="37C31BE0" w14:textId="77777777" w:rsidR="00BD2397" w:rsidRPr="004761A5" w:rsidRDefault="00B8640C">
            <w:pPr>
              <w:autoSpaceDE w:val="0"/>
              <w:autoSpaceDN w:val="0"/>
              <w:spacing w:after="0" w:line="156" w:lineRule="exact"/>
              <w:ind w:left="100"/>
              <w:rPr>
                <w:sz w:val="16"/>
                <w:szCs w:val="16"/>
              </w:rPr>
            </w:pPr>
            <w:proofErr w:type="spellStart"/>
            <w:r w:rsidRPr="004761A5">
              <w:rPr>
                <w:rFonts w:ascii="TimesNewRomanPSMT" w:eastAsia="TimesNewRomanPSMT" w:hAnsi="TimesNewRomanPSMT"/>
                <w:color w:val="000000"/>
                <w:w w:val="103"/>
                <w:sz w:val="16"/>
                <w:szCs w:val="16"/>
              </w:rPr>
              <w:t>clădiri</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propuse</w:t>
            </w:r>
            <w:proofErr w:type="spellEnd"/>
            <w:r w:rsidRPr="004761A5">
              <w:rPr>
                <w:rFonts w:ascii="TimesNewRomanPSMT" w:eastAsia="TimesNewRomanPSMT" w:hAnsi="TimesNewRomanPSMT"/>
                <w:color w:val="000000"/>
                <w:w w:val="103"/>
                <w:sz w:val="16"/>
                <w:szCs w:val="16"/>
              </w:rPr>
              <w:t xml:space="preserve"> </w:t>
            </w: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14:paraId="53112502" w14:textId="77777777" w:rsidR="00BD2397" w:rsidRPr="004761A5" w:rsidRDefault="00BD2397">
            <w:pPr>
              <w:spacing w:after="0"/>
              <w:rPr>
                <w:sz w:val="16"/>
                <w:szCs w:val="16"/>
              </w:rPr>
            </w:pPr>
          </w:p>
        </w:tc>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14:paraId="53C5A640" w14:textId="77777777" w:rsidR="00BD2397" w:rsidRPr="004761A5" w:rsidRDefault="00BD2397">
            <w:pPr>
              <w:spacing w:after="0"/>
              <w:rPr>
                <w:sz w:val="16"/>
                <w:szCs w:val="16"/>
              </w:rPr>
            </w:pP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14:paraId="6087CE00" w14:textId="77777777" w:rsidR="00BD2397" w:rsidRPr="004761A5" w:rsidRDefault="00BD2397">
            <w:pPr>
              <w:spacing w:after="0"/>
              <w:rPr>
                <w:sz w:val="16"/>
                <w:szCs w:val="16"/>
              </w:rPr>
            </w:pPr>
          </w:p>
        </w:tc>
      </w:tr>
      <w:tr w:rsidR="00BD2397" w:rsidRPr="004761A5" w14:paraId="2C6BC03B" w14:textId="77777777">
        <w:trPr>
          <w:trHeight w:hRule="exact" w:val="188"/>
        </w:trPr>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14:paraId="1662E12D" w14:textId="77777777" w:rsidR="00BD2397" w:rsidRPr="004761A5" w:rsidRDefault="00B8640C">
            <w:pPr>
              <w:autoSpaceDE w:val="0"/>
              <w:autoSpaceDN w:val="0"/>
              <w:spacing w:after="0" w:line="154" w:lineRule="exact"/>
              <w:ind w:left="100"/>
              <w:rPr>
                <w:sz w:val="16"/>
                <w:szCs w:val="16"/>
              </w:rPr>
            </w:pPr>
            <w:r w:rsidRPr="004761A5">
              <w:rPr>
                <w:rFonts w:ascii="TimesNewRomanPSMT" w:eastAsia="TimesNewRomanPSMT" w:hAnsi="TimesNewRomanPSMT"/>
                <w:color w:val="000000"/>
                <w:w w:val="103"/>
                <w:sz w:val="16"/>
                <w:szCs w:val="16"/>
              </w:rPr>
              <w:t>TOTAL (</w:t>
            </w:r>
            <w:proofErr w:type="spellStart"/>
            <w:r w:rsidRPr="004761A5">
              <w:rPr>
                <w:rFonts w:ascii="TimesNewRomanPSMT" w:eastAsia="TimesNewRomanPSMT" w:hAnsi="TimesNewRomanPSMT"/>
                <w:color w:val="000000"/>
                <w:w w:val="103"/>
                <w:sz w:val="16"/>
                <w:szCs w:val="16"/>
              </w:rPr>
              <w:t>menținute</w:t>
            </w:r>
            <w:proofErr w:type="spellEnd"/>
            <w:r w:rsidRPr="004761A5">
              <w:rPr>
                <w:rFonts w:ascii="TimesNewRomanPSMT" w:eastAsia="TimesNewRomanPSMT" w:hAnsi="TimesNewRomanPSMT"/>
                <w:color w:val="000000"/>
                <w:w w:val="103"/>
                <w:sz w:val="16"/>
                <w:szCs w:val="16"/>
              </w:rPr>
              <w:t xml:space="preserve"> + </w:t>
            </w:r>
            <w:proofErr w:type="spellStart"/>
            <w:r w:rsidRPr="004761A5">
              <w:rPr>
                <w:rFonts w:ascii="TimesNewRomanPSMT" w:eastAsia="TimesNewRomanPSMT" w:hAnsi="TimesNewRomanPSMT"/>
                <w:color w:val="000000"/>
                <w:w w:val="103"/>
                <w:sz w:val="16"/>
                <w:szCs w:val="16"/>
              </w:rPr>
              <w:t>propuse</w:t>
            </w:r>
            <w:proofErr w:type="spellEnd"/>
            <w:r w:rsidRPr="004761A5">
              <w:rPr>
                <w:rFonts w:ascii="TimesNewRomanPSMT" w:eastAsia="TimesNewRomanPSMT" w:hAnsi="TimesNewRomanPSMT"/>
                <w:color w:val="000000"/>
                <w:w w:val="103"/>
                <w:sz w:val="16"/>
                <w:szCs w:val="16"/>
              </w:rPr>
              <w:t xml:space="preserve">) </w:t>
            </w: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14:paraId="6A654766" w14:textId="77777777" w:rsidR="00BD2397" w:rsidRPr="004761A5" w:rsidRDefault="00BD2397">
            <w:pPr>
              <w:spacing w:after="0"/>
              <w:rPr>
                <w:sz w:val="16"/>
                <w:szCs w:val="16"/>
              </w:rPr>
            </w:pPr>
          </w:p>
        </w:tc>
        <w:tc>
          <w:tcPr>
            <w:tcW w:w="2338" w:type="dxa"/>
            <w:tcBorders>
              <w:top w:val="single" w:sz="4" w:space="0" w:color="767676"/>
              <w:left w:val="single" w:sz="3" w:space="0" w:color="767676"/>
              <w:bottom w:val="single" w:sz="3" w:space="0" w:color="767676"/>
              <w:right w:val="single" w:sz="3" w:space="0" w:color="767676"/>
            </w:tcBorders>
            <w:tcMar>
              <w:left w:w="0" w:type="dxa"/>
              <w:right w:w="0" w:type="dxa"/>
            </w:tcMar>
          </w:tcPr>
          <w:p w14:paraId="4A70FBE8" w14:textId="77777777" w:rsidR="00BD2397" w:rsidRPr="004761A5" w:rsidRDefault="00BD2397">
            <w:pPr>
              <w:spacing w:after="0"/>
              <w:rPr>
                <w:sz w:val="16"/>
                <w:szCs w:val="16"/>
              </w:rPr>
            </w:pP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14:paraId="6B7CC3AD" w14:textId="77777777" w:rsidR="00BD2397" w:rsidRPr="004761A5" w:rsidRDefault="00BD2397">
            <w:pPr>
              <w:spacing w:after="0"/>
              <w:rPr>
                <w:sz w:val="16"/>
                <w:szCs w:val="16"/>
              </w:rPr>
            </w:pPr>
          </w:p>
        </w:tc>
      </w:tr>
    </w:tbl>
    <w:p w14:paraId="3CBA5EFE" w14:textId="77777777" w:rsidR="00BD2397" w:rsidRPr="004761A5" w:rsidRDefault="00BD2397">
      <w:pPr>
        <w:autoSpaceDE w:val="0"/>
        <w:autoSpaceDN w:val="0"/>
        <w:spacing w:after="0" w:line="164" w:lineRule="exact"/>
        <w:rPr>
          <w:sz w:val="16"/>
          <w:szCs w:val="16"/>
        </w:rPr>
      </w:pPr>
    </w:p>
    <w:tbl>
      <w:tblPr>
        <w:tblW w:w="0" w:type="auto"/>
        <w:tblInd w:w="4" w:type="dxa"/>
        <w:tblLayout w:type="fixed"/>
        <w:tblLook w:val="04A0" w:firstRow="1" w:lastRow="0" w:firstColumn="1" w:lastColumn="0" w:noHBand="0" w:noVBand="1"/>
      </w:tblPr>
      <w:tblGrid>
        <w:gridCol w:w="2338"/>
        <w:gridCol w:w="778"/>
        <w:gridCol w:w="778"/>
        <w:gridCol w:w="780"/>
        <w:gridCol w:w="778"/>
        <w:gridCol w:w="780"/>
        <w:gridCol w:w="780"/>
        <w:gridCol w:w="780"/>
        <w:gridCol w:w="1556"/>
      </w:tblGrid>
      <w:tr w:rsidR="00BD2397" w:rsidRPr="00D027DE" w14:paraId="6FF53D83" w14:textId="77777777">
        <w:trPr>
          <w:trHeight w:hRule="exact" w:val="222"/>
        </w:trPr>
        <w:tc>
          <w:tcPr>
            <w:tcW w:w="9348" w:type="dxa"/>
            <w:gridSpan w:val="9"/>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54DAFBA8" w14:textId="77777777" w:rsidR="00BD2397" w:rsidRPr="001F7E48" w:rsidRDefault="00B8640C">
            <w:pPr>
              <w:autoSpaceDE w:val="0"/>
              <w:autoSpaceDN w:val="0"/>
              <w:spacing w:after="0" w:line="184" w:lineRule="exact"/>
              <w:ind w:left="100"/>
              <w:rPr>
                <w:sz w:val="16"/>
                <w:szCs w:val="16"/>
                <w:lang w:val="pt-PT"/>
              </w:rPr>
            </w:pPr>
            <w:r w:rsidRPr="001F7E48">
              <w:rPr>
                <w:rFonts w:ascii="TimesNewRomanPS" w:eastAsia="TimesNewRomanPS" w:hAnsi="TimesNewRomanPS"/>
                <w:b/>
                <w:color w:val="000000"/>
                <w:w w:val="103"/>
                <w:sz w:val="16"/>
                <w:szCs w:val="16"/>
                <w:lang w:val="pt-PT"/>
              </w:rPr>
              <w:t xml:space="preserve"> 4. </w:t>
            </w:r>
            <w:r w:rsidRPr="001F7E48">
              <w:rPr>
                <w:rFonts w:ascii="TimesNewRomanPS" w:eastAsia="TimesNewRomanPS" w:hAnsi="TimesNewRomanPS"/>
                <w:b/>
                <w:color w:val="000000"/>
                <w:w w:val="102"/>
                <w:sz w:val="16"/>
                <w:szCs w:val="16"/>
                <w:lang w:val="pt-PT"/>
              </w:rPr>
              <w:t>FIȘA CLĂDIRII</w:t>
            </w:r>
            <w:r w:rsidRPr="001F7E48">
              <w:rPr>
                <w:rFonts w:ascii="TimesNewRomanPSMT" w:eastAsia="TimesNewRomanPSMT" w:hAnsi="TimesNewRomanPSMT"/>
                <w:color w:val="000000"/>
                <w:w w:val="102"/>
                <w:sz w:val="16"/>
                <w:szCs w:val="16"/>
                <w:lang w:val="pt-PT"/>
              </w:rPr>
              <w:t xml:space="preserve"> (se completează câte una pentru fiecare imobil) </w:t>
            </w:r>
          </w:p>
        </w:tc>
      </w:tr>
      <w:tr w:rsidR="00BD2397" w:rsidRPr="004761A5" w14:paraId="4290ACD0" w14:textId="77777777">
        <w:trPr>
          <w:trHeight w:hRule="exact" w:val="190"/>
        </w:trPr>
        <w:tc>
          <w:tcPr>
            <w:tcW w:w="9348" w:type="dxa"/>
            <w:gridSpan w:val="9"/>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2E45B07E" w14:textId="77777777" w:rsidR="00BD2397" w:rsidRPr="004761A5" w:rsidRDefault="00B8640C">
            <w:pPr>
              <w:autoSpaceDE w:val="0"/>
              <w:autoSpaceDN w:val="0"/>
              <w:spacing w:after="0" w:line="154" w:lineRule="exact"/>
              <w:ind w:left="100"/>
              <w:rPr>
                <w:sz w:val="16"/>
                <w:szCs w:val="16"/>
              </w:rPr>
            </w:pPr>
            <w:r w:rsidRPr="001F7E48">
              <w:rPr>
                <w:rFonts w:ascii="TimesNewRomanPSMT" w:eastAsia="TimesNewRomanPSMT" w:hAnsi="TimesNewRomanPSMT"/>
                <w:color w:val="000000"/>
                <w:w w:val="103"/>
                <w:sz w:val="16"/>
                <w:szCs w:val="16"/>
                <w:lang w:val="pt-PT"/>
              </w:rPr>
              <w:t xml:space="preserve"> </w:t>
            </w:r>
            <w:proofErr w:type="spellStart"/>
            <w:r w:rsidRPr="004761A5">
              <w:rPr>
                <w:rFonts w:ascii="TimesNewRomanPSMT" w:eastAsia="TimesNewRomanPSMT" w:hAnsi="TimesNewRomanPSMT"/>
                <w:color w:val="000000"/>
                <w:w w:val="103"/>
                <w:sz w:val="16"/>
                <w:szCs w:val="16"/>
              </w:rPr>
              <w:t>Identificarea</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clădirii</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în</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registru</w:t>
            </w:r>
            <w:proofErr w:type="spellEnd"/>
          </w:p>
        </w:tc>
      </w:tr>
      <w:tr w:rsidR="00BD2397" w:rsidRPr="004761A5" w14:paraId="436C4FDB" w14:textId="77777777">
        <w:trPr>
          <w:trHeight w:hRule="exact" w:val="678"/>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434275A3" w14:textId="77777777" w:rsidR="00BD2397" w:rsidRPr="001F7E48" w:rsidRDefault="00B8640C">
            <w:pPr>
              <w:autoSpaceDE w:val="0"/>
              <w:autoSpaceDN w:val="0"/>
              <w:spacing w:after="0" w:line="166" w:lineRule="exact"/>
              <w:ind w:left="100" w:right="144"/>
              <w:rPr>
                <w:sz w:val="16"/>
                <w:szCs w:val="16"/>
                <w:lang w:val="pt-PT"/>
              </w:rPr>
            </w:pPr>
            <w:r w:rsidRPr="001F7E48">
              <w:rPr>
                <w:rFonts w:ascii="TimesNewRomanPS" w:eastAsia="TimesNewRomanPS" w:hAnsi="TimesNewRomanPS"/>
                <w:b/>
                <w:color w:val="0D5F78"/>
                <w:w w:val="97"/>
                <w:sz w:val="16"/>
                <w:szCs w:val="16"/>
                <w:lang w:val="pt-PT"/>
              </w:rPr>
              <w:t xml:space="preserve">NIS </w:t>
            </w:r>
            <w:r w:rsidRPr="001F7E48">
              <w:rPr>
                <w:sz w:val="16"/>
                <w:szCs w:val="16"/>
                <w:lang w:val="pt-PT"/>
              </w:rPr>
              <w:br/>
            </w:r>
            <w:r w:rsidRPr="001F7E48">
              <w:rPr>
                <w:rFonts w:ascii="TimesNewRomanPS" w:eastAsia="TimesNewRomanPS" w:hAnsi="TimesNewRomanPS"/>
                <w:i/>
                <w:color w:val="7A7A7A"/>
                <w:w w:val="97"/>
                <w:sz w:val="16"/>
                <w:szCs w:val="16"/>
                <w:lang w:val="pt-PT"/>
              </w:rPr>
              <w:t>numărul din Registrul Național al Clădirilor, dacă e deja înregistrată</w:t>
            </w:r>
          </w:p>
        </w:tc>
        <w:tc>
          <w:tcPr>
            <w:tcW w:w="233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67A7D264" w14:textId="77777777" w:rsidR="00BD2397" w:rsidRPr="001F7E48" w:rsidRDefault="00B8640C">
            <w:pPr>
              <w:autoSpaceDE w:val="0"/>
              <w:autoSpaceDN w:val="0"/>
              <w:spacing w:after="0" w:line="164" w:lineRule="exact"/>
              <w:ind w:left="100" w:right="720"/>
              <w:rPr>
                <w:sz w:val="16"/>
                <w:szCs w:val="16"/>
                <w:lang w:val="pt-PT"/>
              </w:rPr>
            </w:pPr>
            <w:r w:rsidRPr="001F7E48">
              <w:rPr>
                <w:rFonts w:ascii="TimesNewRomanPS" w:eastAsia="TimesNewRomanPS" w:hAnsi="TimesNewRomanPS"/>
                <w:b/>
                <w:color w:val="0D5F78"/>
                <w:w w:val="97"/>
                <w:sz w:val="16"/>
                <w:szCs w:val="16"/>
                <w:lang w:val="pt-PT"/>
              </w:rPr>
              <w:t xml:space="preserve">Nr. cadastral al clădirii </w:t>
            </w:r>
            <w:r w:rsidRPr="001F7E48">
              <w:rPr>
                <w:rFonts w:ascii="TimesNewRomanPS" w:eastAsia="TimesNewRomanPS" w:hAnsi="TimesNewRomanPS"/>
                <w:i/>
                <w:color w:val="7A7A7A"/>
                <w:w w:val="97"/>
                <w:sz w:val="16"/>
                <w:szCs w:val="16"/>
                <w:lang w:val="pt-PT"/>
              </w:rPr>
              <w:t>forma 123456-C1</w:t>
            </w:r>
          </w:p>
        </w:tc>
        <w:tc>
          <w:tcPr>
            <w:tcW w:w="2338"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2C3F40EA" w14:textId="77777777" w:rsidR="00BD2397" w:rsidRPr="004761A5" w:rsidRDefault="00B8640C">
            <w:pPr>
              <w:autoSpaceDE w:val="0"/>
              <w:autoSpaceDN w:val="0"/>
              <w:spacing w:after="0" w:line="146" w:lineRule="exact"/>
              <w:ind w:left="102"/>
              <w:rPr>
                <w:sz w:val="16"/>
                <w:szCs w:val="16"/>
              </w:rPr>
            </w:pPr>
            <w:proofErr w:type="spellStart"/>
            <w:r w:rsidRPr="004761A5">
              <w:rPr>
                <w:rFonts w:ascii="TimesNewRomanPS" w:eastAsia="TimesNewRomanPS" w:hAnsi="TimesNewRomanPS"/>
                <w:b/>
                <w:color w:val="0D5F78"/>
                <w:w w:val="97"/>
                <w:sz w:val="16"/>
                <w:szCs w:val="16"/>
              </w:rPr>
              <w:t>Identificator</w:t>
            </w:r>
            <w:proofErr w:type="spellEnd"/>
            <w:r w:rsidRPr="004761A5">
              <w:rPr>
                <w:rFonts w:ascii="TimesNewRomanPS" w:eastAsia="TimesNewRomanPS" w:hAnsi="TimesNewRomanPS"/>
                <w:b/>
                <w:color w:val="0D5F78"/>
                <w:w w:val="97"/>
                <w:sz w:val="16"/>
                <w:szCs w:val="16"/>
              </w:rPr>
              <w:t xml:space="preserve"> e-Terra (IE)</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11AA0AC8"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Nr. carte </w:t>
            </w:r>
            <w:proofErr w:type="spellStart"/>
            <w:r w:rsidRPr="004761A5">
              <w:rPr>
                <w:rFonts w:ascii="TimesNewRomanPS" w:eastAsia="TimesNewRomanPS" w:hAnsi="TimesNewRomanPS"/>
                <w:b/>
                <w:color w:val="0D5F78"/>
                <w:w w:val="97"/>
                <w:sz w:val="16"/>
                <w:szCs w:val="16"/>
              </w:rPr>
              <w:t>funciară</w:t>
            </w:r>
            <w:proofErr w:type="spellEnd"/>
          </w:p>
        </w:tc>
      </w:tr>
      <w:tr w:rsidR="00BD2397" w:rsidRPr="00D027DE" w14:paraId="104D4555" w14:textId="77777777" w:rsidTr="0068581A">
        <w:trPr>
          <w:trHeight w:hRule="exact" w:val="607"/>
        </w:trPr>
        <w:tc>
          <w:tcPr>
            <w:tcW w:w="5452" w:type="dxa"/>
            <w:gridSpan w:val="5"/>
            <w:tcBorders>
              <w:top w:val="single" w:sz="4" w:space="0" w:color="767676"/>
              <w:left w:val="single" w:sz="3" w:space="0" w:color="767676"/>
              <w:bottom w:val="single" w:sz="3" w:space="0" w:color="767676"/>
              <w:right w:val="single" w:sz="4" w:space="0" w:color="767676"/>
            </w:tcBorders>
            <w:tcMar>
              <w:left w:w="0" w:type="dxa"/>
              <w:right w:w="0" w:type="dxa"/>
            </w:tcMar>
          </w:tcPr>
          <w:p w14:paraId="2D405D0D" w14:textId="77777777" w:rsidR="0068581A" w:rsidRPr="001F7E48" w:rsidRDefault="00B8640C">
            <w:pPr>
              <w:autoSpaceDE w:val="0"/>
              <w:autoSpaceDN w:val="0"/>
              <w:spacing w:after="0" w:line="186" w:lineRule="exact"/>
              <w:ind w:left="100" w:right="2160"/>
              <w:rPr>
                <w:rFonts w:ascii="TimesNewRomanPSMT" w:eastAsia="TimesNewRomanPSMT" w:hAnsi="TimesNewRomanPSMT"/>
                <w:color w:val="000000"/>
                <w:w w:val="103"/>
                <w:sz w:val="16"/>
                <w:szCs w:val="16"/>
                <w:lang w:val="pt-PT"/>
              </w:rPr>
            </w:pPr>
            <w:r w:rsidRPr="001F7E48">
              <w:rPr>
                <w:rFonts w:ascii="TimesNewRomanPS" w:eastAsia="TimesNewRomanPS" w:hAnsi="TimesNewRomanPS"/>
                <w:b/>
                <w:color w:val="0D5F78"/>
                <w:w w:val="97"/>
                <w:sz w:val="16"/>
                <w:szCs w:val="16"/>
                <w:lang w:val="pt-PT"/>
              </w:rPr>
              <w:t>Tipul obiectului</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clădire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corp de clădire     </w:t>
            </w:r>
          </w:p>
          <w:p w14:paraId="193E830F" w14:textId="77777777" w:rsidR="00BD2397" w:rsidRPr="004761A5" w:rsidRDefault="00B8640C">
            <w:pPr>
              <w:autoSpaceDE w:val="0"/>
              <w:autoSpaceDN w:val="0"/>
              <w:spacing w:after="0" w:line="186" w:lineRule="exact"/>
              <w:ind w:left="100" w:right="2160"/>
              <w:rPr>
                <w:sz w:val="16"/>
                <w:szCs w:val="16"/>
              </w:rPr>
            </w:pP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unități</w:t>
            </w:r>
            <w:proofErr w:type="spellEnd"/>
            <w:r w:rsidRPr="004761A5">
              <w:rPr>
                <w:rFonts w:ascii="TimesNewRomanPSMT" w:eastAsia="TimesNewRomanPSMT" w:hAnsi="TimesNewRomanPSMT"/>
                <w:color w:val="000000"/>
                <w:w w:val="103"/>
                <w:sz w:val="16"/>
                <w:szCs w:val="16"/>
              </w:rPr>
              <w:t xml:space="preserve"> locative</w:t>
            </w:r>
          </w:p>
        </w:tc>
        <w:tc>
          <w:tcPr>
            <w:tcW w:w="3896" w:type="dxa"/>
            <w:gridSpan w:val="4"/>
            <w:tcBorders>
              <w:top w:val="single" w:sz="4" w:space="0" w:color="767676"/>
              <w:left w:val="single" w:sz="4" w:space="0" w:color="767676"/>
              <w:bottom w:val="single" w:sz="3" w:space="0" w:color="767676"/>
              <w:right w:val="single" w:sz="3" w:space="0" w:color="767676"/>
            </w:tcBorders>
            <w:tcMar>
              <w:left w:w="0" w:type="dxa"/>
              <w:right w:w="0" w:type="dxa"/>
            </w:tcMar>
          </w:tcPr>
          <w:p w14:paraId="0E3686EE" w14:textId="77777777" w:rsidR="0068581A" w:rsidRPr="001F7E48" w:rsidRDefault="00B8640C">
            <w:pPr>
              <w:autoSpaceDE w:val="0"/>
              <w:autoSpaceDN w:val="0"/>
              <w:spacing w:after="0" w:line="186" w:lineRule="exact"/>
              <w:ind w:left="100" w:right="1440"/>
              <w:rPr>
                <w:rFonts w:ascii="TimesNewRomanPSMT" w:eastAsia="TimesNewRomanPSMT" w:hAnsi="TimesNewRomanPSMT"/>
                <w:color w:val="000000"/>
                <w:w w:val="103"/>
                <w:sz w:val="16"/>
                <w:szCs w:val="16"/>
                <w:lang w:val="pt-PT"/>
              </w:rPr>
            </w:pPr>
            <w:r w:rsidRPr="001F7E48">
              <w:rPr>
                <w:rFonts w:ascii="TimesNewRomanPS" w:eastAsia="TimesNewRomanPS" w:hAnsi="TimesNewRomanPS"/>
                <w:b/>
                <w:color w:val="0D5F78"/>
                <w:w w:val="97"/>
                <w:sz w:val="16"/>
                <w:szCs w:val="16"/>
                <w:lang w:val="pt-PT"/>
              </w:rPr>
              <w:t>Clădirea este</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existentă    </w:t>
            </w:r>
          </w:p>
          <w:p w14:paraId="5CE31FF1" w14:textId="77777777" w:rsidR="00BD2397" w:rsidRPr="001F7E48" w:rsidRDefault="0068581A" w:rsidP="0068581A">
            <w:pPr>
              <w:autoSpaceDE w:val="0"/>
              <w:autoSpaceDN w:val="0"/>
              <w:spacing w:after="0" w:line="186" w:lineRule="exact"/>
              <w:ind w:right="1440"/>
              <w:rPr>
                <w:sz w:val="16"/>
                <w:szCs w:val="16"/>
                <w:lang w:val="pt-PT"/>
              </w:rPr>
            </w:pPr>
            <w:r w:rsidRPr="001F7E48">
              <w:rPr>
                <w:rFonts w:ascii="TimesNewRomanPSMT" w:eastAsia="TimesNewRomanPSMT" w:hAnsi="TimesNewRomanPSMT"/>
                <w:color w:val="000000"/>
                <w:w w:val="103"/>
                <w:sz w:val="16"/>
                <w:szCs w:val="16"/>
                <w:lang w:val="pt-PT"/>
              </w:rPr>
              <w:t xml:space="preserve"> </w:t>
            </w:r>
            <w:r w:rsidR="00B8640C" w:rsidRPr="001F7E48">
              <w:rPr>
                <w:rFonts w:ascii="TimesNewRomanPSMT" w:eastAsia="TimesNewRomanPSMT" w:hAnsi="TimesNewRomanPSMT"/>
                <w:color w:val="000000"/>
                <w:w w:val="103"/>
                <w:sz w:val="16"/>
                <w:szCs w:val="16"/>
                <w:lang w:val="pt-PT"/>
              </w:rPr>
              <w:t xml:space="preserve"> </w:t>
            </w:r>
            <w:r w:rsidR="00B8640C" w:rsidRPr="001F7E48">
              <w:rPr>
                <w:rFonts w:ascii="SegoeUISymbol" w:eastAsia="SegoeUISymbol" w:hAnsi="SegoeUISymbol"/>
                <w:color w:val="000000"/>
                <w:w w:val="103"/>
                <w:sz w:val="16"/>
                <w:szCs w:val="16"/>
                <w:lang w:val="pt-PT"/>
              </w:rPr>
              <w:t>☐</w:t>
            </w:r>
            <w:r w:rsidR="00B8640C" w:rsidRPr="001F7E48">
              <w:rPr>
                <w:rFonts w:ascii="TimesNewRomanPSMT" w:eastAsia="TimesNewRomanPSMT" w:hAnsi="TimesNewRomanPSMT"/>
                <w:color w:val="000000"/>
                <w:w w:val="103"/>
                <w:sz w:val="16"/>
                <w:szCs w:val="16"/>
                <w:lang w:val="pt-PT"/>
              </w:rPr>
              <w:t xml:space="preserve"> propusă prin proiect</w:t>
            </w:r>
          </w:p>
        </w:tc>
      </w:tr>
      <w:tr w:rsidR="00BD2397" w:rsidRPr="004761A5" w14:paraId="2F3F3D3C" w14:textId="77777777">
        <w:trPr>
          <w:trHeight w:hRule="exact" w:val="504"/>
        </w:trPr>
        <w:tc>
          <w:tcPr>
            <w:tcW w:w="3116" w:type="dxa"/>
            <w:gridSpan w:val="2"/>
            <w:tcBorders>
              <w:top w:val="single" w:sz="3" w:space="0" w:color="767676"/>
              <w:left w:val="single" w:sz="3" w:space="0" w:color="767676"/>
              <w:bottom w:val="single" w:sz="4" w:space="0" w:color="767676"/>
              <w:right w:val="single" w:sz="4" w:space="0" w:color="767676"/>
            </w:tcBorders>
            <w:tcMar>
              <w:left w:w="0" w:type="dxa"/>
              <w:right w:w="0" w:type="dxa"/>
            </w:tcMar>
          </w:tcPr>
          <w:p w14:paraId="7F698D1D"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Denumirea</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clădirii</w:t>
            </w:r>
            <w:proofErr w:type="spellEnd"/>
          </w:p>
        </w:tc>
        <w:tc>
          <w:tcPr>
            <w:tcW w:w="6232" w:type="dxa"/>
            <w:gridSpan w:val="7"/>
            <w:tcBorders>
              <w:top w:val="single" w:sz="3" w:space="0" w:color="767676"/>
              <w:left w:val="single" w:sz="4" w:space="0" w:color="767676"/>
              <w:bottom w:val="single" w:sz="4" w:space="0" w:color="767676"/>
              <w:right w:val="single" w:sz="3" w:space="0" w:color="767676"/>
            </w:tcBorders>
            <w:tcMar>
              <w:left w:w="0" w:type="dxa"/>
              <w:right w:w="0" w:type="dxa"/>
            </w:tcMar>
          </w:tcPr>
          <w:p w14:paraId="0F579D6E"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Descriere</w:t>
            </w:r>
            <w:proofErr w:type="spellEnd"/>
          </w:p>
        </w:tc>
      </w:tr>
      <w:tr w:rsidR="00BD2397" w:rsidRPr="00D027DE" w14:paraId="784D05D0" w14:textId="77777777">
        <w:trPr>
          <w:trHeight w:hRule="exact" w:val="366"/>
        </w:trPr>
        <w:tc>
          <w:tcPr>
            <w:tcW w:w="9348" w:type="dxa"/>
            <w:gridSpan w:val="9"/>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281CEA16" w14:textId="77777777" w:rsidR="00BD2397" w:rsidRPr="001F7E48" w:rsidRDefault="00B8640C">
            <w:pPr>
              <w:autoSpaceDE w:val="0"/>
              <w:autoSpaceDN w:val="0"/>
              <w:spacing w:after="0" w:line="178" w:lineRule="exact"/>
              <w:ind w:left="100" w:right="144"/>
              <w:rPr>
                <w:sz w:val="16"/>
                <w:szCs w:val="16"/>
                <w:lang w:val="pt-PT"/>
              </w:rPr>
            </w:pPr>
            <w:r w:rsidRPr="001F7E48">
              <w:rPr>
                <w:rFonts w:ascii="TimesNewRomanPSMT" w:eastAsia="TimesNewRomanPSMT" w:hAnsi="TimesNewRomanPSMT"/>
                <w:color w:val="000000"/>
                <w:w w:val="103"/>
                <w:sz w:val="16"/>
                <w:szCs w:val="16"/>
                <w:lang w:val="pt-PT"/>
              </w:rPr>
              <w:t xml:space="preserve">CARACTERISTICI ALE CLĂDIRII </w:t>
            </w:r>
            <w:r w:rsidRPr="001F7E48">
              <w:rPr>
                <w:sz w:val="16"/>
                <w:szCs w:val="16"/>
                <w:lang w:val="pt-PT"/>
              </w:rPr>
              <w:br/>
            </w:r>
            <w:r w:rsidRPr="001F7E48">
              <w:rPr>
                <w:rFonts w:ascii="TimesNewRomanPSMT" w:eastAsia="TimesNewRomanPSMT" w:hAnsi="TimesNewRomanPSMT"/>
                <w:color w:val="000000"/>
                <w:w w:val="103"/>
                <w:sz w:val="16"/>
                <w:szCs w:val="16"/>
                <w:lang w:val="pt-PT"/>
              </w:rPr>
              <w:t xml:space="preserve">(În cazul intervențiilor asupra clădirilor existente, pentru fiecare câmp, se vor preciza caracteristicile clădirii existente/respectiv ale celei propuse) </w:t>
            </w:r>
          </w:p>
        </w:tc>
      </w:tr>
      <w:tr w:rsidR="00BD2397" w:rsidRPr="004761A5" w14:paraId="287599C0" w14:textId="77777777">
        <w:trPr>
          <w:trHeight w:hRule="exact" w:val="512"/>
        </w:trPr>
        <w:tc>
          <w:tcPr>
            <w:tcW w:w="3894" w:type="dxa"/>
            <w:gridSpan w:val="3"/>
            <w:tcBorders>
              <w:top w:val="single" w:sz="3" w:space="0" w:color="767676"/>
              <w:left w:val="single" w:sz="3" w:space="0" w:color="767676"/>
              <w:bottom w:val="single" w:sz="3" w:space="0" w:color="767676"/>
              <w:right w:val="single" w:sz="4" w:space="0" w:color="767676"/>
            </w:tcBorders>
            <w:tcMar>
              <w:left w:w="0" w:type="dxa"/>
              <w:right w:w="0" w:type="dxa"/>
            </w:tcMar>
          </w:tcPr>
          <w:p w14:paraId="3DE4E2C4" w14:textId="77777777" w:rsidR="00BD2397" w:rsidRPr="001F7E48" w:rsidRDefault="00B8640C">
            <w:pPr>
              <w:autoSpaceDE w:val="0"/>
              <w:autoSpaceDN w:val="0"/>
              <w:spacing w:after="0" w:line="148" w:lineRule="exact"/>
              <w:ind w:left="100"/>
              <w:rPr>
                <w:sz w:val="16"/>
                <w:szCs w:val="16"/>
                <w:lang w:val="pt-PT"/>
              </w:rPr>
            </w:pPr>
            <w:r w:rsidRPr="001F7E48">
              <w:rPr>
                <w:rFonts w:ascii="TimesNewRomanPS" w:eastAsia="TimesNewRomanPS" w:hAnsi="TimesNewRomanPS"/>
                <w:b/>
                <w:color w:val="0D5F78"/>
                <w:w w:val="97"/>
                <w:sz w:val="16"/>
                <w:szCs w:val="16"/>
                <w:lang w:val="pt-PT"/>
              </w:rPr>
              <w:t xml:space="preserve">Destinația / funcțiunea principală </w:t>
            </w:r>
            <w:r w:rsidRPr="001F7E48">
              <w:rPr>
                <w:rFonts w:ascii="TimesNewRomanPS" w:eastAsia="TimesNewRomanPS" w:hAnsi="TimesNewRomanPS"/>
                <w:i/>
                <w:color w:val="808080"/>
                <w:w w:val="97"/>
                <w:sz w:val="16"/>
                <w:szCs w:val="16"/>
                <w:lang w:val="pt-PT"/>
              </w:rPr>
              <w:t>(existent/propus)</w:t>
            </w:r>
          </w:p>
        </w:tc>
        <w:tc>
          <w:tcPr>
            <w:tcW w:w="2338" w:type="dxa"/>
            <w:gridSpan w:val="3"/>
            <w:tcBorders>
              <w:top w:val="single" w:sz="3" w:space="0" w:color="767676"/>
              <w:left w:val="single" w:sz="4" w:space="0" w:color="767676"/>
              <w:bottom w:val="single" w:sz="3" w:space="0" w:color="767676"/>
              <w:right w:val="single" w:sz="3" w:space="0" w:color="767676"/>
            </w:tcBorders>
            <w:tcMar>
              <w:left w:w="0" w:type="dxa"/>
              <w:right w:w="0" w:type="dxa"/>
            </w:tcMar>
          </w:tcPr>
          <w:p w14:paraId="10DC49C1" w14:textId="77777777" w:rsidR="00BD2397" w:rsidRPr="004761A5" w:rsidRDefault="00B8640C">
            <w:pPr>
              <w:autoSpaceDE w:val="0"/>
              <w:autoSpaceDN w:val="0"/>
              <w:spacing w:after="0" w:line="164" w:lineRule="exact"/>
              <w:ind w:left="102" w:right="864"/>
              <w:rPr>
                <w:sz w:val="16"/>
                <w:szCs w:val="16"/>
              </w:rPr>
            </w:pPr>
            <w:proofErr w:type="spellStart"/>
            <w:r w:rsidRPr="004761A5">
              <w:rPr>
                <w:rFonts w:ascii="TimesNewRomanPS" w:eastAsia="TimesNewRomanPS" w:hAnsi="TimesNewRomanPS"/>
                <w:b/>
                <w:color w:val="0D5F78"/>
                <w:w w:val="97"/>
                <w:sz w:val="16"/>
                <w:szCs w:val="16"/>
              </w:rPr>
              <w:t>Funcțiuni</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secundare</w:t>
            </w:r>
            <w:proofErr w:type="spellEnd"/>
            <w:r w:rsidRPr="004761A5">
              <w:rPr>
                <w:rFonts w:ascii="TimesNewRomanPS" w:eastAsia="TimesNewRomanPS" w:hAnsi="TimesNewRomanPS"/>
                <w:b/>
                <w:color w:val="0D5F78"/>
                <w:w w:val="97"/>
                <w:sz w:val="16"/>
                <w:szCs w:val="16"/>
              </w:rPr>
              <w:t xml:space="preserve"> </w:t>
            </w:r>
            <w:r w:rsidRPr="004761A5">
              <w:rPr>
                <w:rFonts w:ascii="TimesNewRomanPS" w:eastAsia="TimesNewRomanPS" w:hAnsi="TimesNewRomanPS"/>
                <w:i/>
                <w:color w:val="808080"/>
                <w:w w:val="97"/>
                <w:sz w:val="16"/>
                <w:szCs w:val="16"/>
              </w:rPr>
              <w:t>(existent/</w:t>
            </w:r>
            <w:proofErr w:type="spellStart"/>
            <w:r w:rsidRPr="004761A5">
              <w:rPr>
                <w:rFonts w:ascii="TimesNewRomanPS" w:eastAsia="TimesNewRomanPS" w:hAnsi="TimesNewRomanPS"/>
                <w:i/>
                <w:color w:val="808080"/>
                <w:w w:val="97"/>
                <w:sz w:val="16"/>
                <w:szCs w:val="16"/>
              </w:rPr>
              <w:t>propus</w:t>
            </w:r>
            <w:proofErr w:type="spellEnd"/>
            <w:r w:rsidRPr="004761A5">
              <w:rPr>
                <w:rFonts w:ascii="TimesNewRomanPS" w:eastAsia="TimesNewRomanPS" w:hAnsi="TimesNewRomanPS"/>
                <w:i/>
                <w:color w:val="808080"/>
                <w:w w:val="97"/>
                <w:sz w:val="16"/>
                <w:szCs w:val="16"/>
              </w:rPr>
              <w:t>)</w:t>
            </w:r>
          </w:p>
        </w:tc>
        <w:tc>
          <w:tcPr>
            <w:tcW w:w="1560"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6E062EB4"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Regim</w:t>
            </w:r>
            <w:proofErr w:type="spellEnd"/>
            <w:r w:rsidRPr="004761A5">
              <w:rPr>
                <w:rFonts w:ascii="TimesNewRomanPS" w:eastAsia="TimesNewRomanPS" w:hAnsi="TimesNewRomanPS"/>
                <w:b/>
                <w:color w:val="0D5F78"/>
                <w:w w:val="97"/>
                <w:sz w:val="16"/>
                <w:szCs w:val="16"/>
              </w:rPr>
              <w:t xml:space="preserve"> juridic</w:t>
            </w:r>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14:paraId="7E3A9511" w14:textId="77777777" w:rsidR="00BD2397" w:rsidRPr="004761A5" w:rsidRDefault="00B8640C">
            <w:pPr>
              <w:autoSpaceDE w:val="0"/>
              <w:autoSpaceDN w:val="0"/>
              <w:spacing w:after="0" w:line="146" w:lineRule="exact"/>
              <w:ind w:left="98"/>
              <w:rPr>
                <w:sz w:val="16"/>
                <w:szCs w:val="16"/>
              </w:rPr>
            </w:pPr>
            <w:proofErr w:type="spellStart"/>
            <w:r w:rsidRPr="004761A5">
              <w:rPr>
                <w:rFonts w:ascii="TimesNewRomanPS" w:eastAsia="TimesNewRomanPS" w:hAnsi="TimesNewRomanPS"/>
                <w:b/>
                <w:color w:val="0D5F78"/>
                <w:w w:val="97"/>
                <w:sz w:val="16"/>
                <w:szCs w:val="16"/>
              </w:rPr>
              <w:t>Zonă</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fiscală</w:t>
            </w:r>
            <w:proofErr w:type="spellEnd"/>
          </w:p>
        </w:tc>
      </w:tr>
      <w:tr w:rsidR="00BD2397" w:rsidRPr="00D027DE" w14:paraId="3078C76B" w14:textId="77777777">
        <w:trPr>
          <w:trHeight w:hRule="exact" w:val="512"/>
        </w:trPr>
        <w:tc>
          <w:tcPr>
            <w:tcW w:w="3116" w:type="dxa"/>
            <w:gridSpan w:val="2"/>
            <w:tcBorders>
              <w:top w:val="single" w:sz="3" w:space="0" w:color="767676"/>
              <w:left w:val="single" w:sz="3" w:space="0" w:color="767676"/>
              <w:bottom w:val="single" w:sz="4" w:space="0" w:color="767676"/>
              <w:right w:val="single" w:sz="4" w:space="0" w:color="767676"/>
            </w:tcBorders>
            <w:tcMar>
              <w:left w:w="0" w:type="dxa"/>
              <w:right w:w="0" w:type="dxa"/>
            </w:tcMar>
          </w:tcPr>
          <w:p w14:paraId="429815DE" w14:textId="77777777" w:rsidR="00BD2397" w:rsidRPr="001F7E48" w:rsidRDefault="00B8640C">
            <w:pPr>
              <w:autoSpaceDE w:val="0"/>
              <w:autoSpaceDN w:val="0"/>
              <w:spacing w:after="0" w:line="168" w:lineRule="exact"/>
              <w:ind w:left="100" w:right="1728"/>
              <w:rPr>
                <w:sz w:val="16"/>
                <w:szCs w:val="16"/>
                <w:lang w:val="pt-PT"/>
              </w:rPr>
            </w:pPr>
            <w:r w:rsidRPr="001F7E48">
              <w:rPr>
                <w:rFonts w:ascii="TimesNewRomanPS" w:eastAsia="TimesNewRomanPS" w:hAnsi="TimesNewRomanPS"/>
                <w:b/>
                <w:color w:val="0D5F78"/>
                <w:w w:val="97"/>
                <w:sz w:val="16"/>
                <w:szCs w:val="16"/>
                <w:lang w:val="pt-PT"/>
              </w:rPr>
              <w:t xml:space="preserve">Anul construirii </w:t>
            </w:r>
            <w:r w:rsidRPr="001F7E48">
              <w:rPr>
                <w:sz w:val="16"/>
                <w:szCs w:val="16"/>
                <w:lang w:val="pt-PT"/>
              </w:rPr>
              <w:br/>
            </w:r>
            <w:r w:rsidRPr="001F7E48">
              <w:rPr>
                <w:rFonts w:ascii="TimesNewRomanPS" w:eastAsia="TimesNewRomanPS" w:hAnsi="TimesNewRomanPS"/>
                <w:i/>
                <w:color w:val="7A7A7A"/>
                <w:w w:val="97"/>
                <w:sz w:val="16"/>
                <w:szCs w:val="16"/>
                <w:lang w:val="pt-PT"/>
              </w:rPr>
              <w:t>la clădirile existente</w:t>
            </w:r>
          </w:p>
        </w:tc>
        <w:tc>
          <w:tcPr>
            <w:tcW w:w="3116" w:type="dxa"/>
            <w:gridSpan w:val="4"/>
            <w:tcBorders>
              <w:top w:val="single" w:sz="3" w:space="0" w:color="767676"/>
              <w:left w:val="single" w:sz="4" w:space="0" w:color="767676"/>
              <w:bottom w:val="single" w:sz="4" w:space="0" w:color="767676"/>
              <w:right w:val="single" w:sz="3" w:space="0" w:color="767676"/>
            </w:tcBorders>
            <w:tcMar>
              <w:left w:w="0" w:type="dxa"/>
              <w:right w:w="0" w:type="dxa"/>
            </w:tcMar>
          </w:tcPr>
          <w:p w14:paraId="5F8BCB8D" w14:textId="77777777" w:rsidR="00BD2397" w:rsidRPr="004761A5" w:rsidRDefault="00B8640C">
            <w:pPr>
              <w:autoSpaceDE w:val="0"/>
              <w:autoSpaceDN w:val="0"/>
              <w:spacing w:after="0" w:line="168" w:lineRule="exact"/>
              <w:ind w:left="100" w:right="1584"/>
              <w:rPr>
                <w:sz w:val="16"/>
                <w:szCs w:val="16"/>
                <w:lang w:val="de-DE"/>
              </w:rPr>
            </w:pPr>
            <w:r w:rsidRPr="004761A5">
              <w:rPr>
                <w:rFonts w:ascii="TimesNewRomanPS" w:eastAsia="TimesNewRomanPS" w:hAnsi="TimesNewRomanPS"/>
                <w:b/>
                <w:color w:val="0D5F78"/>
                <w:w w:val="97"/>
                <w:sz w:val="16"/>
                <w:szCs w:val="16"/>
                <w:lang w:val="de-DE"/>
              </w:rPr>
              <w:t xml:space="preserve">Anul ultimei renovări </w:t>
            </w:r>
            <w:r w:rsidRPr="004761A5">
              <w:rPr>
                <w:sz w:val="16"/>
                <w:szCs w:val="16"/>
                <w:lang w:val="de-DE"/>
              </w:rPr>
              <w:br/>
            </w:r>
            <w:r w:rsidRPr="004761A5">
              <w:rPr>
                <w:rFonts w:ascii="TimesNewRomanPS" w:eastAsia="TimesNewRomanPS" w:hAnsi="TimesNewRomanPS"/>
                <w:i/>
                <w:color w:val="7A7A7A"/>
                <w:w w:val="97"/>
                <w:sz w:val="16"/>
                <w:szCs w:val="16"/>
                <w:lang w:val="de-DE"/>
              </w:rPr>
              <w:t>dacă e cazul</w:t>
            </w:r>
          </w:p>
        </w:tc>
        <w:tc>
          <w:tcPr>
            <w:tcW w:w="3116" w:type="dxa"/>
            <w:gridSpan w:val="3"/>
            <w:tcBorders>
              <w:top w:val="single" w:sz="3" w:space="0" w:color="767676"/>
              <w:left w:val="single" w:sz="3" w:space="0" w:color="767676"/>
              <w:bottom w:val="single" w:sz="4" w:space="0" w:color="767676"/>
              <w:right w:val="single" w:sz="3" w:space="0" w:color="767676"/>
            </w:tcBorders>
            <w:tcMar>
              <w:left w:w="0" w:type="dxa"/>
              <w:right w:w="0" w:type="dxa"/>
            </w:tcMar>
          </w:tcPr>
          <w:p w14:paraId="110CBB44" w14:textId="77777777" w:rsidR="00BD2397" w:rsidRPr="004761A5" w:rsidRDefault="00B8640C">
            <w:pPr>
              <w:autoSpaceDE w:val="0"/>
              <w:autoSpaceDN w:val="0"/>
              <w:spacing w:after="0" w:line="144" w:lineRule="exact"/>
              <w:ind w:left="100"/>
              <w:rPr>
                <w:sz w:val="16"/>
                <w:szCs w:val="16"/>
                <w:lang w:val="sv-SE"/>
              </w:rPr>
            </w:pPr>
            <w:r w:rsidRPr="004761A5">
              <w:rPr>
                <w:rFonts w:ascii="TimesNewRomanPS" w:eastAsia="TimesNewRomanPS" w:hAnsi="TimesNewRomanPS"/>
                <w:b/>
                <w:color w:val="0D5F78"/>
                <w:w w:val="97"/>
                <w:sz w:val="16"/>
                <w:szCs w:val="16"/>
                <w:lang w:val="sv-SE"/>
              </w:rPr>
              <w:t>Durata de viață estimată (ani)</w:t>
            </w:r>
          </w:p>
        </w:tc>
      </w:tr>
      <w:tr w:rsidR="00BD2397" w:rsidRPr="004761A5" w14:paraId="64A79960" w14:textId="77777777">
        <w:trPr>
          <w:trHeight w:hRule="exact" w:val="846"/>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248711B0" w14:textId="77777777" w:rsidR="00BD2397" w:rsidRPr="004761A5" w:rsidRDefault="00B8640C">
            <w:pPr>
              <w:autoSpaceDE w:val="0"/>
              <w:autoSpaceDN w:val="0"/>
              <w:spacing w:after="0" w:line="164" w:lineRule="exact"/>
              <w:ind w:left="100"/>
              <w:rPr>
                <w:sz w:val="16"/>
                <w:szCs w:val="16"/>
              </w:rPr>
            </w:pPr>
            <w:r w:rsidRPr="001F7E48">
              <w:rPr>
                <w:rFonts w:ascii="TimesNewRomanPS" w:eastAsia="TimesNewRomanPS" w:hAnsi="TimesNewRomanPS"/>
                <w:b/>
                <w:color w:val="0D5F78"/>
                <w:w w:val="97"/>
                <w:sz w:val="16"/>
                <w:szCs w:val="16"/>
                <w:lang w:val="pt-PT"/>
              </w:rPr>
              <w:t>Regim de înălțime</w:t>
            </w:r>
            <w:r w:rsidRPr="001F7E48">
              <w:rPr>
                <w:rFonts w:ascii="TimesNewRomanPS" w:eastAsia="TimesNewRomanPS" w:hAnsi="TimesNewRomanPS"/>
                <w:i/>
                <w:color w:val="808080"/>
                <w:w w:val="97"/>
                <w:sz w:val="16"/>
                <w:szCs w:val="16"/>
                <w:lang w:val="pt-PT"/>
              </w:rPr>
              <w:t xml:space="preserve">(existent/propus) </w:t>
            </w:r>
            <w:r w:rsidRPr="001F7E48">
              <w:rPr>
                <w:rFonts w:ascii="TimesNewRomanPS" w:eastAsia="TimesNewRomanPS" w:hAnsi="TimesNewRomanPS"/>
                <w:i/>
                <w:color w:val="7A7A7A"/>
                <w:w w:val="97"/>
                <w:sz w:val="16"/>
                <w:szCs w:val="16"/>
                <w:lang w:val="pt-PT"/>
              </w:rPr>
              <w:t xml:space="preserve">ex. </w:t>
            </w:r>
            <w:r w:rsidRPr="004761A5">
              <w:rPr>
                <w:rFonts w:ascii="TimesNewRomanPS" w:eastAsia="TimesNewRomanPS" w:hAnsi="TimesNewRomanPS"/>
                <w:i/>
                <w:color w:val="7A7A7A"/>
                <w:w w:val="97"/>
                <w:sz w:val="16"/>
                <w:szCs w:val="16"/>
              </w:rPr>
              <w:t>S+P+2E+M</w:t>
            </w:r>
          </w:p>
        </w:tc>
        <w:tc>
          <w:tcPr>
            <w:tcW w:w="233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6CBE6128" w14:textId="77777777" w:rsidR="00BD2397" w:rsidRPr="004761A5" w:rsidRDefault="00B8640C">
            <w:pPr>
              <w:autoSpaceDE w:val="0"/>
              <w:autoSpaceDN w:val="0"/>
              <w:spacing w:after="0" w:line="164" w:lineRule="exact"/>
              <w:ind w:left="100" w:right="720"/>
              <w:rPr>
                <w:sz w:val="16"/>
                <w:szCs w:val="16"/>
              </w:rPr>
            </w:pPr>
            <w:proofErr w:type="spellStart"/>
            <w:r w:rsidRPr="004761A5">
              <w:rPr>
                <w:rFonts w:ascii="TimesNewRomanPS" w:eastAsia="TimesNewRomanPS" w:hAnsi="TimesNewRomanPS"/>
                <w:b/>
                <w:color w:val="0D5F78"/>
                <w:w w:val="97"/>
                <w:sz w:val="16"/>
                <w:szCs w:val="16"/>
              </w:rPr>
              <w:t>Înălțimea</w:t>
            </w:r>
            <w:proofErr w:type="spellEnd"/>
            <w:r w:rsidRPr="004761A5">
              <w:rPr>
                <w:rFonts w:ascii="TimesNewRomanPS" w:eastAsia="TimesNewRomanPS" w:hAnsi="TimesNewRomanPS"/>
                <w:b/>
                <w:color w:val="0D5F78"/>
                <w:w w:val="97"/>
                <w:sz w:val="16"/>
                <w:szCs w:val="16"/>
              </w:rPr>
              <w:t xml:space="preserve"> la </w:t>
            </w:r>
            <w:proofErr w:type="spellStart"/>
            <w:r w:rsidRPr="004761A5">
              <w:rPr>
                <w:rFonts w:ascii="TimesNewRomanPS" w:eastAsia="TimesNewRomanPS" w:hAnsi="TimesNewRomanPS"/>
                <w:b/>
                <w:color w:val="0D5F78"/>
                <w:w w:val="97"/>
                <w:sz w:val="16"/>
                <w:szCs w:val="16"/>
              </w:rPr>
              <w:t>cornișă</w:t>
            </w:r>
            <w:proofErr w:type="spellEnd"/>
            <w:r w:rsidRPr="004761A5">
              <w:rPr>
                <w:rFonts w:ascii="TimesNewRomanPS" w:eastAsia="TimesNewRomanPS" w:hAnsi="TimesNewRomanPS"/>
                <w:b/>
                <w:color w:val="0D5F78"/>
                <w:w w:val="97"/>
                <w:sz w:val="16"/>
                <w:szCs w:val="16"/>
              </w:rPr>
              <w:t xml:space="preserve"> (m) </w:t>
            </w:r>
            <w:r w:rsidRPr="004761A5">
              <w:rPr>
                <w:rFonts w:ascii="TimesNewRomanPS" w:eastAsia="TimesNewRomanPS" w:hAnsi="TimesNewRomanPS"/>
                <w:i/>
                <w:color w:val="808080"/>
                <w:w w:val="97"/>
                <w:sz w:val="16"/>
                <w:szCs w:val="16"/>
              </w:rPr>
              <w:t>(existent/</w:t>
            </w:r>
            <w:proofErr w:type="spellStart"/>
            <w:r w:rsidRPr="004761A5">
              <w:rPr>
                <w:rFonts w:ascii="TimesNewRomanPS" w:eastAsia="TimesNewRomanPS" w:hAnsi="TimesNewRomanPS"/>
                <w:i/>
                <w:color w:val="808080"/>
                <w:w w:val="97"/>
                <w:sz w:val="16"/>
                <w:szCs w:val="16"/>
              </w:rPr>
              <w:t>propus</w:t>
            </w:r>
            <w:proofErr w:type="spellEnd"/>
            <w:r w:rsidRPr="004761A5">
              <w:rPr>
                <w:rFonts w:ascii="TimesNewRomanPS" w:eastAsia="TimesNewRomanPS" w:hAnsi="TimesNewRomanPS"/>
                <w:i/>
                <w:color w:val="808080"/>
                <w:w w:val="97"/>
                <w:sz w:val="16"/>
                <w:szCs w:val="16"/>
              </w:rPr>
              <w:t>)</w:t>
            </w:r>
          </w:p>
        </w:tc>
        <w:tc>
          <w:tcPr>
            <w:tcW w:w="2338"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5EA21BAA" w14:textId="77777777" w:rsidR="00BD2397" w:rsidRPr="004761A5" w:rsidRDefault="00B8640C">
            <w:pPr>
              <w:autoSpaceDE w:val="0"/>
              <w:autoSpaceDN w:val="0"/>
              <w:spacing w:after="0" w:line="164" w:lineRule="exact"/>
              <w:ind w:left="102" w:right="720"/>
              <w:rPr>
                <w:sz w:val="16"/>
                <w:szCs w:val="16"/>
              </w:rPr>
            </w:pPr>
            <w:proofErr w:type="spellStart"/>
            <w:r w:rsidRPr="004761A5">
              <w:rPr>
                <w:rFonts w:ascii="TimesNewRomanPS" w:eastAsia="TimesNewRomanPS" w:hAnsi="TimesNewRomanPS"/>
                <w:b/>
                <w:color w:val="0D5F78"/>
                <w:w w:val="97"/>
                <w:sz w:val="16"/>
                <w:szCs w:val="16"/>
              </w:rPr>
              <w:t>Înălțimea</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maximă</w:t>
            </w:r>
            <w:proofErr w:type="spellEnd"/>
            <w:r w:rsidRPr="004761A5">
              <w:rPr>
                <w:rFonts w:ascii="TimesNewRomanPS" w:eastAsia="TimesNewRomanPS" w:hAnsi="TimesNewRomanPS"/>
                <w:b/>
                <w:color w:val="0D5F78"/>
                <w:w w:val="97"/>
                <w:sz w:val="16"/>
                <w:szCs w:val="16"/>
              </w:rPr>
              <w:t xml:space="preserve"> (m) </w:t>
            </w:r>
            <w:r w:rsidRPr="004761A5">
              <w:rPr>
                <w:rFonts w:ascii="TimesNewRomanPS" w:eastAsia="TimesNewRomanPS" w:hAnsi="TimesNewRomanPS"/>
                <w:i/>
                <w:color w:val="808080"/>
                <w:w w:val="97"/>
                <w:sz w:val="16"/>
                <w:szCs w:val="16"/>
              </w:rPr>
              <w:t>(existent/</w:t>
            </w:r>
            <w:proofErr w:type="spellStart"/>
            <w:r w:rsidRPr="004761A5">
              <w:rPr>
                <w:rFonts w:ascii="TimesNewRomanPS" w:eastAsia="TimesNewRomanPS" w:hAnsi="TimesNewRomanPS"/>
                <w:i/>
                <w:color w:val="808080"/>
                <w:w w:val="97"/>
                <w:sz w:val="16"/>
                <w:szCs w:val="16"/>
              </w:rPr>
              <w:t>propus</w:t>
            </w:r>
            <w:proofErr w:type="spellEnd"/>
            <w:r w:rsidRPr="004761A5">
              <w:rPr>
                <w:rFonts w:ascii="TimesNewRomanPS" w:eastAsia="TimesNewRomanPS" w:hAnsi="TimesNewRomanPS"/>
                <w:i/>
                <w:color w:val="808080"/>
                <w:w w:val="97"/>
                <w:sz w:val="16"/>
                <w:szCs w:val="16"/>
              </w:rPr>
              <w:t>)</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0C0C2466" w14:textId="77777777" w:rsidR="00BD2397" w:rsidRPr="001F7E48" w:rsidRDefault="00B8640C">
            <w:pPr>
              <w:autoSpaceDE w:val="0"/>
              <w:autoSpaceDN w:val="0"/>
              <w:spacing w:after="0" w:line="164" w:lineRule="exact"/>
              <w:ind w:left="100" w:right="432"/>
              <w:rPr>
                <w:sz w:val="16"/>
                <w:szCs w:val="16"/>
                <w:lang w:val="pt-PT"/>
              </w:rPr>
            </w:pPr>
            <w:r w:rsidRPr="001F7E48">
              <w:rPr>
                <w:rFonts w:ascii="TimesNewRomanPS" w:eastAsia="TimesNewRomanPS" w:hAnsi="TimesNewRomanPS"/>
                <w:b/>
                <w:color w:val="0D5F78"/>
                <w:w w:val="97"/>
                <w:sz w:val="16"/>
                <w:szCs w:val="16"/>
                <w:lang w:val="pt-PT"/>
              </w:rPr>
              <w:t xml:space="preserve">Cota terenului amenajat (m) </w:t>
            </w:r>
            <w:r w:rsidRPr="001F7E48">
              <w:rPr>
                <w:rFonts w:ascii="TimesNewRomanPS" w:eastAsia="TimesNewRomanPS" w:hAnsi="TimesNewRomanPS"/>
                <w:i/>
                <w:color w:val="808080"/>
                <w:w w:val="97"/>
                <w:sz w:val="16"/>
                <w:szCs w:val="16"/>
                <w:lang w:val="pt-PT"/>
              </w:rPr>
              <w:t>(inițialăt/propus)</w:t>
            </w:r>
          </w:p>
          <w:p w14:paraId="48DD1626"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 xml:space="preserve">Cota </w:t>
            </w:r>
            <w:proofErr w:type="spellStart"/>
            <w:r w:rsidRPr="004761A5">
              <w:rPr>
                <w:rFonts w:ascii="TimesNewRomanPS" w:eastAsia="TimesNewRomanPS" w:hAnsi="TimesNewRomanPS"/>
                <w:b/>
                <w:color w:val="0D5F78"/>
                <w:w w:val="97"/>
                <w:sz w:val="16"/>
                <w:szCs w:val="16"/>
              </w:rPr>
              <w:t>terenului</w:t>
            </w:r>
            <w:proofErr w:type="spellEnd"/>
            <w:r w:rsidRPr="004761A5">
              <w:rPr>
                <w:rFonts w:ascii="TimesNewRomanPS" w:eastAsia="TimesNewRomanPS" w:hAnsi="TimesNewRomanPS"/>
                <w:b/>
                <w:color w:val="0D5F78"/>
                <w:w w:val="97"/>
                <w:sz w:val="16"/>
                <w:szCs w:val="16"/>
              </w:rPr>
              <w:t xml:space="preserve"> natural (m)</w:t>
            </w:r>
          </w:p>
        </w:tc>
      </w:tr>
      <w:tr w:rsidR="00BD2397" w:rsidRPr="004761A5" w14:paraId="6EDC4D76" w14:textId="77777777">
        <w:trPr>
          <w:trHeight w:hRule="exact" w:val="188"/>
        </w:trPr>
        <w:tc>
          <w:tcPr>
            <w:tcW w:w="9348" w:type="dxa"/>
            <w:gridSpan w:val="9"/>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0CB3F575" w14:textId="77777777" w:rsidR="00BD2397" w:rsidRPr="004761A5" w:rsidRDefault="00B8640C">
            <w:pPr>
              <w:autoSpaceDE w:val="0"/>
              <w:autoSpaceDN w:val="0"/>
              <w:spacing w:after="0" w:line="154"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Suprafețe</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și</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volum</w:t>
            </w:r>
            <w:proofErr w:type="spellEnd"/>
            <w:r w:rsidRPr="004761A5">
              <w:rPr>
                <w:rFonts w:ascii="TimesNewRomanPSMT" w:eastAsia="TimesNewRomanPSMT" w:hAnsi="TimesNewRomanPSMT"/>
                <w:color w:val="000000"/>
                <w:w w:val="103"/>
                <w:sz w:val="16"/>
                <w:szCs w:val="16"/>
              </w:rPr>
              <w:t xml:space="preserve"> </w:t>
            </w:r>
          </w:p>
        </w:tc>
      </w:tr>
      <w:tr w:rsidR="00BD2397" w:rsidRPr="004761A5" w14:paraId="281CDD46" w14:textId="77777777">
        <w:trPr>
          <w:trHeight w:hRule="exact" w:val="512"/>
        </w:trPr>
        <w:tc>
          <w:tcPr>
            <w:tcW w:w="2338" w:type="dxa"/>
            <w:tcBorders>
              <w:top w:val="single" w:sz="3" w:space="0" w:color="767676"/>
              <w:left w:val="single" w:sz="3" w:space="0" w:color="767676"/>
              <w:bottom w:val="single" w:sz="3" w:space="0" w:color="767676"/>
              <w:right w:val="single" w:sz="3" w:space="0" w:color="767676"/>
            </w:tcBorders>
            <w:tcMar>
              <w:left w:w="0" w:type="dxa"/>
              <w:right w:w="0" w:type="dxa"/>
            </w:tcMar>
          </w:tcPr>
          <w:p w14:paraId="14949E68" w14:textId="77777777" w:rsidR="00BD2397" w:rsidRPr="001F7E48" w:rsidRDefault="00B8640C">
            <w:pPr>
              <w:autoSpaceDE w:val="0"/>
              <w:autoSpaceDN w:val="0"/>
              <w:spacing w:after="0" w:line="166" w:lineRule="exact"/>
              <w:ind w:left="100" w:right="576"/>
              <w:rPr>
                <w:sz w:val="16"/>
                <w:szCs w:val="16"/>
                <w:lang w:val="pt-PT"/>
              </w:rPr>
            </w:pPr>
            <w:r w:rsidRPr="001F7E48">
              <w:rPr>
                <w:rFonts w:ascii="TimesNewRomanPS" w:eastAsia="TimesNewRomanPS" w:hAnsi="TimesNewRomanPS"/>
                <w:b/>
                <w:color w:val="0D5F78"/>
                <w:w w:val="97"/>
                <w:sz w:val="16"/>
                <w:szCs w:val="16"/>
                <w:lang w:val="pt-PT"/>
              </w:rPr>
              <w:t xml:space="preserve">Suprafața construită (m²) </w:t>
            </w:r>
            <w:r w:rsidRPr="001F7E48">
              <w:rPr>
                <w:rFonts w:ascii="TimesNewRomanPS" w:eastAsia="TimesNewRomanPS" w:hAnsi="TimesNewRomanPS"/>
                <w:i/>
                <w:color w:val="808080"/>
                <w:w w:val="97"/>
                <w:sz w:val="16"/>
                <w:szCs w:val="16"/>
                <w:lang w:val="pt-PT"/>
              </w:rPr>
              <w:t>(existent/propus)</w:t>
            </w:r>
          </w:p>
        </w:tc>
        <w:tc>
          <w:tcPr>
            <w:tcW w:w="2336" w:type="dxa"/>
            <w:gridSpan w:val="3"/>
            <w:tcBorders>
              <w:top w:val="single" w:sz="3" w:space="0" w:color="767676"/>
              <w:left w:val="single" w:sz="3" w:space="0" w:color="767676"/>
              <w:bottom w:val="single" w:sz="3" w:space="0" w:color="767676"/>
              <w:right w:val="single" w:sz="3" w:space="0" w:color="767676"/>
            </w:tcBorders>
            <w:tcMar>
              <w:left w:w="0" w:type="dxa"/>
              <w:right w:w="0" w:type="dxa"/>
            </w:tcMar>
          </w:tcPr>
          <w:p w14:paraId="248DBD0C" w14:textId="77777777" w:rsidR="00BD2397" w:rsidRPr="001F7E48" w:rsidRDefault="00B8640C">
            <w:pPr>
              <w:autoSpaceDE w:val="0"/>
              <w:autoSpaceDN w:val="0"/>
              <w:spacing w:after="0" w:line="166" w:lineRule="exact"/>
              <w:ind w:left="100" w:right="432"/>
              <w:rPr>
                <w:sz w:val="16"/>
                <w:szCs w:val="16"/>
                <w:lang w:val="pt-PT"/>
              </w:rPr>
            </w:pPr>
            <w:r w:rsidRPr="001F7E48">
              <w:rPr>
                <w:rFonts w:ascii="TimesNewRomanPS" w:eastAsia="TimesNewRomanPS" w:hAnsi="TimesNewRomanPS"/>
                <w:b/>
                <w:color w:val="0D5F78"/>
                <w:w w:val="97"/>
                <w:sz w:val="16"/>
                <w:szCs w:val="16"/>
                <w:lang w:val="pt-PT"/>
              </w:rPr>
              <w:t xml:space="preserve">Suprafața desfășurată (m²) </w:t>
            </w:r>
            <w:r w:rsidRPr="001F7E48">
              <w:rPr>
                <w:rFonts w:ascii="TimesNewRomanPS" w:eastAsia="TimesNewRomanPS" w:hAnsi="TimesNewRomanPS"/>
                <w:i/>
                <w:color w:val="808080"/>
                <w:w w:val="97"/>
                <w:sz w:val="16"/>
                <w:szCs w:val="16"/>
                <w:lang w:val="pt-PT"/>
              </w:rPr>
              <w:t>(existent/propus)</w:t>
            </w:r>
          </w:p>
        </w:tc>
        <w:tc>
          <w:tcPr>
            <w:tcW w:w="2338" w:type="dxa"/>
            <w:gridSpan w:val="3"/>
            <w:tcBorders>
              <w:top w:val="single" w:sz="3" w:space="0" w:color="767676"/>
              <w:left w:val="single" w:sz="3" w:space="0" w:color="767676"/>
              <w:bottom w:val="single" w:sz="3" w:space="0" w:color="767676"/>
              <w:right w:val="single" w:sz="3" w:space="0" w:color="767676"/>
            </w:tcBorders>
            <w:tcMar>
              <w:left w:w="0" w:type="dxa"/>
              <w:right w:w="0" w:type="dxa"/>
            </w:tcMar>
          </w:tcPr>
          <w:p w14:paraId="6C9A30DA" w14:textId="77777777" w:rsidR="00BD2397" w:rsidRPr="001F7E48" w:rsidRDefault="00B8640C">
            <w:pPr>
              <w:autoSpaceDE w:val="0"/>
              <w:autoSpaceDN w:val="0"/>
              <w:spacing w:after="0" w:line="166" w:lineRule="exact"/>
              <w:ind w:left="102" w:right="864"/>
              <w:rPr>
                <w:sz w:val="16"/>
                <w:szCs w:val="16"/>
                <w:lang w:val="pt-PT"/>
              </w:rPr>
            </w:pPr>
            <w:r w:rsidRPr="001F7E48">
              <w:rPr>
                <w:rFonts w:ascii="TimesNewRomanPS" w:eastAsia="TimesNewRomanPS" w:hAnsi="TimesNewRomanPS"/>
                <w:b/>
                <w:color w:val="0D5F78"/>
                <w:w w:val="97"/>
                <w:sz w:val="16"/>
                <w:szCs w:val="16"/>
                <w:lang w:val="pt-PT"/>
              </w:rPr>
              <w:t xml:space="preserve">Suprafața utilă (m²) </w:t>
            </w:r>
            <w:r w:rsidRPr="001F7E48">
              <w:rPr>
                <w:rFonts w:ascii="TimesNewRomanPS" w:eastAsia="TimesNewRomanPS" w:hAnsi="TimesNewRomanPS"/>
                <w:i/>
                <w:color w:val="808080"/>
                <w:w w:val="97"/>
                <w:sz w:val="16"/>
                <w:szCs w:val="16"/>
                <w:lang w:val="pt-PT"/>
              </w:rPr>
              <w:t>(existent/propus)</w:t>
            </w:r>
          </w:p>
        </w:tc>
        <w:tc>
          <w:tcPr>
            <w:tcW w:w="233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14:paraId="7250FD93" w14:textId="77777777" w:rsidR="00BD2397" w:rsidRPr="004761A5" w:rsidRDefault="00B8640C">
            <w:pPr>
              <w:autoSpaceDE w:val="0"/>
              <w:autoSpaceDN w:val="0"/>
              <w:spacing w:after="0" w:line="166" w:lineRule="exact"/>
              <w:ind w:left="100" w:right="864"/>
              <w:rPr>
                <w:sz w:val="16"/>
                <w:szCs w:val="16"/>
              </w:rPr>
            </w:pPr>
            <w:proofErr w:type="spellStart"/>
            <w:r w:rsidRPr="004761A5">
              <w:rPr>
                <w:rFonts w:ascii="TimesNewRomanPS" w:eastAsia="TimesNewRomanPS" w:hAnsi="TimesNewRomanPS"/>
                <w:b/>
                <w:color w:val="0D5F78"/>
                <w:w w:val="97"/>
                <w:sz w:val="16"/>
                <w:szCs w:val="16"/>
              </w:rPr>
              <w:t>Volum</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construit</w:t>
            </w:r>
            <w:proofErr w:type="spellEnd"/>
            <w:r w:rsidRPr="004761A5">
              <w:rPr>
                <w:rFonts w:ascii="TimesNewRomanPS" w:eastAsia="TimesNewRomanPS" w:hAnsi="TimesNewRomanPS"/>
                <w:b/>
                <w:color w:val="0D5F78"/>
                <w:w w:val="97"/>
                <w:sz w:val="16"/>
                <w:szCs w:val="16"/>
              </w:rPr>
              <w:t xml:space="preserve"> (m³) </w:t>
            </w:r>
            <w:r w:rsidRPr="004761A5">
              <w:rPr>
                <w:rFonts w:ascii="TimesNewRomanPS" w:eastAsia="TimesNewRomanPS" w:hAnsi="TimesNewRomanPS"/>
                <w:i/>
                <w:color w:val="808080"/>
                <w:w w:val="97"/>
                <w:sz w:val="16"/>
                <w:szCs w:val="16"/>
              </w:rPr>
              <w:t>(existent/</w:t>
            </w:r>
            <w:proofErr w:type="spellStart"/>
            <w:r w:rsidRPr="004761A5">
              <w:rPr>
                <w:rFonts w:ascii="TimesNewRomanPS" w:eastAsia="TimesNewRomanPS" w:hAnsi="TimesNewRomanPS"/>
                <w:i/>
                <w:color w:val="808080"/>
                <w:w w:val="97"/>
                <w:sz w:val="16"/>
                <w:szCs w:val="16"/>
              </w:rPr>
              <w:t>propus</w:t>
            </w:r>
            <w:proofErr w:type="spellEnd"/>
            <w:r w:rsidRPr="004761A5">
              <w:rPr>
                <w:rFonts w:ascii="TimesNewRomanPS" w:eastAsia="TimesNewRomanPS" w:hAnsi="TimesNewRomanPS"/>
                <w:i/>
                <w:color w:val="808080"/>
                <w:w w:val="97"/>
                <w:sz w:val="16"/>
                <w:szCs w:val="16"/>
              </w:rPr>
              <w:t>)</w:t>
            </w:r>
          </w:p>
        </w:tc>
      </w:tr>
      <w:tr w:rsidR="00BD2397" w:rsidRPr="004761A5" w14:paraId="19E10DA8" w14:textId="77777777">
        <w:trPr>
          <w:trHeight w:hRule="exact" w:val="188"/>
        </w:trPr>
        <w:tc>
          <w:tcPr>
            <w:tcW w:w="9348" w:type="dxa"/>
            <w:gridSpan w:val="9"/>
            <w:tcBorders>
              <w:top w:val="single" w:sz="3" w:space="0" w:color="767676"/>
              <w:left w:val="single" w:sz="3" w:space="0" w:color="767676"/>
              <w:bottom w:val="single" w:sz="3" w:space="0" w:color="767676"/>
              <w:right w:val="single" w:sz="3" w:space="0" w:color="767676"/>
            </w:tcBorders>
            <w:shd w:val="clear" w:color="auto" w:fill="F4F4F4"/>
            <w:tcMar>
              <w:left w:w="0" w:type="dxa"/>
              <w:right w:w="0" w:type="dxa"/>
            </w:tcMar>
          </w:tcPr>
          <w:p w14:paraId="76619D6B" w14:textId="77777777" w:rsidR="00BD2397" w:rsidRPr="004761A5" w:rsidRDefault="00B8640C">
            <w:pPr>
              <w:autoSpaceDE w:val="0"/>
              <w:autoSpaceDN w:val="0"/>
              <w:spacing w:after="0" w:line="154"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Rezistență</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mecanică</w:t>
            </w:r>
            <w:proofErr w:type="spellEnd"/>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și</w:t>
            </w:r>
            <w:proofErr w:type="spellEnd"/>
            <w:r w:rsidRPr="004761A5">
              <w:rPr>
                <w:rFonts w:ascii="TimesNewRomanPSMT" w:eastAsia="TimesNewRomanPSMT" w:hAnsi="TimesNewRomanPSMT"/>
                <w:color w:val="000000"/>
                <w:w w:val="103"/>
                <w:sz w:val="16"/>
                <w:szCs w:val="16"/>
              </w:rPr>
              <w:t xml:space="preserve"> stabilitate</w:t>
            </w:r>
          </w:p>
        </w:tc>
      </w:tr>
      <w:tr w:rsidR="00BD2397" w:rsidRPr="004761A5" w14:paraId="5C281270" w14:textId="77777777">
        <w:trPr>
          <w:trHeight w:hRule="exact" w:val="512"/>
        </w:trPr>
        <w:tc>
          <w:tcPr>
            <w:tcW w:w="3116"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69D59C34" w14:textId="77777777" w:rsidR="00BD2397" w:rsidRPr="004761A5" w:rsidRDefault="00B8640C">
            <w:pPr>
              <w:autoSpaceDE w:val="0"/>
              <w:autoSpaceDN w:val="0"/>
              <w:spacing w:after="0" w:line="148" w:lineRule="exact"/>
              <w:ind w:left="100"/>
              <w:rPr>
                <w:sz w:val="16"/>
                <w:szCs w:val="16"/>
              </w:rPr>
            </w:pPr>
            <w:proofErr w:type="spellStart"/>
            <w:r w:rsidRPr="004761A5">
              <w:rPr>
                <w:rFonts w:ascii="TimesNewRomanPS" w:eastAsia="TimesNewRomanPS" w:hAnsi="TimesNewRomanPS"/>
                <w:b/>
                <w:color w:val="0D5F78"/>
                <w:w w:val="97"/>
                <w:sz w:val="16"/>
                <w:szCs w:val="16"/>
              </w:rPr>
              <w:t>Sistem</w:t>
            </w:r>
            <w:proofErr w:type="spellEnd"/>
            <w:r w:rsidRPr="004761A5">
              <w:rPr>
                <w:rFonts w:ascii="TimesNewRomanPS" w:eastAsia="TimesNewRomanPS" w:hAnsi="TimesNewRomanPS"/>
                <w:b/>
                <w:color w:val="0D5F78"/>
                <w:w w:val="97"/>
                <w:sz w:val="16"/>
                <w:szCs w:val="16"/>
              </w:rPr>
              <w:t xml:space="preserve"> structural </w:t>
            </w:r>
            <w:r w:rsidRPr="004761A5">
              <w:rPr>
                <w:rFonts w:ascii="TimesNewRomanPS" w:eastAsia="TimesNewRomanPS" w:hAnsi="TimesNewRomanPS"/>
                <w:i/>
                <w:color w:val="808080"/>
                <w:w w:val="97"/>
                <w:sz w:val="16"/>
                <w:szCs w:val="16"/>
              </w:rPr>
              <w:t>(existent/</w:t>
            </w:r>
            <w:proofErr w:type="spellStart"/>
            <w:r w:rsidRPr="004761A5">
              <w:rPr>
                <w:rFonts w:ascii="TimesNewRomanPS" w:eastAsia="TimesNewRomanPS" w:hAnsi="TimesNewRomanPS"/>
                <w:i/>
                <w:color w:val="808080"/>
                <w:w w:val="97"/>
                <w:sz w:val="16"/>
                <w:szCs w:val="16"/>
              </w:rPr>
              <w:t>propus</w:t>
            </w:r>
            <w:proofErr w:type="spellEnd"/>
            <w:r w:rsidRPr="004761A5">
              <w:rPr>
                <w:rFonts w:ascii="TimesNewRomanPS" w:eastAsia="TimesNewRomanPS" w:hAnsi="TimesNewRomanPS"/>
                <w:i/>
                <w:color w:val="808080"/>
                <w:w w:val="97"/>
                <w:sz w:val="16"/>
                <w:szCs w:val="16"/>
              </w:rPr>
              <w:t>)</w:t>
            </w:r>
          </w:p>
        </w:tc>
        <w:tc>
          <w:tcPr>
            <w:tcW w:w="3116" w:type="dxa"/>
            <w:gridSpan w:val="4"/>
            <w:tcBorders>
              <w:top w:val="single" w:sz="3" w:space="0" w:color="767676"/>
              <w:left w:val="single" w:sz="4" w:space="0" w:color="767676"/>
              <w:bottom w:val="single" w:sz="3" w:space="0" w:color="767676"/>
              <w:right w:val="single" w:sz="3" w:space="0" w:color="767676"/>
            </w:tcBorders>
            <w:tcMar>
              <w:left w:w="0" w:type="dxa"/>
              <w:right w:w="0" w:type="dxa"/>
            </w:tcMar>
          </w:tcPr>
          <w:p w14:paraId="42D65D3E" w14:textId="77777777" w:rsidR="00BD2397" w:rsidRPr="004761A5" w:rsidRDefault="00B8640C">
            <w:pPr>
              <w:autoSpaceDE w:val="0"/>
              <w:autoSpaceDN w:val="0"/>
              <w:spacing w:after="0" w:line="148" w:lineRule="exact"/>
              <w:ind w:left="100"/>
              <w:rPr>
                <w:sz w:val="16"/>
                <w:szCs w:val="16"/>
              </w:rPr>
            </w:pPr>
            <w:r w:rsidRPr="004761A5">
              <w:rPr>
                <w:rFonts w:ascii="TimesNewRomanPS" w:eastAsia="TimesNewRomanPS" w:hAnsi="TimesNewRomanPS"/>
                <w:b/>
                <w:color w:val="0D5F78"/>
                <w:w w:val="97"/>
                <w:sz w:val="16"/>
                <w:szCs w:val="16"/>
              </w:rPr>
              <w:t xml:space="preserve">Material structural </w:t>
            </w:r>
            <w:r w:rsidRPr="004761A5">
              <w:rPr>
                <w:rFonts w:ascii="TimesNewRomanPS" w:eastAsia="TimesNewRomanPS" w:hAnsi="TimesNewRomanPS"/>
                <w:i/>
                <w:color w:val="808080"/>
                <w:w w:val="97"/>
                <w:sz w:val="16"/>
                <w:szCs w:val="16"/>
              </w:rPr>
              <w:t>(existent/</w:t>
            </w:r>
            <w:proofErr w:type="spellStart"/>
            <w:r w:rsidRPr="004761A5">
              <w:rPr>
                <w:rFonts w:ascii="TimesNewRomanPS" w:eastAsia="TimesNewRomanPS" w:hAnsi="TimesNewRomanPS"/>
                <w:i/>
                <w:color w:val="808080"/>
                <w:w w:val="97"/>
                <w:sz w:val="16"/>
                <w:szCs w:val="16"/>
              </w:rPr>
              <w:t>propus</w:t>
            </w:r>
            <w:proofErr w:type="spellEnd"/>
            <w:r w:rsidRPr="004761A5">
              <w:rPr>
                <w:rFonts w:ascii="TimesNewRomanPS" w:eastAsia="TimesNewRomanPS" w:hAnsi="TimesNewRomanPS"/>
                <w:i/>
                <w:color w:val="808080"/>
                <w:w w:val="97"/>
                <w:sz w:val="16"/>
                <w:szCs w:val="16"/>
              </w:rPr>
              <w:t>)</w:t>
            </w:r>
          </w:p>
        </w:tc>
        <w:tc>
          <w:tcPr>
            <w:tcW w:w="3116" w:type="dxa"/>
            <w:gridSpan w:val="3"/>
            <w:tcBorders>
              <w:top w:val="single" w:sz="3" w:space="0" w:color="767676"/>
              <w:left w:val="single" w:sz="3" w:space="0" w:color="767676"/>
              <w:bottom w:val="single" w:sz="3" w:space="0" w:color="767676"/>
              <w:right w:val="single" w:sz="3" w:space="0" w:color="767676"/>
            </w:tcBorders>
            <w:tcMar>
              <w:left w:w="0" w:type="dxa"/>
              <w:right w:w="0" w:type="dxa"/>
            </w:tcMar>
          </w:tcPr>
          <w:p w14:paraId="34C3F202" w14:textId="77777777" w:rsidR="00BD2397" w:rsidRPr="004761A5" w:rsidRDefault="00B8640C">
            <w:pPr>
              <w:autoSpaceDE w:val="0"/>
              <w:autoSpaceDN w:val="0"/>
              <w:spacing w:after="0" w:line="164" w:lineRule="exact"/>
              <w:ind w:left="100" w:right="576"/>
              <w:rPr>
                <w:sz w:val="16"/>
                <w:szCs w:val="16"/>
              </w:rPr>
            </w:pPr>
            <w:r w:rsidRPr="001F7E48">
              <w:rPr>
                <w:rFonts w:ascii="TimesNewRomanPS" w:eastAsia="TimesNewRomanPS" w:hAnsi="TimesNewRomanPS"/>
                <w:b/>
                <w:color w:val="0D5F78"/>
                <w:w w:val="97"/>
                <w:sz w:val="16"/>
                <w:szCs w:val="16"/>
                <w:lang w:val="pt-PT"/>
              </w:rPr>
              <w:t xml:space="preserve">Clasa de risc seismic </w:t>
            </w:r>
            <w:r w:rsidRPr="001F7E48">
              <w:rPr>
                <w:rFonts w:ascii="TimesNewRomanPS" w:eastAsia="TimesNewRomanPS" w:hAnsi="TimesNewRomanPS"/>
                <w:i/>
                <w:color w:val="808080"/>
                <w:w w:val="97"/>
                <w:sz w:val="16"/>
                <w:szCs w:val="16"/>
                <w:lang w:val="pt-PT"/>
              </w:rPr>
              <w:t xml:space="preserve">(existent/propus) </w:t>
            </w:r>
            <w:r w:rsidRPr="001F7E48">
              <w:rPr>
                <w:rFonts w:ascii="TimesNewRomanPS" w:eastAsia="TimesNewRomanPS" w:hAnsi="TimesNewRomanPS"/>
                <w:i/>
                <w:color w:val="7A7A7A"/>
                <w:w w:val="97"/>
                <w:sz w:val="16"/>
                <w:szCs w:val="16"/>
                <w:lang w:val="pt-PT"/>
              </w:rPr>
              <w:t xml:space="preserve">Rs I … </w:t>
            </w:r>
            <w:r w:rsidRPr="004761A5">
              <w:rPr>
                <w:rFonts w:ascii="TimesNewRomanPS" w:eastAsia="TimesNewRomanPS" w:hAnsi="TimesNewRomanPS"/>
                <w:i/>
                <w:color w:val="7A7A7A"/>
                <w:w w:val="97"/>
                <w:sz w:val="16"/>
                <w:szCs w:val="16"/>
              </w:rPr>
              <w:t>Rs IV</w:t>
            </w:r>
          </w:p>
        </w:tc>
      </w:tr>
      <w:tr w:rsidR="00BD2397" w:rsidRPr="004761A5" w14:paraId="3B93F2FD" w14:textId="77777777">
        <w:trPr>
          <w:trHeight w:hRule="exact" w:val="190"/>
        </w:trPr>
        <w:tc>
          <w:tcPr>
            <w:tcW w:w="9348" w:type="dxa"/>
            <w:gridSpan w:val="9"/>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0858391E" w14:textId="77777777" w:rsidR="00BD2397" w:rsidRPr="004761A5" w:rsidRDefault="00B8640C">
            <w:pPr>
              <w:autoSpaceDE w:val="0"/>
              <w:autoSpaceDN w:val="0"/>
              <w:spacing w:after="0" w:line="154"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Anvelopă</w:t>
            </w:r>
            <w:proofErr w:type="spellEnd"/>
          </w:p>
        </w:tc>
      </w:tr>
      <w:tr w:rsidR="00BD2397" w:rsidRPr="00D027DE" w14:paraId="1C5E2B61" w14:textId="77777777">
        <w:trPr>
          <w:trHeight w:hRule="exact" w:val="676"/>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35DDAB81" w14:textId="77777777" w:rsidR="00BD2397" w:rsidRPr="001F7E48" w:rsidRDefault="00B8640C">
            <w:pPr>
              <w:autoSpaceDE w:val="0"/>
              <w:autoSpaceDN w:val="0"/>
              <w:spacing w:after="0" w:line="166" w:lineRule="exact"/>
              <w:ind w:left="100" w:right="864"/>
              <w:rPr>
                <w:sz w:val="16"/>
                <w:szCs w:val="16"/>
                <w:lang w:val="pt-PT"/>
              </w:rPr>
            </w:pPr>
            <w:r w:rsidRPr="001F7E48">
              <w:rPr>
                <w:rFonts w:ascii="TimesNewRomanPS" w:eastAsia="TimesNewRomanPS" w:hAnsi="TimesNewRomanPS"/>
                <w:b/>
                <w:color w:val="0D5F78"/>
                <w:w w:val="97"/>
                <w:sz w:val="16"/>
                <w:szCs w:val="16"/>
                <w:lang w:val="pt-PT"/>
              </w:rPr>
              <w:t xml:space="preserve">Acoperiș / învelitoare </w:t>
            </w:r>
            <w:r w:rsidRPr="001F7E48">
              <w:rPr>
                <w:rFonts w:ascii="TimesNewRomanPS" w:eastAsia="TimesNewRomanPS" w:hAnsi="TimesNewRomanPS"/>
                <w:i/>
                <w:color w:val="808080"/>
                <w:w w:val="97"/>
                <w:sz w:val="16"/>
                <w:szCs w:val="16"/>
                <w:lang w:val="pt-PT"/>
              </w:rPr>
              <w:t>(existent/propus)</w:t>
            </w:r>
            <w:r w:rsidRPr="001F7E48">
              <w:rPr>
                <w:sz w:val="16"/>
                <w:szCs w:val="16"/>
                <w:lang w:val="pt-PT"/>
              </w:rPr>
              <w:br/>
            </w:r>
            <w:r w:rsidRPr="001F7E48">
              <w:rPr>
                <w:rFonts w:ascii="TimesNewRomanPS" w:eastAsia="TimesNewRomanPS" w:hAnsi="TimesNewRomanPS"/>
                <w:i/>
                <w:color w:val="7A7A7A"/>
                <w:w w:val="97"/>
                <w:sz w:val="16"/>
                <w:szCs w:val="16"/>
                <w:lang w:val="pt-PT"/>
              </w:rPr>
              <w:t>șarpantă sau terasă</w:t>
            </w:r>
          </w:p>
        </w:tc>
        <w:tc>
          <w:tcPr>
            <w:tcW w:w="233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1409344E" w14:textId="77777777" w:rsidR="00BD2397" w:rsidRPr="001F7E48" w:rsidRDefault="00B8640C">
            <w:pPr>
              <w:autoSpaceDE w:val="0"/>
              <w:autoSpaceDN w:val="0"/>
              <w:spacing w:after="0" w:line="164" w:lineRule="exact"/>
              <w:ind w:left="100" w:right="144"/>
              <w:rPr>
                <w:sz w:val="16"/>
                <w:szCs w:val="16"/>
                <w:lang w:val="pt-PT"/>
              </w:rPr>
            </w:pPr>
            <w:r w:rsidRPr="001F7E48">
              <w:rPr>
                <w:rFonts w:ascii="TimesNewRomanPS" w:eastAsia="TimesNewRomanPS" w:hAnsi="TimesNewRomanPS"/>
                <w:b/>
                <w:color w:val="0D5F78"/>
                <w:w w:val="97"/>
                <w:sz w:val="16"/>
                <w:szCs w:val="16"/>
                <w:lang w:val="pt-PT"/>
              </w:rPr>
              <w:t xml:space="preserve">Învelitoare (material / culoare) </w:t>
            </w:r>
            <w:r w:rsidRPr="001F7E48">
              <w:rPr>
                <w:rFonts w:ascii="TimesNewRomanPS" w:eastAsia="TimesNewRomanPS" w:hAnsi="TimesNewRomanPS"/>
                <w:i/>
                <w:color w:val="808080"/>
                <w:w w:val="97"/>
                <w:sz w:val="16"/>
                <w:szCs w:val="16"/>
                <w:lang w:val="pt-PT"/>
              </w:rPr>
              <w:t>(existent/propus)</w:t>
            </w:r>
          </w:p>
        </w:tc>
        <w:tc>
          <w:tcPr>
            <w:tcW w:w="2338"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40284FE7" w14:textId="77777777" w:rsidR="00BD2397" w:rsidRPr="001F7E48" w:rsidRDefault="00B8640C">
            <w:pPr>
              <w:autoSpaceDE w:val="0"/>
              <w:autoSpaceDN w:val="0"/>
              <w:spacing w:after="0" w:line="166" w:lineRule="exact"/>
              <w:ind w:left="102" w:right="288"/>
              <w:rPr>
                <w:sz w:val="16"/>
                <w:szCs w:val="16"/>
                <w:lang w:val="pt-PT"/>
              </w:rPr>
            </w:pPr>
            <w:r w:rsidRPr="001F7E48">
              <w:rPr>
                <w:rFonts w:ascii="TimesNewRomanPS" w:eastAsia="TimesNewRomanPS" w:hAnsi="TimesNewRomanPS"/>
                <w:b/>
                <w:color w:val="0D5F78"/>
                <w:w w:val="97"/>
                <w:sz w:val="16"/>
                <w:szCs w:val="16"/>
                <w:lang w:val="pt-PT"/>
              </w:rPr>
              <w:t xml:space="preserve">Finisaj / tâmplărie exterioară </w:t>
            </w:r>
            <w:r w:rsidRPr="001F7E48">
              <w:rPr>
                <w:rFonts w:ascii="TimesNewRomanPS" w:eastAsia="TimesNewRomanPS" w:hAnsi="TimesNewRomanPS"/>
                <w:i/>
                <w:color w:val="808080"/>
                <w:w w:val="97"/>
                <w:sz w:val="16"/>
                <w:szCs w:val="16"/>
                <w:lang w:val="pt-PT"/>
              </w:rPr>
              <w:t xml:space="preserve">(existent/propus) </w:t>
            </w:r>
            <w:r w:rsidRPr="001F7E48">
              <w:rPr>
                <w:sz w:val="16"/>
                <w:szCs w:val="16"/>
                <w:lang w:val="pt-PT"/>
              </w:rPr>
              <w:br/>
            </w:r>
            <w:r w:rsidRPr="001F7E48">
              <w:rPr>
                <w:rFonts w:ascii="TimesNewRomanPS" w:eastAsia="TimesNewRomanPS" w:hAnsi="TimesNewRomanPS"/>
                <w:i/>
                <w:color w:val="7A7A7A"/>
                <w:w w:val="97"/>
                <w:sz w:val="16"/>
                <w:szCs w:val="16"/>
                <w:lang w:val="pt-PT"/>
              </w:rPr>
              <w:t>material, culoare</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658E3A44" w14:textId="77777777" w:rsidR="00BD2397" w:rsidRPr="004761A5" w:rsidRDefault="00B8640C">
            <w:pPr>
              <w:autoSpaceDE w:val="0"/>
              <w:autoSpaceDN w:val="0"/>
              <w:spacing w:after="0" w:line="164" w:lineRule="exact"/>
              <w:ind w:left="100" w:right="1008"/>
              <w:rPr>
                <w:sz w:val="16"/>
                <w:szCs w:val="16"/>
                <w:lang w:val="sv-SE"/>
              </w:rPr>
            </w:pPr>
            <w:r w:rsidRPr="004761A5">
              <w:rPr>
                <w:rFonts w:ascii="TimesNewRomanPS" w:eastAsia="TimesNewRomanPS" w:hAnsi="TimesNewRomanPS"/>
                <w:b/>
                <w:color w:val="0D5F78"/>
                <w:w w:val="97"/>
                <w:sz w:val="16"/>
                <w:szCs w:val="16"/>
                <w:lang w:val="sv-SE"/>
              </w:rPr>
              <w:t xml:space="preserve">Sistem de încălzire </w:t>
            </w:r>
            <w:r w:rsidRPr="004761A5">
              <w:rPr>
                <w:rFonts w:ascii="TimesNewRomanPS" w:eastAsia="TimesNewRomanPS" w:hAnsi="TimesNewRomanPS"/>
                <w:i/>
                <w:color w:val="808080"/>
                <w:w w:val="97"/>
                <w:sz w:val="16"/>
                <w:szCs w:val="16"/>
                <w:lang w:val="sv-SE"/>
              </w:rPr>
              <w:t>(existent/propus)</w:t>
            </w:r>
          </w:p>
        </w:tc>
      </w:tr>
      <w:tr w:rsidR="00BD2397" w:rsidRPr="004761A5" w14:paraId="63F67B5C" w14:textId="77777777">
        <w:trPr>
          <w:trHeight w:hRule="exact" w:val="190"/>
        </w:trPr>
        <w:tc>
          <w:tcPr>
            <w:tcW w:w="9348" w:type="dxa"/>
            <w:gridSpan w:val="9"/>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63B2F88F" w14:textId="77777777" w:rsidR="00BD2397" w:rsidRPr="004761A5" w:rsidRDefault="00B8640C">
            <w:pPr>
              <w:autoSpaceDE w:val="0"/>
              <w:autoSpaceDN w:val="0"/>
              <w:spacing w:after="0" w:line="156" w:lineRule="exact"/>
              <w:ind w:left="100"/>
              <w:rPr>
                <w:sz w:val="16"/>
                <w:szCs w:val="16"/>
              </w:rPr>
            </w:pPr>
            <w:r w:rsidRPr="004761A5">
              <w:rPr>
                <w:rFonts w:ascii="TimesNewRomanPSMT" w:eastAsia="TimesNewRomanPSMT" w:hAnsi="TimesNewRomanPSMT"/>
                <w:color w:val="000000"/>
                <w:w w:val="103"/>
                <w:sz w:val="16"/>
                <w:szCs w:val="16"/>
                <w:lang w:val="sv-SE"/>
              </w:rPr>
              <w:t xml:space="preserve"> </w:t>
            </w:r>
            <w:r w:rsidRPr="004761A5">
              <w:rPr>
                <w:rFonts w:ascii="TimesNewRomanPSMT" w:eastAsia="TimesNewRomanPSMT" w:hAnsi="TimesNewRomanPSMT"/>
                <w:color w:val="000000"/>
                <w:w w:val="103"/>
                <w:sz w:val="16"/>
                <w:szCs w:val="16"/>
              </w:rPr>
              <w:t xml:space="preserve">Siguranță la </w:t>
            </w:r>
            <w:proofErr w:type="spellStart"/>
            <w:r w:rsidRPr="004761A5">
              <w:rPr>
                <w:rFonts w:ascii="TimesNewRomanPSMT" w:eastAsia="TimesNewRomanPSMT" w:hAnsi="TimesNewRomanPSMT"/>
                <w:color w:val="000000"/>
                <w:w w:val="103"/>
                <w:sz w:val="16"/>
                <w:szCs w:val="16"/>
              </w:rPr>
              <w:t>incendiu</w:t>
            </w:r>
            <w:proofErr w:type="spellEnd"/>
          </w:p>
        </w:tc>
      </w:tr>
      <w:tr w:rsidR="00BD2397" w:rsidRPr="004761A5" w14:paraId="6E04352A" w14:textId="77777777">
        <w:trPr>
          <w:trHeight w:hRule="exact" w:val="504"/>
        </w:trPr>
        <w:tc>
          <w:tcPr>
            <w:tcW w:w="5452" w:type="dxa"/>
            <w:gridSpan w:val="5"/>
            <w:tcBorders>
              <w:top w:val="single" w:sz="3" w:space="0" w:color="767676"/>
              <w:left w:val="single" w:sz="3" w:space="0" w:color="767676"/>
              <w:bottom w:val="single" w:sz="3" w:space="0" w:color="767676"/>
              <w:right w:val="single" w:sz="4" w:space="0" w:color="767676"/>
            </w:tcBorders>
            <w:tcMar>
              <w:left w:w="0" w:type="dxa"/>
              <w:right w:w="0" w:type="dxa"/>
            </w:tcMar>
          </w:tcPr>
          <w:p w14:paraId="01E76A78" w14:textId="77777777" w:rsidR="00BD2397" w:rsidRPr="004761A5" w:rsidRDefault="00B8640C">
            <w:pPr>
              <w:autoSpaceDE w:val="0"/>
              <w:autoSpaceDN w:val="0"/>
              <w:spacing w:after="0" w:line="146" w:lineRule="exact"/>
              <w:ind w:left="100"/>
              <w:rPr>
                <w:sz w:val="16"/>
                <w:szCs w:val="16"/>
                <w:lang w:val="sv-SE"/>
              </w:rPr>
            </w:pPr>
            <w:r w:rsidRPr="004761A5">
              <w:rPr>
                <w:rFonts w:ascii="TimesNewRomanPS" w:eastAsia="TimesNewRomanPS" w:hAnsi="TimesNewRomanPS"/>
                <w:b/>
                <w:color w:val="0D5F78"/>
                <w:w w:val="97"/>
                <w:sz w:val="16"/>
                <w:szCs w:val="16"/>
                <w:lang w:val="sv-SE"/>
              </w:rPr>
              <w:t xml:space="preserve">Nivel de stabilitate la incendiu </w:t>
            </w:r>
            <w:r w:rsidRPr="004761A5">
              <w:rPr>
                <w:rFonts w:ascii="TimesNewRomanPS" w:eastAsia="TimesNewRomanPS" w:hAnsi="TimesNewRomanPS"/>
                <w:i/>
                <w:color w:val="808080"/>
                <w:w w:val="97"/>
                <w:sz w:val="16"/>
                <w:szCs w:val="16"/>
                <w:lang w:val="sv-SE"/>
              </w:rPr>
              <w:t>(existent/propus)</w:t>
            </w:r>
          </w:p>
        </w:tc>
        <w:tc>
          <w:tcPr>
            <w:tcW w:w="3896" w:type="dxa"/>
            <w:gridSpan w:val="4"/>
            <w:tcBorders>
              <w:top w:val="single" w:sz="3" w:space="0" w:color="767676"/>
              <w:left w:val="single" w:sz="4" w:space="0" w:color="767676"/>
              <w:bottom w:val="single" w:sz="3" w:space="0" w:color="767676"/>
              <w:right w:val="single" w:sz="3" w:space="0" w:color="767676"/>
            </w:tcBorders>
            <w:tcMar>
              <w:left w:w="0" w:type="dxa"/>
              <w:right w:w="0" w:type="dxa"/>
            </w:tcMar>
          </w:tcPr>
          <w:p w14:paraId="25EC1C3E"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Număr</w:t>
            </w:r>
            <w:proofErr w:type="spellEnd"/>
            <w:r w:rsidRPr="004761A5">
              <w:rPr>
                <w:rFonts w:ascii="TimesNewRomanPS" w:eastAsia="TimesNewRomanPS" w:hAnsi="TimesNewRomanPS"/>
                <w:b/>
                <w:color w:val="0D5F78"/>
                <w:w w:val="97"/>
                <w:sz w:val="16"/>
                <w:szCs w:val="16"/>
              </w:rPr>
              <w:t xml:space="preserve"> maxim </w:t>
            </w:r>
            <w:proofErr w:type="spellStart"/>
            <w:r w:rsidRPr="004761A5">
              <w:rPr>
                <w:rFonts w:ascii="TimesNewRomanPS" w:eastAsia="TimesNewRomanPS" w:hAnsi="TimesNewRomanPS"/>
                <w:b/>
                <w:color w:val="0D5F78"/>
                <w:w w:val="97"/>
                <w:sz w:val="16"/>
                <w:szCs w:val="16"/>
              </w:rPr>
              <w:t>utilizatori</w:t>
            </w:r>
            <w:proofErr w:type="spellEnd"/>
            <w:r w:rsidRPr="004761A5">
              <w:rPr>
                <w:rFonts w:ascii="TimesNewRomanPS" w:eastAsia="TimesNewRomanPS" w:hAnsi="TimesNewRomanPS"/>
                <w:b/>
                <w:color w:val="0D5F78"/>
                <w:w w:val="97"/>
                <w:sz w:val="16"/>
                <w:szCs w:val="16"/>
              </w:rPr>
              <w:t xml:space="preserve"> </w:t>
            </w:r>
            <w:r w:rsidRPr="004761A5">
              <w:rPr>
                <w:rFonts w:ascii="TimesNewRomanPS" w:eastAsia="TimesNewRomanPS" w:hAnsi="TimesNewRomanPS"/>
                <w:i/>
                <w:color w:val="808080"/>
                <w:w w:val="97"/>
                <w:sz w:val="16"/>
                <w:szCs w:val="16"/>
              </w:rPr>
              <w:t>(existent/</w:t>
            </w:r>
            <w:proofErr w:type="spellStart"/>
            <w:r w:rsidRPr="004761A5">
              <w:rPr>
                <w:rFonts w:ascii="TimesNewRomanPS" w:eastAsia="TimesNewRomanPS" w:hAnsi="TimesNewRomanPS"/>
                <w:i/>
                <w:color w:val="808080"/>
                <w:w w:val="97"/>
                <w:sz w:val="16"/>
                <w:szCs w:val="16"/>
              </w:rPr>
              <w:t>propus</w:t>
            </w:r>
            <w:proofErr w:type="spellEnd"/>
            <w:r w:rsidRPr="004761A5">
              <w:rPr>
                <w:rFonts w:ascii="TimesNewRomanPS" w:eastAsia="TimesNewRomanPS" w:hAnsi="TimesNewRomanPS"/>
                <w:i/>
                <w:color w:val="808080"/>
                <w:w w:val="97"/>
                <w:sz w:val="16"/>
                <w:szCs w:val="16"/>
              </w:rPr>
              <w:t>)</w:t>
            </w:r>
          </w:p>
        </w:tc>
      </w:tr>
    </w:tbl>
    <w:p w14:paraId="32787768" w14:textId="77777777" w:rsidR="00BD2397" w:rsidRPr="004761A5" w:rsidRDefault="00BD2397">
      <w:pPr>
        <w:autoSpaceDE w:val="0"/>
        <w:autoSpaceDN w:val="0"/>
        <w:spacing w:after="0" w:line="116" w:lineRule="exact"/>
        <w:rPr>
          <w:sz w:val="16"/>
          <w:szCs w:val="16"/>
        </w:rPr>
      </w:pPr>
    </w:p>
    <w:tbl>
      <w:tblPr>
        <w:tblW w:w="0" w:type="auto"/>
        <w:tblInd w:w="4" w:type="dxa"/>
        <w:tblLayout w:type="fixed"/>
        <w:tblLook w:val="04A0" w:firstRow="1" w:lastRow="0" w:firstColumn="1" w:lastColumn="0" w:noHBand="0" w:noVBand="1"/>
      </w:tblPr>
      <w:tblGrid>
        <w:gridCol w:w="1558"/>
        <w:gridCol w:w="780"/>
        <w:gridCol w:w="778"/>
        <w:gridCol w:w="778"/>
        <w:gridCol w:w="780"/>
        <w:gridCol w:w="1558"/>
        <w:gridCol w:w="780"/>
        <w:gridCol w:w="780"/>
        <w:gridCol w:w="1556"/>
      </w:tblGrid>
      <w:tr w:rsidR="00BD2397" w:rsidRPr="004761A5" w14:paraId="04F377FE" w14:textId="77777777">
        <w:trPr>
          <w:trHeight w:hRule="exact" w:val="212"/>
        </w:trPr>
        <w:tc>
          <w:tcPr>
            <w:tcW w:w="9348" w:type="dxa"/>
            <w:gridSpan w:val="9"/>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5289A107" w14:textId="77777777" w:rsidR="00BD2397" w:rsidRPr="004761A5" w:rsidRDefault="00B8640C">
            <w:pPr>
              <w:autoSpaceDE w:val="0"/>
              <w:autoSpaceDN w:val="0"/>
              <w:spacing w:after="0" w:line="176" w:lineRule="exact"/>
              <w:ind w:left="100"/>
              <w:rPr>
                <w:sz w:val="16"/>
                <w:szCs w:val="16"/>
              </w:rPr>
            </w:pPr>
            <w:r w:rsidRPr="004761A5">
              <w:rPr>
                <w:rFonts w:ascii="TimesNewRomanPS" w:eastAsia="TimesNewRomanPS" w:hAnsi="TimesNewRomanPS"/>
                <w:b/>
                <w:color w:val="000000"/>
                <w:w w:val="103"/>
                <w:sz w:val="16"/>
                <w:szCs w:val="16"/>
              </w:rPr>
              <w:t xml:space="preserve"> 5. </w:t>
            </w:r>
            <w:r w:rsidRPr="004761A5">
              <w:rPr>
                <w:rFonts w:ascii="TimesNewRomanPS" w:eastAsia="TimesNewRomanPS" w:hAnsi="TimesNewRomanPS"/>
                <w:b/>
                <w:color w:val="000000"/>
                <w:w w:val="102"/>
                <w:sz w:val="16"/>
                <w:szCs w:val="16"/>
              </w:rPr>
              <w:t>CAPACITĂȚILE FUNCȚIONALE ALE CONSTRUCȚIILOR PROIECTATE</w:t>
            </w:r>
          </w:p>
        </w:tc>
      </w:tr>
      <w:tr w:rsidR="00BD2397" w:rsidRPr="004761A5" w14:paraId="6F0EAEC0" w14:textId="77777777">
        <w:trPr>
          <w:trHeight w:hRule="exact" w:val="186"/>
        </w:trPr>
        <w:tc>
          <w:tcPr>
            <w:tcW w:w="9348" w:type="dxa"/>
            <w:gridSpan w:val="9"/>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B4EF4B6" w14:textId="77777777" w:rsidR="00BD2397" w:rsidRPr="004761A5" w:rsidRDefault="00B8640C">
            <w:pPr>
              <w:autoSpaceDE w:val="0"/>
              <w:autoSpaceDN w:val="0"/>
              <w:spacing w:after="0" w:line="156" w:lineRule="exact"/>
              <w:ind w:left="100"/>
              <w:rPr>
                <w:sz w:val="16"/>
                <w:szCs w:val="16"/>
              </w:rPr>
            </w:pPr>
            <w:r w:rsidRPr="004761A5">
              <w:rPr>
                <w:rFonts w:ascii="TimesNewRomanPSMT" w:eastAsia="TimesNewRomanPSMT" w:hAnsi="TimesNewRomanPSMT"/>
                <w:color w:val="000000"/>
                <w:w w:val="103"/>
                <w:sz w:val="16"/>
                <w:szCs w:val="16"/>
              </w:rPr>
              <w:t xml:space="preserve"> </w:t>
            </w:r>
            <w:proofErr w:type="spellStart"/>
            <w:r w:rsidRPr="004761A5">
              <w:rPr>
                <w:rFonts w:ascii="TimesNewRomanPSMT" w:eastAsia="TimesNewRomanPSMT" w:hAnsi="TimesNewRomanPSMT"/>
                <w:color w:val="000000"/>
                <w:w w:val="103"/>
                <w:sz w:val="16"/>
                <w:szCs w:val="16"/>
              </w:rPr>
              <w:t>Construcții</w:t>
            </w:r>
            <w:proofErr w:type="spellEnd"/>
            <w:r w:rsidRPr="004761A5">
              <w:rPr>
                <w:rFonts w:ascii="TimesNewRomanPSMT" w:eastAsia="TimesNewRomanPSMT" w:hAnsi="TimesNewRomanPSMT"/>
                <w:color w:val="000000"/>
                <w:w w:val="103"/>
                <w:sz w:val="16"/>
                <w:szCs w:val="16"/>
              </w:rPr>
              <w:t xml:space="preserve"> de </w:t>
            </w:r>
            <w:proofErr w:type="spellStart"/>
            <w:r w:rsidRPr="004761A5">
              <w:rPr>
                <w:rFonts w:ascii="TimesNewRomanPSMT" w:eastAsia="TimesNewRomanPSMT" w:hAnsi="TimesNewRomanPSMT"/>
                <w:color w:val="000000"/>
                <w:w w:val="103"/>
                <w:sz w:val="16"/>
                <w:szCs w:val="16"/>
              </w:rPr>
              <w:t>locuințe</w:t>
            </w:r>
            <w:proofErr w:type="spellEnd"/>
          </w:p>
        </w:tc>
      </w:tr>
      <w:tr w:rsidR="00BD2397" w:rsidRPr="004761A5" w14:paraId="6423ADDF" w14:textId="77777777">
        <w:trPr>
          <w:trHeight w:hRule="exact" w:val="422"/>
        </w:trPr>
        <w:tc>
          <w:tcPr>
            <w:tcW w:w="9348" w:type="dxa"/>
            <w:gridSpan w:val="9"/>
            <w:tcBorders>
              <w:top w:val="single" w:sz="4" w:space="0" w:color="767676"/>
              <w:left w:val="single" w:sz="3" w:space="0" w:color="767676"/>
              <w:bottom w:val="single" w:sz="4" w:space="0" w:color="767676"/>
              <w:right w:val="single" w:sz="3" w:space="0" w:color="767676"/>
            </w:tcBorders>
            <w:tcMar>
              <w:left w:w="0" w:type="dxa"/>
              <w:right w:w="0" w:type="dxa"/>
            </w:tcMar>
          </w:tcPr>
          <w:p w14:paraId="2152E447" w14:textId="77777777" w:rsidR="0068581A" w:rsidRPr="001F7E48" w:rsidRDefault="00B8640C">
            <w:pPr>
              <w:tabs>
                <w:tab w:val="left" w:pos="140"/>
              </w:tabs>
              <w:autoSpaceDE w:val="0"/>
              <w:autoSpaceDN w:val="0"/>
              <w:spacing w:after="0" w:line="206" w:lineRule="exact"/>
              <w:ind w:left="102"/>
              <w:rPr>
                <w:rFonts w:ascii="TimesNewRomanPSMT" w:eastAsia="TimesNewRomanPSMT" w:hAnsi="TimesNewRomanPSMT"/>
                <w:color w:val="000000"/>
                <w:w w:val="103"/>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principale (permanente)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sezoniere (de vacanță)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pentru închiriere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sociale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de serviciu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de necesitate    </w:t>
            </w:r>
          </w:p>
          <w:p w14:paraId="040C3A42" w14:textId="77777777" w:rsidR="00BD2397" w:rsidRPr="004761A5" w:rsidRDefault="00B8640C">
            <w:pPr>
              <w:tabs>
                <w:tab w:val="left" w:pos="140"/>
              </w:tabs>
              <w:autoSpaceDE w:val="0"/>
              <w:autoSpaceDN w:val="0"/>
              <w:spacing w:after="0" w:line="206" w:lineRule="exact"/>
              <w:ind w:left="102"/>
              <w:rPr>
                <w:sz w:val="16"/>
                <w:szCs w:val="16"/>
              </w:rPr>
            </w:pPr>
            <w:r w:rsidRPr="001F7E48">
              <w:rPr>
                <w:rFonts w:ascii="TimesNewRomanPSMT" w:eastAsia="TimesNewRomanPSMT" w:hAnsi="TimesNewRomanPSMT"/>
                <w:color w:val="000000"/>
                <w:w w:val="103"/>
                <w:sz w:val="16"/>
                <w:szCs w:val="16"/>
                <w:lang w:val="pt-PT"/>
              </w:rPr>
              <w:t xml:space="preserve"> </w:t>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de </w:t>
            </w:r>
            <w:proofErr w:type="spellStart"/>
            <w:r w:rsidRPr="004761A5">
              <w:rPr>
                <w:rFonts w:ascii="TimesNewRomanPSMT" w:eastAsia="TimesNewRomanPSMT" w:hAnsi="TimesNewRomanPSMT"/>
                <w:color w:val="000000"/>
                <w:w w:val="103"/>
                <w:sz w:val="16"/>
                <w:szCs w:val="16"/>
              </w:rPr>
              <w:t>intervenție</w:t>
            </w:r>
            <w:proofErr w:type="spellEnd"/>
            <w:r w:rsidRPr="004761A5">
              <w:rPr>
                <w:rFonts w:ascii="TimesNewRomanPSMT" w:eastAsia="TimesNewRomanPSMT" w:hAnsi="TimesNewRomanPSMT"/>
                <w:color w:val="000000"/>
                <w:w w:val="103"/>
                <w:sz w:val="16"/>
                <w:szCs w:val="16"/>
              </w:rPr>
              <w:t xml:space="preserve"> </w:t>
            </w:r>
            <w:r w:rsidRPr="004761A5">
              <w:rPr>
                <w:rFonts w:ascii="SegoeUISymbol" w:eastAsia="SegoeUISymbol" w:hAnsi="SegoeUISymbol"/>
                <w:color w:val="000000"/>
                <w:w w:val="103"/>
                <w:sz w:val="16"/>
                <w:szCs w:val="16"/>
              </w:rPr>
              <w:t>☐</w:t>
            </w:r>
            <w:r w:rsidRPr="004761A5">
              <w:rPr>
                <w:rFonts w:ascii="TimesNewRomanPSMT" w:eastAsia="TimesNewRomanPSMT" w:hAnsi="TimesNewRomanPSMT"/>
                <w:color w:val="000000"/>
                <w:w w:val="103"/>
                <w:sz w:val="16"/>
                <w:szCs w:val="16"/>
              </w:rPr>
              <w:t xml:space="preserve"> de protocol</w:t>
            </w:r>
          </w:p>
        </w:tc>
      </w:tr>
      <w:tr w:rsidR="00BD2397" w:rsidRPr="004761A5" w14:paraId="2CC4BA63" w14:textId="77777777">
        <w:trPr>
          <w:trHeight w:hRule="exact" w:val="514"/>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47D2312F" w14:textId="77777777" w:rsidR="00BD2397" w:rsidRPr="004761A5" w:rsidRDefault="00B8640C">
            <w:pPr>
              <w:autoSpaceDE w:val="0"/>
              <w:autoSpaceDN w:val="0"/>
              <w:spacing w:after="0" w:line="168" w:lineRule="exact"/>
              <w:ind w:left="100" w:right="576"/>
              <w:rPr>
                <w:sz w:val="16"/>
                <w:szCs w:val="16"/>
              </w:rPr>
            </w:pPr>
            <w:proofErr w:type="spellStart"/>
            <w:r w:rsidRPr="004761A5">
              <w:rPr>
                <w:rFonts w:ascii="TimesNewRomanPS" w:eastAsia="TimesNewRomanPS" w:hAnsi="TimesNewRomanPS"/>
                <w:b/>
                <w:color w:val="0D5F78"/>
                <w:w w:val="97"/>
                <w:sz w:val="16"/>
                <w:szCs w:val="16"/>
              </w:rPr>
              <w:t>Număr</w:t>
            </w:r>
            <w:proofErr w:type="spellEnd"/>
            <w:r w:rsidRPr="004761A5">
              <w:rPr>
                <w:rFonts w:ascii="TimesNewRomanPS" w:eastAsia="TimesNewRomanPS" w:hAnsi="TimesNewRomanPS"/>
                <w:b/>
                <w:color w:val="0D5F78"/>
                <w:w w:val="97"/>
                <w:sz w:val="16"/>
                <w:szCs w:val="16"/>
              </w:rPr>
              <w:t xml:space="preserve"> de </w:t>
            </w:r>
            <w:r w:rsidRPr="004761A5">
              <w:rPr>
                <w:sz w:val="16"/>
                <w:szCs w:val="16"/>
              </w:rPr>
              <w:br/>
            </w:r>
            <w:proofErr w:type="spellStart"/>
            <w:r w:rsidRPr="004761A5">
              <w:rPr>
                <w:rFonts w:ascii="TimesNewRomanPS" w:eastAsia="TimesNewRomanPS" w:hAnsi="TimesNewRomanPS"/>
                <w:b/>
                <w:color w:val="0D5F78"/>
                <w:w w:val="97"/>
                <w:sz w:val="16"/>
                <w:szCs w:val="16"/>
              </w:rPr>
              <w:t>apartamente</w:t>
            </w:r>
            <w:proofErr w:type="spellEnd"/>
          </w:p>
        </w:tc>
        <w:tc>
          <w:tcPr>
            <w:tcW w:w="1558"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65B5A480"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cu 1 </w:t>
            </w:r>
            <w:proofErr w:type="spellStart"/>
            <w:r w:rsidRPr="004761A5">
              <w:rPr>
                <w:rFonts w:ascii="TimesNewRomanPS" w:eastAsia="TimesNewRomanPS" w:hAnsi="TimesNewRomanPS"/>
                <w:b/>
                <w:color w:val="0D5F78"/>
                <w:w w:val="97"/>
                <w:sz w:val="16"/>
                <w:szCs w:val="16"/>
              </w:rPr>
              <w:t>cameră</w:t>
            </w:r>
            <w:proofErr w:type="spellEnd"/>
          </w:p>
        </w:tc>
        <w:tc>
          <w:tcPr>
            <w:tcW w:w="1558"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0474A6D5"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2 </w:t>
            </w:r>
            <w:proofErr w:type="spellStart"/>
            <w:r w:rsidRPr="004761A5">
              <w:rPr>
                <w:rFonts w:ascii="TimesNewRomanPS" w:eastAsia="TimesNewRomanPS" w:hAnsi="TimesNewRomanPS"/>
                <w:b/>
                <w:color w:val="0D5F78"/>
                <w:w w:val="97"/>
                <w:sz w:val="16"/>
                <w:szCs w:val="16"/>
              </w:rPr>
              <w:t>camere</w:t>
            </w:r>
            <w:proofErr w:type="spellEnd"/>
          </w:p>
        </w:tc>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0A30F52D"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 xml:space="preserve">3 </w:t>
            </w:r>
            <w:proofErr w:type="spellStart"/>
            <w:r w:rsidRPr="004761A5">
              <w:rPr>
                <w:rFonts w:ascii="TimesNewRomanPS" w:eastAsia="TimesNewRomanPS" w:hAnsi="TimesNewRomanPS"/>
                <w:b/>
                <w:color w:val="0D5F78"/>
                <w:w w:val="97"/>
                <w:sz w:val="16"/>
                <w:szCs w:val="16"/>
              </w:rPr>
              <w:t>camere</w:t>
            </w:r>
            <w:proofErr w:type="spellEnd"/>
          </w:p>
        </w:tc>
        <w:tc>
          <w:tcPr>
            <w:tcW w:w="1560"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133A70E1" w14:textId="77777777" w:rsidR="00BD2397" w:rsidRPr="004761A5" w:rsidRDefault="00B8640C">
            <w:pPr>
              <w:autoSpaceDE w:val="0"/>
              <w:autoSpaceDN w:val="0"/>
              <w:spacing w:after="0" w:line="146" w:lineRule="exact"/>
              <w:ind w:left="100"/>
              <w:rPr>
                <w:sz w:val="16"/>
                <w:szCs w:val="16"/>
              </w:rPr>
            </w:pPr>
            <w:r w:rsidRPr="004761A5">
              <w:rPr>
                <w:rFonts w:ascii="TimesNewRomanPS" w:eastAsia="TimesNewRomanPS" w:hAnsi="TimesNewRomanPS"/>
                <w:b/>
                <w:color w:val="0D5F78"/>
                <w:w w:val="97"/>
                <w:sz w:val="16"/>
                <w:szCs w:val="16"/>
              </w:rPr>
              <w:t xml:space="preserve">4 </w:t>
            </w:r>
            <w:proofErr w:type="spellStart"/>
            <w:r w:rsidRPr="004761A5">
              <w:rPr>
                <w:rFonts w:ascii="TimesNewRomanPS" w:eastAsia="TimesNewRomanPS" w:hAnsi="TimesNewRomanPS"/>
                <w:b/>
                <w:color w:val="0D5F78"/>
                <w:w w:val="97"/>
                <w:sz w:val="16"/>
                <w:szCs w:val="16"/>
              </w:rPr>
              <w:t>camere</w:t>
            </w:r>
            <w:proofErr w:type="spellEnd"/>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44091DB0" w14:textId="77777777" w:rsidR="00BD2397" w:rsidRPr="004761A5" w:rsidRDefault="00B8640C">
            <w:pPr>
              <w:autoSpaceDE w:val="0"/>
              <w:autoSpaceDN w:val="0"/>
              <w:spacing w:after="0" w:line="146" w:lineRule="exact"/>
              <w:ind w:left="98"/>
              <w:rPr>
                <w:sz w:val="16"/>
                <w:szCs w:val="16"/>
              </w:rPr>
            </w:pPr>
            <w:r w:rsidRPr="004761A5">
              <w:rPr>
                <w:rFonts w:ascii="TimesNewRomanPS" w:eastAsia="TimesNewRomanPS" w:hAnsi="TimesNewRomanPS"/>
                <w:b/>
                <w:color w:val="0D5F78"/>
                <w:w w:val="97"/>
                <w:sz w:val="16"/>
                <w:szCs w:val="16"/>
              </w:rPr>
              <w:t xml:space="preserve">5+ </w:t>
            </w:r>
            <w:proofErr w:type="spellStart"/>
            <w:r w:rsidRPr="004761A5">
              <w:rPr>
                <w:rFonts w:ascii="TimesNewRomanPS" w:eastAsia="TimesNewRomanPS" w:hAnsi="TimesNewRomanPS"/>
                <w:b/>
                <w:color w:val="0D5F78"/>
                <w:w w:val="97"/>
                <w:sz w:val="16"/>
                <w:szCs w:val="16"/>
              </w:rPr>
              <w:t>camere</w:t>
            </w:r>
            <w:proofErr w:type="spellEnd"/>
          </w:p>
        </w:tc>
      </w:tr>
      <w:tr w:rsidR="00BD2397" w:rsidRPr="00D027DE" w14:paraId="36C9125E" w14:textId="77777777">
        <w:trPr>
          <w:trHeight w:hRule="exact" w:val="188"/>
        </w:trPr>
        <w:tc>
          <w:tcPr>
            <w:tcW w:w="9348" w:type="dxa"/>
            <w:gridSpan w:val="9"/>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122F2C74" w14:textId="77777777" w:rsidR="00BD2397" w:rsidRPr="001F7E48" w:rsidRDefault="00B8640C">
            <w:pPr>
              <w:autoSpaceDE w:val="0"/>
              <w:autoSpaceDN w:val="0"/>
              <w:spacing w:after="0" w:line="156" w:lineRule="exact"/>
              <w:ind w:left="100"/>
              <w:rPr>
                <w:sz w:val="16"/>
                <w:szCs w:val="16"/>
                <w:lang w:val="pt-PT"/>
              </w:rPr>
            </w:pPr>
            <w:r w:rsidRPr="001F7E48">
              <w:rPr>
                <w:rFonts w:ascii="TimesNewRomanPSMT" w:eastAsia="TimesNewRomanPSMT" w:hAnsi="TimesNewRomanPSMT"/>
                <w:color w:val="000000"/>
                <w:w w:val="103"/>
                <w:sz w:val="16"/>
                <w:szCs w:val="16"/>
                <w:lang w:val="pt-PT"/>
              </w:rPr>
              <w:t xml:space="preserve"> Construcții pentru instituții publice și servicii</w:t>
            </w:r>
          </w:p>
        </w:tc>
      </w:tr>
      <w:tr w:rsidR="00BD2397" w:rsidRPr="004761A5" w14:paraId="559AAC61" w14:textId="77777777">
        <w:trPr>
          <w:trHeight w:hRule="exact" w:val="504"/>
        </w:trPr>
        <w:tc>
          <w:tcPr>
            <w:tcW w:w="3116" w:type="dxa"/>
            <w:gridSpan w:val="3"/>
            <w:tcBorders>
              <w:top w:val="single" w:sz="3" w:space="0" w:color="767676"/>
              <w:left w:val="single" w:sz="3" w:space="0" w:color="767676"/>
              <w:bottom w:val="single" w:sz="4" w:space="0" w:color="767676"/>
              <w:right w:val="single" w:sz="4" w:space="0" w:color="767676"/>
            </w:tcBorders>
            <w:tcMar>
              <w:left w:w="0" w:type="dxa"/>
              <w:right w:w="0" w:type="dxa"/>
            </w:tcMar>
          </w:tcPr>
          <w:p w14:paraId="5AD26AC7"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sănătate</w:t>
            </w:r>
            <w:proofErr w:type="spellEnd"/>
            <w:r w:rsidRPr="004761A5">
              <w:rPr>
                <w:rFonts w:ascii="TimesNewRomanPS" w:eastAsia="TimesNewRomanPS" w:hAnsi="TimesNewRomanPS"/>
                <w:b/>
                <w:color w:val="0D5F78"/>
                <w:w w:val="97"/>
                <w:sz w:val="16"/>
                <w:szCs w:val="16"/>
              </w:rPr>
              <w:t xml:space="preserve"> — nr. de </w:t>
            </w:r>
            <w:proofErr w:type="spellStart"/>
            <w:r w:rsidRPr="004761A5">
              <w:rPr>
                <w:rFonts w:ascii="TimesNewRomanPS" w:eastAsia="TimesNewRomanPS" w:hAnsi="TimesNewRomanPS"/>
                <w:b/>
                <w:color w:val="0D5F78"/>
                <w:w w:val="97"/>
                <w:sz w:val="16"/>
                <w:szCs w:val="16"/>
              </w:rPr>
              <w:t>paturi</w:t>
            </w:r>
            <w:proofErr w:type="spellEnd"/>
          </w:p>
        </w:tc>
        <w:tc>
          <w:tcPr>
            <w:tcW w:w="3116" w:type="dxa"/>
            <w:gridSpan w:val="3"/>
            <w:tcBorders>
              <w:top w:val="single" w:sz="3" w:space="0" w:color="767676"/>
              <w:left w:val="single" w:sz="4" w:space="0" w:color="767676"/>
              <w:bottom w:val="single" w:sz="4" w:space="0" w:color="767676"/>
              <w:right w:val="single" w:sz="3" w:space="0" w:color="767676"/>
            </w:tcBorders>
            <w:tcMar>
              <w:left w:w="0" w:type="dxa"/>
              <w:right w:w="0" w:type="dxa"/>
            </w:tcMar>
          </w:tcPr>
          <w:p w14:paraId="55572AD6"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învățământ</w:t>
            </w:r>
            <w:proofErr w:type="spellEnd"/>
            <w:r w:rsidRPr="004761A5">
              <w:rPr>
                <w:rFonts w:ascii="TimesNewRomanPS" w:eastAsia="TimesNewRomanPS" w:hAnsi="TimesNewRomanPS"/>
                <w:b/>
                <w:color w:val="0D5F78"/>
                <w:w w:val="97"/>
                <w:sz w:val="16"/>
                <w:szCs w:val="16"/>
              </w:rPr>
              <w:t xml:space="preserve"> — nr. </w:t>
            </w:r>
            <w:proofErr w:type="spellStart"/>
            <w:r w:rsidRPr="004761A5">
              <w:rPr>
                <w:rFonts w:ascii="TimesNewRomanPS" w:eastAsia="TimesNewRomanPS" w:hAnsi="TimesNewRomanPS"/>
                <w:b/>
                <w:color w:val="0D5F78"/>
                <w:w w:val="97"/>
                <w:sz w:val="16"/>
                <w:szCs w:val="16"/>
              </w:rPr>
              <w:t>săli</w:t>
            </w:r>
            <w:proofErr w:type="spellEnd"/>
            <w:r w:rsidRPr="004761A5">
              <w:rPr>
                <w:rFonts w:ascii="TimesNewRomanPS" w:eastAsia="TimesNewRomanPS" w:hAnsi="TimesNewRomanPS"/>
                <w:b/>
                <w:color w:val="0D5F78"/>
                <w:w w:val="97"/>
                <w:sz w:val="16"/>
                <w:szCs w:val="16"/>
              </w:rPr>
              <w:t xml:space="preserve"> / nr. </w:t>
            </w:r>
            <w:proofErr w:type="spellStart"/>
            <w:r w:rsidRPr="004761A5">
              <w:rPr>
                <w:rFonts w:ascii="TimesNewRomanPS" w:eastAsia="TimesNewRomanPS" w:hAnsi="TimesNewRomanPS"/>
                <w:b/>
                <w:color w:val="0D5F78"/>
                <w:w w:val="97"/>
                <w:sz w:val="16"/>
                <w:szCs w:val="16"/>
              </w:rPr>
              <w:t>locuri</w:t>
            </w:r>
            <w:proofErr w:type="spellEnd"/>
            <w:r w:rsidRPr="004761A5">
              <w:rPr>
                <w:rFonts w:ascii="TimesNewRomanPS" w:eastAsia="TimesNewRomanPS" w:hAnsi="TimesNewRomanPS"/>
                <w:b/>
                <w:color w:val="0D5F78"/>
                <w:w w:val="97"/>
                <w:sz w:val="16"/>
                <w:szCs w:val="16"/>
              </w:rPr>
              <w:t xml:space="preserve"> / nr. </w:t>
            </w:r>
            <w:proofErr w:type="spellStart"/>
            <w:r w:rsidRPr="004761A5">
              <w:rPr>
                <w:rFonts w:ascii="TimesNewRomanPS" w:eastAsia="TimesNewRomanPS" w:hAnsi="TimesNewRomanPS"/>
                <w:b/>
                <w:color w:val="0D5F78"/>
                <w:w w:val="97"/>
                <w:sz w:val="16"/>
                <w:szCs w:val="16"/>
              </w:rPr>
              <w:t>grupe</w:t>
            </w:r>
            <w:proofErr w:type="spellEnd"/>
          </w:p>
        </w:tc>
        <w:tc>
          <w:tcPr>
            <w:tcW w:w="3116" w:type="dxa"/>
            <w:gridSpan w:val="3"/>
            <w:tcBorders>
              <w:top w:val="single" w:sz="3" w:space="0" w:color="767676"/>
              <w:left w:val="single" w:sz="3" w:space="0" w:color="767676"/>
              <w:bottom w:val="single" w:sz="4" w:space="0" w:color="767676"/>
              <w:right w:val="single" w:sz="3" w:space="0" w:color="767676"/>
            </w:tcBorders>
            <w:tcMar>
              <w:left w:w="0" w:type="dxa"/>
              <w:right w:w="0" w:type="dxa"/>
            </w:tcMar>
          </w:tcPr>
          <w:p w14:paraId="0C1325B8"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cultură</w:t>
            </w:r>
            <w:proofErr w:type="spellEnd"/>
            <w:r w:rsidRPr="004761A5">
              <w:rPr>
                <w:rFonts w:ascii="TimesNewRomanPS" w:eastAsia="TimesNewRomanPS" w:hAnsi="TimesNewRomanPS"/>
                <w:b/>
                <w:color w:val="0D5F78"/>
                <w:w w:val="97"/>
                <w:sz w:val="16"/>
                <w:szCs w:val="16"/>
              </w:rPr>
              <w:t xml:space="preserve"> — nr. de </w:t>
            </w:r>
            <w:proofErr w:type="spellStart"/>
            <w:r w:rsidRPr="004761A5">
              <w:rPr>
                <w:rFonts w:ascii="TimesNewRomanPS" w:eastAsia="TimesNewRomanPS" w:hAnsi="TimesNewRomanPS"/>
                <w:b/>
                <w:color w:val="0D5F78"/>
                <w:w w:val="97"/>
                <w:sz w:val="16"/>
                <w:szCs w:val="16"/>
              </w:rPr>
              <w:t>locuri</w:t>
            </w:r>
            <w:proofErr w:type="spellEnd"/>
          </w:p>
        </w:tc>
      </w:tr>
      <w:tr w:rsidR="00BD2397" w:rsidRPr="00D027DE" w14:paraId="3EEB22C5" w14:textId="77777777">
        <w:trPr>
          <w:trHeight w:hRule="exact" w:val="506"/>
        </w:trPr>
        <w:tc>
          <w:tcPr>
            <w:tcW w:w="3116"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29D3E958"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hoteliere</w:t>
            </w:r>
            <w:proofErr w:type="spellEnd"/>
            <w:r w:rsidRPr="004761A5">
              <w:rPr>
                <w:rFonts w:ascii="TimesNewRomanPS" w:eastAsia="TimesNewRomanPS" w:hAnsi="TimesNewRomanPS"/>
                <w:b/>
                <w:color w:val="0D5F78"/>
                <w:w w:val="97"/>
                <w:sz w:val="16"/>
                <w:szCs w:val="16"/>
              </w:rPr>
              <w:t xml:space="preserve"> — nr. </w:t>
            </w:r>
            <w:proofErr w:type="spellStart"/>
            <w:r w:rsidRPr="004761A5">
              <w:rPr>
                <w:rFonts w:ascii="TimesNewRomanPS" w:eastAsia="TimesNewRomanPS" w:hAnsi="TimesNewRomanPS"/>
                <w:b/>
                <w:color w:val="0D5F78"/>
                <w:w w:val="97"/>
                <w:sz w:val="16"/>
                <w:szCs w:val="16"/>
              </w:rPr>
              <w:t>camere</w:t>
            </w:r>
            <w:proofErr w:type="spellEnd"/>
            <w:r w:rsidRPr="004761A5">
              <w:rPr>
                <w:rFonts w:ascii="TimesNewRomanPS" w:eastAsia="TimesNewRomanPS" w:hAnsi="TimesNewRomanPS"/>
                <w:b/>
                <w:color w:val="0D5F78"/>
                <w:w w:val="97"/>
                <w:sz w:val="16"/>
                <w:szCs w:val="16"/>
              </w:rPr>
              <w:t xml:space="preserve"> /nr. </w:t>
            </w:r>
            <w:proofErr w:type="spellStart"/>
            <w:r w:rsidRPr="004761A5">
              <w:rPr>
                <w:rFonts w:ascii="TimesNewRomanPS" w:eastAsia="TimesNewRomanPS" w:hAnsi="TimesNewRomanPS"/>
                <w:b/>
                <w:color w:val="0D5F78"/>
                <w:w w:val="97"/>
                <w:sz w:val="16"/>
                <w:szCs w:val="16"/>
              </w:rPr>
              <w:t>locuri</w:t>
            </w:r>
            <w:proofErr w:type="spellEnd"/>
          </w:p>
        </w:tc>
        <w:tc>
          <w:tcPr>
            <w:tcW w:w="311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41ABA238"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culte</w:t>
            </w:r>
            <w:proofErr w:type="spellEnd"/>
            <w:r w:rsidRPr="004761A5">
              <w:rPr>
                <w:rFonts w:ascii="TimesNewRomanPS" w:eastAsia="TimesNewRomanPS" w:hAnsi="TimesNewRomanPS"/>
                <w:b/>
                <w:color w:val="0D5F78"/>
                <w:w w:val="97"/>
                <w:sz w:val="16"/>
                <w:szCs w:val="16"/>
              </w:rPr>
              <w:t xml:space="preserve"> — nr. de </w:t>
            </w:r>
            <w:proofErr w:type="spellStart"/>
            <w:r w:rsidRPr="004761A5">
              <w:rPr>
                <w:rFonts w:ascii="TimesNewRomanPS" w:eastAsia="TimesNewRomanPS" w:hAnsi="TimesNewRomanPS"/>
                <w:b/>
                <w:color w:val="0D5F78"/>
                <w:w w:val="97"/>
                <w:sz w:val="16"/>
                <w:szCs w:val="16"/>
              </w:rPr>
              <w:t>locuri</w:t>
            </w:r>
            <w:proofErr w:type="spellEnd"/>
          </w:p>
        </w:tc>
        <w:tc>
          <w:tcPr>
            <w:tcW w:w="311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707B2298" w14:textId="77777777" w:rsidR="00BD2397" w:rsidRPr="001F7E48" w:rsidRDefault="00B8640C">
            <w:pPr>
              <w:autoSpaceDE w:val="0"/>
              <w:autoSpaceDN w:val="0"/>
              <w:spacing w:after="0" w:line="144" w:lineRule="exact"/>
              <w:ind w:left="100"/>
              <w:rPr>
                <w:sz w:val="16"/>
                <w:szCs w:val="16"/>
                <w:lang w:val="pt-PT"/>
              </w:rPr>
            </w:pPr>
            <w:r w:rsidRPr="001F7E48">
              <w:rPr>
                <w:rFonts w:ascii="TimesNewRomanPS" w:eastAsia="TimesNewRomanPS" w:hAnsi="TimesNewRomanPS"/>
                <w:b/>
                <w:color w:val="0D5F78"/>
                <w:w w:val="97"/>
                <w:sz w:val="16"/>
                <w:szCs w:val="16"/>
                <w:lang w:val="pt-PT"/>
              </w:rPr>
              <w:t>administrative și financiare — nr.personal</w:t>
            </w:r>
          </w:p>
        </w:tc>
      </w:tr>
      <w:tr w:rsidR="00BD2397" w:rsidRPr="004761A5" w14:paraId="0ACEC1AD" w14:textId="77777777">
        <w:trPr>
          <w:trHeight w:hRule="exact" w:val="512"/>
        </w:trPr>
        <w:tc>
          <w:tcPr>
            <w:tcW w:w="233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5DA1BBA7"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comerț</w:t>
            </w:r>
            <w:proofErr w:type="spellEnd"/>
            <w:r w:rsidRPr="004761A5">
              <w:rPr>
                <w:rFonts w:ascii="TimesNewRomanPS" w:eastAsia="TimesNewRomanPS" w:hAnsi="TimesNewRomanPS"/>
                <w:b/>
                <w:color w:val="0D5F78"/>
                <w:w w:val="97"/>
                <w:sz w:val="16"/>
                <w:szCs w:val="16"/>
              </w:rPr>
              <w:t xml:space="preserve"> — </w:t>
            </w:r>
            <w:proofErr w:type="spellStart"/>
            <w:proofErr w:type="gramStart"/>
            <w:r w:rsidRPr="004761A5">
              <w:rPr>
                <w:rFonts w:ascii="TimesNewRomanPS" w:eastAsia="TimesNewRomanPS" w:hAnsi="TimesNewRomanPS"/>
                <w:b/>
                <w:color w:val="0D5F78"/>
                <w:w w:val="97"/>
                <w:sz w:val="16"/>
                <w:szCs w:val="16"/>
              </w:rPr>
              <w:t>nr.personal</w:t>
            </w:r>
            <w:proofErr w:type="spellEnd"/>
            <w:proofErr w:type="gramEnd"/>
          </w:p>
        </w:tc>
        <w:tc>
          <w:tcPr>
            <w:tcW w:w="233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20A8D893" w14:textId="77777777" w:rsidR="00BD2397" w:rsidRPr="001F7E48" w:rsidRDefault="00B8640C">
            <w:pPr>
              <w:autoSpaceDE w:val="0"/>
              <w:autoSpaceDN w:val="0"/>
              <w:spacing w:after="0" w:line="168" w:lineRule="exact"/>
              <w:ind w:left="100" w:right="144"/>
              <w:rPr>
                <w:sz w:val="16"/>
                <w:szCs w:val="16"/>
                <w:lang w:val="pt-PT"/>
              </w:rPr>
            </w:pPr>
            <w:r w:rsidRPr="001F7E48">
              <w:rPr>
                <w:rFonts w:ascii="TimesNewRomanPS" w:eastAsia="TimesNewRomanPS" w:hAnsi="TimesNewRomanPS"/>
                <w:b/>
                <w:color w:val="0D5F78"/>
                <w:w w:val="97"/>
                <w:sz w:val="16"/>
                <w:szCs w:val="16"/>
                <w:lang w:val="pt-PT"/>
              </w:rPr>
              <w:t>alimentație publică — nr.locuri / nr.personal</w:t>
            </w:r>
          </w:p>
        </w:tc>
        <w:tc>
          <w:tcPr>
            <w:tcW w:w="233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08895041" w14:textId="77777777" w:rsidR="00BD2397" w:rsidRPr="004761A5" w:rsidRDefault="00B8640C">
            <w:pPr>
              <w:autoSpaceDE w:val="0"/>
              <w:autoSpaceDN w:val="0"/>
              <w:spacing w:after="0" w:line="144" w:lineRule="exact"/>
              <w:ind w:left="102"/>
              <w:rPr>
                <w:sz w:val="16"/>
                <w:szCs w:val="16"/>
              </w:rPr>
            </w:pPr>
            <w:proofErr w:type="spellStart"/>
            <w:r w:rsidRPr="004761A5">
              <w:rPr>
                <w:rFonts w:ascii="TimesNewRomanPS" w:eastAsia="TimesNewRomanPS" w:hAnsi="TimesNewRomanPS"/>
                <w:b/>
                <w:color w:val="0D5F78"/>
                <w:w w:val="97"/>
                <w:sz w:val="16"/>
                <w:szCs w:val="16"/>
              </w:rPr>
              <w:t>servicii</w:t>
            </w:r>
            <w:proofErr w:type="spellEnd"/>
            <w:r w:rsidRPr="004761A5">
              <w:rPr>
                <w:rFonts w:ascii="TimesNewRomanPS" w:eastAsia="TimesNewRomanPS" w:hAnsi="TimesNewRomanPS"/>
                <w:b/>
                <w:color w:val="0D5F78"/>
                <w:w w:val="97"/>
                <w:sz w:val="16"/>
                <w:szCs w:val="16"/>
              </w:rPr>
              <w:t xml:space="preserve"> — </w:t>
            </w:r>
            <w:proofErr w:type="spellStart"/>
            <w:proofErr w:type="gramStart"/>
            <w:r w:rsidRPr="004761A5">
              <w:rPr>
                <w:rFonts w:ascii="TimesNewRomanPS" w:eastAsia="TimesNewRomanPS" w:hAnsi="TimesNewRomanPS"/>
                <w:b/>
                <w:color w:val="0D5F78"/>
                <w:w w:val="97"/>
                <w:sz w:val="16"/>
                <w:szCs w:val="16"/>
              </w:rPr>
              <w:t>nr.personal</w:t>
            </w:r>
            <w:proofErr w:type="spellEnd"/>
            <w:proofErr w:type="gramEnd"/>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16D880B8"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 xml:space="preserve">sport / </w:t>
            </w:r>
            <w:proofErr w:type="spellStart"/>
            <w:r w:rsidRPr="004761A5">
              <w:rPr>
                <w:rFonts w:ascii="TimesNewRomanPS" w:eastAsia="TimesNewRomanPS" w:hAnsi="TimesNewRomanPS"/>
                <w:b/>
                <w:color w:val="0D5F78"/>
                <w:w w:val="97"/>
                <w:sz w:val="16"/>
                <w:szCs w:val="16"/>
              </w:rPr>
              <w:t>recreere</w:t>
            </w:r>
            <w:proofErr w:type="spellEnd"/>
            <w:r w:rsidRPr="004761A5">
              <w:rPr>
                <w:rFonts w:ascii="TimesNewRomanPS" w:eastAsia="TimesNewRomanPS" w:hAnsi="TimesNewRomanPS"/>
                <w:b/>
                <w:color w:val="0D5F78"/>
                <w:w w:val="97"/>
                <w:sz w:val="16"/>
                <w:szCs w:val="16"/>
              </w:rPr>
              <w:t xml:space="preserve"> — </w:t>
            </w:r>
            <w:proofErr w:type="spellStart"/>
            <w:proofErr w:type="gramStart"/>
            <w:r w:rsidRPr="004761A5">
              <w:rPr>
                <w:rFonts w:ascii="TimesNewRomanPS" w:eastAsia="TimesNewRomanPS" w:hAnsi="TimesNewRomanPS"/>
                <w:b/>
                <w:color w:val="0D5F78"/>
                <w:w w:val="97"/>
                <w:sz w:val="16"/>
                <w:szCs w:val="16"/>
              </w:rPr>
              <w:t>nr.locuri</w:t>
            </w:r>
            <w:proofErr w:type="spellEnd"/>
            <w:proofErr w:type="gramEnd"/>
          </w:p>
        </w:tc>
      </w:tr>
      <w:tr w:rsidR="00BD2397" w:rsidRPr="004761A5" w14:paraId="2D3B0CC4" w14:textId="77777777">
        <w:trPr>
          <w:trHeight w:hRule="exact" w:val="502"/>
        </w:trPr>
        <w:tc>
          <w:tcPr>
            <w:tcW w:w="3894" w:type="dxa"/>
            <w:gridSpan w:val="4"/>
            <w:tcBorders>
              <w:top w:val="single" w:sz="4" w:space="0" w:color="767676"/>
              <w:left w:val="single" w:sz="3" w:space="0" w:color="767676"/>
              <w:bottom w:val="single" w:sz="4" w:space="0" w:color="767676"/>
              <w:right w:val="single" w:sz="4" w:space="0" w:color="767676"/>
            </w:tcBorders>
            <w:tcMar>
              <w:left w:w="0" w:type="dxa"/>
              <w:right w:w="0" w:type="dxa"/>
            </w:tcMar>
          </w:tcPr>
          <w:p w14:paraId="38E8D17B" w14:textId="77777777" w:rsidR="00BD2397" w:rsidRPr="000C1C98" w:rsidRDefault="00B8640C">
            <w:pPr>
              <w:autoSpaceDE w:val="0"/>
              <w:autoSpaceDN w:val="0"/>
              <w:spacing w:after="0" w:line="144" w:lineRule="exact"/>
              <w:ind w:left="100"/>
              <w:rPr>
                <w:sz w:val="16"/>
                <w:szCs w:val="16"/>
                <w:lang w:val="pt-PT"/>
              </w:rPr>
            </w:pPr>
            <w:r w:rsidRPr="000C1C98">
              <w:rPr>
                <w:rFonts w:ascii="TimesNewRomanPS" w:eastAsia="TimesNewRomanPS" w:hAnsi="TimesNewRomanPS"/>
                <w:b/>
                <w:color w:val="0D5F78"/>
                <w:w w:val="97"/>
                <w:sz w:val="16"/>
                <w:szCs w:val="16"/>
                <w:lang w:val="pt-PT"/>
              </w:rPr>
              <w:t>agricole — nr. de capete / capacitate</w:t>
            </w:r>
          </w:p>
        </w:tc>
        <w:tc>
          <w:tcPr>
            <w:tcW w:w="2338"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56B92809" w14:textId="77777777" w:rsidR="00BD2397" w:rsidRPr="004761A5" w:rsidRDefault="00B8640C">
            <w:pPr>
              <w:autoSpaceDE w:val="0"/>
              <w:autoSpaceDN w:val="0"/>
              <w:spacing w:after="0" w:line="144" w:lineRule="exact"/>
              <w:ind w:left="102"/>
              <w:rPr>
                <w:sz w:val="16"/>
                <w:szCs w:val="16"/>
              </w:rPr>
            </w:pPr>
            <w:proofErr w:type="spellStart"/>
            <w:r w:rsidRPr="004761A5">
              <w:rPr>
                <w:rFonts w:ascii="TimesNewRomanPS" w:eastAsia="TimesNewRomanPS" w:hAnsi="TimesNewRomanPS"/>
                <w:b/>
                <w:color w:val="0D5F78"/>
                <w:w w:val="97"/>
                <w:sz w:val="16"/>
                <w:szCs w:val="16"/>
              </w:rPr>
              <w:t>producție</w:t>
            </w:r>
            <w:proofErr w:type="spellEnd"/>
            <w:r w:rsidRPr="004761A5">
              <w:rPr>
                <w:rFonts w:ascii="TimesNewRomanPS" w:eastAsia="TimesNewRomanPS" w:hAnsi="TimesNewRomanPS"/>
                <w:b/>
                <w:color w:val="0D5F78"/>
                <w:w w:val="97"/>
                <w:sz w:val="16"/>
                <w:szCs w:val="16"/>
              </w:rPr>
              <w:t xml:space="preserve"> — </w:t>
            </w:r>
            <w:proofErr w:type="spellStart"/>
            <w:proofErr w:type="gramStart"/>
            <w:r w:rsidRPr="004761A5">
              <w:rPr>
                <w:rFonts w:ascii="TimesNewRomanPS" w:eastAsia="TimesNewRomanPS" w:hAnsi="TimesNewRomanPS"/>
                <w:b/>
                <w:color w:val="0D5F78"/>
                <w:w w:val="97"/>
                <w:sz w:val="16"/>
                <w:szCs w:val="16"/>
              </w:rPr>
              <w:t>nr.personal</w:t>
            </w:r>
            <w:proofErr w:type="spellEnd"/>
            <w:proofErr w:type="gramEnd"/>
          </w:p>
        </w:tc>
        <w:tc>
          <w:tcPr>
            <w:tcW w:w="311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1841BEA2"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depozitare</w:t>
            </w:r>
            <w:proofErr w:type="spellEnd"/>
            <w:r w:rsidRPr="004761A5">
              <w:rPr>
                <w:rFonts w:ascii="TimesNewRomanPS" w:eastAsia="TimesNewRomanPS" w:hAnsi="TimesNewRomanPS"/>
                <w:b/>
                <w:color w:val="0D5F78"/>
                <w:w w:val="97"/>
                <w:sz w:val="16"/>
                <w:szCs w:val="16"/>
              </w:rPr>
              <w:t xml:space="preserve"> — </w:t>
            </w:r>
            <w:proofErr w:type="spellStart"/>
            <w:proofErr w:type="gramStart"/>
            <w:r w:rsidRPr="004761A5">
              <w:rPr>
                <w:rFonts w:ascii="TimesNewRomanPS" w:eastAsia="TimesNewRomanPS" w:hAnsi="TimesNewRomanPS"/>
                <w:b/>
                <w:color w:val="0D5F78"/>
                <w:w w:val="97"/>
                <w:sz w:val="16"/>
                <w:szCs w:val="16"/>
              </w:rPr>
              <w:t>nr.personal</w:t>
            </w:r>
            <w:proofErr w:type="spellEnd"/>
            <w:proofErr w:type="gramEnd"/>
            <w:r w:rsidRPr="004761A5">
              <w:rPr>
                <w:rFonts w:ascii="TimesNewRomanPS" w:eastAsia="TimesNewRomanPS" w:hAnsi="TimesNewRomanPS"/>
                <w:b/>
                <w:color w:val="0D5F78"/>
                <w:w w:val="97"/>
                <w:sz w:val="16"/>
                <w:szCs w:val="16"/>
              </w:rPr>
              <w:t xml:space="preserve"> / capacitate</w:t>
            </w:r>
          </w:p>
        </w:tc>
      </w:tr>
      <w:tr w:rsidR="00BD2397" w:rsidRPr="00D027DE" w14:paraId="4CBA7CAD" w14:textId="77777777">
        <w:trPr>
          <w:trHeight w:hRule="exact" w:val="506"/>
        </w:trPr>
        <w:tc>
          <w:tcPr>
            <w:tcW w:w="9348" w:type="dxa"/>
            <w:gridSpan w:val="9"/>
            <w:tcBorders>
              <w:top w:val="single" w:sz="4" w:space="0" w:color="767676"/>
              <w:left w:val="single" w:sz="3" w:space="0" w:color="767676"/>
              <w:bottom w:val="single" w:sz="3" w:space="0" w:color="767676"/>
              <w:right w:val="single" w:sz="3" w:space="0" w:color="767676"/>
            </w:tcBorders>
            <w:tcMar>
              <w:left w:w="0" w:type="dxa"/>
              <w:right w:w="0" w:type="dxa"/>
            </w:tcMar>
          </w:tcPr>
          <w:p w14:paraId="4D6592B8"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Alte caracteristici ale capacităților funcționale, necuprinse mai sus</w:t>
            </w:r>
          </w:p>
        </w:tc>
      </w:tr>
    </w:tbl>
    <w:p w14:paraId="294DDEE7" w14:textId="42D6A9C9" w:rsidR="00BD2397" w:rsidRPr="001F7E48" w:rsidRDefault="00B8640C">
      <w:pPr>
        <w:tabs>
          <w:tab w:val="left" w:pos="4234"/>
        </w:tabs>
        <w:autoSpaceDE w:val="0"/>
        <w:autoSpaceDN w:val="0"/>
        <w:spacing w:after="0" w:line="144" w:lineRule="exact"/>
        <w:ind w:left="108"/>
        <w:rPr>
          <w:sz w:val="16"/>
          <w:szCs w:val="16"/>
          <w:lang w:val="pt-PT"/>
        </w:rPr>
      </w:pPr>
      <w:r w:rsidRPr="001F7E48">
        <w:rPr>
          <w:rFonts w:ascii="TimesNewRomanPSMT" w:eastAsia="TimesNewRomanPSMT" w:hAnsi="TimesNewRomanPSMT"/>
          <w:color w:val="595959"/>
          <w:w w:val="97"/>
          <w:sz w:val="16"/>
          <w:szCs w:val="16"/>
          <w:lang w:val="pt-PT"/>
        </w:rPr>
        <w:t xml:space="preserve"> </w:t>
      </w:r>
      <w:r w:rsidRPr="001F7E48">
        <w:rPr>
          <w:sz w:val="16"/>
          <w:szCs w:val="16"/>
          <w:lang w:val="pt-PT"/>
        </w:rPr>
        <w:tab/>
      </w:r>
      <w:r w:rsidRPr="001F7E48">
        <w:rPr>
          <w:rFonts w:ascii="TimesNewRomanPSMT" w:eastAsia="TimesNewRomanPSMT" w:hAnsi="TimesNewRomanPSMT"/>
          <w:color w:val="595959"/>
          <w:w w:val="97"/>
          <w:sz w:val="16"/>
          <w:szCs w:val="16"/>
          <w:lang w:val="pt-PT"/>
        </w:rPr>
        <w:t>pagina 5 din 6</w:t>
      </w:r>
    </w:p>
    <w:p w14:paraId="2B6D0688" w14:textId="77777777" w:rsidR="00BD2397" w:rsidRPr="001F7E48" w:rsidRDefault="00BD2397">
      <w:pPr>
        <w:spacing w:after="0"/>
        <w:rPr>
          <w:sz w:val="16"/>
          <w:szCs w:val="16"/>
          <w:lang w:val="pt-PT"/>
        </w:rPr>
        <w:sectPr w:rsidR="00BD2397" w:rsidRPr="001F7E48">
          <w:pgSz w:w="11900" w:h="16840"/>
          <w:pgMar w:top="126" w:right="546" w:bottom="236" w:left="1166" w:header="720" w:footer="720" w:gutter="0"/>
          <w:cols w:space="708"/>
          <w:docGrid w:linePitch="360"/>
        </w:sectPr>
      </w:pPr>
    </w:p>
    <w:p w14:paraId="10A0553E" w14:textId="77777777" w:rsidR="00BD2397" w:rsidRPr="001F7E48" w:rsidRDefault="00BD2397">
      <w:pPr>
        <w:autoSpaceDE w:val="0"/>
        <w:autoSpaceDN w:val="0"/>
        <w:spacing w:after="0" w:line="126" w:lineRule="exact"/>
        <w:rPr>
          <w:sz w:val="16"/>
          <w:szCs w:val="16"/>
          <w:lang w:val="pt-PT"/>
        </w:rPr>
      </w:pPr>
    </w:p>
    <w:p w14:paraId="0F0B4189" w14:textId="2FEC30EE" w:rsidR="00BD2397" w:rsidRPr="004761A5" w:rsidRDefault="00BD2397">
      <w:pPr>
        <w:autoSpaceDE w:val="0"/>
        <w:autoSpaceDN w:val="0"/>
        <w:spacing w:after="0" w:line="144" w:lineRule="exact"/>
        <w:ind w:left="710"/>
        <w:rPr>
          <w:sz w:val="16"/>
          <w:szCs w:val="16"/>
        </w:rPr>
      </w:pPr>
    </w:p>
    <w:tbl>
      <w:tblPr>
        <w:tblW w:w="0" w:type="auto"/>
        <w:tblInd w:w="606" w:type="dxa"/>
        <w:tblLayout w:type="fixed"/>
        <w:tblLook w:val="04A0" w:firstRow="1" w:lastRow="0" w:firstColumn="1" w:lastColumn="0" w:noHBand="0" w:noVBand="1"/>
      </w:tblPr>
      <w:tblGrid>
        <w:gridCol w:w="1558"/>
        <w:gridCol w:w="610"/>
        <w:gridCol w:w="1788"/>
        <w:gridCol w:w="2276"/>
        <w:gridCol w:w="1560"/>
        <w:gridCol w:w="1556"/>
      </w:tblGrid>
      <w:tr w:rsidR="00BD2397" w:rsidRPr="00D027DE" w14:paraId="0347B45B" w14:textId="77777777">
        <w:trPr>
          <w:trHeight w:hRule="exact" w:val="212"/>
        </w:trPr>
        <w:tc>
          <w:tcPr>
            <w:tcW w:w="9348" w:type="dxa"/>
            <w:gridSpan w:val="6"/>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3DDDDBD8" w14:textId="77777777" w:rsidR="00BD2397" w:rsidRPr="001F7E48" w:rsidRDefault="00B8640C">
            <w:pPr>
              <w:autoSpaceDE w:val="0"/>
              <w:autoSpaceDN w:val="0"/>
              <w:spacing w:after="0" w:line="174" w:lineRule="exact"/>
              <w:ind w:left="100"/>
              <w:rPr>
                <w:sz w:val="16"/>
                <w:szCs w:val="16"/>
                <w:lang w:val="pt-PT"/>
              </w:rPr>
            </w:pPr>
            <w:r w:rsidRPr="001F7E48">
              <w:rPr>
                <w:rFonts w:ascii="TimesNewRomanPS" w:eastAsia="TimesNewRomanPS" w:hAnsi="TimesNewRomanPS"/>
                <w:b/>
                <w:color w:val="000000"/>
                <w:w w:val="103"/>
                <w:sz w:val="16"/>
                <w:szCs w:val="16"/>
                <w:lang w:val="pt-PT"/>
              </w:rPr>
              <w:t xml:space="preserve"> 6. </w:t>
            </w:r>
            <w:r w:rsidRPr="001F7E48">
              <w:rPr>
                <w:rFonts w:ascii="TimesNewRomanPS" w:eastAsia="TimesNewRomanPS" w:hAnsi="TimesNewRomanPS"/>
                <w:b/>
                <w:color w:val="000000"/>
                <w:w w:val="102"/>
                <w:sz w:val="16"/>
                <w:szCs w:val="16"/>
                <w:lang w:val="pt-PT"/>
              </w:rPr>
              <w:t>UTILITĂȚI · GARAJE ȘI PARCAJE · AMENAJĂRI EXTERIOARE</w:t>
            </w:r>
          </w:p>
        </w:tc>
      </w:tr>
      <w:tr w:rsidR="00BD2397" w:rsidRPr="00D027DE" w14:paraId="2AAFB691" w14:textId="77777777">
        <w:trPr>
          <w:trHeight w:hRule="exact" w:val="394"/>
        </w:trPr>
        <w:tc>
          <w:tcPr>
            <w:tcW w:w="9348" w:type="dxa"/>
            <w:gridSpan w:val="6"/>
            <w:tcBorders>
              <w:top w:val="single" w:sz="4" w:space="0" w:color="767676"/>
              <w:left w:val="single" w:sz="3" w:space="0" w:color="767676"/>
              <w:bottom w:val="single" w:sz="4" w:space="0" w:color="767676"/>
              <w:right w:val="single" w:sz="3" w:space="0" w:color="767676"/>
            </w:tcBorders>
            <w:tcMar>
              <w:left w:w="0" w:type="dxa"/>
              <w:right w:w="0" w:type="dxa"/>
            </w:tcMar>
          </w:tcPr>
          <w:p w14:paraId="70DEB416" w14:textId="77777777" w:rsidR="00BD2397" w:rsidRPr="001F7E48" w:rsidRDefault="00B8640C">
            <w:pPr>
              <w:tabs>
                <w:tab w:val="left" w:pos="140"/>
              </w:tabs>
              <w:autoSpaceDE w:val="0"/>
              <w:autoSpaceDN w:val="0"/>
              <w:spacing w:after="0" w:line="182" w:lineRule="exact"/>
              <w:ind w:left="102" w:right="144"/>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apă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canalizare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energie electrică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energie termică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gaze naturale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telefonizare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salubritate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transport urban     </w:t>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alte utilități:</w:t>
            </w:r>
          </w:p>
        </w:tc>
      </w:tr>
      <w:tr w:rsidR="00BD2397" w:rsidRPr="00D027DE" w14:paraId="5EDA1FFE" w14:textId="77777777">
        <w:trPr>
          <w:trHeight w:hRule="exact" w:val="510"/>
        </w:trPr>
        <w:tc>
          <w:tcPr>
            <w:tcW w:w="2168"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31FBABEC"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garaje</w:t>
            </w:r>
            <w:proofErr w:type="spellEnd"/>
            <w:r w:rsidRPr="004761A5">
              <w:rPr>
                <w:rFonts w:ascii="TimesNewRomanPS" w:eastAsia="TimesNewRomanPS" w:hAnsi="TimesNewRomanPS"/>
                <w:b/>
                <w:color w:val="0D5F78"/>
                <w:w w:val="97"/>
                <w:sz w:val="16"/>
                <w:szCs w:val="16"/>
              </w:rPr>
              <w:t xml:space="preserve"> — nr. </w:t>
            </w:r>
            <w:proofErr w:type="spellStart"/>
            <w:r w:rsidRPr="004761A5">
              <w:rPr>
                <w:rFonts w:ascii="TimesNewRomanPS" w:eastAsia="TimesNewRomanPS" w:hAnsi="TimesNewRomanPS"/>
                <w:b/>
                <w:color w:val="0D5F78"/>
                <w:w w:val="97"/>
                <w:sz w:val="16"/>
                <w:szCs w:val="16"/>
              </w:rPr>
              <w:t>locuri</w:t>
            </w:r>
            <w:proofErr w:type="spellEnd"/>
            <w:r w:rsidRPr="004761A5">
              <w:rPr>
                <w:rFonts w:ascii="TimesNewRomanPS" w:eastAsia="TimesNewRomanPS" w:hAnsi="TimesNewRomanPS"/>
                <w:b/>
                <w:color w:val="0D5F78"/>
                <w:w w:val="97"/>
                <w:sz w:val="16"/>
                <w:szCs w:val="16"/>
              </w:rPr>
              <w:t xml:space="preserve"> </w:t>
            </w:r>
          </w:p>
        </w:tc>
        <w:tc>
          <w:tcPr>
            <w:tcW w:w="1788" w:type="dxa"/>
            <w:tcBorders>
              <w:top w:val="single" w:sz="4" w:space="0" w:color="767676"/>
              <w:left w:val="single" w:sz="4" w:space="0" w:color="767676"/>
              <w:bottom w:val="single" w:sz="4" w:space="0" w:color="767676"/>
              <w:right w:val="single" w:sz="3" w:space="0" w:color="767676"/>
            </w:tcBorders>
            <w:tcMar>
              <w:left w:w="0" w:type="dxa"/>
              <w:right w:w="0" w:type="dxa"/>
            </w:tcMar>
          </w:tcPr>
          <w:p w14:paraId="1EFF4F02" w14:textId="77777777" w:rsidR="00BD2397" w:rsidRPr="004761A5" w:rsidRDefault="00B8640C">
            <w:pPr>
              <w:autoSpaceDE w:val="0"/>
              <w:autoSpaceDN w:val="0"/>
              <w:spacing w:after="0" w:line="146" w:lineRule="exact"/>
              <w:ind w:left="98"/>
              <w:rPr>
                <w:sz w:val="16"/>
                <w:szCs w:val="16"/>
              </w:rPr>
            </w:pPr>
            <w:proofErr w:type="spellStart"/>
            <w:r w:rsidRPr="004761A5">
              <w:rPr>
                <w:rFonts w:ascii="TimesNewRomanPS" w:eastAsia="TimesNewRomanPS" w:hAnsi="TimesNewRomanPS"/>
                <w:b/>
                <w:color w:val="0D5F78"/>
                <w:w w:val="97"/>
                <w:sz w:val="16"/>
                <w:szCs w:val="16"/>
              </w:rPr>
              <w:t>parcaje</w:t>
            </w:r>
            <w:proofErr w:type="spellEnd"/>
            <w:r w:rsidRPr="004761A5">
              <w:rPr>
                <w:rFonts w:ascii="TimesNewRomanPS" w:eastAsia="TimesNewRomanPS" w:hAnsi="TimesNewRomanPS"/>
                <w:b/>
                <w:color w:val="0D5F78"/>
                <w:w w:val="97"/>
                <w:sz w:val="16"/>
                <w:szCs w:val="16"/>
              </w:rPr>
              <w:t xml:space="preserve"> — nr. </w:t>
            </w:r>
            <w:proofErr w:type="spellStart"/>
            <w:r w:rsidRPr="004761A5">
              <w:rPr>
                <w:rFonts w:ascii="TimesNewRomanPS" w:eastAsia="TimesNewRomanPS" w:hAnsi="TimesNewRomanPS"/>
                <w:b/>
                <w:color w:val="0D5F78"/>
                <w:w w:val="97"/>
                <w:sz w:val="16"/>
                <w:szCs w:val="16"/>
              </w:rPr>
              <w:t>locuri</w:t>
            </w:r>
            <w:proofErr w:type="spellEnd"/>
            <w:r w:rsidRPr="004761A5">
              <w:rPr>
                <w:rFonts w:ascii="TimesNewRomanPS" w:eastAsia="TimesNewRomanPS" w:hAnsi="TimesNewRomanPS"/>
                <w:b/>
                <w:color w:val="0D5F78"/>
                <w:w w:val="97"/>
                <w:sz w:val="16"/>
                <w:szCs w:val="16"/>
              </w:rPr>
              <w:t xml:space="preserve"> </w:t>
            </w:r>
          </w:p>
        </w:tc>
        <w:tc>
          <w:tcPr>
            <w:tcW w:w="2276" w:type="dxa"/>
            <w:tcBorders>
              <w:top w:val="single" w:sz="4" w:space="0" w:color="767676"/>
              <w:left w:val="single" w:sz="3" w:space="0" w:color="767676"/>
              <w:bottom w:val="single" w:sz="4" w:space="0" w:color="767676"/>
              <w:right w:val="single" w:sz="3" w:space="0" w:color="767676"/>
            </w:tcBorders>
            <w:tcMar>
              <w:left w:w="0" w:type="dxa"/>
              <w:right w:w="0" w:type="dxa"/>
            </w:tcMar>
          </w:tcPr>
          <w:p w14:paraId="4386C423" w14:textId="77777777" w:rsidR="00BD2397" w:rsidRPr="000C1C98" w:rsidRDefault="00B8640C">
            <w:pPr>
              <w:autoSpaceDE w:val="0"/>
              <w:autoSpaceDN w:val="0"/>
              <w:spacing w:after="0" w:line="166" w:lineRule="exact"/>
              <w:ind w:left="100" w:right="288"/>
              <w:rPr>
                <w:sz w:val="16"/>
                <w:szCs w:val="16"/>
                <w:lang w:val="pt-PT"/>
              </w:rPr>
            </w:pPr>
            <w:r w:rsidRPr="000C1C98">
              <w:rPr>
                <w:rFonts w:ascii="TimesNewRomanPS" w:eastAsia="TimesNewRomanPS" w:hAnsi="TimesNewRomanPS"/>
                <w:b/>
                <w:color w:val="0D5F78"/>
                <w:w w:val="97"/>
                <w:sz w:val="16"/>
                <w:szCs w:val="16"/>
                <w:lang w:val="pt-PT"/>
              </w:rPr>
              <w:t>parcaje pentru biciclete – nr. locuri</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241F4656"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alei carosabile, inclusiv parcaje la sol (m²)</w:t>
            </w:r>
          </w:p>
        </w:tc>
      </w:tr>
      <w:tr w:rsidR="00BD2397" w:rsidRPr="004761A5" w14:paraId="1566FF30" w14:textId="77777777">
        <w:trPr>
          <w:trHeight w:hRule="exact" w:val="680"/>
        </w:trPr>
        <w:tc>
          <w:tcPr>
            <w:tcW w:w="1558" w:type="dxa"/>
            <w:tcBorders>
              <w:top w:val="single" w:sz="4" w:space="0" w:color="767676"/>
              <w:left w:val="single" w:sz="3" w:space="0" w:color="767676"/>
              <w:bottom w:val="single" w:sz="3" w:space="0" w:color="767676"/>
              <w:right w:val="single" w:sz="3" w:space="0" w:color="767676"/>
            </w:tcBorders>
            <w:tcMar>
              <w:left w:w="0" w:type="dxa"/>
              <w:right w:w="0" w:type="dxa"/>
            </w:tcMar>
          </w:tcPr>
          <w:p w14:paraId="710A2970"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alei</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pietonale</w:t>
            </w:r>
            <w:proofErr w:type="spellEnd"/>
            <w:r w:rsidRPr="004761A5">
              <w:rPr>
                <w:rFonts w:ascii="TimesNewRomanPS" w:eastAsia="TimesNewRomanPS" w:hAnsi="TimesNewRomanPS"/>
                <w:b/>
                <w:color w:val="0D5F78"/>
                <w:w w:val="97"/>
                <w:sz w:val="16"/>
                <w:szCs w:val="16"/>
              </w:rPr>
              <w:t xml:space="preserve"> (m²)</w:t>
            </w:r>
          </w:p>
        </w:tc>
        <w:tc>
          <w:tcPr>
            <w:tcW w:w="2398"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2DE4A98C" w14:textId="77777777" w:rsidR="00BD2397" w:rsidRPr="001F7E48" w:rsidRDefault="00B8640C">
            <w:pPr>
              <w:autoSpaceDE w:val="0"/>
              <w:autoSpaceDN w:val="0"/>
              <w:spacing w:after="0" w:line="166" w:lineRule="exact"/>
              <w:ind w:left="100" w:right="288"/>
              <w:rPr>
                <w:sz w:val="16"/>
                <w:szCs w:val="16"/>
                <w:lang w:val="pt-PT"/>
              </w:rPr>
            </w:pPr>
            <w:r w:rsidRPr="001F7E48">
              <w:rPr>
                <w:rFonts w:ascii="TimesNewRomanPS" w:eastAsia="TimesNewRomanPS" w:hAnsi="TimesNewRomanPS"/>
                <w:b/>
                <w:color w:val="0D5F78"/>
                <w:w w:val="97"/>
                <w:sz w:val="16"/>
                <w:szCs w:val="16"/>
                <w:lang w:val="pt-PT"/>
              </w:rPr>
              <w:t xml:space="preserve">alte platforme la nivelul solului (m²) </w:t>
            </w:r>
            <w:r w:rsidRPr="001F7E48">
              <w:rPr>
                <w:sz w:val="16"/>
                <w:szCs w:val="16"/>
                <w:lang w:val="pt-PT"/>
              </w:rPr>
              <w:br/>
            </w:r>
            <w:r w:rsidRPr="001F7E48">
              <w:rPr>
                <w:rFonts w:ascii="TimesNewRomanPS" w:eastAsia="TimesNewRomanPS" w:hAnsi="TimesNewRomanPS"/>
                <w:i/>
                <w:color w:val="7A7A7A"/>
                <w:w w:val="97"/>
                <w:sz w:val="16"/>
                <w:szCs w:val="16"/>
                <w:lang w:val="pt-PT"/>
              </w:rPr>
              <w:t>deșeuri etc.</w:t>
            </w:r>
          </w:p>
        </w:tc>
        <w:tc>
          <w:tcPr>
            <w:tcW w:w="3836" w:type="dxa"/>
            <w:gridSpan w:val="2"/>
            <w:tcBorders>
              <w:top w:val="single" w:sz="4" w:space="0" w:color="767676"/>
              <w:left w:val="single" w:sz="3" w:space="0" w:color="767676"/>
              <w:bottom w:val="single" w:sz="3" w:space="0" w:color="767676"/>
              <w:right w:val="single" w:sz="4" w:space="0" w:color="767676"/>
            </w:tcBorders>
            <w:tcMar>
              <w:left w:w="0" w:type="dxa"/>
              <w:right w:w="0" w:type="dxa"/>
            </w:tcMar>
          </w:tcPr>
          <w:p w14:paraId="38491D14" w14:textId="77777777" w:rsidR="00BD2397" w:rsidRPr="000C1C98" w:rsidRDefault="00B8640C">
            <w:pPr>
              <w:autoSpaceDE w:val="0"/>
              <w:autoSpaceDN w:val="0"/>
              <w:spacing w:after="0" w:line="146" w:lineRule="exact"/>
              <w:ind w:left="100"/>
              <w:rPr>
                <w:sz w:val="16"/>
                <w:szCs w:val="16"/>
                <w:lang w:val="pt-PT"/>
              </w:rPr>
            </w:pPr>
            <w:r w:rsidRPr="000C1C98">
              <w:rPr>
                <w:rFonts w:ascii="TimesNewRomanPS" w:eastAsia="TimesNewRomanPS" w:hAnsi="TimesNewRomanPS"/>
                <w:b/>
                <w:color w:val="0D5F78"/>
                <w:w w:val="97"/>
                <w:sz w:val="16"/>
                <w:szCs w:val="16"/>
                <w:lang w:val="pt-PT"/>
              </w:rPr>
              <w:t>arbori tăiați / menținuți / plantați (nr.)</w:t>
            </w:r>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67ED4B19" w14:textId="77777777" w:rsidR="00BD2397" w:rsidRPr="004761A5" w:rsidRDefault="00B8640C">
            <w:pPr>
              <w:autoSpaceDE w:val="0"/>
              <w:autoSpaceDN w:val="0"/>
              <w:spacing w:after="0" w:line="146" w:lineRule="exact"/>
              <w:ind w:left="98"/>
              <w:rPr>
                <w:sz w:val="16"/>
                <w:szCs w:val="16"/>
              </w:rPr>
            </w:pPr>
            <w:proofErr w:type="spellStart"/>
            <w:r w:rsidRPr="004761A5">
              <w:rPr>
                <w:rFonts w:ascii="TimesNewRomanPS" w:eastAsia="TimesNewRomanPS" w:hAnsi="TimesNewRomanPS"/>
                <w:b/>
                <w:color w:val="0D5F78"/>
                <w:w w:val="97"/>
                <w:sz w:val="16"/>
                <w:szCs w:val="16"/>
              </w:rPr>
              <w:t>spații</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verzi</w:t>
            </w:r>
            <w:proofErr w:type="spellEnd"/>
            <w:r w:rsidRPr="004761A5">
              <w:rPr>
                <w:rFonts w:ascii="TimesNewRomanPS" w:eastAsia="TimesNewRomanPS" w:hAnsi="TimesNewRomanPS"/>
                <w:b/>
                <w:color w:val="0D5F78"/>
                <w:w w:val="97"/>
                <w:sz w:val="16"/>
                <w:szCs w:val="16"/>
              </w:rPr>
              <w:t xml:space="preserve"> (m²)</w:t>
            </w:r>
          </w:p>
        </w:tc>
      </w:tr>
    </w:tbl>
    <w:p w14:paraId="2B5886A4" w14:textId="77777777" w:rsidR="00BD2397" w:rsidRPr="004761A5" w:rsidRDefault="00BD2397">
      <w:pPr>
        <w:autoSpaceDE w:val="0"/>
        <w:autoSpaceDN w:val="0"/>
        <w:spacing w:after="0" w:line="116" w:lineRule="exact"/>
        <w:rPr>
          <w:sz w:val="16"/>
          <w:szCs w:val="16"/>
        </w:rPr>
      </w:pPr>
    </w:p>
    <w:tbl>
      <w:tblPr>
        <w:tblW w:w="0" w:type="auto"/>
        <w:tblInd w:w="606" w:type="dxa"/>
        <w:tblLayout w:type="fixed"/>
        <w:tblLook w:val="04A0" w:firstRow="1" w:lastRow="0" w:firstColumn="1" w:lastColumn="0" w:noHBand="0" w:noVBand="1"/>
      </w:tblPr>
      <w:tblGrid>
        <w:gridCol w:w="4674"/>
        <w:gridCol w:w="4674"/>
      </w:tblGrid>
      <w:tr w:rsidR="00BD2397" w:rsidRPr="00D027DE" w14:paraId="6197FD75" w14:textId="77777777">
        <w:trPr>
          <w:trHeight w:hRule="exact" w:val="210"/>
        </w:trPr>
        <w:tc>
          <w:tcPr>
            <w:tcW w:w="9348" w:type="dxa"/>
            <w:gridSpan w:val="2"/>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E320FE0" w14:textId="77777777" w:rsidR="00BD2397" w:rsidRPr="001F7E48" w:rsidRDefault="00B8640C">
            <w:pPr>
              <w:autoSpaceDE w:val="0"/>
              <w:autoSpaceDN w:val="0"/>
              <w:spacing w:after="0" w:line="174" w:lineRule="exact"/>
              <w:ind w:left="100"/>
              <w:rPr>
                <w:sz w:val="16"/>
                <w:szCs w:val="16"/>
                <w:lang w:val="pt-PT"/>
              </w:rPr>
            </w:pPr>
            <w:r w:rsidRPr="001F7E48">
              <w:rPr>
                <w:rFonts w:ascii="TimesNewRomanPS" w:eastAsia="TimesNewRomanPS" w:hAnsi="TimesNewRomanPS"/>
                <w:b/>
                <w:color w:val="000000"/>
                <w:w w:val="103"/>
                <w:sz w:val="16"/>
                <w:szCs w:val="16"/>
                <w:lang w:val="pt-PT"/>
              </w:rPr>
              <w:t xml:space="preserve"> 7. </w:t>
            </w:r>
            <w:r w:rsidRPr="001F7E48">
              <w:rPr>
                <w:rFonts w:ascii="TimesNewRomanPS" w:eastAsia="TimesNewRomanPS" w:hAnsi="TimesNewRomanPS"/>
                <w:b/>
                <w:color w:val="000000"/>
                <w:w w:val="102"/>
                <w:sz w:val="16"/>
                <w:szCs w:val="16"/>
                <w:lang w:val="pt-PT"/>
              </w:rPr>
              <w:t>MĂSURI DE PROTECȚIE A MEDIULUI/SECURITATE LA INCENDIU/PROTECTIE CIVILA</w:t>
            </w:r>
          </w:p>
        </w:tc>
      </w:tr>
      <w:tr w:rsidR="00BD2397" w:rsidRPr="00D027DE" w14:paraId="7E632F39" w14:textId="77777777">
        <w:trPr>
          <w:trHeight w:hRule="exact" w:val="506"/>
        </w:trPr>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1EE35FBA"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Modul de evacuare a deșeurilor</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13DC1D78" w14:textId="77777777" w:rsidR="00BD2397" w:rsidRPr="001F7E48" w:rsidRDefault="00B8640C">
            <w:pPr>
              <w:autoSpaceDE w:val="0"/>
              <w:autoSpaceDN w:val="0"/>
              <w:spacing w:after="0" w:line="146" w:lineRule="exact"/>
              <w:ind w:left="102"/>
              <w:rPr>
                <w:sz w:val="16"/>
                <w:szCs w:val="16"/>
                <w:lang w:val="pt-PT"/>
              </w:rPr>
            </w:pPr>
            <w:r w:rsidRPr="001F7E48">
              <w:rPr>
                <w:rFonts w:ascii="TimesNewRomanPS" w:eastAsia="TimesNewRomanPS" w:hAnsi="TimesNewRomanPS"/>
                <w:b/>
                <w:color w:val="0D5F78"/>
                <w:w w:val="97"/>
                <w:sz w:val="16"/>
                <w:szCs w:val="16"/>
                <w:lang w:val="pt-PT"/>
              </w:rPr>
              <w:t>Alte măsuri de securitate la incendiu și protecție civilă</w:t>
            </w:r>
          </w:p>
        </w:tc>
      </w:tr>
      <w:tr w:rsidR="00BD2397" w:rsidRPr="004761A5" w14:paraId="5B946C06" w14:textId="77777777">
        <w:trPr>
          <w:trHeight w:hRule="exact" w:val="504"/>
        </w:trPr>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3E17AB79" w14:textId="77777777" w:rsidR="00BD2397" w:rsidRPr="004761A5" w:rsidRDefault="00B8640C">
            <w:pPr>
              <w:autoSpaceDE w:val="0"/>
              <w:autoSpaceDN w:val="0"/>
              <w:spacing w:after="0" w:line="144" w:lineRule="exact"/>
              <w:ind w:left="100"/>
              <w:rPr>
                <w:sz w:val="16"/>
                <w:szCs w:val="16"/>
                <w:lang w:val="sv-SE"/>
              </w:rPr>
            </w:pPr>
            <w:r w:rsidRPr="004761A5">
              <w:rPr>
                <w:rFonts w:ascii="TimesNewRomanPS" w:eastAsia="TimesNewRomanPS" w:hAnsi="TimesNewRomanPS"/>
                <w:b/>
                <w:color w:val="0D5F78"/>
                <w:w w:val="97"/>
                <w:sz w:val="16"/>
                <w:szCs w:val="16"/>
                <w:lang w:val="sv-SE"/>
              </w:rPr>
              <w:t>Măsuri de protecție a mediului</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2D1A0DE9" w14:textId="77777777" w:rsidR="00BD2397" w:rsidRPr="004761A5" w:rsidRDefault="00B8640C">
            <w:pPr>
              <w:autoSpaceDE w:val="0"/>
              <w:autoSpaceDN w:val="0"/>
              <w:spacing w:after="0" w:line="144" w:lineRule="exact"/>
              <w:ind w:left="102"/>
              <w:rPr>
                <w:sz w:val="16"/>
                <w:szCs w:val="16"/>
              </w:rPr>
            </w:pPr>
            <w:r w:rsidRPr="004761A5">
              <w:rPr>
                <w:rFonts w:ascii="TimesNewRomanPS" w:eastAsia="TimesNewRomanPS" w:hAnsi="TimesNewRomanPS"/>
                <w:b/>
                <w:color w:val="0D5F78"/>
                <w:w w:val="97"/>
                <w:sz w:val="16"/>
                <w:szCs w:val="16"/>
              </w:rPr>
              <w:t xml:space="preserve">Alte </w:t>
            </w:r>
            <w:proofErr w:type="spellStart"/>
            <w:r w:rsidRPr="004761A5">
              <w:rPr>
                <w:rFonts w:ascii="TimesNewRomanPS" w:eastAsia="TimesNewRomanPS" w:hAnsi="TimesNewRomanPS"/>
                <w:b/>
                <w:color w:val="0D5F78"/>
                <w:w w:val="97"/>
                <w:sz w:val="16"/>
                <w:szCs w:val="16"/>
              </w:rPr>
              <w:t>măsuri</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specifice</w:t>
            </w:r>
            <w:proofErr w:type="spellEnd"/>
            <w:r w:rsidRPr="004761A5">
              <w:rPr>
                <w:rFonts w:ascii="TimesNewRomanPS" w:eastAsia="TimesNewRomanPS" w:hAnsi="TimesNewRomanPS"/>
                <w:b/>
                <w:color w:val="0D5F78"/>
                <w:w w:val="97"/>
                <w:sz w:val="16"/>
                <w:szCs w:val="16"/>
              </w:rPr>
              <w:t>:</w:t>
            </w:r>
          </w:p>
        </w:tc>
      </w:tr>
    </w:tbl>
    <w:p w14:paraId="68010DD9" w14:textId="77777777" w:rsidR="00BD2397" w:rsidRPr="004761A5" w:rsidRDefault="00BD2397">
      <w:pPr>
        <w:autoSpaceDE w:val="0"/>
        <w:autoSpaceDN w:val="0"/>
        <w:spacing w:after="0" w:line="116" w:lineRule="exact"/>
        <w:rPr>
          <w:sz w:val="16"/>
          <w:szCs w:val="16"/>
        </w:rPr>
      </w:pPr>
    </w:p>
    <w:tbl>
      <w:tblPr>
        <w:tblW w:w="0" w:type="auto"/>
        <w:tblInd w:w="606" w:type="dxa"/>
        <w:tblLayout w:type="fixed"/>
        <w:tblLook w:val="04A0" w:firstRow="1" w:lastRow="0" w:firstColumn="1" w:lastColumn="0" w:noHBand="0" w:noVBand="1"/>
      </w:tblPr>
      <w:tblGrid>
        <w:gridCol w:w="4674"/>
        <w:gridCol w:w="1558"/>
        <w:gridCol w:w="3116"/>
      </w:tblGrid>
      <w:tr w:rsidR="00BD2397" w:rsidRPr="004761A5" w14:paraId="5EDB8FC7" w14:textId="77777777">
        <w:trPr>
          <w:trHeight w:hRule="exact" w:val="210"/>
        </w:trPr>
        <w:tc>
          <w:tcPr>
            <w:tcW w:w="9348" w:type="dxa"/>
            <w:gridSpan w:val="3"/>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0B7D3EB6" w14:textId="77777777" w:rsidR="00BD2397" w:rsidRPr="004761A5" w:rsidRDefault="00B8640C">
            <w:pPr>
              <w:autoSpaceDE w:val="0"/>
              <w:autoSpaceDN w:val="0"/>
              <w:spacing w:after="0" w:line="176" w:lineRule="exact"/>
              <w:ind w:left="100"/>
              <w:rPr>
                <w:sz w:val="16"/>
                <w:szCs w:val="16"/>
              </w:rPr>
            </w:pPr>
            <w:r w:rsidRPr="004761A5">
              <w:rPr>
                <w:rFonts w:ascii="TimesNewRomanPS" w:eastAsia="TimesNewRomanPS" w:hAnsi="TimesNewRomanPS"/>
                <w:b/>
                <w:color w:val="000000"/>
                <w:w w:val="103"/>
                <w:sz w:val="16"/>
                <w:szCs w:val="16"/>
              </w:rPr>
              <w:t xml:space="preserve"> 8. </w:t>
            </w:r>
            <w:r w:rsidRPr="004761A5">
              <w:rPr>
                <w:rFonts w:ascii="TimesNewRomanPS" w:eastAsia="TimesNewRomanPS" w:hAnsi="TimesNewRomanPS"/>
                <w:b/>
                <w:color w:val="000000"/>
                <w:w w:val="102"/>
                <w:sz w:val="16"/>
                <w:szCs w:val="16"/>
              </w:rPr>
              <w:t>ÎNTOCMIT</w:t>
            </w:r>
          </w:p>
        </w:tc>
      </w:tr>
      <w:tr w:rsidR="00BD2397" w:rsidRPr="004761A5" w14:paraId="7893597E" w14:textId="77777777">
        <w:trPr>
          <w:trHeight w:hRule="exact" w:val="504"/>
        </w:trPr>
        <w:tc>
          <w:tcPr>
            <w:tcW w:w="4674" w:type="dxa"/>
            <w:tcBorders>
              <w:top w:val="single" w:sz="3" w:space="0" w:color="767676"/>
              <w:left w:val="single" w:sz="3" w:space="0" w:color="767676"/>
              <w:bottom w:val="single" w:sz="3" w:space="0" w:color="767676"/>
              <w:right w:val="single" w:sz="3" w:space="0" w:color="767676"/>
            </w:tcBorders>
            <w:tcMar>
              <w:left w:w="0" w:type="dxa"/>
              <w:right w:w="0" w:type="dxa"/>
            </w:tcMar>
          </w:tcPr>
          <w:p w14:paraId="28279FF5"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Numele și prenumele / firma și reprezentantul</w:t>
            </w:r>
          </w:p>
        </w:tc>
        <w:tc>
          <w:tcPr>
            <w:tcW w:w="1558" w:type="dxa"/>
            <w:tcBorders>
              <w:top w:val="single" w:sz="3" w:space="0" w:color="767676"/>
              <w:left w:val="single" w:sz="3" w:space="0" w:color="767676"/>
              <w:bottom w:val="single" w:sz="3" w:space="0" w:color="767676"/>
              <w:right w:val="single" w:sz="3" w:space="0" w:color="767676"/>
            </w:tcBorders>
            <w:tcMar>
              <w:left w:w="0" w:type="dxa"/>
              <w:right w:w="0" w:type="dxa"/>
            </w:tcMar>
          </w:tcPr>
          <w:p w14:paraId="13304B9B"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Data</w:t>
            </w:r>
          </w:p>
        </w:tc>
        <w:tc>
          <w:tcPr>
            <w:tcW w:w="3116" w:type="dxa"/>
            <w:tcBorders>
              <w:top w:val="single" w:sz="3" w:space="0" w:color="767676"/>
              <w:left w:val="single" w:sz="3" w:space="0" w:color="767676"/>
              <w:bottom w:val="single" w:sz="3" w:space="0" w:color="767676"/>
              <w:right w:val="single" w:sz="3" w:space="0" w:color="767676"/>
            </w:tcBorders>
            <w:tcMar>
              <w:left w:w="0" w:type="dxa"/>
              <w:right w:w="0" w:type="dxa"/>
            </w:tcMar>
          </w:tcPr>
          <w:p w14:paraId="3ED1255E"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Semnătura</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și</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parafa</w:t>
            </w:r>
            <w:proofErr w:type="spellEnd"/>
          </w:p>
        </w:tc>
      </w:tr>
    </w:tbl>
    <w:p w14:paraId="47DD2884" w14:textId="77777777" w:rsidR="00BD2397" w:rsidRPr="004761A5" w:rsidRDefault="00BD2397">
      <w:pPr>
        <w:autoSpaceDE w:val="0"/>
        <w:autoSpaceDN w:val="0"/>
        <w:spacing w:after="0" w:line="118" w:lineRule="exact"/>
        <w:rPr>
          <w:sz w:val="16"/>
          <w:szCs w:val="16"/>
        </w:rPr>
      </w:pPr>
    </w:p>
    <w:tbl>
      <w:tblPr>
        <w:tblW w:w="0" w:type="auto"/>
        <w:tblInd w:w="606" w:type="dxa"/>
        <w:tblLayout w:type="fixed"/>
        <w:tblLook w:val="04A0" w:firstRow="1" w:lastRow="0" w:firstColumn="1" w:lastColumn="0" w:noHBand="0" w:noVBand="1"/>
      </w:tblPr>
      <w:tblGrid>
        <w:gridCol w:w="2338"/>
        <w:gridCol w:w="1556"/>
        <w:gridCol w:w="1558"/>
        <w:gridCol w:w="780"/>
        <w:gridCol w:w="3116"/>
      </w:tblGrid>
      <w:tr w:rsidR="00BD2397" w:rsidRPr="00D027DE" w14:paraId="57913401" w14:textId="77777777">
        <w:trPr>
          <w:trHeight w:hRule="exact" w:val="208"/>
        </w:trPr>
        <w:tc>
          <w:tcPr>
            <w:tcW w:w="9348" w:type="dxa"/>
            <w:gridSpan w:val="5"/>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A681F9B" w14:textId="77777777" w:rsidR="00BD2397" w:rsidRPr="001F7E48" w:rsidRDefault="00B8640C">
            <w:pPr>
              <w:autoSpaceDE w:val="0"/>
              <w:autoSpaceDN w:val="0"/>
              <w:spacing w:after="0" w:line="176" w:lineRule="exact"/>
              <w:ind w:left="100"/>
              <w:rPr>
                <w:sz w:val="16"/>
                <w:szCs w:val="16"/>
                <w:lang w:val="pt-PT"/>
              </w:rPr>
            </w:pPr>
            <w:r w:rsidRPr="001F7E48">
              <w:rPr>
                <w:rFonts w:ascii="TimesNewRomanPS" w:eastAsia="TimesNewRomanPS" w:hAnsi="TimesNewRomanPS"/>
                <w:b/>
                <w:color w:val="000000"/>
                <w:w w:val="103"/>
                <w:sz w:val="16"/>
                <w:szCs w:val="16"/>
                <w:lang w:val="pt-PT"/>
              </w:rPr>
              <w:t xml:space="preserve"> 9. </w:t>
            </w:r>
            <w:r w:rsidRPr="001F7E48">
              <w:rPr>
                <w:rFonts w:ascii="TimesNewRomanPS" w:eastAsia="TimesNewRomanPS" w:hAnsi="TimesNewRomanPS"/>
                <w:b/>
                <w:color w:val="000000"/>
                <w:w w:val="102"/>
                <w:sz w:val="16"/>
                <w:szCs w:val="16"/>
                <w:lang w:val="pt-PT"/>
              </w:rPr>
              <w:t>COMUNICAREA ÎN REGISTRUL NAȚIONAL AL CLĂDIRILOR</w:t>
            </w:r>
          </w:p>
        </w:tc>
      </w:tr>
      <w:tr w:rsidR="00BD2397" w:rsidRPr="00D027DE" w14:paraId="6964F810" w14:textId="77777777" w:rsidTr="0068581A">
        <w:trPr>
          <w:trHeight w:hRule="exact" w:val="745"/>
        </w:trPr>
        <w:tc>
          <w:tcPr>
            <w:tcW w:w="389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7884FB21" w14:textId="77777777" w:rsidR="0068581A" w:rsidRPr="001F7E48" w:rsidRDefault="00B8640C">
            <w:pPr>
              <w:autoSpaceDE w:val="0"/>
              <w:autoSpaceDN w:val="0"/>
              <w:spacing w:after="0" w:line="188" w:lineRule="exact"/>
              <w:ind w:left="100" w:right="864"/>
              <w:rPr>
                <w:rFonts w:ascii="TimesNewRomanPSMT" w:eastAsia="TimesNewRomanPSMT" w:hAnsi="TimesNewRomanPSMT"/>
                <w:color w:val="000000"/>
                <w:w w:val="103"/>
                <w:sz w:val="16"/>
                <w:szCs w:val="16"/>
                <w:lang w:val="pt-PT"/>
              </w:rPr>
            </w:pPr>
            <w:r w:rsidRPr="001F7E48">
              <w:rPr>
                <w:rFonts w:ascii="TimesNewRomanPS" w:eastAsia="TimesNewRomanPS" w:hAnsi="TimesNewRomanPS"/>
                <w:b/>
                <w:color w:val="0D5F78"/>
                <w:w w:val="97"/>
                <w:sz w:val="16"/>
                <w:szCs w:val="16"/>
                <w:lang w:val="pt-PT"/>
              </w:rPr>
              <w:t>Clădirea a fost</w:t>
            </w:r>
            <w:r w:rsidRPr="001F7E48">
              <w:rPr>
                <w:sz w:val="16"/>
                <w:szCs w:val="16"/>
                <w:lang w:val="pt-PT"/>
              </w:rPr>
              <w:br/>
            </w: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identificată în registru   </w:t>
            </w:r>
          </w:p>
          <w:p w14:paraId="20A308FE" w14:textId="77777777" w:rsidR="00BD2397" w:rsidRPr="001F7E48" w:rsidRDefault="00B8640C">
            <w:pPr>
              <w:autoSpaceDE w:val="0"/>
              <w:autoSpaceDN w:val="0"/>
              <w:spacing w:after="0" w:line="188" w:lineRule="exact"/>
              <w:ind w:left="100" w:right="864"/>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declarată acum</w:t>
            </w:r>
          </w:p>
        </w:tc>
        <w:tc>
          <w:tcPr>
            <w:tcW w:w="2338"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299CB03F"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 xml:space="preserve">NIS </w:t>
            </w:r>
            <w:proofErr w:type="spellStart"/>
            <w:r w:rsidRPr="004761A5">
              <w:rPr>
                <w:rFonts w:ascii="TimesNewRomanPS" w:eastAsia="TimesNewRomanPS" w:hAnsi="TimesNewRomanPS"/>
                <w:b/>
                <w:color w:val="0D5F78"/>
                <w:w w:val="97"/>
                <w:sz w:val="16"/>
                <w:szCs w:val="16"/>
              </w:rPr>
              <w:t>atribuit</w:t>
            </w:r>
            <w:proofErr w:type="spellEnd"/>
            <w:r w:rsidRPr="004761A5">
              <w:rPr>
                <w:rFonts w:ascii="TimesNewRomanPS" w:eastAsia="TimesNewRomanPS" w:hAnsi="TimesNewRomanPS"/>
                <w:b/>
                <w:color w:val="0D5F78"/>
                <w:w w:val="97"/>
                <w:sz w:val="16"/>
                <w:szCs w:val="16"/>
              </w:rPr>
              <w:t xml:space="preserve"> / </w:t>
            </w:r>
            <w:proofErr w:type="spellStart"/>
            <w:r w:rsidRPr="004761A5">
              <w:rPr>
                <w:rFonts w:ascii="TimesNewRomanPS" w:eastAsia="TimesNewRomanPS" w:hAnsi="TimesNewRomanPS"/>
                <w:b/>
                <w:color w:val="0D5F78"/>
                <w:w w:val="97"/>
                <w:sz w:val="16"/>
                <w:szCs w:val="16"/>
              </w:rPr>
              <w:t>confirmat</w:t>
            </w:r>
            <w:proofErr w:type="spellEnd"/>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7B222EA9" w14:textId="77777777" w:rsidR="00BD2397" w:rsidRPr="004761A5" w:rsidRDefault="00B8640C">
            <w:pPr>
              <w:autoSpaceDE w:val="0"/>
              <w:autoSpaceDN w:val="0"/>
              <w:spacing w:after="0" w:line="166" w:lineRule="exact"/>
              <w:ind w:left="100" w:right="720"/>
              <w:rPr>
                <w:sz w:val="16"/>
                <w:szCs w:val="16"/>
                <w:lang w:val="de-DE"/>
              </w:rPr>
            </w:pPr>
            <w:r w:rsidRPr="004761A5">
              <w:rPr>
                <w:rFonts w:ascii="TimesNewRomanPS" w:eastAsia="TimesNewRomanPS" w:hAnsi="TimesNewRomanPS"/>
                <w:b/>
                <w:color w:val="0D5F78"/>
                <w:w w:val="97"/>
                <w:sz w:val="16"/>
                <w:szCs w:val="16"/>
                <w:lang w:val="de-DE"/>
              </w:rPr>
              <w:t xml:space="preserve">Cod investiție </w:t>
            </w:r>
            <w:r w:rsidRPr="004761A5">
              <w:rPr>
                <w:sz w:val="16"/>
                <w:szCs w:val="16"/>
                <w:lang w:val="de-DE"/>
              </w:rPr>
              <w:br/>
            </w:r>
            <w:r w:rsidRPr="004761A5">
              <w:rPr>
                <w:rFonts w:ascii="TimesNewRomanPS" w:eastAsia="TimesNewRomanPS" w:hAnsi="TimesNewRomanPS"/>
                <w:i/>
                <w:color w:val="7A7A7A"/>
                <w:w w:val="97"/>
                <w:sz w:val="16"/>
                <w:szCs w:val="16"/>
                <w:lang w:val="de-DE"/>
              </w:rPr>
              <w:t>dacă lucrarea e legată de o investiție</w:t>
            </w:r>
          </w:p>
        </w:tc>
      </w:tr>
      <w:tr w:rsidR="00BD2397" w:rsidRPr="004761A5" w14:paraId="1E952778" w14:textId="77777777">
        <w:trPr>
          <w:trHeight w:hRule="exact" w:val="504"/>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618D6297" w14:textId="77777777" w:rsidR="00BD2397" w:rsidRPr="004761A5" w:rsidRDefault="00B8640C">
            <w:pPr>
              <w:autoSpaceDE w:val="0"/>
              <w:autoSpaceDN w:val="0"/>
              <w:spacing w:after="0" w:line="144" w:lineRule="exact"/>
              <w:ind w:left="100"/>
              <w:rPr>
                <w:sz w:val="16"/>
                <w:szCs w:val="16"/>
              </w:rPr>
            </w:pPr>
            <w:r w:rsidRPr="004761A5">
              <w:rPr>
                <w:rFonts w:ascii="TimesNewRomanPS" w:eastAsia="TimesNewRomanPS" w:hAnsi="TimesNewRomanPS"/>
                <w:b/>
                <w:color w:val="0D5F78"/>
                <w:w w:val="97"/>
                <w:sz w:val="16"/>
                <w:szCs w:val="16"/>
              </w:rPr>
              <w:t xml:space="preserve">Data </w:t>
            </w:r>
            <w:proofErr w:type="spellStart"/>
            <w:r w:rsidRPr="004761A5">
              <w:rPr>
                <w:rFonts w:ascii="TimesNewRomanPS" w:eastAsia="TimesNewRomanPS" w:hAnsi="TimesNewRomanPS"/>
                <w:b/>
                <w:color w:val="0D5F78"/>
                <w:w w:val="97"/>
                <w:sz w:val="16"/>
                <w:szCs w:val="16"/>
              </w:rPr>
              <w:t>comunicării</w:t>
            </w:r>
            <w:proofErr w:type="spellEnd"/>
          </w:p>
        </w:tc>
        <w:tc>
          <w:tcPr>
            <w:tcW w:w="311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080C2076"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Numărul</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tranzacției</w:t>
            </w:r>
            <w:proofErr w:type="spellEnd"/>
          </w:p>
        </w:tc>
        <w:tc>
          <w:tcPr>
            <w:tcW w:w="389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54460E08" w14:textId="77777777" w:rsidR="00BD2397" w:rsidRPr="004761A5" w:rsidRDefault="00B8640C">
            <w:pPr>
              <w:autoSpaceDE w:val="0"/>
              <w:autoSpaceDN w:val="0"/>
              <w:spacing w:after="0" w:line="144" w:lineRule="exact"/>
              <w:ind w:left="100"/>
              <w:rPr>
                <w:sz w:val="16"/>
                <w:szCs w:val="16"/>
              </w:rPr>
            </w:pPr>
            <w:proofErr w:type="spellStart"/>
            <w:r w:rsidRPr="004761A5">
              <w:rPr>
                <w:rFonts w:ascii="TimesNewRomanPS" w:eastAsia="TimesNewRomanPS" w:hAnsi="TimesNewRomanPS"/>
                <w:b/>
                <w:color w:val="0D5F78"/>
                <w:w w:val="97"/>
                <w:sz w:val="16"/>
                <w:szCs w:val="16"/>
              </w:rPr>
              <w:t>Comunicat</w:t>
            </w:r>
            <w:proofErr w:type="spellEnd"/>
            <w:r w:rsidRPr="004761A5">
              <w:rPr>
                <w:rFonts w:ascii="TimesNewRomanPS" w:eastAsia="TimesNewRomanPS" w:hAnsi="TimesNewRomanPS"/>
                <w:b/>
                <w:color w:val="0D5F78"/>
                <w:w w:val="97"/>
                <w:sz w:val="16"/>
                <w:szCs w:val="16"/>
              </w:rPr>
              <w:t xml:space="preserve"> de</w:t>
            </w:r>
          </w:p>
        </w:tc>
      </w:tr>
    </w:tbl>
    <w:p w14:paraId="5B17E2E9" w14:textId="77777777" w:rsidR="00BD2397" w:rsidRPr="001F7E48" w:rsidRDefault="00B8640C">
      <w:pPr>
        <w:autoSpaceDE w:val="0"/>
        <w:autoSpaceDN w:val="0"/>
        <w:spacing w:after="0" w:line="194" w:lineRule="exact"/>
        <w:ind w:left="710"/>
        <w:rPr>
          <w:sz w:val="16"/>
          <w:szCs w:val="16"/>
          <w:lang w:val="pt-PT"/>
        </w:rPr>
      </w:pPr>
      <w:r w:rsidRPr="001F7E48">
        <w:rPr>
          <w:rFonts w:ascii="TimesNewRomanPSMT" w:eastAsia="TimesNewRomanPSMT" w:hAnsi="TimesNewRomanPSMT"/>
          <w:color w:val="000000"/>
          <w:w w:val="102"/>
          <w:sz w:val="16"/>
          <w:szCs w:val="16"/>
          <w:u w:val="single"/>
          <w:lang w:val="pt-PT"/>
        </w:rPr>
        <w:t>Punctele 10-13 se completează în cazul amenajărilor /lucrărilor inginerești</w:t>
      </w:r>
      <w:r w:rsidRPr="001F7E48">
        <w:rPr>
          <w:rFonts w:ascii="TimesNewRomanPSMT" w:eastAsia="TimesNewRomanPSMT" w:hAnsi="TimesNewRomanPSMT"/>
          <w:color w:val="000000"/>
          <w:w w:val="102"/>
          <w:sz w:val="16"/>
          <w:szCs w:val="16"/>
          <w:lang w:val="pt-PT"/>
        </w:rPr>
        <w:t xml:space="preserve"> </w:t>
      </w:r>
    </w:p>
    <w:tbl>
      <w:tblPr>
        <w:tblW w:w="0" w:type="auto"/>
        <w:tblInd w:w="606" w:type="dxa"/>
        <w:tblLayout w:type="fixed"/>
        <w:tblLook w:val="04A0" w:firstRow="1" w:lastRow="0" w:firstColumn="1" w:lastColumn="0" w:noHBand="0" w:noVBand="1"/>
      </w:tblPr>
      <w:tblGrid>
        <w:gridCol w:w="9348"/>
      </w:tblGrid>
      <w:tr w:rsidR="00BD2397" w:rsidRPr="004761A5" w14:paraId="5970DE1B" w14:textId="77777777">
        <w:trPr>
          <w:trHeight w:hRule="exact" w:val="208"/>
        </w:trPr>
        <w:tc>
          <w:tcPr>
            <w:tcW w:w="9348" w:type="dxa"/>
            <w:tcBorders>
              <w:top w:val="single" w:sz="3" w:space="0" w:color="000000"/>
              <w:left w:val="single" w:sz="3" w:space="0" w:color="000000"/>
              <w:bottom w:val="single" w:sz="4" w:space="0" w:color="000000"/>
              <w:right w:val="single" w:sz="3" w:space="0" w:color="000000"/>
            </w:tcBorders>
            <w:shd w:val="clear" w:color="auto" w:fill="F4F4F4"/>
            <w:tcMar>
              <w:left w:w="0" w:type="dxa"/>
              <w:right w:w="0" w:type="dxa"/>
            </w:tcMar>
          </w:tcPr>
          <w:p w14:paraId="3E68E6F3" w14:textId="77777777" w:rsidR="00BD2397" w:rsidRPr="004761A5" w:rsidRDefault="00B8640C">
            <w:pPr>
              <w:autoSpaceDE w:val="0"/>
              <w:autoSpaceDN w:val="0"/>
              <w:spacing w:after="0" w:line="174" w:lineRule="exact"/>
              <w:ind w:left="100"/>
              <w:rPr>
                <w:sz w:val="16"/>
                <w:szCs w:val="16"/>
              </w:rPr>
            </w:pPr>
            <w:r w:rsidRPr="004761A5">
              <w:rPr>
                <w:rFonts w:ascii="TimesNewRomanPS" w:eastAsia="TimesNewRomanPS" w:hAnsi="TimesNewRomanPS"/>
                <w:b/>
                <w:color w:val="000000"/>
                <w:w w:val="102"/>
                <w:sz w:val="16"/>
                <w:szCs w:val="16"/>
              </w:rPr>
              <w:t xml:space="preserve">10.  DATELE CARACTERISTICE ALE AMPLASAMENTULUI </w:t>
            </w:r>
          </w:p>
        </w:tc>
      </w:tr>
      <w:tr w:rsidR="00BD2397" w:rsidRPr="004761A5" w14:paraId="20EDDAF0" w14:textId="77777777">
        <w:trPr>
          <w:trHeight w:hRule="exact" w:val="680"/>
        </w:trPr>
        <w:tc>
          <w:tcPr>
            <w:tcW w:w="9348" w:type="dxa"/>
            <w:tcBorders>
              <w:top w:val="single" w:sz="4" w:space="0" w:color="000000"/>
              <w:left w:val="single" w:sz="3" w:space="0" w:color="000000"/>
              <w:bottom w:val="single" w:sz="4" w:space="0" w:color="000000"/>
              <w:right w:val="single" w:sz="3" w:space="0" w:color="000000"/>
            </w:tcBorders>
            <w:tcMar>
              <w:left w:w="0" w:type="dxa"/>
              <w:right w:w="0" w:type="dxa"/>
            </w:tcMar>
          </w:tcPr>
          <w:p w14:paraId="5A0585E0" w14:textId="77777777" w:rsidR="00BD2397" w:rsidRPr="004761A5" w:rsidRDefault="00BD2397">
            <w:pPr>
              <w:spacing w:after="0"/>
              <w:rPr>
                <w:sz w:val="16"/>
                <w:szCs w:val="16"/>
              </w:rPr>
            </w:pPr>
          </w:p>
        </w:tc>
      </w:tr>
      <w:tr w:rsidR="00BD2397" w:rsidRPr="004761A5" w14:paraId="5140863B" w14:textId="77777777">
        <w:trPr>
          <w:trHeight w:hRule="exact" w:val="312"/>
        </w:trPr>
        <w:tc>
          <w:tcPr>
            <w:tcW w:w="9348" w:type="dxa"/>
            <w:tcBorders>
              <w:top w:val="single" w:sz="4" w:space="0" w:color="000000"/>
              <w:left w:val="single" w:sz="3" w:space="0" w:color="000000"/>
              <w:bottom w:val="single" w:sz="3" w:space="0" w:color="000000"/>
              <w:right w:val="single" w:sz="3" w:space="0" w:color="000000"/>
            </w:tcBorders>
            <w:shd w:val="clear" w:color="auto" w:fill="F1F2F1"/>
            <w:tcMar>
              <w:left w:w="0" w:type="dxa"/>
              <w:right w:w="0" w:type="dxa"/>
            </w:tcMar>
          </w:tcPr>
          <w:p w14:paraId="5FF4E6A1" w14:textId="77777777" w:rsidR="00BD2397" w:rsidRPr="004761A5" w:rsidRDefault="00B8640C">
            <w:pPr>
              <w:autoSpaceDE w:val="0"/>
              <w:autoSpaceDN w:val="0"/>
              <w:spacing w:after="0" w:line="176" w:lineRule="exact"/>
              <w:ind w:left="100"/>
              <w:rPr>
                <w:sz w:val="16"/>
                <w:szCs w:val="16"/>
              </w:rPr>
            </w:pPr>
            <w:r w:rsidRPr="004761A5">
              <w:rPr>
                <w:rFonts w:ascii="TimesNewRomanPS" w:eastAsia="TimesNewRomanPS" w:hAnsi="TimesNewRomanPS"/>
                <w:b/>
                <w:color w:val="000000"/>
                <w:w w:val="102"/>
                <w:sz w:val="16"/>
                <w:szCs w:val="16"/>
              </w:rPr>
              <w:t xml:space="preserve">11.  CARACTERISTICI TEHNICE SI CAPACITĂȚI </w:t>
            </w:r>
            <w:proofErr w:type="gramStart"/>
            <w:r w:rsidRPr="004761A5">
              <w:rPr>
                <w:rFonts w:ascii="TimesNewRomanPS" w:eastAsia="TimesNewRomanPS" w:hAnsi="TimesNewRomanPS"/>
                <w:b/>
                <w:color w:val="000000"/>
                <w:w w:val="102"/>
                <w:sz w:val="16"/>
                <w:szCs w:val="16"/>
              </w:rPr>
              <w:t>FUNCȚIONALE  SPECIFICE</w:t>
            </w:r>
            <w:proofErr w:type="gramEnd"/>
            <w:r w:rsidRPr="004761A5">
              <w:rPr>
                <w:rFonts w:ascii="TimesNewRomanPS" w:eastAsia="TimesNewRomanPS" w:hAnsi="TimesNewRomanPS"/>
                <w:b/>
                <w:color w:val="000000"/>
                <w:w w:val="102"/>
                <w:sz w:val="16"/>
                <w:szCs w:val="16"/>
              </w:rPr>
              <w:t xml:space="preserve"> </w:t>
            </w:r>
          </w:p>
        </w:tc>
      </w:tr>
      <w:tr w:rsidR="00BD2397" w:rsidRPr="004761A5" w14:paraId="111E05E4" w14:textId="77777777">
        <w:trPr>
          <w:trHeight w:hRule="exact" w:val="512"/>
        </w:trPr>
        <w:tc>
          <w:tcPr>
            <w:tcW w:w="9348" w:type="dxa"/>
            <w:tcBorders>
              <w:top w:val="single" w:sz="3" w:space="0" w:color="000000"/>
              <w:left w:val="single" w:sz="3" w:space="0" w:color="000000"/>
              <w:bottom w:val="single" w:sz="4" w:space="0" w:color="000000"/>
              <w:right w:val="single" w:sz="3" w:space="0" w:color="000000"/>
            </w:tcBorders>
            <w:tcMar>
              <w:left w:w="0" w:type="dxa"/>
              <w:right w:w="0" w:type="dxa"/>
            </w:tcMar>
          </w:tcPr>
          <w:p w14:paraId="336A53CF" w14:textId="77777777" w:rsidR="00BD2397" w:rsidRPr="004761A5" w:rsidRDefault="00BD2397">
            <w:pPr>
              <w:spacing w:after="0"/>
              <w:rPr>
                <w:sz w:val="16"/>
                <w:szCs w:val="16"/>
              </w:rPr>
            </w:pPr>
          </w:p>
        </w:tc>
      </w:tr>
    </w:tbl>
    <w:p w14:paraId="47D4BF90" w14:textId="77777777" w:rsidR="00BD2397" w:rsidRPr="004761A5" w:rsidRDefault="00BD2397">
      <w:pPr>
        <w:autoSpaceDE w:val="0"/>
        <w:autoSpaceDN w:val="0"/>
        <w:spacing w:after="0" w:line="116" w:lineRule="exact"/>
        <w:rPr>
          <w:sz w:val="16"/>
          <w:szCs w:val="16"/>
        </w:rPr>
      </w:pPr>
    </w:p>
    <w:tbl>
      <w:tblPr>
        <w:tblW w:w="0" w:type="auto"/>
        <w:tblInd w:w="606" w:type="dxa"/>
        <w:tblLayout w:type="fixed"/>
        <w:tblLook w:val="04A0" w:firstRow="1" w:lastRow="0" w:firstColumn="1" w:lastColumn="0" w:noHBand="0" w:noVBand="1"/>
      </w:tblPr>
      <w:tblGrid>
        <w:gridCol w:w="4674"/>
        <w:gridCol w:w="4674"/>
      </w:tblGrid>
      <w:tr w:rsidR="00BD2397" w:rsidRPr="00D027DE" w14:paraId="0C208965" w14:textId="77777777">
        <w:trPr>
          <w:trHeight w:hRule="exact" w:val="212"/>
        </w:trPr>
        <w:tc>
          <w:tcPr>
            <w:tcW w:w="9348" w:type="dxa"/>
            <w:gridSpan w:val="2"/>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47C5D8F2" w14:textId="77777777" w:rsidR="00BD2397" w:rsidRPr="001F7E48" w:rsidRDefault="00B8640C">
            <w:pPr>
              <w:autoSpaceDE w:val="0"/>
              <w:autoSpaceDN w:val="0"/>
              <w:spacing w:after="0" w:line="174" w:lineRule="exact"/>
              <w:ind w:left="100"/>
              <w:rPr>
                <w:sz w:val="16"/>
                <w:szCs w:val="16"/>
                <w:lang w:val="pt-PT"/>
              </w:rPr>
            </w:pPr>
            <w:r w:rsidRPr="001F7E48">
              <w:rPr>
                <w:rFonts w:ascii="TimesNewRomanPS" w:eastAsia="TimesNewRomanPS" w:hAnsi="TimesNewRomanPS"/>
                <w:b/>
                <w:color w:val="000000"/>
                <w:w w:val="103"/>
                <w:sz w:val="16"/>
                <w:szCs w:val="16"/>
                <w:lang w:val="pt-PT"/>
              </w:rPr>
              <w:t xml:space="preserve">12. </w:t>
            </w:r>
            <w:r w:rsidRPr="001F7E48">
              <w:rPr>
                <w:rFonts w:ascii="TimesNewRomanPS" w:eastAsia="TimesNewRomanPS" w:hAnsi="TimesNewRomanPS"/>
                <w:b/>
                <w:color w:val="000000"/>
                <w:w w:val="102"/>
                <w:sz w:val="16"/>
                <w:szCs w:val="16"/>
                <w:lang w:val="pt-PT"/>
              </w:rPr>
              <w:t>MĂSURI DE PROTECTIE A MEDIULUI / SECURITATE LA INCENDIU</w:t>
            </w:r>
          </w:p>
        </w:tc>
      </w:tr>
      <w:tr w:rsidR="00BD2397" w:rsidRPr="00D027DE" w14:paraId="61B23EE9" w14:textId="77777777">
        <w:trPr>
          <w:trHeight w:hRule="exact" w:val="504"/>
        </w:trPr>
        <w:tc>
          <w:tcPr>
            <w:tcW w:w="4674" w:type="dxa"/>
            <w:tcBorders>
              <w:top w:val="single" w:sz="3" w:space="0" w:color="767676"/>
              <w:left w:val="single" w:sz="3" w:space="0" w:color="767676"/>
              <w:bottom w:val="single" w:sz="3" w:space="0" w:color="767676"/>
              <w:right w:val="single" w:sz="3" w:space="0" w:color="767676"/>
            </w:tcBorders>
            <w:tcMar>
              <w:left w:w="0" w:type="dxa"/>
              <w:right w:w="0" w:type="dxa"/>
            </w:tcMar>
          </w:tcPr>
          <w:p w14:paraId="5743941F" w14:textId="77777777" w:rsidR="00BD2397" w:rsidRPr="001F7E48" w:rsidRDefault="00B8640C">
            <w:pPr>
              <w:autoSpaceDE w:val="0"/>
              <w:autoSpaceDN w:val="0"/>
              <w:spacing w:after="0" w:line="144" w:lineRule="exact"/>
              <w:ind w:left="100"/>
              <w:rPr>
                <w:sz w:val="16"/>
                <w:szCs w:val="16"/>
                <w:lang w:val="pt-PT"/>
              </w:rPr>
            </w:pPr>
            <w:r w:rsidRPr="001F7E48">
              <w:rPr>
                <w:rFonts w:ascii="TimesNewRomanPS" w:eastAsia="TimesNewRomanPS" w:hAnsi="TimesNewRomanPS"/>
                <w:b/>
                <w:color w:val="0D5F78"/>
                <w:w w:val="97"/>
                <w:sz w:val="16"/>
                <w:szCs w:val="16"/>
                <w:lang w:val="pt-PT"/>
              </w:rPr>
              <w:t>Modul de evacuare a deșeurilor</w:t>
            </w:r>
          </w:p>
        </w:tc>
        <w:tc>
          <w:tcPr>
            <w:tcW w:w="4674" w:type="dxa"/>
            <w:tcBorders>
              <w:top w:val="single" w:sz="3" w:space="0" w:color="767676"/>
              <w:left w:val="single" w:sz="3" w:space="0" w:color="767676"/>
              <w:bottom w:val="single" w:sz="3" w:space="0" w:color="767676"/>
              <w:right w:val="single" w:sz="3" w:space="0" w:color="767676"/>
            </w:tcBorders>
            <w:tcMar>
              <w:left w:w="0" w:type="dxa"/>
              <w:right w:w="0" w:type="dxa"/>
            </w:tcMar>
          </w:tcPr>
          <w:p w14:paraId="56965E73" w14:textId="77777777" w:rsidR="00BD2397" w:rsidRPr="001F7E48" w:rsidRDefault="00B8640C">
            <w:pPr>
              <w:autoSpaceDE w:val="0"/>
              <w:autoSpaceDN w:val="0"/>
              <w:spacing w:after="0" w:line="144" w:lineRule="exact"/>
              <w:ind w:left="102"/>
              <w:rPr>
                <w:sz w:val="16"/>
                <w:szCs w:val="16"/>
                <w:lang w:val="pt-PT"/>
              </w:rPr>
            </w:pPr>
            <w:r w:rsidRPr="001F7E48">
              <w:rPr>
                <w:rFonts w:ascii="TimesNewRomanPS" w:eastAsia="TimesNewRomanPS" w:hAnsi="TimesNewRomanPS"/>
                <w:b/>
                <w:color w:val="0D5F78"/>
                <w:w w:val="97"/>
                <w:sz w:val="16"/>
                <w:szCs w:val="16"/>
                <w:lang w:val="pt-PT"/>
              </w:rPr>
              <w:t>Măsuri de securitate la incendiu</w:t>
            </w:r>
          </w:p>
        </w:tc>
      </w:tr>
      <w:tr w:rsidR="00BD2397" w:rsidRPr="004761A5" w14:paraId="19939E9C" w14:textId="77777777">
        <w:trPr>
          <w:trHeight w:hRule="exact" w:val="506"/>
        </w:trPr>
        <w:tc>
          <w:tcPr>
            <w:tcW w:w="4674" w:type="dxa"/>
            <w:tcBorders>
              <w:top w:val="single" w:sz="3" w:space="0" w:color="767676"/>
              <w:left w:val="single" w:sz="3" w:space="0" w:color="767676"/>
              <w:bottom w:val="single" w:sz="4" w:space="0" w:color="767676"/>
              <w:right w:val="single" w:sz="3" w:space="0" w:color="767676"/>
            </w:tcBorders>
            <w:tcMar>
              <w:left w:w="0" w:type="dxa"/>
              <w:right w:w="0" w:type="dxa"/>
            </w:tcMar>
          </w:tcPr>
          <w:p w14:paraId="0E246862" w14:textId="77777777" w:rsidR="00BD2397" w:rsidRPr="004761A5" w:rsidRDefault="00B8640C">
            <w:pPr>
              <w:autoSpaceDE w:val="0"/>
              <w:autoSpaceDN w:val="0"/>
              <w:spacing w:after="0" w:line="144" w:lineRule="exact"/>
              <w:ind w:left="100"/>
              <w:rPr>
                <w:sz w:val="16"/>
                <w:szCs w:val="16"/>
                <w:lang w:val="sv-SE"/>
              </w:rPr>
            </w:pPr>
            <w:r w:rsidRPr="004761A5">
              <w:rPr>
                <w:rFonts w:ascii="TimesNewRomanPS" w:eastAsia="TimesNewRomanPS" w:hAnsi="TimesNewRomanPS"/>
                <w:b/>
                <w:color w:val="0D5F78"/>
                <w:w w:val="97"/>
                <w:sz w:val="16"/>
                <w:szCs w:val="16"/>
                <w:lang w:val="sv-SE"/>
              </w:rPr>
              <w:t>Măsuri de protecție a mediului</w:t>
            </w:r>
          </w:p>
        </w:tc>
        <w:tc>
          <w:tcPr>
            <w:tcW w:w="4674" w:type="dxa"/>
            <w:tcBorders>
              <w:top w:val="single" w:sz="3" w:space="0" w:color="767676"/>
              <w:left w:val="single" w:sz="3" w:space="0" w:color="767676"/>
              <w:bottom w:val="single" w:sz="4" w:space="0" w:color="767676"/>
              <w:right w:val="single" w:sz="3" w:space="0" w:color="767676"/>
            </w:tcBorders>
            <w:tcMar>
              <w:left w:w="0" w:type="dxa"/>
              <w:right w:w="0" w:type="dxa"/>
            </w:tcMar>
          </w:tcPr>
          <w:p w14:paraId="25C5351F" w14:textId="77777777" w:rsidR="00BD2397" w:rsidRPr="004761A5" w:rsidRDefault="00B8640C">
            <w:pPr>
              <w:autoSpaceDE w:val="0"/>
              <w:autoSpaceDN w:val="0"/>
              <w:spacing w:after="0" w:line="144" w:lineRule="exact"/>
              <w:ind w:left="102"/>
              <w:rPr>
                <w:sz w:val="16"/>
                <w:szCs w:val="16"/>
              </w:rPr>
            </w:pPr>
            <w:proofErr w:type="gramStart"/>
            <w:r w:rsidRPr="004761A5">
              <w:rPr>
                <w:rFonts w:ascii="TimesNewRomanPS" w:eastAsia="TimesNewRomanPS" w:hAnsi="TimesNewRomanPS"/>
                <w:b/>
                <w:color w:val="0D5F78"/>
                <w:w w:val="97"/>
                <w:sz w:val="16"/>
                <w:szCs w:val="16"/>
              </w:rPr>
              <w:t xml:space="preserve">Alte  </w:t>
            </w:r>
            <w:proofErr w:type="spellStart"/>
            <w:r w:rsidRPr="004761A5">
              <w:rPr>
                <w:rFonts w:ascii="TimesNewRomanPS" w:eastAsia="TimesNewRomanPS" w:hAnsi="TimesNewRomanPS"/>
                <w:b/>
                <w:color w:val="0D5F78"/>
                <w:w w:val="97"/>
                <w:sz w:val="16"/>
                <w:szCs w:val="16"/>
              </w:rPr>
              <w:t>măsuri</w:t>
            </w:r>
            <w:proofErr w:type="spellEnd"/>
            <w:proofErr w:type="gram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specifice</w:t>
            </w:r>
            <w:proofErr w:type="spellEnd"/>
          </w:p>
        </w:tc>
      </w:tr>
    </w:tbl>
    <w:p w14:paraId="4F3890ED" w14:textId="77777777" w:rsidR="00BD2397" w:rsidRPr="004761A5" w:rsidRDefault="00BD2397">
      <w:pPr>
        <w:autoSpaceDE w:val="0"/>
        <w:autoSpaceDN w:val="0"/>
        <w:spacing w:after="0" w:line="232" w:lineRule="exact"/>
        <w:rPr>
          <w:sz w:val="16"/>
          <w:szCs w:val="16"/>
        </w:rPr>
      </w:pPr>
    </w:p>
    <w:tbl>
      <w:tblPr>
        <w:tblW w:w="0" w:type="auto"/>
        <w:tblInd w:w="606" w:type="dxa"/>
        <w:tblLayout w:type="fixed"/>
        <w:tblLook w:val="04A0" w:firstRow="1" w:lastRow="0" w:firstColumn="1" w:lastColumn="0" w:noHBand="0" w:noVBand="1"/>
      </w:tblPr>
      <w:tblGrid>
        <w:gridCol w:w="4674"/>
        <w:gridCol w:w="1558"/>
        <w:gridCol w:w="3116"/>
      </w:tblGrid>
      <w:tr w:rsidR="00BD2397" w:rsidRPr="004761A5" w14:paraId="0F52417A" w14:textId="77777777">
        <w:trPr>
          <w:trHeight w:hRule="exact" w:val="210"/>
        </w:trPr>
        <w:tc>
          <w:tcPr>
            <w:tcW w:w="9348" w:type="dxa"/>
            <w:gridSpan w:val="3"/>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481CAE29" w14:textId="77777777" w:rsidR="00BD2397" w:rsidRPr="004761A5" w:rsidRDefault="00B8640C">
            <w:pPr>
              <w:autoSpaceDE w:val="0"/>
              <w:autoSpaceDN w:val="0"/>
              <w:spacing w:after="0" w:line="174" w:lineRule="exact"/>
              <w:ind w:left="100"/>
              <w:rPr>
                <w:sz w:val="16"/>
                <w:szCs w:val="16"/>
              </w:rPr>
            </w:pPr>
            <w:r w:rsidRPr="004761A5">
              <w:rPr>
                <w:rFonts w:ascii="TimesNewRomanPS" w:eastAsia="TimesNewRomanPS" w:hAnsi="TimesNewRomanPS"/>
                <w:b/>
                <w:color w:val="000000"/>
                <w:w w:val="103"/>
                <w:sz w:val="16"/>
                <w:szCs w:val="16"/>
              </w:rPr>
              <w:t xml:space="preserve">13. </w:t>
            </w:r>
            <w:r w:rsidRPr="004761A5">
              <w:rPr>
                <w:rFonts w:ascii="TimesNewRomanPS" w:eastAsia="TimesNewRomanPS" w:hAnsi="TimesNewRomanPS"/>
                <w:b/>
                <w:color w:val="000000"/>
                <w:w w:val="102"/>
                <w:sz w:val="16"/>
                <w:szCs w:val="16"/>
              </w:rPr>
              <w:t>ÎNTOCMIT</w:t>
            </w:r>
          </w:p>
        </w:tc>
      </w:tr>
      <w:tr w:rsidR="00BD2397" w:rsidRPr="004761A5" w14:paraId="31F804EA" w14:textId="77777777">
        <w:trPr>
          <w:trHeight w:hRule="exact" w:val="506"/>
        </w:trPr>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61A68BFB"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Numele și prenumele / firma și reprezentantul</w:t>
            </w:r>
          </w:p>
        </w:tc>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4D5511E5" w14:textId="77777777" w:rsidR="00BD2397" w:rsidRPr="004761A5" w:rsidRDefault="00B8640C">
            <w:pPr>
              <w:autoSpaceDE w:val="0"/>
              <w:autoSpaceDN w:val="0"/>
              <w:spacing w:after="0" w:line="146" w:lineRule="exact"/>
              <w:ind w:left="102"/>
              <w:rPr>
                <w:sz w:val="16"/>
                <w:szCs w:val="16"/>
              </w:rPr>
            </w:pPr>
            <w:r w:rsidRPr="004761A5">
              <w:rPr>
                <w:rFonts w:ascii="TimesNewRomanPS" w:eastAsia="TimesNewRomanPS" w:hAnsi="TimesNewRomanPS"/>
                <w:b/>
                <w:color w:val="0D5F78"/>
                <w:w w:val="97"/>
                <w:sz w:val="16"/>
                <w:szCs w:val="16"/>
              </w:rPr>
              <w:t>Data</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539C65BE" w14:textId="77777777" w:rsidR="00BD2397" w:rsidRPr="004761A5" w:rsidRDefault="00B8640C">
            <w:pPr>
              <w:autoSpaceDE w:val="0"/>
              <w:autoSpaceDN w:val="0"/>
              <w:spacing w:after="0" w:line="146" w:lineRule="exact"/>
              <w:ind w:left="100"/>
              <w:rPr>
                <w:sz w:val="16"/>
                <w:szCs w:val="16"/>
              </w:rPr>
            </w:pPr>
            <w:proofErr w:type="spellStart"/>
            <w:r w:rsidRPr="004761A5">
              <w:rPr>
                <w:rFonts w:ascii="TimesNewRomanPS" w:eastAsia="TimesNewRomanPS" w:hAnsi="TimesNewRomanPS"/>
                <w:b/>
                <w:color w:val="0D5F78"/>
                <w:w w:val="97"/>
                <w:sz w:val="16"/>
                <w:szCs w:val="16"/>
              </w:rPr>
              <w:t>Semnătura</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și</w:t>
            </w:r>
            <w:proofErr w:type="spellEnd"/>
            <w:r w:rsidRPr="004761A5">
              <w:rPr>
                <w:rFonts w:ascii="TimesNewRomanPS" w:eastAsia="TimesNewRomanPS" w:hAnsi="TimesNewRomanPS"/>
                <w:b/>
                <w:color w:val="0D5F78"/>
                <w:w w:val="97"/>
                <w:sz w:val="16"/>
                <w:szCs w:val="16"/>
              </w:rPr>
              <w:t xml:space="preserve"> </w:t>
            </w:r>
            <w:proofErr w:type="spellStart"/>
            <w:r w:rsidRPr="004761A5">
              <w:rPr>
                <w:rFonts w:ascii="TimesNewRomanPS" w:eastAsia="TimesNewRomanPS" w:hAnsi="TimesNewRomanPS"/>
                <w:b/>
                <w:color w:val="0D5F78"/>
                <w:w w:val="97"/>
                <w:sz w:val="16"/>
                <w:szCs w:val="16"/>
              </w:rPr>
              <w:t>parafa</w:t>
            </w:r>
            <w:proofErr w:type="spellEnd"/>
          </w:p>
        </w:tc>
      </w:tr>
    </w:tbl>
    <w:p w14:paraId="12E14526" w14:textId="7D6BD413" w:rsidR="00BD2397" w:rsidRPr="001F7E48" w:rsidRDefault="00B8640C">
      <w:pPr>
        <w:tabs>
          <w:tab w:val="left" w:pos="4836"/>
        </w:tabs>
        <w:autoSpaceDE w:val="0"/>
        <w:autoSpaceDN w:val="0"/>
        <w:spacing w:after="0" w:line="144" w:lineRule="exact"/>
        <w:ind w:left="710"/>
        <w:rPr>
          <w:sz w:val="16"/>
          <w:szCs w:val="16"/>
          <w:lang w:val="pt-PT"/>
        </w:rPr>
      </w:pPr>
      <w:r w:rsidRPr="001F7E48">
        <w:rPr>
          <w:sz w:val="16"/>
          <w:szCs w:val="16"/>
          <w:lang w:val="pt-PT"/>
        </w:rPr>
        <w:tab/>
      </w:r>
      <w:r w:rsidRPr="001F7E48">
        <w:rPr>
          <w:rFonts w:ascii="TimesNewRomanPSMT" w:eastAsia="TimesNewRomanPSMT" w:hAnsi="TimesNewRomanPSMT"/>
          <w:color w:val="595959"/>
          <w:w w:val="97"/>
          <w:sz w:val="16"/>
          <w:szCs w:val="16"/>
          <w:lang w:val="pt-PT"/>
        </w:rPr>
        <w:t>pagina 6 din 6</w:t>
      </w:r>
    </w:p>
    <w:sectPr w:rsidR="00BD2397" w:rsidRPr="001F7E48" w:rsidSect="00034616">
      <w:pgSz w:w="11900" w:h="16840"/>
      <w:pgMar w:top="126" w:right="1358" w:bottom="236" w:left="56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SegoeUISymbol">
    <w:altName w:val="Segoe U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973172982">
    <w:abstractNumId w:val="8"/>
  </w:num>
  <w:num w:numId="2" w16cid:durableId="1360660507">
    <w:abstractNumId w:val="6"/>
  </w:num>
  <w:num w:numId="3" w16cid:durableId="1057627229">
    <w:abstractNumId w:val="5"/>
  </w:num>
  <w:num w:numId="4" w16cid:durableId="1421634418">
    <w:abstractNumId w:val="4"/>
  </w:num>
  <w:num w:numId="5" w16cid:durableId="1559976014">
    <w:abstractNumId w:val="7"/>
  </w:num>
  <w:num w:numId="6" w16cid:durableId="1544832806">
    <w:abstractNumId w:val="3"/>
  </w:num>
  <w:num w:numId="7" w16cid:durableId="2123571023">
    <w:abstractNumId w:val="2"/>
  </w:num>
  <w:num w:numId="8" w16cid:durableId="536048156">
    <w:abstractNumId w:val="1"/>
  </w:num>
  <w:num w:numId="9" w16cid:durableId="498809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64"/>
    <w:rsid w:val="00034616"/>
    <w:rsid w:val="0006063C"/>
    <w:rsid w:val="000C1C98"/>
    <w:rsid w:val="0015074B"/>
    <w:rsid w:val="00184E29"/>
    <w:rsid w:val="00187A6E"/>
    <w:rsid w:val="001C63D4"/>
    <w:rsid w:val="001F7E48"/>
    <w:rsid w:val="0029639D"/>
    <w:rsid w:val="002A5EAB"/>
    <w:rsid w:val="00326F90"/>
    <w:rsid w:val="0038294A"/>
    <w:rsid w:val="003C5479"/>
    <w:rsid w:val="003D684B"/>
    <w:rsid w:val="003F7FDF"/>
    <w:rsid w:val="004761A5"/>
    <w:rsid w:val="00616AC8"/>
    <w:rsid w:val="00646AD5"/>
    <w:rsid w:val="0068581A"/>
    <w:rsid w:val="006B3F5F"/>
    <w:rsid w:val="00786EB1"/>
    <w:rsid w:val="00912339"/>
    <w:rsid w:val="00944F95"/>
    <w:rsid w:val="00A1149B"/>
    <w:rsid w:val="00AA1D8D"/>
    <w:rsid w:val="00AB1449"/>
    <w:rsid w:val="00B47730"/>
    <w:rsid w:val="00B84130"/>
    <w:rsid w:val="00B8640C"/>
    <w:rsid w:val="00BD2397"/>
    <w:rsid w:val="00BE77F5"/>
    <w:rsid w:val="00C44B4D"/>
    <w:rsid w:val="00C53134"/>
    <w:rsid w:val="00CB0664"/>
    <w:rsid w:val="00CE6227"/>
    <w:rsid w:val="00D027DE"/>
    <w:rsid w:val="00E5523C"/>
    <w:rsid w:val="00E720F9"/>
    <w:rsid w:val="00F9681E"/>
    <w:rsid w:val="00FC693F"/>
    <w:rsid w:val="00FE7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6E2C5"/>
  <w14:defaultImageDpi w14:val="300"/>
  <w15:docId w15:val="{DDBCC1E4-051A-44F9-A7E7-736B5DDC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B8640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8640C"/>
    <w:rPr>
      <w:rFonts w:ascii="Tahoma" w:hAnsi="Tahoma" w:cs="Tahoma"/>
      <w:sz w:val="16"/>
      <w:szCs w:val="16"/>
    </w:rPr>
  </w:style>
  <w:style w:type="character" w:styleId="Hyperlink">
    <w:name w:val="Hyperlink"/>
    <w:rsid w:val="00B864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CC230-C750-4D98-BAB0-623FAB7B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2396</Words>
  <Characters>13663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Secretariat</cp:lastModifiedBy>
  <cp:revision>4</cp:revision>
  <dcterms:created xsi:type="dcterms:W3CDTF">2026-09-07T10:34:00Z</dcterms:created>
  <dcterms:modified xsi:type="dcterms:W3CDTF">2026-09-08T06:52:00Z</dcterms:modified>
</cp:coreProperties>
</file>