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4E22CAB3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3B6F831F" w14:textId="0FAED4C0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581772D4" wp14:editId="2E30580E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389586492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79C7">
        <w:rPr>
          <w:rFonts w:ascii="Times New Roman" w:hAnsi="Times New Roman" w:cs="Times New Roman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69D0A0E" wp14:editId="52D0DAF2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686832240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61C65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6B79C7">
        <w:rPr>
          <w:rFonts w:ascii="Times New Roman" w:hAnsi="Times New Roman" w:cs="Times New Roman"/>
          <w:b/>
          <w:sz w:val="16"/>
          <w:szCs w:val="16"/>
          <w:lang w:val="pt-PT"/>
        </w:rPr>
        <w:t xml:space="preserve"> </w:t>
      </w:r>
      <w:r w:rsidRPr="006B79C7">
        <w:rPr>
          <w:rFonts w:ascii="Times New Roman" w:hAnsi="Times New Roman" w:cs="Times New Roman"/>
          <w:sz w:val="16"/>
          <w:szCs w:val="16"/>
          <w:lang w:val="pt-PT"/>
        </w:rPr>
        <w:t xml:space="preserve">   </w:t>
      </w:r>
      <w:r w:rsidRPr="006B79C7">
        <w:rPr>
          <w:rFonts w:ascii="Times New Roman" w:hAnsi="Times New Roman" w:cs="Times New Roman"/>
          <w:b/>
          <w:sz w:val="16"/>
          <w:szCs w:val="16"/>
          <w:lang w:val="pt-PT"/>
        </w:rPr>
        <w:t xml:space="preserve"> </w:t>
      </w:r>
      <w:r w:rsidRPr="006B79C7">
        <w:rPr>
          <w:rFonts w:ascii="Times New Roman" w:hAnsi="Times New Roman" w:cs="Times New Roman"/>
          <w:sz w:val="16"/>
          <w:szCs w:val="16"/>
          <w:lang w:val="pt-PT"/>
        </w:rPr>
        <w:t xml:space="preserve"> </w:t>
      </w:r>
      <w:r w:rsidRPr="006B79C7">
        <w:rPr>
          <w:rFonts w:ascii="Times New Roman" w:hAnsi="Times New Roman" w:cs="Times New Roman"/>
          <w:sz w:val="16"/>
          <w:szCs w:val="16"/>
          <w:lang w:val="pt-PT"/>
        </w:rPr>
        <w:tab/>
      </w:r>
    </w:p>
    <w:p w14:paraId="457C2A41" w14:textId="17BF053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/>
          <w:bCs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97892A" wp14:editId="290AA094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440850800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5CE13" w14:textId="77777777" w:rsidR="006B79C7" w:rsidRDefault="006B79C7" w:rsidP="006B79C7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97892A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4D75CE13" w14:textId="77777777" w:rsidR="006B79C7" w:rsidRDefault="006B79C7" w:rsidP="006B79C7"/>
                  </w:txbxContent>
                </v:textbox>
              </v:shape>
            </w:pict>
          </mc:Fallback>
        </mc:AlternateContent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>Comuna Zau de Câmpie</w:t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ab/>
      </w:r>
    </w:p>
    <w:p w14:paraId="476DD81A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>CIF4375917, Zau de Câmpie, strada Republicii, nr.18</w:t>
      </w:r>
    </w:p>
    <w:p w14:paraId="5C084B24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>Telefon: 0265 486112</w:t>
      </w:r>
    </w:p>
    <w:p w14:paraId="45377AEC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bCs/>
          <w:sz w:val="16"/>
          <w:szCs w:val="16"/>
          <w:lang w:val="pt-PT"/>
        </w:rPr>
        <w:t xml:space="preserve"> E-mail: </w:t>
      </w:r>
      <w:hyperlink r:id="rId9" w:history="1">
        <w:r w:rsidRPr="006B79C7">
          <w:rPr>
            <w:rStyle w:val="Hyperlink"/>
            <w:rFonts w:ascii="Times New Roman" w:hAnsi="Times New Roman" w:cs="Times New Roman"/>
            <w:bCs/>
            <w:sz w:val="16"/>
            <w:szCs w:val="16"/>
            <w:lang w:val="pt-PT"/>
          </w:rPr>
          <w:t>zaucimpiei@cjmures.ro</w:t>
        </w:r>
      </w:hyperlink>
    </w:p>
    <w:p w14:paraId="7C737736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sz w:val="16"/>
          <w:szCs w:val="16"/>
          <w:lang w:val="pt-PT"/>
        </w:rPr>
      </w:pPr>
      <w:r w:rsidRPr="006B79C7">
        <w:rPr>
          <w:rFonts w:ascii="Times New Roman" w:hAnsi="Times New Roman" w:cs="Times New Roman"/>
          <w:sz w:val="16"/>
          <w:szCs w:val="16"/>
          <w:lang w:val="pt-PT"/>
        </w:rPr>
        <w:t xml:space="preserve"> Număr de înregistrare.................data...............................  </w:t>
      </w:r>
    </w:p>
    <w:p w14:paraId="74B15DC2" w14:textId="77777777" w:rsidR="006B79C7" w:rsidRPr="006B79C7" w:rsidRDefault="006B79C7" w:rsidP="006B79C7">
      <w:pPr>
        <w:autoSpaceDE w:val="0"/>
        <w:autoSpaceDN w:val="0"/>
        <w:spacing w:after="0" w:line="292" w:lineRule="exact"/>
        <w:rPr>
          <w:rFonts w:ascii="Times New Roman" w:hAnsi="Times New Roman" w:cs="Times New Roman"/>
          <w:sz w:val="16"/>
          <w:szCs w:val="16"/>
          <w:lang w:val="pt-PT"/>
        </w:rPr>
      </w:pPr>
    </w:p>
    <w:p w14:paraId="45E57202" w14:textId="77777777" w:rsidR="00786EB1" w:rsidRDefault="00786EB1">
      <w:pPr>
        <w:autoSpaceDE w:val="0"/>
        <w:autoSpaceDN w:val="0"/>
        <w:spacing w:after="0" w:line="292" w:lineRule="exact"/>
      </w:pPr>
    </w:p>
    <w:p w14:paraId="0E53834E" w14:textId="77777777" w:rsidR="00BD2397" w:rsidRPr="00B84256" w:rsidRDefault="00B8640C">
      <w:pPr>
        <w:tabs>
          <w:tab w:val="left" w:pos="3648"/>
        </w:tabs>
        <w:autoSpaceDE w:val="0"/>
        <w:autoSpaceDN w:val="0"/>
        <w:spacing w:after="0" w:line="380" w:lineRule="exact"/>
        <w:ind w:left="726" w:right="1152"/>
        <w:rPr>
          <w:lang w:val="pt-PT"/>
        </w:rPr>
      </w:pPr>
      <w:r w:rsidRPr="00B84256">
        <w:rPr>
          <w:rFonts w:ascii="TimesNewRomanPS" w:eastAsia="TimesNewRomanPS" w:hAnsi="TimesNewRomanPS"/>
          <w:b/>
          <w:color w:val="000000"/>
          <w:sz w:val="29"/>
          <w:lang w:val="pt-PT"/>
        </w:rPr>
        <w:t xml:space="preserve">CERTIFICAT DE URBANISM PENTRU OPERAȚIUNI </w:t>
      </w:r>
      <w:r w:rsidRPr="00B84256">
        <w:rPr>
          <w:lang w:val="pt-PT"/>
        </w:rPr>
        <w:tab/>
      </w:r>
      <w:r w:rsidRPr="00B84256">
        <w:rPr>
          <w:rFonts w:ascii="TimesNewRomanPS" w:eastAsia="TimesNewRomanPS" w:hAnsi="TimesNewRomanPS"/>
          <w:b/>
          <w:color w:val="000000"/>
          <w:sz w:val="29"/>
          <w:lang w:val="pt-PT"/>
        </w:rPr>
        <w:t>CADASTRALE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778"/>
        <w:gridCol w:w="3896"/>
      </w:tblGrid>
      <w:tr w:rsidR="00BD2397" w:rsidRPr="004761A5" w14:paraId="39ABE513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4E1133D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 ȘI TEMEI</w:t>
            </w:r>
          </w:p>
        </w:tc>
      </w:tr>
      <w:tr w:rsidR="00BD2397" w:rsidRPr="004761A5" w14:paraId="056E1B12" w14:textId="77777777">
        <w:trPr>
          <w:trHeight w:hRule="exact" w:val="506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7FE28C" w14:textId="77777777" w:rsidR="00BD2397" w:rsidRPr="00B84256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Ca urmare a cererii 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22C3C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3BD04C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 solicitantului</w:t>
            </w:r>
          </w:p>
        </w:tc>
      </w:tr>
      <w:tr w:rsidR="00BD2397" w:rsidRPr="006B79C7" w14:paraId="6BC4A37A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C1138E9" w14:textId="77777777" w:rsidR="00BD2397" w:rsidRPr="00B84256" w:rsidRDefault="00B8640C">
            <w:pPr>
              <w:autoSpaceDE w:val="0"/>
              <w:autoSpaceDN w:val="0"/>
              <w:spacing w:after="0" w:line="166" w:lineRule="exact"/>
              <w:ind w:left="100" w:right="2880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Documentația de urbanism aplicabilă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nr. / faza PUG · PUZ · PUD</w:t>
            </w:r>
          </w:p>
        </w:tc>
        <w:tc>
          <w:tcPr>
            <w:tcW w:w="38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C12566" w14:textId="77777777" w:rsidR="00BD2397" w:rsidRPr="00B84256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Aprobată prin hotărârea CJ / CL nr. / data</w:t>
            </w:r>
          </w:p>
        </w:tc>
      </w:tr>
    </w:tbl>
    <w:p w14:paraId="71C06F09" w14:textId="77777777" w:rsidR="00BD2397" w:rsidRPr="00B84256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42987B16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E70A5E0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74E7D9E1" w14:textId="77777777">
        <w:trPr>
          <w:trHeight w:hRule="exact"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B6C671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06E1265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D9E7E4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45E64A5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447F078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10BBEB6F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6882C6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1B19C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7B86B9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9035AB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3E6FAC38" w14:textId="77777777">
        <w:trPr>
          <w:trHeight w:hRule="exact" w:val="510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443C9C8" w14:textId="77777777" w:rsidR="00BD2397" w:rsidRPr="00B84256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7A0C9F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5D2EA461" w14:textId="77777777" w:rsidR="00BD2397" w:rsidRPr="004761A5" w:rsidRDefault="00B8640C">
      <w:pPr>
        <w:autoSpaceDE w:val="0"/>
        <w:autoSpaceDN w:val="0"/>
        <w:spacing w:after="0" w:line="330" w:lineRule="exact"/>
        <w:ind w:right="4180"/>
        <w:jc w:val="right"/>
        <w:rPr>
          <w:sz w:val="16"/>
          <w:szCs w:val="16"/>
        </w:rPr>
      </w:pPr>
      <w:r w:rsidRPr="004761A5">
        <w:rPr>
          <w:rFonts w:ascii="TimesNewRomanPS" w:eastAsia="TimesNewRomanPS" w:hAnsi="TimesNewRomanPS"/>
          <w:b/>
          <w:color w:val="000000"/>
          <w:sz w:val="16"/>
          <w:szCs w:val="16"/>
        </w:rPr>
        <w:t>SE CERTIFICĂ: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79001097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164F461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JURIDIC</w:t>
            </w:r>
          </w:p>
        </w:tc>
      </w:tr>
      <w:tr w:rsidR="00BD2397" w:rsidRPr="004761A5" w14:paraId="3CEE67C4" w14:textId="77777777">
        <w:trPr>
          <w:trHeight w:hRule="exact" w:val="76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896B84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10FA89D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3934B3D7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0C463C7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ECONOMIC</w:t>
            </w:r>
          </w:p>
        </w:tc>
      </w:tr>
      <w:tr w:rsidR="00BD2397" w:rsidRPr="006B79C7" w14:paraId="5CB3AC43" w14:textId="77777777">
        <w:trPr>
          <w:trHeight w:hRule="exact" w:val="680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5E4245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C52B9EF" w14:textId="77777777" w:rsidR="00BD2397" w:rsidRPr="00B84256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6B79C7" w14:paraId="270C7EE6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3E46725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C55EA5C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6B79C7" w14:paraId="3C216618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56D0F3A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3EDFD75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6B79C7" w14:paraId="58A44CB5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8567278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77257EF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321F9046" w14:textId="77777777" w:rsidR="00BD2397" w:rsidRPr="00B84256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00F2DAFC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FEEA312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TEHNIC</w:t>
            </w:r>
          </w:p>
        </w:tc>
      </w:tr>
      <w:tr w:rsidR="00BD2397" w:rsidRPr="006B79C7" w14:paraId="03F563B1" w14:textId="77777777">
        <w:trPr>
          <w:trHeight w:hRule="exact" w:val="680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FC7A95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9B79C56" w14:textId="77777777" w:rsidR="00BD2397" w:rsidRPr="00B84256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6B79C7" w14:paraId="4EE9227C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7FE259C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F5C73B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6B79C7" w14:paraId="1BD10A45" w14:textId="77777777">
        <w:trPr>
          <w:trHeight w:hRule="exact" w:val="286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0DCD938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8621F2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6B79C7" w14:paraId="01A79CC4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D83CC3D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43F0B78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1635B817" w14:textId="77777777" w:rsidR="00BD2397" w:rsidRPr="00B84256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6B79C7" w14:paraId="356B5E9D" w14:textId="77777777">
        <w:trPr>
          <w:trHeight w:hRule="exact" w:val="4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5E3F644" w14:textId="77777777" w:rsidR="00BD2397" w:rsidRPr="00B84256" w:rsidRDefault="00B8640C">
            <w:pPr>
              <w:autoSpaceDE w:val="0"/>
              <w:autoSpaceDN w:val="0"/>
              <w:spacing w:after="0" w:line="200" w:lineRule="exact"/>
              <w:ind w:left="100" w:right="1008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6. </w:t>
            </w:r>
            <w:r w:rsidRPr="00B84256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INFORMAȚII PRIVIND TRASEELE, AMPLASAREA, CALITATEA ȘI CAPACITATEA REȚELELOR EDILITARE DIN ZONA IMOBILULUI</w:t>
            </w:r>
          </w:p>
        </w:tc>
      </w:tr>
      <w:tr w:rsidR="00BD2397" w:rsidRPr="006B79C7" w14:paraId="369B7276" w14:textId="77777777">
        <w:trPr>
          <w:trHeight w:hRule="exact" w:val="51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198F4D" w14:textId="77777777" w:rsidR="00BD2397" w:rsidRPr="00B84256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0482EB84" w14:textId="77777777" w:rsidR="00BD2397" w:rsidRPr="00B84256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6B79C7" w14:paraId="5178087C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91E7D8" w14:textId="77777777" w:rsidR="00BD2397" w:rsidRPr="00B84256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7. </w:t>
            </w:r>
            <w:r w:rsidRPr="00B84256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CONDIȚII OBLIGATORII PENTRU REALIZAREA OPERAȚIUNII CADASTRALE</w:t>
            </w:r>
          </w:p>
        </w:tc>
      </w:tr>
      <w:tr w:rsidR="00BD2397" w:rsidRPr="004761A5" w14:paraId="2BB2840C" w14:textId="77777777">
        <w:trPr>
          <w:trHeight w:hRule="exact" w:val="18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EA4DAC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B84256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Operațiunea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cadastrală</w:t>
            </w:r>
            <w:proofErr w:type="spellEnd"/>
          </w:p>
        </w:tc>
      </w:tr>
      <w:tr w:rsidR="00BD2397" w:rsidRPr="006B79C7" w14:paraId="2E10BD18" w14:textId="77777777">
        <w:trPr>
          <w:trHeight w:hRule="exact" w:val="21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A807B8D" w14:textId="77777777" w:rsidR="00BD2397" w:rsidRPr="00B84256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B84256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B84256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 poate realiza conform documentației cadastrale anexate, vizate spre neschimbare</w:t>
            </w:r>
          </w:p>
        </w:tc>
      </w:tr>
      <w:tr w:rsidR="00BD2397" w:rsidRPr="006B79C7" w14:paraId="6A47D388" w14:textId="77777777">
        <w:trPr>
          <w:trHeight w:hRule="exact" w:val="21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33318B6" w14:textId="77777777" w:rsidR="00BD2397" w:rsidRPr="00B84256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B84256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B84256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 poate realiza condiționat de elaborarea / aprobarea unei documentații PUZ</w:t>
            </w:r>
          </w:p>
        </w:tc>
      </w:tr>
      <w:tr w:rsidR="00BD2397" w:rsidRPr="006B79C7" w14:paraId="513D95B0" w14:textId="77777777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8B0B4E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sv-SE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nu se poate realiza, pentru motivele de mai jos: </w:t>
            </w:r>
          </w:p>
        </w:tc>
      </w:tr>
      <w:tr w:rsidR="00BD2397" w:rsidRPr="006B79C7" w14:paraId="36ED8DF3" w14:textId="77777777">
        <w:trPr>
          <w:trHeight w:hRule="exact" w:val="76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2A45F6C" w14:textId="77777777" w:rsidR="00BD2397" w:rsidRPr="004761A5" w:rsidRDefault="00BD2397">
            <w:pPr>
              <w:spacing w:after="0"/>
              <w:rPr>
                <w:sz w:val="16"/>
                <w:szCs w:val="16"/>
                <w:lang w:val="sv-SE"/>
              </w:rPr>
            </w:pPr>
          </w:p>
        </w:tc>
      </w:tr>
    </w:tbl>
    <w:p w14:paraId="526B6357" w14:textId="062D7BE7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7CCEE60E" w14:textId="77777777" w:rsidR="00BD2397" w:rsidRPr="00912339" w:rsidRDefault="00BD2397">
      <w:pPr>
        <w:spacing w:after="0"/>
        <w:rPr>
          <w:lang w:val="sv-SE"/>
        </w:rPr>
        <w:sectPr w:rsidR="00BD2397" w:rsidRPr="00912339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285CA50B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6"/>
        <w:gridCol w:w="8180"/>
      </w:tblGrid>
      <w:tr w:rsidR="00BD2397" w:rsidRPr="006B79C7" w14:paraId="680153DA" w14:textId="77777777">
        <w:trPr>
          <w:trHeight w:hRule="exact" w:val="260"/>
        </w:trPr>
        <w:tc>
          <w:tcPr>
            <w:tcW w:w="1136" w:type="dxa"/>
            <w:tcMar>
              <w:left w:w="0" w:type="dxa"/>
              <w:right w:w="0" w:type="dxa"/>
            </w:tcMar>
          </w:tcPr>
          <w:p w14:paraId="05345783" w14:textId="77777777" w:rsidR="00BD2397" w:rsidRDefault="00B8640C">
            <w:pPr>
              <w:autoSpaceDE w:val="0"/>
              <w:autoSpaceDN w:val="0"/>
              <w:spacing w:after="0" w:line="200" w:lineRule="exact"/>
            </w:pPr>
            <w:r>
              <w:rPr>
                <w:rFonts w:ascii="Arial" w:eastAsia="Arial" w:hAnsi="Arial"/>
                <w:color w:val="000000"/>
                <w:sz w:val="17"/>
              </w:rPr>
              <w:t>10</w:t>
            </w: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440DFF20" w14:textId="77777777" w:rsidR="00BD2397" w:rsidRPr="00B84256" w:rsidRDefault="00B8640C">
            <w:pPr>
              <w:autoSpaceDE w:val="0"/>
              <w:autoSpaceDN w:val="0"/>
              <w:spacing w:after="0" w:line="200" w:lineRule="exact"/>
              <w:ind w:left="944"/>
              <w:rPr>
                <w:lang w:val="pt-PT"/>
              </w:rPr>
            </w:pPr>
            <w:r w:rsidRPr="00B84256">
              <w:rPr>
                <w:rFonts w:ascii="Arial" w:eastAsia="Arial" w:hAnsi="Arial"/>
                <w:color w:val="000000"/>
                <w:sz w:val="17"/>
                <w:lang w:val="pt-PT"/>
              </w:rPr>
              <w:t>MONITORUL OFICIAL AL ROMÂNIEI, PARTEA I, Nr. 711 bis/26.VIII.2026</w:t>
            </w:r>
          </w:p>
        </w:tc>
      </w:tr>
    </w:tbl>
    <w:p w14:paraId="15FABB3F" w14:textId="77777777" w:rsidR="00BD2397" w:rsidRPr="00B84256" w:rsidRDefault="00BD2397">
      <w:pPr>
        <w:autoSpaceDE w:val="0"/>
        <w:autoSpaceDN w:val="0"/>
        <w:spacing w:after="0" w:line="292" w:lineRule="exact"/>
        <w:rPr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22353CBF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EEE2CB0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B84256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8.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ANEXE</w:t>
            </w:r>
          </w:p>
        </w:tc>
      </w:tr>
      <w:tr w:rsidR="00BD2397" w:rsidRPr="004761A5" w14:paraId="0C5D28F5" w14:textId="77777777" w:rsidTr="00646AD5">
        <w:trPr>
          <w:trHeight w:hRule="exact" w:val="955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6838EF" w14:textId="77777777" w:rsidR="00BD2397" w:rsidRPr="004761A5" w:rsidRDefault="00B8640C">
            <w:pPr>
              <w:autoSpaceDE w:val="0"/>
              <w:autoSpaceDN w:val="0"/>
              <w:spacing w:after="0" w:line="206" w:lineRule="exact"/>
              <w:ind w:left="100" w:right="4752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extras din sistemul GIS cu rețelele edilitare, după caz</w:t>
            </w:r>
            <w:r w:rsidRPr="004761A5">
              <w:rPr>
                <w:sz w:val="16"/>
                <w:szCs w:val="16"/>
              </w:rPr>
              <w:br/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plan de încadrare în documentația de urbanism aplicabilă, după caz </w:t>
            </w:r>
            <w:r w:rsidRPr="004761A5">
              <w:rPr>
                <w:sz w:val="16"/>
                <w:szCs w:val="16"/>
              </w:rPr>
              <w:br/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documentația cadastrală vizată spre neschimbare, după caz</w:t>
            </w:r>
          </w:p>
        </w:tc>
      </w:tr>
    </w:tbl>
    <w:p w14:paraId="6CF8E37E" w14:textId="77777777" w:rsidR="00BD2397" w:rsidRPr="004761A5" w:rsidRDefault="00BD2397">
      <w:pPr>
        <w:autoSpaceDE w:val="0"/>
        <w:autoSpaceDN w:val="0"/>
        <w:spacing w:after="0" w:line="230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2336"/>
        <w:gridCol w:w="780"/>
        <w:gridCol w:w="3116"/>
      </w:tblGrid>
      <w:tr w:rsidR="00BD2397" w:rsidRPr="004761A5" w14:paraId="5A120477" w14:textId="77777777">
        <w:trPr>
          <w:trHeight w:hRule="exact" w:val="212"/>
        </w:trPr>
        <w:tc>
          <w:tcPr>
            <w:tcW w:w="9348" w:type="dxa"/>
            <w:gridSpan w:val="5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33C4439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9.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SEMNĂTURILE</w:t>
            </w:r>
          </w:p>
        </w:tc>
      </w:tr>
      <w:tr w:rsidR="00BD2397" w:rsidRPr="004761A5" w14:paraId="2A541EA8" w14:textId="77777777">
        <w:trPr>
          <w:trHeight w:hRule="exact" w:val="890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0422732" w14:textId="77777777" w:rsidR="00BD2397" w:rsidRPr="00B84256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Conducătorul autorității emitente</w:t>
            </w:r>
          </w:p>
          <w:p w14:paraId="04E6541A" w14:textId="77777777" w:rsidR="00BD2397" w:rsidRPr="00B84256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funcția, numele și semnătura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3351FFF" w14:textId="77777777" w:rsidR="00BD2397" w:rsidRPr="00B84256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Secretar general</w:t>
            </w:r>
          </w:p>
          <w:p w14:paraId="78194479" w14:textId="77777777" w:rsidR="00BD2397" w:rsidRPr="00B84256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numele și semnătura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C64D0E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  <w:proofErr w:type="spellEnd"/>
          </w:p>
          <w:p w14:paraId="42AE0DC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numele și semnătura</w:t>
            </w:r>
          </w:p>
        </w:tc>
      </w:tr>
      <w:tr w:rsidR="00BD2397" w:rsidRPr="006B79C7" w14:paraId="3D0072F6" w14:textId="77777777">
        <w:trPr>
          <w:trHeight w:hRule="exact" w:val="510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828DAC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Achitat taxa de (lei)</w:t>
            </w:r>
          </w:p>
        </w:tc>
        <w:tc>
          <w:tcPr>
            <w:tcW w:w="311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25F37D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Chitanța nr. / data</w:t>
            </w:r>
          </w:p>
        </w:tc>
        <w:tc>
          <w:tcPr>
            <w:tcW w:w="3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EE7B64" w14:textId="77777777" w:rsidR="00BD2397" w:rsidRPr="00B84256" w:rsidRDefault="00B8640C">
            <w:pPr>
              <w:autoSpaceDE w:val="0"/>
              <w:autoSpaceDN w:val="0"/>
              <w:spacing w:after="0" w:line="164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B84256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Transmis solicitantului la data </w:t>
            </w:r>
            <w:r w:rsidRPr="00B84256">
              <w:rPr>
                <w:sz w:val="16"/>
                <w:szCs w:val="16"/>
                <w:lang w:val="pt-PT"/>
              </w:rPr>
              <w:br/>
            </w:r>
            <w:r w:rsidRPr="00B84256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direct / prin poștă / digital</w:t>
            </w:r>
          </w:p>
        </w:tc>
      </w:tr>
    </w:tbl>
    <w:p w14:paraId="554713B8" w14:textId="19F6F4A2" w:rsidR="00BD2397" w:rsidRPr="00912339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lang w:val="sv-SE"/>
        </w:rPr>
      </w:pP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2 din 2</w:t>
      </w: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29639D"/>
    <w:rsid w:val="002A5EAB"/>
    <w:rsid w:val="00326F90"/>
    <w:rsid w:val="003C5479"/>
    <w:rsid w:val="003D684B"/>
    <w:rsid w:val="003F7FDF"/>
    <w:rsid w:val="004761A5"/>
    <w:rsid w:val="005B2D37"/>
    <w:rsid w:val="00616AC8"/>
    <w:rsid w:val="00646AD5"/>
    <w:rsid w:val="0068581A"/>
    <w:rsid w:val="006B79C7"/>
    <w:rsid w:val="00786EB1"/>
    <w:rsid w:val="008B7FCC"/>
    <w:rsid w:val="00912339"/>
    <w:rsid w:val="00944F95"/>
    <w:rsid w:val="00A1149B"/>
    <w:rsid w:val="00AA1D8D"/>
    <w:rsid w:val="00AB1449"/>
    <w:rsid w:val="00B47730"/>
    <w:rsid w:val="00B84130"/>
    <w:rsid w:val="00B84256"/>
    <w:rsid w:val="00B8640C"/>
    <w:rsid w:val="00BD2397"/>
    <w:rsid w:val="00BE77F5"/>
    <w:rsid w:val="00C44B4D"/>
    <w:rsid w:val="00C53134"/>
    <w:rsid w:val="00CB0664"/>
    <w:rsid w:val="00CE6227"/>
    <w:rsid w:val="00E5523C"/>
    <w:rsid w:val="00F9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B7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2026-09-07T10:27:00Z</dcterms:created>
  <dcterms:modified xsi:type="dcterms:W3CDTF">2026-09-08T08:12:00Z</dcterms:modified>
</cp:coreProperties>
</file>