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7357761A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1308CF9C" w14:textId="7B719E2F" w:rsidR="00725B23" w:rsidRPr="00725B23" w:rsidRDefault="00725B23" w:rsidP="00725B23">
      <w:pPr>
        <w:autoSpaceDE w:val="0"/>
        <w:autoSpaceDN w:val="0"/>
        <w:spacing w:after="0" w:line="292" w:lineRule="exact"/>
        <w:rPr>
          <w:rFonts w:ascii="Arial" w:eastAsia="Arial" w:hAnsi="Arial"/>
          <w:color w:val="000000"/>
          <w:sz w:val="17"/>
          <w:lang w:val="pt-PT"/>
        </w:rPr>
      </w:pPr>
      <w:r w:rsidRPr="00725B23">
        <w:rPr>
          <w:rFonts w:ascii="Arial" w:eastAsia="Arial" w:hAnsi="Arial"/>
          <w:color w:val="000000"/>
          <w:sz w:val="17"/>
        </w:rPr>
        <w:drawing>
          <wp:anchor distT="0" distB="0" distL="114300" distR="114300" simplePos="0" relativeHeight="251661312" behindDoc="0" locked="0" layoutInCell="1" allowOverlap="1" wp14:anchorId="32B63B0E" wp14:editId="3A9EDC2E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1774133417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B23">
        <w:rPr>
          <w:rFonts w:ascii="Arial" w:eastAsia="Arial" w:hAnsi="Arial"/>
          <w:color w:val="000000"/>
          <w:sz w:val="17"/>
        </w:rPr>
        <w:drawing>
          <wp:anchor distT="0" distB="0" distL="114300" distR="114300" simplePos="0" relativeHeight="251659264" behindDoc="0" locked="0" layoutInCell="1" allowOverlap="1" wp14:anchorId="14045112" wp14:editId="5F00CB4D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648490920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15229" w14:textId="77777777" w:rsidR="00725B23" w:rsidRPr="00725B23" w:rsidRDefault="00725B23" w:rsidP="00725B23">
      <w:pPr>
        <w:autoSpaceDE w:val="0"/>
        <w:autoSpaceDN w:val="0"/>
        <w:spacing w:after="0" w:line="292" w:lineRule="exact"/>
        <w:rPr>
          <w:rFonts w:ascii="Arial" w:eastAsia="Arial" w:hAnsi="Arial"/>
          <w:b/>
          <w:color w:val="000000"/>
          <w:sz w:val="17"/>
          <w:lang w:val="pt-PT"/>
        </w:rPr>
      </w:pPr>
      <w:r w:rsidRPr="00725B23">
        <w:rPr>
          <w:rFonts w:ascii="Arial" w:eastAsia="Arial" w:hAnsi="Arial"/>
          <w:color w:val="000000"/>
          <w:sz w:val="17"/>
          <w:lang w:val="pt-PT"/>
        </w:rPr>
        <w:t xml:space="preserve">Judeţul  MUREŞ                                                                                                    </w:t>
      </w:r>
      <w:r w:rsidRPr="00725B23">
        <w:rPr>
          <w:rFonts w:ascii="Arial" w:eastAsia="Arial" w:hAnsi="Arial"/>
          <w:b/>
          <w:color w:val="000000"/>
          <w:sz w:val="17"/>
          <w:lang w:val="pt-PT"/>
        </w:rPr>
        <w:t xml:space="preserve"> </w:t>
      </w:r>
      <w:r w:rsidRPr="00725B23">
        <w:rPr>
          <w:rFonts w:ascii="Arial" w:eastAsia="Arial" w:hAnsi="Arial"/>
          <w:color w:val="000000"/>
          <w:sz w:val="17"/>
          <w:lang w:val="pt-PT"/>
        </w:rPr>
        <w:t xml:space="preserve">   </w:t>
      </w:r>
      <w:r w:rsidRPr="00725B23">
        <w:rPr>
          <w:rFonts w:ascii="Arial" w:eastAsia="Arial" w:hAnsi="Arial"/>
          <w:b/>
          <w:color w:val="000000"/>
          <w:sz w:val="17"/>
          <w:lang w:val="pt-PT"/>
        </w:rPr>
        <w:t xml:space="preserve"> </w:t>
      </w:r>
      <w:r w:rsidRPr="00725B23">
        <w:rPr>
          <w:rFonts w:ascii="Arial" w:eastAsia="Arial" w:hAnsi="Arial"/>
          <w:color w:val="000000"/>
          <w:sz w:val="17"/>
          <w:lang w:val="pt-PT"/>
        </w:rPr>
        <w:t xml:space="preserve"> </w:t>
      </w:r>
      <w:r w:rsidRPr="00725B23">
        <w:rPr>
          <w:rFonts w:ascii="Arial" w:eastAsia="Arial" w:hAnsi="Arial"/>
          <w:color w:val="000000"/>
          <w:sz w:val="17"/>
          <w:lang w:val="pt-PT"/>
        </w:rPr>
        <w:tab/>
      </w:r>
    </w:p>
    <w:p w14:paraId="3789DB77" w14:textId="14AA8A6A" w:rsidR="00725B23" w:rsidRPr="00725B23" w:rsidRDefault="00725B23" w:rsidP="00725B23">
      <w:pPr>
        <w:autoSpaceDE w:val="0"/>
        <w:autoSpaceDN w:val="0"/>
        <w:spacing w:after="0" w:line="292" w:lineRule="exact"/>
        <w:rPr>
          <w:rFonts w:ascii="Arial" w:eastAsia="Arial" w:hAnsi="Arial"/>
          <w:b/>
          <w:bCs/>
          <w:color w:val="000000"/>
          <w:sz w:val="17"/>
          <w:lang w:val="pt-PT"/>
        </w:rPr>
      </w:pPr>
      <w:r w:rsidRPr="00725B23">
        <w:rPr>
          <w:rFonts w:ascii="Arial" w:eastAsia="Arial" w:hAnsi="Arial"/>
          <w:color w:val="000000"/>
          <w:sz w:val="1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A6CFDF" wp14:editId="5FE94FE2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902466532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1578F" w14:textId="77777777" w:rsidR="00725B23" w:rsidRDefault="00725B23" w:rsidP="00725B23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A6CFDF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0E81578F" w14:textId="77777777" w:rsidR="00725B23" w:rsidRDefault="00725B23" w:rsidP="00725B23"/>
                  </w:txbxContent>
                </v:textbox>
              </v:shape>
            </w:pict>
          </mc:Fallback>
        </mc:AlternateContent>
      </w:r>
      <w:r w:rsidRPr="00725B23">
        <w:rPr>
          <w:rFonts w:ascii="Arial" w:eastAsia="Arial" w:hAnsi="Arial"/>
          <w:bCs/>
          <w:color w:val="000000"/>
          <w:sz w:val="17"/>
          <w:lang w:val="pt-PT"/>
        </w:rPr>
        <w:t>Comuna Zau de Câmpie</w:t>
      </w:r>
      <w:r w:rsidRPr="00725B23">
        <w:rPr>
          <w:rFonts w:ascii="Arial" w:eastAsia="Arial" w:hAnsi="Arial"/>
          <w:bCs/>
          <w:color w:val="000000"/>
          <w:sz w:val="17"/>
          <w:lang w:val="pt-PT"/>
        </w:rPr>
        <w:tab/>
      </w:r>
      <w:r w:rsidRPr="00725B23">
        <w:rPr>
          <w:rFonts w:ascii="Arial" w:eastAsia="Arial" w:hAnsi="Arial"/>
          <w:bCs/>
          <w:color w:val="000000"/>
          <w:sz w:val="17"/>
          <w:lang w:val="pt-PT"/>
        </w:rPr>
        <w:tab/>
      </w:r>
      <w:r w:rsidRPr="00725B23">
        <w:rPr>
          <w:rFonts w:ascii="Arial" w:eastAsia="Arial" w:hAnsi="Arial"/>
          <w:bCs/>
          <w:color w:val="000000"/>
          <w:sz w:val="17"/>
          <w:lang w:val="pt-PT"/>
        </w:rPr>
        <w:tab/>
      </w:r>
      <w:r w:rsidRPr="00725B23">
        <w:rPr>
          <w:rFonts w:ascii="Arial" w:eastAsia="Arial" w:hAnsi="Arial"/>
          <w:bCs/>
          <w:color w:val="000000"/>
          <w:sz w:val="17"/>
          <w:lang w:val="pt-PT"/>
        </w:rPr>
        <w:tab/>
      </w:r>
      <w:r w:rsidRPr="00725B23">
        <w:rPr>
          <w:rFonts w:ascii="Arial" w:eastAsia="Arial" w:hAnsi="Arial"/>
          <w:bCs/>
          <w:color w:val="000000"/>
          <w:sz w:val="17"/>
          <w:lang w:val="pt-PT"/>
        </w:rPr>
        <w:tab/>
      </w:r>
      <w:r w:rsidRPr="00725B23">
        <w:rPr>
          <w:rFonts w:ascii="Arial" w:eastAsia="Arial" w:hAnsi="Arial"/>
          <w:bCs/>
          <w:color w:val="000000"/>
          <w:sz w:val="17"/>
          <w:lang w:val="pt-PT"/>
        </w:rPr>
        <w:tab/>
      </w:r>
    </w:p>
    <w:p w14:paraId="3EB545A3" w14:textId="77777777" w:rsidR="00725B23" w:rsidRPr="00725B23" w:rsidRDefault="00725B23" w:rsidP="00725B23">
      <w:pPr>
        <w:autoSpaceDE w:val="0"/>
        <w:autoSpaceDN w:val="0"/>
        <w:spacing w:after="0" w:line="292" w:lineRule="exact"/>
        <w:rPr>
          <w:rFonts w:ascii="Arial" w:eastAsia="Arial" w:hAnsi="Arial"/>
          <w:bCs/>
          <w:color w:val="000000"/>
          <w:sz w:val="17"/>
          <w:lang w:val="pt-PT"/>
        </w:rPr>
      </w:pPr>
      <w:r w:rsidRPr="00725B23">
        <w:rPr>
          <w:rFonts w:ascii="Arial" w:eastAsia="Arial" w:hAnsi="Arial"/>
          <w:bCs/>
          <w:color w:val="000000"/>
          <w:sz w:val="17"/>
          <w:lang w:val="pt-PT"/>
        </w:rPr>
        <w:t>CIF4375917, Zau de Câmpie, strada Republicii, nr.18</w:t>
      </w:r>
    </w:p>
    <w:p w14:paraId="4B3D5D26" w14:textId="77777777" w:rsidR="00725B23" w:rsidRPr="00725B23" w:rsidRDefault="00725B23" w:rsidP="00725B23">
      <w:pPr>
        <w:autoSpaceDE w:val="0"/>
        <w:autoSpaceDN w:val="0"/>
        <w:spacing w:after="0" w:line="292" w:lineRule="exact"/>
        <w:rPr>
          <w:rFonts w:ascii="Arial" w:eastAsia="Arial" w:hAnsi="Arial"/>
          <w:bCs/>
          <w:color w:val="000000"/>
          <w:sz w:val="17"/>
          <w:lang w:val="pt-PT"/>
        </w:rPr>
      </w:pPr>
      <w:r w:rsidRPr="00725B23">
        <w:rPr>
          <w:rFonts w:ascii="Arial" w:eastAsia="Arial" w:hAnsi="Arial"/>
          <w:bCs/>
          <w:color w:val="000000"/>
          <w:sz w:val="17"/>
          <w:lang w:val="pt-PT"/>
        </w:rPr>
        <w:t>Telefon: 0265 486112</w:t>
      </w:r>
    </w:p>
    <w:p w14:paraId="0C2B59F8" w14:textId="77777777" w:rsidR="00725B23" w:rsidRPr="00725B23" w:rsidRDefault="00725B23" w:rsidP="00725B23">
      <w:pPr>
        <w:autoSpaceDE w:val="0"/>
        <w:autoSpaceDN w:val="0"/>
        <w:spacing w:after="0" w:line="292" w:lineRule="exact"/>
        <w:rPr>
          <w:rFonts w:ascii="Arial" w:eastAsia="Arial" w:hAnsi="Arial"/>
          <w:bCs/>
          <w:color w:val="000000"/>
          <w:sz w:val="17"/>
          <w:lang w:val="pt-PT"/>
        </w:rPr>
      </w:pPr>
      <w:r w:rsidRPr="00725B23">
        <w:rPr>
          <w:rFonts w:ascii="Arial" w:eastAsia="Arial" w:hAnsi="Arial"/>
          <w:bCs/>
          <w:color w:val="000000"/>
          <w:sz w:val="17"/>
          <w:lang w:val="pt-PT"/>
        </w:rPr>
        <w:t xml:space="preserve"> E-mail: </w:t>
      </w:r>
      <w:hyperlink r:id="rId9" w:history="1">
        <w:r w:rsidRPr="00725B23">
          <w:rPr>
            <w:rStyle w:val="Hyperlink"/>
            <w:rFonts w:ascii="Arial" w:eastAsia="Arial" w:hAnsi="Arial"/>
            <w:bCs/>
            <w:sz w:val="17"/>
            <w:lang w:val="pt-PT"/>
          </w:rPr>
          <w:t>zaucimpiei@cjmures.ro</w:t>
        </w:r>
      </w:hyperlink>
    </w:p>
    <w:p w14:paraId="7627266E" w14:textId="77777777" w:rsidR="00725B23" w:rsidRPr="00725B23" w:rsidRDefault="00725B23" w:rsidP="00725B23">
      <w:pPr>
        <w:autoSpaceDE w:val="0"/>
        <w:autoSpaceDN w:val="0"/>
        <w:spacing w:after="0" w:line="292" w:lineRule="exact"/>
        <w:rPr>
          <w:rFonts w:ascii="Arial" w:eastAsia="Arial" w:hAnsi="Arial"/>
          <w:bCs/>
          <w:color w:val="000000"/>
          <w:sz w:val="17"/>
          <w:lang w:val="pt-PT"/>
        </w:rPr>
      </w:pPr>
      <w:r w:rsidRPr="00725B23">
        <w:rPr>
          <w:rFonts w:ascii="Arial" w:eastAsia="Arial" w:hAnsi="Arial"/>
          <w:color w:val="000000"/>
          <w:sz w:val="17"/>
          <w:lang w:val="pt-PT"/>
        </w:rPr>
        <w:t xml:space="preserve"> Număr de înregistrare.................data...............................  </w:t>
      </w:r>
    </w:p>
    <w:p w14:paraId="56FA31A9" w14:textId="77777777" w:rsidR="00725B23" w:rsidRPr="00725B23" w:rsidRDefault="00725B23" w:rsidP="00725B23">
      <w:pPr>
        <w:autoSpaceDE w:val="0"/>
        <w:autoSpaceDN w:val="0"/>
        <w:spacing w:after="0" w:line="292" w:lineRule="exact"/>
        <w:rPr>
          <w:rFonts w:ascii="Arial" w:eastAsia="Arial" w:hAnsi="Arial"/>
          <w:color w:val="000000"/>
          <w:sz w:val="17"/>
          <w:lang w:val="pt-PT"/>
        </w:rPr>
      </w:pPr>
    </w:p>
    <w:p w14:paraId="4AD0AAB8" w14:textId="77777777" w:rsidR="00B8640C" w:rsidRPr="0084225F" w:rsidRDefault="00B8640C">
      <w:pPr>
        <w:autoSpaceDE w:val="0"/>
        <w:autoSpaceDN w:val="0"/>
        <w:spacing w:after="0" w:line="292" w:lineRule="exact"/>
        <w:rPr>
          <w:lang w:val="pt-PT"/>
        </w:rPr>
      </w:pPr>
    </w:p>
    <w:p w14:paraId="42323AE5" w14:textId="77777777" w:rsidR="00BD2397" w:rsidRPr="00725B23" w:rsidRDefault="00B8640C">
      <w:pPr>
        <w:autoSpaceDE w:val="0"/>
        <w:autoSpaceDN w:val="0"/>
        <w:spacing w:after="0" w:line="328" w:lineRule="exact"/>
        <w:ind w:left="1794"/>
        <w:rPr>
          <w:lang w:val="pt-BR"/>
        </w:rPr>
      </w:pPr>
      <w:r w:rsidRPr="00725B23">
        <w:rPr>
          <w:rFonts w:ascii="TimesNewRomanPS" w:eastAsia="TimesNewRomanPS" w:hAnsi="TimesNewRomanPS"/>
          <w:b/>
          <w:color w:val="000000"/>
          <w:sz w:val="29"/>
          <w:lang w:val="pt-BR"/>
        </w:rPr>
        <w:t>CERTIFICAT DE URBANISM DE INFORMARE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2336"/>
        <w:gridCol w:w="778"/>
        <w:gridCol w:w="3896"/>
      </w:tblGrid>
      <w:tr w:rsidR="00BD2397" w:rsidRPr="004761A5" w14:paraId="5218D374" w14:textId="77777777">
        <w:trPr>
          <w:trHeight w:hRule="exact" w:val="212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C0A4C2B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725B23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BR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REFERINȚE ȘI TEMEI</w:t>
            </w:r>
          </w:p>
        </w:tc>
      </w:tr>
      <w:tr w:rsidR="00BD2397" w:rsidRPr="004761A5" w14:paraId="7BC92082" w14:textId="77777777">
        <w:trPr>
          <w:trHeight w:hRule="exact" w:val="504"/>
        </w:trPr>
        <w:tc>
          <w:tcPr>
            <w:tcW w:w="233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375F686" w14:textId="77777777" w:rsidR="00BD2397" w:rsidRDefault="00B8640C">
            <w:pPr>
              <w:autoSpaceDE w:val="0"/>
              <w:autoSpaceDN w:val="0"/>
              <w:spacing w:after="0" w:line="146" w:lineRule="exact"/>
              <w:ind w:left="100"/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</w:pPr>
            <w:r w:rsidRPr="0084225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Ca urmare a cererii nr.</w:t>
            </w:r>
          </w:p>
          <w:p w14:paraId="570F7805" w14:textId="193A5F96" w:rsidR="006979C3" w:rsidRDefault="006979C3">
            <w:pPr>
              <w:autoSpaceDE w:val="0"/>
              <w:autoSpaceDN w:val="0"/>
              <w:spacing w:after="0" w:line="146" w:lineRule="exact"/>
              <w:ind w:left="100"/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</w:pPr>
          </w:p>
          <w:p w14:paraId="1D74EE12" w14:textId="3F5176E3" w:rsidR="006979C3" w:rsidRPr="0084225F" w:rsidRDefault="006979C3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9DDF5B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3284AC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 solicitantului</w:t>
            </w:r>
          </w:p>
        </w:tc>
      </w:tr>
      <w:tr w:rsidR="00BD2397" w:rsidRPr="00725B23" w14:paraId="1D121991" w14:textId="77777777">
        <w:trPr>
          <w:trHeight w:hRule="exact" w:val="512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DF11D3A" w14:textId="77777777" w:rsidR="00BD2397" w:rsidRPr="0084225F" w:rsidRDefault="00B8640C">
            <w:pPr>
              <w:autoSpaceDE w:val="0"/>
              <w:autoSpaceDN w:val="0"/>
              <w:spacing w:after="0" w:line="164" w:lineRule="exact"/>
              <w:ind w:left="100" w:right="2880"/>
              <w:rPr>
                <w:sz w:val="16"/>
                <w:szCs w:val="16"/>
                <w:lang w:val="pt-PT"/>
              </w:rPr>
            </w:pPr>
            <w:r w:rsidRPr="0084225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Documentația de urbanism aplicabilă</w:t>
            </w:r>
            <w:r w:rsidRPr="0084225F">
              <w:rPr>
                <w:sz w:val="16"/>
                <w:szCs w:val="16"/>
                <w:lang w:val="pt-PT"/>
              </w:rPr>
              <w:br/>
            </w:r>
            <w:r w:rsidRPr="0084225F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nr. / faza PUG · PUZ · PUD</w:t>
            </w:r>
          </w:p>
        </w:tc>
        <w:tc>
          <w:tcPr>
            <w:tcW w:w="389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5FB199A" w14:textId="77777777" w:rsidR="00BD2397" w:rsidRPr="0084225F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84225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Aprobată prin hotărârea CJ / CL nr. / data</w:t>
            </w:r>
          </w:p>
        </w:tc>
      </w:tr>
    </w:tbl>
    <w:p w14:paraId="5A6B8360" w14:textId="77777777" w:rsidR="00BD2397" w:rsidRPr="0084225F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BD2397" w:rsidRPr="004761A5" w14:paraId="1BFE8F2B" w14:textId="77777777">
        <w:trPr>
          <w:trHeight w:hRule="exact" w:val="20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99BE073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84225F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4761A5" w14:paraId="682198A4" w14:textId="77777777">
        <w:trPr>
          <w:trHeight w:hRule="exact" w:val="21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FC733F9" w14:textId="77777777" w:rsidR="00BD2397" w:rsidRPr="004761A5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teren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construcții</w:t>
            </w:r>
          </w:p>
        </w:tc>
      </w:tr>
      <w:tr w:rsidR="00BD2397" w:rsidRPr="004761A5" w14:paraId="1CF6D959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BE9CCD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363C786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5E9FF60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4761A5" w14:paraId="75A13E5F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4FCEC25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5FC25DA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544F0F1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0DC11B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4761A5" w14:paraId="4AD691B3" w14:textId="77777777">
        <w:trPr>
          <w:trHeight w:hRule="exact" w:val="512"/>
        </w:trPr>
        <w:tc>
          <w:tcPr>
            <w:tcW w:w="5452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5E2C3FD" w14:textId="77777777" w:rsidR="00BD2397" w:rsidRPr="0084225F" w:rsidRDefault="00B8640C">
            <w:pPr>
              <w:autoSpaceDE w:val="0"/>
              <w:autoSpaceDN w:val="0"/>
              <w:spacing w:after="0" w:line="166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84225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 </w:t>
            </w:r>
            <w:r w:rsidRPr="0084225F">
              <w:rPr>
                <w:sz w:val="16"/>
                <w:szCs w:val="16"/>
                <w:lang w:val="pt-PT"/>
              </w:rPr>
              <w:br/>
            </w:r>
            <w:r w:rsidRPr="0084225F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78595F5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</w:tr>
    </w:tbl>
    <w:p w14:paraId="24A054A0" w14:textId="77777777" w:rsidR="00BD2397" w:rsidRPr="004761A5" w:rsidRDefault="00B8640C">
      <w:pPr>
        <w:autoSpaceDE w:val="0"/>
        <w:autoSpaceDN w:val="0"/>
        <w:spacing w:after="0" w:line="330" w:lineRule="exact"/>
        <w:ind w:right="3368"/>
        <w:jc w:val="right"/>
        <w:rPr>
          <w:sz w:val="16"/>
          <w:szCs w:val="16"/>
        </w:rPr>
      </w:pPr>
      <w:r w:rsidRPr="004761A5">
        <w:rPr>
          <w:rFonts w:ascii="TimesNewRomanPS" w:eastAsia="TimesNewRomanPS" w:hAnsi="TimesNewRomanPS"/>
          <w:b/>
          <w:color w:val="000000"/>
          <w:sz w:val="16"/>
          <w:szCs w:val="16"/>
        </w:rPr>
        <w:t>SE CERTIFICĂ: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35750DD5" w14:textId="77777777">
        <w:trPr>
          <w:trHeight w:hRule="exact" w:val="2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5DB3460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3.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JURIDIC</w:t>
            </w:r>
          </w:p>
        </w:tc>
      </w:tr>
      <w:tr w:rsidR="00BD2397" w:rsidRPr="004761A5" w14:paraId="362B1B1C" w14:textId="77777777">
        <w:trPr>
          <w:trHeight w:hRule="exact" w:val="75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6A07EBE" w14:textId="77777777" w:rsidR="00BD2397" w:rsidRPr="004761A5" w:rsidRDefault="00BD239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2EBBE414" w14:textId="77777777" w:rsidR="00BD2397" w:rsidRPr="004761A5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7792"/>
        <w:gridCol w:w="1556"/>
      </w:tblGrid>
      <w:tr w:rsidR="00BD2397" w:rsidRPr="004761A5" w14:paraId="4D89C600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929A41C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4.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ECONOMIC</w:t>
            </w:r>
          </w:p>
        </w:tc>
      </w:tr>
      <w:tr w:rsidR="00BD2397" w:rsidRPr="00725B23" w14:paraId="4A085E3E" w14:textId="77777777">
        <w:trPr>
          <w:trHeight w:hRule="exact" w:val="680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97DC35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Prevederea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8BBDC8A" w14:textId="77777777" w:rsidR="00BD2397" w:rsidRPr="0084225F" w:rsidRDefault="00B8640C">
            <w:pPr>
              <w:autoSpaceDE w:val="0"/>
              <w:autoSpaceDN w:val="0"/>
              <w:spacing w:after="0" w:line="166" w:lineRule="exact"/>
              <w:ind w:left="98" w:right="288"/>
              <w:rPr>
                <w:sz w:val="16"/>
                <w:szCs w:val="16"/>
                <w:lang w:val="pt-PT"/>
              </w:rPr>
            </w:pPr>
            <w:r w:rsidRPr="0084225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Actul de </w:t>
            </w:r>
            <w:r w:rsidRPr="0084225F">
              <w:rPr>
                <w:sz w:val="16"/>
                <w:szCs w:val="16"/>
                <w:lang w:val="pt-PT"/>
              </w:rPr>
              <w:br/>
            </w:r>
            <w:r w:rsidRPr="0084225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reglementare </w:t>
            </w:r>
            <w:r w:rsidRPr="0084225F">
              <w:rPr>
                <w:sz w:val="16"/>
                <w:szCs w:val="16"/>
                <w:lang w:val="pt-PT"/>
              </w:rPr>
              <w:br/>
            </w:r>
            <w:r w:rsidRPr="0084225F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RLU · HCL · lege, nr./an</w:t>
            </w:r>
          </w:p>
        </w:tc>
      </w:tr>
      <w:tr w:rsidR="00BD2397" w:rsidRPr="00725B23" w14:paraId="68BA2CA9" w14:textId="77777777">
        <w:trPr>
          <w:trHeight w:hRule="exact" w:val="284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E144EA2" w14:textId="77777777" w:rsidR="00BD2397" w:rsidRPr="0084225F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C197C16" w14:textId="77777777" w:rsidR="00BD2397" w:rsidRPr="0084225F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725B23" w14:paraId="03BBFEC6" w14:textId="77777777">
        <w:trPr>
          <w:trHeight w:hRule="exact" w:val="284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95032F9" w14:textId="77777777" w:rsidR="00BD2397" w:rsidRPr="0084225F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4C063A9" w14:textId="77777777" w:rsidR="00BD2397" w:rsidRPr="0084225F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5E29A421" w14:textId="77777777" w:rsidR="00BD2397" w:rsidRPr="0084225F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7792"/>
        <w:gridCol w:w="1556"/>
      </w:tblGrid>
      <w:tr w:rsidR="00BD2397" w:rsidRPr="004761A5" w14:paraId="21902B64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E8A7AA6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84225F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5.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TEHNIC</w:t>
            </w:r>
          </w:p>
        </w:tc>
      </w:tr>
      <w:tr w:rsidR="00BD2397" w:rsidRPr="00725B23" w14:paraId="254804E1" w14:textId="77777777">
        <w:trPr>
          <w:trHeight w:hRule="exact" w:val="678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2DD632F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Prevederea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232E354" w14:textId="77777777" w:rsidR="00BD2397" w:rsidRPr="0084225F" w:rsidRDefault="00B8640C">
            <w:pPr>
              <w:autoSpaceDE w:val="0"/>
              <w:autoSpaceDN w:val="0"/>
              <w:spacing w:after="0" w:line="166" w:lineRule="exact"/>
              <w:ind w:left="98" w:right="288"/>
              <w:rPr>
                <w:sz w:val="16"/>
                <w:szCs w:val="16"/>
                <w:lang w:val="pt-PT"/>
              </w:rPr>
            </w:pPr>
            <w:r w:rsidRPr="0084225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Actul de </w:t>
            </w:r>
            <w:r w:rsidRPr="0084225F">
              <w:rPr>
                <w:sz w:val="16"/>
                <w:szCs w:val="16"/>
                <w:lang w:val="pt-PT"/>
              </w:rPr>
              <w:br/>
            </w:r>
            <w:r w:rsidRPr="0084225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reglementare </w:t>
            </w:r>
            <w:r w:rsidRPr="0084225F">
              <w:rPr>
                <w:sz w:val="16"/>
                <w:szCs w:val="16"/>
                <w:lang w:val="pt-PT"/>
              </w:rPr>
              <w:br/>
            </w:r>
            <w:r w:rsidRPr="0084225F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RLU · HCL · lege, nr./an</w:t>
            </w:r>
          </w:p>
        </w:tc>
      </w:tr>
      <w:tr w:rsidR="00BD2397" w:rsidRPr="00725B23" w14:paraId="330EB229" w14:textId="77777777">
        <w:trPr>
          <w:trHeight w:hRule="exact" w:val="284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6EFECDA" w14:textId="77777777" w:rsidR="00BD2397" w:rsidRPr="0084225F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D5E3B1D" w14:textId="77777777" w:rsidR="00BD2397" w:rsidRPr="0084225F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725B23" w14:paraId="286F8FE6" w14:textId="77777777">
        <w:trPr>
          <w:trHeight w:hRule="exact" w:val="284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5D59494" w14:textId="77777777" w:rsidR="00BD2397" w:rsidRPr="0084225F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DB1C8C1" w14:textId="77777777" w:rsidR="00BD2397" w:rsidRPr="0084225F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5AF020BA" w14:textId="77777777" w:rsidR="00BD2397" w:rsidRPr="0084225F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725B23" w14:paraId="1466ED39" w14:textId="77777777">
        <w:trPr>
          <w:trHeight w:hRule="exact" w:val="4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92465EC" w14:textId="77777777" w:rsidR="00BD2397" w:rsidRPr="0084225F" w:rsidRDefault="00B8640C">
            <w:pPr>
              <w:autoSpaceDE w:val="0"/>
              <w:autoSpaceDN w:val="0"/>
              <w:spacing w:after="0" w:line="202" w:lineRule="exact"/>
              <w:ind w:left="100" w:right="1008"/>
              <w:rPr>
                <w:sz w:val="16"/>
                <w:szCs w:val="16"/>
                <w:lang w:val="pt-PT"/>
              </w:rPr>
            </w:pPr>
            <w:r w:rsidRPr="0084225F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6. </w:t>
            </w:r>
            <w:r w:rsidRPr="0084225F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INFORMAȚII PRIVIND TRASEELE, AMPLASAREA, CALITATEA ȘI CAPACITATEA REȚELELOR EDILITARE DIN ZONA IMOBILULUI</w:t>
            </w:r>
          </w:p>
        </w:tc>
      </w:tr>
      <w:tr w:rsidR="00BD2397" w:rsidRPr="00725B23" w14:paraId="6E105483" w14:textId="77777777">
        <w:trPr>
          <w:trHeight w:hRule="exact" w:val="51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BA7590E" w14:textId="77777777" w:rsidR="00BD2397" w:rsidRPr="0084225F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03870B0C" w14:textId="77777777" w:rsidR="00BD2397" w:rsidRPr="0084225F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43212D09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EBF7CBC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84225F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7.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ANEXE</w:t>
            </w:r>
          </w:p>
        </w:tc>
      </w:tr>
      <w:tr w:rsidR="00BD2397" w:rsidRPr="00725B23" w14:paraId="5110DFD8" w14:textId="77777777" w:rsidTr="00646AD5">
        <w:trPr>
          <w:trHeight w:hRule="exact" w:val="76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AC98C1B" w14:textId="77777777" w:rsidR="00BD2397" w:rsidRPr="0084225F" w:rsidRDefault="00B8640C">
            <w:pPr>
              <w:autoSpaceDE w:val="0"/>
              <w:autoSpaceDN w:val="0"/>
              <w:spacing w:after="0" w:line="206" w:lineRule="exact"/>
              <w:ind w:left="100" w:right="4896"/>
              <w:rPr>
                <w:sz w:val="16"/>
                <w:szCs w:val="16"/>
                <w:lang w:val="pt-PT"/>
              </w:rPr>
            </w:pPr>
            <w:r w:rsidRPr="0084225F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4225F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extras din sistemul GIS cu rețelele edilitare, după caz</w:t>
            </w:r>
            <w:r w:rsidRPr="0084225F">
              <w:rPr>
                <w:sz w:val="16"/>
                <w:szCs w:val="16"/>
                <w:lang w:val="pt-PT"/>
              </w:rPr>
              <w:br/>
            </w:r>
            <w:r w:rsidRPr="0084225F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4225F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plan de încadrare în docum</w:t>
            </w:r>
            <w:r w:rsidR="00646AD5" w:rsidRPr="0084225F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entația de urbanism aplicabilă, </w:t>
            </w:r>
            <w:r w:rsidRPr="0084225F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>după caz</w:t>
            </w:r>
          </w:p>
        </w:tc>
      </w:tr>
    </w:tbl>
    <w:p w14:paraId="0F683B03" w14:textId="77777777" w:rsidR="00BD2397" w:rsidRPr="0084225F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3114"/>
        <w:gridCol w:w="3896"/>
      </w:tblGrid>
      <w:tr w:rsidR="00BD2397" w:rsidRPr="004761A5" w14:paraId="744BC956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CAC97E4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84225F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8.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SEMNĂTURA</w:t>
            </w:r>
          </w:p>
        </w:tc>
      </w:tr>
      <w:tr w:rsidR="00BD2397" w:rsidRPr="004761A5" w14:paraId="6A0BCF32" w14:textId="77777777" w:rsidTr="00646AD5">
        <w:trPr>
          <w:trHeight w:hRule="exact" w:val="1504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A77DB56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Arhitect-șef</w:t>
            </w:r>
          </w:p>
          <w:p w14:paraId="032625B9" w14:textId="77777777" w:rsidR="00BD2397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</w:pPr>
            <w:proofErr w:type="spellStart"/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numele</w:t>
            </w:r>
            <w:proofErr w:type="spellEnd"/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și</w:t>
            </w:r>
            <w:proofErr w:type="spellEnd"/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semnătura</w:t>
            </w:r>
            <w:proofErr w:type="spellEnd"/>
          </w:p>
          <w:p w14:paraId="6981D583" w14:textId="77777777" w:rsidR="00646AD5" w:rsidRDefault="00646AD5">
            <w:pPr>
              <w:autoSpaceDE w:val="0"/>
              <w:autoSpaceDN w:val="0"/>
              <w:spacing w:after="0" w:line="144" w:lineRule="exact"/>
              <w:jc w:val="center"/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</w:pPr>
          </w:p>
          <w:p w14:paraId="34E90259" w14:textId="77777777" w:rsidR="00646AD5" w:rsidRPr="004761A5" w:rsidRDefault="00646AD5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</w:rPr>
            </w:pPr>
          </w:p>
        </w:tc>
      </w:tr>
      <w:tr w:rsidR="00BD2397" w:rsidRPr="00725B23" w14:paraId="289753C8" w14:textId="77777777">
        <w:trPr>
          <w:trHeight w:hRule="exact" w:val="514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2189A36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Achitat taxa de (lei)</w:t>
            </w:r>
          </w:p>
        </w:tc>
        <w:tc>
          <w:tcPr>
            <w:tcW w:w="311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4E0FCC8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Chitanța nr. / data</w:t>
            </w:r>
          </w:p>
        </w:tc>
        <w:tc>
          <w:tcPr>
            <w:tcW w:w="389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64E6577" w14:textId="77777777" w:rsidR="00BD2397" w:rsidRPr="0084225F" w:rsidRDefault="00B8640C">
            <w:pPr>
              <w:autoSpaceDE w:val="0"/>
              <w:autoSpaceDN w:val="0"/>
              <w:spacing w:after="0" w:line="168" w:lineRule="exact"/>
              <w:ind w:left="100" w:right="1872"/>
              <w:rPr>
                <w:sz w:val="16"/>
                <w:szCs w:val="16"/>
                <w:lang w:val="pt-PT"/>
              </w:rPr>
            </w:pPr>
            <w:r w:rsidRPr="0084225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Transmis solicitantului la data </w:t>
            </w:r>
            <w:r w:rsidRPr="0084225F">
              <w:rPr>
                <w:sz w:val="16"/>
                <w:szCs w:val="16"/>
                <w:lang w:val="pt-PT"/>
              </w:rPr>
              <w:br/>
            </w:r>
            <w:r w:rsidRPr="0084225F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direct / prin poștă / digital</w:t>
            </w:r>
          </w:p>
        </w:tc>
      </w:tr>
    </w:tbl>
    <w:p w14:paraId="5075F96B" w14:textId="740A594C" w:rsidR="00BD2397" w:rsidRPr="004761A5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sv-SE"/>
        </w:rPr>
      </w:pP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0 </w:t>
      </w: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1</w:t>
      </w:r>
    </w:p>
    <w:p w14:paraId="4E22CAB3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C63D4"/>
    <w:rsid w:val="0029639D"/>
    <w:rsid w:val="002A5EAB"/>
    <w:rsid w:val="00326F90"/>
    <w:rsid w:val="003C5479"/>
    <w:rsid w:val="003D684B"/>
    <w:rsid w:val="003F7FDF"/>
    <w:rsid w:val="004761A5"/>
    <w:rsid w:val="005B39F1"/>
    <w:rsid w:val="00616AC8"/>
    <w:rsid w:val="00646AD5"/>
    <w:rsid w:val="0068581A"/>
    <w:rsid w:val="006979C3"/>
    <w:rsid w:val="00725B23"/>
    <w:rsid w:val="00786EB1"/>
    <w:rsid w:val="0084225F"/>
    <w:rsid w:val="00912339"/>
    <w:rsid w:val="00944F95"/>
    <w:rsid w:val="00A1149B"/>
    <w:rsid w:val="00AA1D8D"/>
    <w:rsid w:val="00AB1449"/>
    <w:rsid w:val="00B47730"/>
    <w:rsid w:val="00B84130"/>
    <w:rsid w:val="00B8640C"/>
    <w:rsid w:val="00BD2397"/>
    <w:rsid w:val="00BE77F5"/>
    <w:rsid w:val="00C44B4D"/>
    <w:rsid w:val="00C53134"/>
    <w:rsid w:val="00CB0664"/>
    <w:rsid w:val="00CE6227"/>
    <w:rsid w:val="00E5523C"/>
    <w:rsid w:val="00EA170B"/>
    <w:rsid w:val="00F968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25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6</cp:revision>
  <dcterms:created xsi:type="dcterms:W3CDTF">2026-09-07T10:24:00Z</dcterms:created>
  <dcterms:modified xsi:type="dcterms:W3CDTF">2026-09-08T08:12:00Z</dcterms:modified>
</cp:coreProperties>
</file>