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C5D59C1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9FADB4E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5CAE9067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65157ABE" w14:textId="2B440C0B" w:rsidR="00173BEC" w:rsidRPr="00173BEC" w:rsidRDefault="00173BEC" w:rsidP="00173BEC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73BEC">
        <w:rPr>
          <w:rFonts w:ascii="Arial Narrow" w:hAnsi="Arial Narrow"/>
          <w:bCs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7F49530F" wp14:editId="446D2C29">
            <wp:simplePos x="0" y="0"/>
            <wp:positionH relativeFrom="margin">
              <wp:align>left</wp:align>
            </wp:positionH>
            <wp:positionV relativeFrom="paragraph">
              <wp:posOffset>148590</wp:posOffset>
            </wp:positionV>
            <wp:extent cx="719455" cy="1075690"/>
            <wp:effectExtent l="0" t="0" r="4445" b="0"/>
            <wp:wrapSquare wrapText="bothSides"/>
            <wp:docPr id="613200737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5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12AA1D" w14:textId="77777777" w:rsidR="00173BEC" w:rsidRPr="00173BEC" w:rsidRDefault="00173BEC" w:rsidP="00173BEC">
      <w:pPr>
        <w:spacing w:after="0" w:line="240" w:lineRule="auto"/>
        <w:jc w:val="both"/>
        <w:rPr>
          <w:rFonts w:ascii="Arial Narrow" w:hAnsi="Arial Narrow"/>
          <w:b/>
          <w:bCs/>
          <w:sz w:val="16"/>
          <w:szCs w:val="16"/>
          <w:lang w:val="pt-PT"/>
        </w:rPr>
      </w:pPr>
      <w:r w:rsidRPr="00173BEC">
        <w:rPr>
          <w:rFonts w:ascii="Arial Narrow" w:hAnsi="Arial Narrow"/>
          <w:bCs/>
          <w:sz w:val="16"/>
          <w:szCs w:val="16"/>
          <w:lang w:val="pt-PT"/>
        </w:rPr>
        <w:t xml:space="preserve">Judeţul  MUREŞ                                                                                                    </w:t>
      </w:r>
      <w:r w:rsidRPr="00173BEC">
        <w:rPr>
          <w:rFonts w:ascii="Arial Narrow" w:hAnsi="Arial Narrow"/>
          <w:b/>
          <w:bCs/>
          <w:sz w:val="16"/>
          <w:szCs w:val="16"/>
          <w:lang w:val="pt-PT"/>
        </w:rPr>
        <w:t xml:space="preserve"> </w:t>
      </w:r>
      <w:r w:rsidRPr="00173BEC">
        <w:rPr>
          <w:rFonts w:ascii="Arial Narrow" w:hAnsi="Arial Narrow"/>
          <w:bCs/>
          <w:sz w:val="16"/>
          <w:szCs w:val="16"/>
          <w:lang w:val="pt-PT"/>
        </w:rPr>
        <w:t xml:space="preserve">   </w:t>
      </w:r>
      <w:r w:rsidRPr="00173BEC">
        <w:rPr>
          <w:rFonts w:ascii="Arial Narrow" w:hAnsi="Arial Narrow"/>
          <w:b/>
          <w:bCs/>
          <w:sz w:val="16"/>
          <w:szCs w:val="16"/>
          <w:lang w:val="pt-PT"/>
        </w:rPr>
        <w:t xml:space="preserve"> </w:t>
      </w:r>
      <w:r w:rsidRPr="00173BEC">
        <w:rPr>
          <w:rFonts w:ascii="Arial Narrow" w:hAnsi="Arial Narrow"/>
          <w:bCs/>
          <w:sz w:val="16"/>
          <w:szCs w:val="16"/>
          <w:lang w:val="pt-PT"/>
        </w:rPr>
        <w:t xml:space="preserve"> </w:t>
      </w:r>
      <w:r w:rsidRPr="00173BEC">
        <w:rPr>
          <w:rFonts w:ascii="Arial Narrow" w:hAnsi="Arial Narrow"/>
          <w:bCs/>
          <w:sz w:val="16"/>
          <w:szCs w:val="16"/>
          <w:lang w:val="pt-PT"/>
        </w:rPr>
        <w:tab/>
      </w:r>
    </w:p>
    <w:p w14:paraId="5B14BAE7" w14:textId="26096B8E" w:rsidR="00173BEC" w:rsidRPr="00173BEC" w:rsidRDefault="00173BEC" w:rsidP="00173BEC">
      <w:pPr>
        <w:spacing w:after="0" w:line="240" w:lineRule="auto"/>
        <w:jc w:val="both"/>
        <w:rPr>
          <w:rFonts w:ascii="Arial Narrow" w:hAnsi="Arial Narrow"/>
          <w:b/>
          <w:bCs/>
          <w:sz w:val="16"/>
          <w:szCs w:val="16"/>
          <w:lang w:val="pt-PT"/>
        </w:rPr>
      </w:pPr>
      <w:r w:rsidRPr="00173BEC">
        <w:rPr>
          <w:rFonts w:ascii="Arial Narrow" w:hAnsi="Arial Narrow"/>
          <w:bCs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046AD9" wp14:editId="449F1585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786510650" name="Casetă tex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83DF2C" w14:textId="77777777" w:rsidR="00173BEC" w:rsidRDefault="00173BEC" w:rsidP="00173BEC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046AD9" id="_x0000_t202" coordsize="21600,21600" o:spt="202" path="m,l,21600r21600,l21600,xe">
                <v:stroke joinstyle="miter"/>
                <v:path gradientshapeok="t" o:connecttype="rect"/>
              </v:shapetype>
              <v:shape id="Casetă text 4" o:spid="_x0000_s1026" type="#_x0000_t202" style="position:absolute;left:0;text-align:left;margin-left:272.25pt;margin-top:2.75pt;width:28.5pt;height:1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3383DF2C" w14:textId="77777777" w:rsidR="00173BEC" w:rsidRDefault="00173BEC" w:rsidP="00173BEC"/>
                  </w:txbxContent>
                </v:textbox>
              </v:shape>
            </w:pict>
          </mc:Fallback>
        </mc:AlternateContent>
      </w:r>
      <w:r w:rsidRPr="00173BEC">
        <w:rPr>
          <w:rFonts w:ascii="Arial Narrow" w:hAnsi="Arial Narrow"/>
          <w:bCs/>
          <w:sz w:val="16"/>
          <w:szCs w:val="16"/>
          <w:lang w:val="pt-PT"/>
        </w:rPr>
        <w:t>Comuna Zau de Câmpie</w:t>
      </w:r>
      <w:r w:rsidRPr="00173BEC">
        <w:rPr>
          <w:rFonts w:ascii="Arial Narrow" w:hAnsi="Arial Narrow"/>
          <w:bCs/>
          <w:sz w:val="16"/>
          <w:szCs w:val="16"/>
          <w:lang w:val="pt-PT"/>
        </w:rPr>
        <w:tab/>
      </w:r>
      <w:r w:rsidRPr="00173BEC">
        <w:rPr>
          <w:rFonts w:ascii="Arial Narrow" w:hAnsi="Arial Narrow"/>
          <w:bCs/>
          <w:sz w:val="16"/>
          <w:szCs w:val="16"/>
          <w:lang w:val="pt-PT"/>
        </w:rPr>
        <w:tab/>
      </w:r>
      <w:r w:rsidRPr="00173BEC">
        <w:rPr>
          <w:rFonts w:ascii="Arial Narrow" w:hAnsi="Arial Narrow"/>
          <w:bCs/>
          <w:sz w:val="16"/>
          <w:szCs w:val="16"/>
          <w:lang w:val="pt-PT"/>
        </w:rPr>
        <w:tab/>
      </w:r>
      <w:r w:rsidRPr="00173BEC">
        <w:rPr>
          <w:rFonts w:ascii="Arial Narrow" w:hAnsi="Arial Narrow"/>
          <w:bCs/>
          <w:sz w:val="16"/>
          <w:szCs w:val="16"/>
          <w:lang w:val="pt-PT"/>
        </w:rPr>
        <w:tab/>
      </w:r>
      <w:r w:rsidRPr="00173BEC">
        <w:rPr>
          <w:rFonts w:ascii="Arial Narrow" w:hAnsi="Arial Narrow"/>
          <w:bCs/>
          <w:sz w:val="16"/>
          <w:szCs w:val="16"/>
          <w:lang w:val="pt-PT"/>
        </w:rPr>
        <w:tab/>
      </w:r>
      <w:r w:rsidRPr="00173BEC">
        <w:rPr>
          <w:rFonts w:ascii="Arial Narrow" w:hAnsi="Arial Narrow"/>
          <w:bCs/>
          <w:sz w:val="16"/>
          <w:szCs w:val="16"/>
          <w:lang w:val="pt-PT"/>
        </w:rPr>
        <w:tab/>
      </w:r>
    </w:p>
    <w:p w14:paraId="45531BBD" w14:textId="77777777" w:rsidR="00173BEC" w:rsidRPr="00173BEC" w:rsidRDefault="00173BEC" w:rsidP="00173BEC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73BEC">
        <w:rPr>
          <w:rFonts w:ascii="Arial Narrow" w:hAnsi="Arial Narrow"/>
          <w:bCs/>
          <w:sz w:val="16"/>
          <w:szCs w:val="16"/>
          <w:lang w:val="pt-PT"/>
        </w:rPr>
        <w:t>CIF4375917, Zau de Câmpie, strada Republicii, nr.18</w:t>
      </w:r>
    </w:p>
    <w:p w14:paraId="205C0A1D" w14:textId="77777777" w:rsidR="00173BEC" w:rsidRPr="00173BEC" w:rsidRDefault="00173BEC" w:rsidP="00173BEC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73BEC">
        <w:rPr>
          <w:rFonts w:ascii="Arial Narrow" w:hAnsi="Arial Narrow"/>
          <w:bCs/>
          <w:sz w:val="16"/>
          <w:szCs w:val="16"/>
          <w:lang w:val="pt-PT"/>
        </w:rPr>
        <w:t>Telefon: 0265 486112</w:t>
      </w:r>
    </w:p>
    <w:p w14:paraId="05FCB5F5" w14:textId="77777777" w:rsidR="00173BEC" w:rsidRPr="00173BEC" w:rsidRDefault="00173BEC" w:rsidP="00173BEC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73BEC">
        <w:rPr>
          <w:rFonts w:ascii="Arial Narrow" w:hAnsi="Arial Narrow"/>
          <w:bCs/>
          <w:sz w:val="16"/>
          <w:szCs w:val="16"/>
          <w:lang w:val="pt-PT"/>
        </w:rPr>
        <w:t xml:space="preserve"> E-mail: </w:t>
      </w:r>
      <w:hyperlink r:id="rId7" w:history="1">
        <w:r w:rsidRPr="00173BEC">
          <w:rPr>
            <w:rStyle w:val="Hyperlink"/>
            <w:rFonts w:ascii="Arial Narrow" w:hAnsi="Arial Narrow"/>
            <w:bCs/>
            <w:sz w:val="16"/>
            <w:szCs w:val="16"/>
            <w:lang w:val="pt-PT"/>
          </w:rPr>
          <w:t>zaucimpiei@cjmures.ro</w:t>
        </w:r>
      </w:hyperlink>
    </w:p>
    <w:p w14:paraId="4ADD2D0E" w14:textId="77777777" w:rsidR="00173BEC" w:rsidRPr="00173BEC" w:rsidRDefault="00173BEC" w:rsidP="00173BEC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73BEC">
        <w:rPr>
          <w:rFonts w:ascii="Arial Narrow" w:hAnsi="Arial Narrow"/>
          <w:bCs/>
          <w:sz w:val="16"/>
          <w:szCs w:val="16"/>
          <w:lang w:val="pt-PT"/>
        </w:rPr>
        <w:t xml:space="preserve"> Număr de înregistrare.................data...............................  </w:t>
      </w:r>
    </w:p>
    <w:p w14:paraId="22163CA4" w14:textId="77777777" w:rsidR="00173BEC" w:rsidRPr="00173BEC" w:rsidRDefault="00173BEC" w:rsidP="00173BEC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</w:p>
    <w:p w14:paraId="5569B960" w14:textId="77777777" w:rsidR="00F9681E" w:rsidRPr="001F7E48" w:rsidRDefault="00F9681E" w:rsidP="00F9681E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</w:p>
    <w:p w14:paraId="53F97AC8" w14:textId="77777777" w:rsidR="00786EB1" w:rsidRPr="001F7E48" w:rsidRDefault="00786EB1">
      <w:pPr>
        <w:autoSpaceDE w:val="0"/>
        <w:autoSpaceDN w:val="0"/>
        <w:spacing w:after="0" w:line="292" w:lineRule="exact"/>
        <w:rPr>
          <w:lang w:val="pt-PT"/>
        </w:rPr>
      </w:pPr>
    </w:p>
    <w:p w14:paraId="24E83282" w14:textId="77777777" w:rsidR="00BD2397" w:rsidRPr="001F7E48" w:rsidRDefault="00B8640C">
      <w:pPr>
        <w:autoSpaceDE w:val="0"/>
        <w:autoSpaceDN w:val="0"/>
        <w:spacing w:after="0" w:line="246" w:lineRule="exact"/>
        <w:ind w:left="3168" w:right="2592"/>
        <w:jc w:val="center"/>
        <w:rPr>
          <w:lang w:val="pt-PT"/>
        </w:rPr>
      </w:pPr>
      <w:r w:rsidRPr="001F7E48">
        <w:rPr>
          <w:rFonts w:ascii="TimesNewRomanPS" w:eastAsia="TimesNewRomanPS" w:hAnsi="TimesNewRomanPS"/>
          <w:b/>
          <w:color w:val="000000"/>
          <w:sz w:val="23"/>
          <w:lang w:val="pt-PT"/>
        </w:rPr>
        <w:t xml:space="preserve">AVIZUL PRIMARULUI </w:t>
      </w:r>
      <w:r w:rsidRPr="001F7E48">
        <w:rPr>
          <w:lang w:val="pt-PT"/>
        </w:rPr>
        <w:br/>
      </w:r>
      <w:r w:rsidRPr="001F7E48">
        <w:rPr>
          <w:rFonts w:ascii="TimesNewRomanPSMT" w:eastAsia="TimesNewRomanPSMT" w:hAnsi="TimesNewRomanPSMT"/>
          <w:color w:val="000000"/>
          <w:w w:val="102"/>
          <w:sz w:val="15"/>
          <w:lang w:val="pt-PT"/>
        </w:rPr>
        <w:t>pentru obiectivul de investiții / documentația de urbanism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3894"/>
        <w:gridCol w:w="5454"/>
      </w:tblGrid>
      <w:tr w:rsidR="00BD2397" w:rsidRPr="00F9681E" w14:paraId="763B5124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AE6759F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1.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REFERINȚE</w:t>
            </w:r>
          </w:p>
        </w:tc>
      </w:tr>
      <w:tr w:rsidR="00BD2397" w:rsidRPr="00F9681E" w14:paraId="731AC1F3" w14:textId="77777777">
        <w:trPr>
          <w:trHeight w:hRule="exact" w:val="502"/>
        </w:trPr>
        <w:tc>
          <w:tcPr>
            <w:tcW w:w="389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CA4BFFF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Cererea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structurii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specialitate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 / </w:t>
            </w:r>
            <w:proofErr w:type="gram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  <w:proofErr w:type="gramEnd"/>
          </w:p>
        </w:tc>
        <w:tc>
          <w:tcPr>
            <w:tcW w:w="54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766857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Obiectivul</w:t>
            </w:r>
            <w:proofErr w:type="spellEnd"/>
          </w:p>
        </w:tc>
      </w:tr>
      <w:tr w:rsidR="00BD2397" w:rsidRPr="00F9681E" w14:paraId="667B73BA" w14:textId="77777777">
        <w:trPr>
          <w:trHeight w:hRule="exact" w:val="514"/>
        </w:trPr>
        <w:tc>
          <w:tcPr>
            <w:tcW w:w="389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48F8F6C" w14:textId="77777777" w:rsidR="00BD2397" w:rsidRPr="001F7E48" w:rsidRDefault="00B8640C">
            <w:pPr>
              <w:autoSpaceDE w:val="0"/>
              <w:autoSpaceDN w:val="0"/>
              <w:spacing w:after="0" w:line="166" w:lineRule="exact"/>
              <w:ind w:left="100" w:right="1152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Înaintată de Instituția Arhitectului-Șef a </w:t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județului / municipiului București</w:t>
            </w:r>
          </w:p>
        </w:tc>
        <w:tc>
          <w:tcPr>
            <w:tcW w:w="54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27DFDB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Reprezentată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prin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arhitect-șef</w:t>
            </w:r>
            <w:proofErr w:type="spellEnd"/>
          </w:p>
        </w:tc>
      </w:tr>
    </w:tbl>
    <w:p w14:paraId="29139863" w14:textId="77777777" w:rsidR="00BD2397" w:rsidRPr="00F9681E" w:rsidRDefault="00B8640C">
      <w:pPr>
        <w:autoSpaceDE w:val="0"/>
        <w:autoSpaceDN w:val="0"/>
        <w:spacing w:after="0" w:line="200" w:lineRule="exact"/>
        <w:ind w:left="710"/>
        <w:rPr>
          <w:sz w:val="16"/>
          <w:szCs w:val="16"/>
        </w:rPr>
      </w:pP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În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temeiul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prevederilor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Legii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nr. 169/2026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privind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Codul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amenajării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teritoriului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urbanismului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și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construcțiilor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având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în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vedere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documentația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tehnică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de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referință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depusă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și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în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conformitate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cu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hotărârile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consiliului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local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în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vigoare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se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emite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prezentul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: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5452"/>
        <w:gridCol w:w="3896"/>
      </w:tblGrid>
      <w:tr w:rsidR="00BD2397" w:rsidRPr="00F9681E" w14:paraId="2F4D4154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FC9E46E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2.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AVIZ</w:t>
            </w:r>
          </w:p>
        </w:tc>
      </w:tr>
      <w:tr w:rsidR="00BD2397" w:rsidRPr="00173BEC" w14:paraId="649A795E" w14:textId="77777777">
        <w:trPr>
          <w:trHeight w:hRule="exact" w:val="218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1D0069C" w14:textId="77777777" w:rsidR="00BD2397" w:rsidRPr="001F7E48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FAVORABIL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FAVORABIL CU CONDIȚII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NEFAVORABIL</w:t>
            </w:r>
          </w:p>
        </w:tc>
      </w:tr>
      <w:tr w:rsidR="00BD2397" w:rsidRPr="00173BEC" w14:paraId="46D96421" w14:textId="77777777">
        <w:trPr>
          <w:trHeight w:hRule="exact" w:val="168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52EFE2B" w14:textId="77777777" w:rsidR="00BD2397" w:rsidRPr="001F7E48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privind încadrarea obiectivului de investiții solicitat în prevederile documentațiilor de urbanism și de amenajare a teritoriului aprobate, după cum urmează: </w:t>
            </w:r>
          </w:p>
        </w:tc>
      </w:tr>
      <w:tr w:rsidR="00BD2397" w:rsidRPr="00173BEC" w14:paraId="52F9B83B" w14:textId="77777777">
        <w:trPr>
          <w:trHeight w:hRule="exact" w:val="504"/>
        </w:trPr>
        <w:tc>
          <w:tcPr>
            <w:tcW w:w="545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CE31BC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Documentația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 urbanism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aplicabilă</w:t>
            </w:r>
            <w:proofErr w:type="spellEnd"/>
          </w:p>
        </w:tc>
        <w:tc>
          <w:tcPr>
            <w:tcW w:w="389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FADA0AC" w14:textId="77777777" w:rsidR="00BD2397" w:rsidRPr="001F7E48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Aprobată prin hotărârea consiliului local nr. / data</w:t>
            </w:r>
          </w:p>
        </w:tc>
      </w:tr>
    </w:tbl>
    <w:p w14:paraId="511D8FCA" w14:textId="77777777" w:rsidR="00BD2397" w:rsidRPr="00F9681E" w:rsidRDefault="00B8640C">
      <w:pPr>
        <w:autoSpaceDE w:val="0"/>
        <w:autoSpaceDN w:val="0"/>
        <w:spacing w:after="0" w:line="272" w:lineRule="exact"/>
        <w:ind w:left="1964"/>
        <w:rPr>
          <w:sz w:val="16"/>
          <w:szCs w:val="16"/>
        </w:rPr>
      </w:pPr>
      <w:r w:rsidRPr="00F9681E">
        <w:rPr>
          <w:rFonts w:ascii="TimesNewRomanPS" w:eastAsia="TimesNewRomanPS" w:hAnsi="TimesNewRomanPS"/>
          <w:b/>
          <w:color w:val="000000"/>
          <w:sz w:val="16"/>
          <w:szCs w:val="16"/>
        </w:rPr>
        <w:t>ELEMENTELE CARACTERISTICE ALE IMOBILULUI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1785FF53" w14:textId="77777777">
        <w:trPr>
          <w:trHeight w:hRule="exact" w:val="21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62228D9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3.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REGIMUL JURIDIC</w:t>
            </w:r>
          </w:p>
        </w:tc>
      </w:tr>
      <w:tr w:rsidR="00BD2397" w:rsidRPr="00F9681E" w14:paraId="5815BBF3" w14:textId="77777777">
        <w:trPr>
          <w:trHeight w:hRule="exact" w:val="76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AA0DB9D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54D82FAB" w14:textId="77777777" w:rsidR="00BD2397" w:rsidRPr="00F9681E" w:rsidRDefault="00BD2397">
      <w:pPr>
        <w:autoSpaceDE w:val="0"/>
        <w:autoSpaceDN w:val="0"/>
        <w:spacing w:after="0" w:line="116" w:lineRule="exact"/>
        <w:rPr>
          <w:sz w:val="16"/>
          <w:szCs w:val="16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7792"/>
        <w:gridCol w:w="1556"/>
      </w:tblGrid>
      <w:tr w:rsidR="00BD2397" w:rsidRPr="00F9681E" w14:paraId="7A0CCE74" w14:textId="77777777">
        <w:trPr>
          <w:trHeight w:hRule="exact" w:val="212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4A99D86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4.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REGIMUL ECONOMIC</w:t>
            </w:r>
          </w:p>
        </w:tc>
      </w:tr>
      <w:tr w:rsidR="00BD2397" w:rsidRPr="00173BEC" w14:paraId="091709D4" w14:textId="77777777">
        <w:trPr>
          <w:trHeight w:hRule="exact" w:val="678"/>
        </w:trPr>
        <w:tc>
          <w:tcPr>
            <w:tcW w:w="7792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85941D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Prevederea</w:t>
            </w:r>
            <w:proofErr w:type="spellEnd"/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340695D" w14:textId="77777777" w:rsidR="00BD2397" w:rsidRPr="001F7E48" w:rsidRDefault="00B8640C">
            <w:pPr>
              <w:autoSpaceDE w:val="0"/>
              <w:autoSpaceDN w:val="0"/>
              <w:spacing w:after="0" w:line="166" w:lineRule="exact"/>
              <w:ind w:left="98" w:right="288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Actul de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reglementare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RLU · HCL · lege, nr./an</w:t>
            </w:r>
          </w:p>
        </w:tc>
      </w:tr>
      <w:tr w:rsidR="00BD2397" w:rsidRPr="00173BEC" w14:paraId="25AF721D" w14:textId="77777777">
        <w:trPr>
          <w:trHeight w:hRule="exact" w:val="284"/>
        </w:trPr>
        <w:tc>
          <w:tcPr>
            <w:tcW w:w="7792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3E0B300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E3FEE8C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173BEC" w14:paraId="2F91BDA5" w14:textId="77777777">
        <w:trPr>
          <w:trHeight w:hRule="exact" w:val="286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6B982BF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5D9CCC7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173BEC" w14:paraId="66AAD7E0" w14:textId="77777777">
        <w:trPr>
          <w:trHeight w:hRule="exact" w:val="282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5252422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CE7E0DF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</w:tbl>
    <w:p w14:paraId="432898CC" w14:textId="77777777" w:rsidR="00BD2397" w:rsidRPr="001F7E48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7792"/>
        <w:gridCol w:w="1556"/>
      </w:tblGrid>
      <w:tr w:rsidR="00BD2397" w:rsidRPr="00F9681E" w14:paraId="05FC1DF2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77A9D95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5.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REGIMUL TEHNIC</w:t>
            </w:r>
          </w:p>
        </w:tc>
      </w:tr>
      <w:tr w:rsidR="00BD2397" w:rsidRPr="00173BEC" w14:paraId="1FE36AB9" w14:textId="77777777">
        <w:trPr>
          <w:trHeight w:hRule="exact" w:val="680"/>
        </w:trPr>
        <w:tc>
          <w:tcPr>
            <w:tcW w:w="7792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41584F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Prevederea</w:t>
            </w:r>
            <w:proofErr w:type="spellEnd"/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89AA61D" w14:textId="77777777" w:rsidR="00BD2397" w:rsidRPr="001F7E48" w:rsidRDefault="00B8640C">
            <w:pPr>
              <w:autoSpaceDE w:val="0"/>
              <w:autoSpaceDN w:val="0"/>
              <w:spacing w:after="0" w:line="166" w:lineRule="exact"/>
              <w:ind w:left="98" w:right="288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Actul de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reglementare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RLU · HCL · lege, nr./an</w:t>
            </w:r>
          </w:p>
        </w:tc>
      </w:tr>
      <w:tr w:rsidR="00BD2397" w:rsidRPr="00173BEC" w14:paraId="47E332E0" w14:textId="77777777">
        <w:trPr>
          <w:trHeight w:hRule="exact" w:val="284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281F9EB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F5DADD8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173BEC" w14:paraId="4F120F06" w14:textId="77777777">
        <w:trPr>
          <w:trHeight w:hRule="exact" w:val="284"/>
        </w:trPr>
        <w:tc>
          <w:tcPr>
            <w:tcW w:w="7792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2239B81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B11A5CA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173BEC" w14:paraId="546A1178" w14:textId="77777777">
        <w:trPr>
          <w:trHeight w:hRule="exact" w:val="284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2D72E74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41DC061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</w:tbl>
    <w:p w14:paraId="042D1D56" w14:textId="77777777" w:rsidR="00BD2397" w:rsidRPr="001F7E48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173BEC" w14:paraId="7886E7C5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1CB1F91" w14:textId="77777777" w:rsidR="00BD2397" w:rsidRPr="001F7E48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6. </w:t>
            </w:r>
            <w:r w:rsidRPr="001F7E48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>REGIMUL DE MODIFICARE SAU ACTUALIZARE A DOCUMENTAȚIEI DE URBANISM</w:t>
            </w:r>
          </w:p>
        </w:tc>
      </w:tr>
      <w:tr w:rsidR="00BD2397" w:rsidRPr="00173BEC" w14:paraId="5DFBF9DD" w14:textId="77777777">
        <w:trPr>
          <w:trHeight w:hRule="exact" w:val="214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A76788F" w14:textId="77777777" w:rsidR="00BD2397" w:rsidRPr="00F9681E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  <w:lang w:val="sv-SE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obiectivul de investiții NU se poate realiza, întrucât</w:t>
            </w:r>
          </w:p>
        </w:tc>
      </w:tr>
      <w:tr w:rsidR="00BD2397" w:rsidRPr="00173BEC" w14:paraId="663D566D" w14:textId="77777777">
        <w:trPr>
          <w:trHeight w:hRule="exact" w:val="51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6AD6D0D" w14:textId="77777777" w:rsidR="00BD2397" w:rsidRPr="00F9681E" w:rsidRDefault="00BD2397">
            <w:pPr>
              <w:spacing w:after="0"/>
              <w:rPr>
                <w:sz w:val="16"/>
                <w:szCs w:val="16"/>
                <w:lang w:val="sv-SE"/>
              </w:rPr>
            </w:pPr>
          </w:p>
        </w:tc>
      </w:tr>
    </w:tbl>
    <w:p w14:paraId="5A29711B" w14:textId="77777777" w:rsidR="00BD2397" w:rsidRPr="00F9681E" w:rsidRDefault="00BD2397">
      <w:pPr>
        <w:autoSpaceDE w:val="0"/>
        <w:autoSpaceDN w:val="0"/>
        <w:spacing w:after="0" w:line="116" w:lineRule="exact"/>
        <w:rPr>
          <w:sz w:val="16"/>
          <w:szCs w:val="16"/>
          <w:lang w:val="sv-SE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173BEC" w14:paraId="28316E75" w14:textId="77777777">
        <w:trPr>
          <w:trHeight w:hRule="exact" w:val="328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2E50D07" w14:textId="77777777" w:rsidR="00BD2397" w:rsidRPr="00F9681E" w:rsidRDefault="00B8640C">
            <w:pPr>
              <w:autoSpaceDE w:val="0"/>
              <w:autoSpaceDN w:val="0"/>
              <w:spacing w:after="0" w:line="158" w:lineRule="exact"/>
              <w:ind w:left="100" w:right="576"/>
              <w:rPr>
                <w:sz w:val="16"/>
                <w:szCs w:val="16"/>
                <w:lang w:val="sv-SE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sv-SE"/>
              </w:rPr>
              <w:t xml:space="preserve">Prezentul aviz își menține valabilitatea pe toată perioada de valabilitate a certificatului de urbanism de referință nr. …………………… din data de ……………………, emis pentru acest obiectiv. </w:t>
            </w:r>
          </w:p>
        </w:tc>
      </w:tr>
    </w:tbl>
    <w:p w14:paraId="0B6738BB" w14:textId="77777777" w:rsidR="00BD2397" w:rsidRPr="00F9681E" w:rsidRDefault="00BD2397">
      <w:pPr>
        <w:autoSpaceDE w:val="0"/>
        <w:autoSpaceDN w:val="0"/>
        <w:spacing w:after="0" w:line="118" w:lineRule="exact"/>
        <w:rPr>
          <w:sz w:val="16"/>
          <w:szCs w:val="16"/>
          <w:lang w:val="sv-SE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4674"/>
        <w:gridCol w:w="1558"/>
        <w:gridCol w:w="3116"/>
      </w:tblGrid>
      <w:tr w:rsidR="00BD2397" w:rsidRPr="00F9681E" w14:paraId="7339CC67" w14:textId="77777777">
        <w:trPr>
          <w:trHeight w:hRule="exact" w:val="212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1F80739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sv-SE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7.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SEMNĂTURA</w:t>
            </w:r>
          </w:p>
        </w:tc>
      </w:tr>
      <w:tr w:rsidR="00BD2397" w:rsidRPr="00F9681E" w14:paraId="231E0DD5" w14:textId="77777777" w:rsidTr="00C44B4D">
        <w:trPr>
          <w:trHeight w:hRule="exact" w:val="1022"/>
        </w:trPr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B637C30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Primarul</w:t>
            </w:r>
            <w:proofErr w:type="spellEnd"/>
          </w:p>
        </w:tc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29FFF27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F0C3A1B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14:paraId="53055DB3" w14:textId="77777777" w:rsidR="00BD2397" w:rsidRPr="001F7E48" w:rsidRDefault="00B8640C">
      <w:pPr>
        <w:tabs>
          <w:tab w:val="left" w:pos="4836"/>
        </w:tabs>
        <w:autoSpaceDE w:val="0"/>
        <w:autoSpaceDN w:val="0"/>
        <w:spacing w:after="0" w:line="144" w:lineRule="exact"/>
        <w:ind w:left="710"/>
        <w:rPr>
          <w:sz w:val="16"/>
          <w:szCs w:val="16"/>
          <w:lang w:val="pt-PT"/>
        </w:rPr>
      </w:pPr>
      <w:r w:rsidRPr="001F7E48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 xml:space="preserve">F_A_06· versiunea 1.0 </w:t>
      </w:r>
      <w:r w:rsidRPr="001F7E48">
        <w:rPr>
          <w:sz w:val="16"/>
          <w:szCs w:val="16"/>
          <w:lang w:val="pt-PT"/>
        </w:rPr>
        <w:tab/>
      </w:r>
      <w:r w:rsidRPr="001F7E48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>pagina 1 din 1</w:t>
      </w:r>
    </w:p>
    <w:p w14:paraId="63BC7A4B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sectPr w:rsidR="00BD2397" w:rsidRPr="001F7E48" w:rsidSect="00F976A1">
      <w:pgSz w:w="11900" w:h="16840"/>
      <w:pgMar w:top="126" w:right="546" w:bottom="236" w:left="108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6063C"/>
    <w:rsid w:val="000C1C98"/>
    <w:rsid w:val="0015074B"/>
    <w:rsid w:val="00173BEC"/>
    <w:rsid w:val="00184E29"/>
    <w:rsid w:val="00187A6E"/>
    <w:rsid w:val="001C63D4"/>
    <w:rsid w:val="001F5194"/>
    <w:rsid w:val="001F7E48"/>
    <w:rsid w:val="0029639D"/>
    <w:rsid w:val="002A5EAB"/>
    <w:rsid w:val="00326F90"/>
    <w:rsid w:val="003C5479"/>
    <w:rsid w:val="003D684B"/>
    <w:rsid w:val="003F7FDF"/>
    <w:rsid w:val="004761A5"/>
    <w:rsid w:val="00616AC8"/>
    <w:rsid w:val="00646AD5"/>
    <w:rsid w:val="0068581A"/>
    <w:rsid w:val="00786EB1"/>
    <w:rsid w:val="008D0C1E"/>
    <w:rsid w:val="00912339"/>
    <w:rsid w:val="00944F95"/>
    <w:rsid w:val="009F0C11"/>
    <w:rsid w:val="00A1149B"/>
    <w:rsid w:val="00A32041"/>
    <w:rsid w:val="00AA1D8D"/>
    <w:rsid w:val="00AB1449"/>
    <w:rsid w:val="00B40836"/>
    <w:rsid w:val="00B47730"/>
    <w:rsid w:val="00B84130"/>
    <w:rsid w:val="00B8640C"/>
    <w:rsid w:val="00BD2397"/>
    <w:rsid w:val="00BE77F5"/>
    <w:rsid w:val="00C44B4D"/>
    <w:rsid w:val="00C53134"/>
    <w:rsid w:val="00CB0664"/>
    <w:rsid w:val="00CB26DE"/>
    <w:rsid w:val="00CE6227"/>
    <w:rsid w:val="00D70A05"/>
    <w:rsid w:val="00E5523C"/>
    <w:rsid w:val="00F52FE7"/>
    <w:rsid w:val="00F9681E"/>
    <w:rsid w:val="00F976A1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73B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ucimpiei@cjmures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4</cp:revision>
  <dcterms:created xsi:type="dcterms:W3CDTF">2026-09-07T10:42:00Z</dcterms:created>
  <dcterms:modified xsi:type="dcterms:W3CDTF">2026-09-08T08:53:00Z</dcterms:modified>
</cp:coreProperties>
</file>