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51A14" w14:textId="77777777" w:rsidR="00BD2397" w:rsidRDefault="00BD2397">
      <w:pPr>
        <w:autoSpaceDE w:val="0"/>
        <w:autoSpaceDN w:val="0"/>
        <w:spacing w:after="0" w:line="126" w:lineRule="exact"/>
      </w:pPr>
    </w:p>
    <w:p w14:paraId="143A4C2C" w14:textId="77777777" w:rsidR="00BD2397" w:rsidRPr="00912339" w:rsidRDefault="00BD2397">
      <w:pPr>
        <w:autoSpaceDE w:val="0"/>
        <w:autoSpaceDN w:val="0"/>
        <w:spacing w:after="0" w:line="126" w:lineRule="exact"/>
        <w:rPr>
          <w:lang w:val="sv-SE"/>
        </w:rPr>
      </w:pPr>
    </w:p>
    <w:p w14:paraId="4C5D59C1" w14:textId="77777777" w:rsidR="00BD2397" w:rsidRPr="001F7E48" w:rsidRDefault="00BD2397">
      <w:pPr>
        <w:autoSpaceDE w:val="0"/>
        <w:autoSpaceDN w:val="0"/>
        <w:spacing w:after="0" w:line="126" w:lineRule="exact"/>
        <w:rPr>
          <w:lang w:val="pt-PT"/>
        </w:rPr>
      </w:pPr>
    </w:p>
    <w:p w14:paraId="19FADB4E" w14:textId="77777777" w:rsidR="00BD2397" w:rsidRPr="001F7E48" w:rsidRDefault="00BD2397">
      <w:pPr>
        <w:autoSpaceDE w:val="0"/>
        <w:autoSpaceDN w:val="0"/>
        <w:spacing w:after="0" w:line="126" w:lineRule="exact"/>
        <w:rPr>
          <w:lang w:val="pt-PT"/>
        </w:rPr>
      </w:pPr>
    </w:p>
    <w:p w14:paraId="5CAE9067" w14:textId="77777777" w:rsidR="00BD2397" w:rsidRPr="001F7E48" w:rsidRDefault="00BD2397">
      <w:pPr>
        <w:autoSpaceDE w:val="0"/>
        <w:autoSpaceDN w:val="0"/>
        <w:spacing w:after="0" w:line="126" w:lineRule="exact"/>
        <w:rPr>
          <w:lang w:val="pt-PT"/>
        </w:rPr>
      </w:pPr>
    </w:p>
    <w:p w14:paraId="63BC7A4B" w14:textId="77777777" w:rsidR="00BD2397" w:rsidRPr="001F7E48" w:rsidRDefault="00BD2397">
      <w:pPr>
        <w:autoSpaceDE w:val="0"/>
        <w:autoSpaceDN w:val="0"/>
        <w:spacing w:after="0" w:line="126" w:lineRule="exact"/>
        <w:rPr>
          <w:lang w:val="pt-PT"/>
        </w:rPr>
      </w:pPr>
    </w:p>
    <w:p w14:paraId="10EEED62" w14:textId="77777777" w:rsidR="00BD2397" w:rsidRPr="001F7E48" w:rsidRDefault="00BD2397">
      <w:pPr>
        <w:autoSpaceDE w:val="0"/>
        <w:autoSpaceDN w:val="0"/>
        <w:spacing w:after="0" w:line="126" w:lineRule="exact"/>
        <w:rPr>
          <w:lang w:val="pt-PT"/>
        </w:rPr>
      </w:pPr>
    </w:p>
    <w:p w14:paraId="7130DB22" w14:textId="77777777" w:rsidR="00BD2397" w:rsidRPr="001F5194" w:rsidRDefault="00BD2397">
      <w:pPr>
        <w:autoSpaceDE w:val="0"/>
        <w:autoSpaceDN w:val="0"/>
        <w:spacing w:after="0" w:line="126" w:lineRule="exact"/>
        <w:rPr>
          <w:lang w:val="pt-PT"/>
        </w:rPr>
      </w:pPr>
    </w:p>
    <w:p w14:paraId="7E80B467" w14:textId="77777777" w:rsidR="00BD2397" w:rsidRPr="00912339" w:rsidRDefault="00BD2397">
      <w:pPr>
        <w:autoSpaceDE w:val="0"/>
        <w:autoSpaceDN w:val="0"/>
        <w:spacing w:after="0" w:line="126" w:lineRule="exact"/>
        <w:rPr>
          <w:lang w:val="sv-SE"/>
        </w:rPr>
      </w:pPr>
    </w:p>
    <w:p w14:paraId="376E8300" w14:textId="01A85030" w:rsidR="00630731" w:rsidRPr="00630731" w:rsidRDefault="00630731" w:rsidP="00630731">
      <w:pPr>
        <w:autoSpaceDE w:val="0"/>
        <w:autoSpaceDN w:val="0"/>
        <w:spacing w:after="0" w:line="292" w:lineRule="exact"/>
        <w:rPr>
          <w:lang w:val="pt-PT"/>
        </w:rPr>
      </w:pPr>
      <w:r w:rsidRPr="00630731">
        <w:drawing>
          <wp:anchor distT="0" distB="0" distL="114300" distR="114300" simplePos="0" relativeHeight="251660288" behindDoc="0" locked="0" layoutInCell="1" allowOverlap="1" wp14:anchorId="37771CB8" wp14:editId="7B6C37DF">
            <wp:simplePos x="0" y="0"/>
            <wp:positionH relativeFrom="margin">
              <wp:align>left</wp:align>
            </wp:positionH>
            <wp:positionV relativeFrom="paragraph">
              <wp:posOffset>148590</wp:posOffset>
            </wp:positionV>
            <wp:extent cx="719455" cy="1075690"/>
            <wp:effectExtent l="0" t="0" r="4445" b="0"/>
            <wp:wrapSquare wrapText="bothSides"/>
            <wp:docPr id="1110157544"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1075690"/>
                    </a:xfrm>
                    <a:prstGeom prst="rect">
                      <a:avLst/>
                    </a:prstGeom>
                    <a:noFill/>
                  </pic:spPr>
                </pic:pic>
              </a:graphicData>
            </a:graphic>
            <wp14:sizeRelH relativeFrom="page">
              <wp14:pctWidth>0</wp14:pctWidth>
            </wp14:sizeRelH>
            <wp14:sizeRelV relativeFrom="page">
              <wp14:pctHeight>0</wp14:pctHeight>
            </wp14:sizeRelV>
          </wp:anchor>
        </w:drawing>
      </w:r>
    </w:p>
    <w:p w14:paraId="25A46215" w14:textId="77777777" w:rsidR="00630731" w:rsidRPr="00630731" w:rsidRDefault="00630731" w:rsidP="00630731">
      <w:pPr>
        <w:autoSpaceDE w:val="0"/>
        <w:autoSpaceDN w:val="0"/>
        <w:spacing w:after="0" w:line="292" w:lineRule="exact"/>
        <w:rPr>
          <w:b/>
          <w:lang w:val="pt-PT"/>
        </w:rPr>
      </w:pPr>
      <w:r w:rsidRPr="00630731">
        <w:rPr>
          <w:lang w:val="pt-PT"/>
        </w:rPr>
        <w:t xml:space="preserve">Judeţul  MUREŞ                                                                                                    </w:t>
      </w:r>
      <w:r w:rsidRPr="00630731">
        <w:rPr>
          <w:b/>
          <w:lang w:val="pt-PT"/>
        </w:rPr>
        <w:t xml:space="preserve"> </w:t>
      </w:r>
      <w:r w:rsidRPr="00630731">
        <w:rPr>
          <w:lang w:val="pt-PT"/>
        </w:rPr>
        <w:t xml:space="preserve">   </w:t>
      </w:r>
      <w:r w:rsidRPr="00630731">
        <w:rPr>
          <w:b/>
          <w:lang w:val="pt-PT"/>
        </w:rPr>
        <w:t xml:space="preserve"> </w:t>
      </w:r>
      <w:r w:rsidRPr="00630731">
        <w:rPr>
          <w:lang w:val="pt-PT"/>
        </w:rPr>
        <w:t xml:space="preserve"> </w:t>
      </w:r>
      <w:r w:rsidRPr="00630731">
        <w:rPr>
          <w:lang w:val="pt-PT"/>
        </w:rPr>
        <w:tab/>
      </w:r>
    </w:p>
    <w:p w14:paraId="2E537342" w14:textId="1DC71C5E" w:rsidR="00630731" w:rsidRPr="00630731" w:rsidRDefault="00630731" w:rsidP="00630731">
      <w:pPr>
        <w:autoSpaceDE w:val="0"/>
        <w:autoSpaceDN w:val="0"/>
        <w:spacing w:after="0" w:line="292" w:lineRule="exact"/>
        <w:rPr>
          <w:b/>
          <w:bCs/>
          <w:lang w:val="pt-PT"/>
        </w:rPr>
      </w:pPr>
      <w:r w:rsidRPr="00630731">
        <mc:AlternateContent>
          <mc:Choice Requires="wps">
            <w:drawing>
              <wp:anchor distT="0" distB="0" distL="114300" distR="114300" simplePos="0" relativeHeight="251659264" behindDoc="0" locked="0" layoutInCell="1" allowOverlap="1" wp14:anchorId="6F959FB9" wp14:editId="554045EB">
                <wp:simplePos x="0" y="0"/>
                <wp:positionH relativeFrom="column">
                  <wp:posOffset>3457575</wp:posOffset>
                </wp:positionH>
                <wp:positionV relativeFrom="paragraph">
                  <wp:posOffset>34925</wp:posOffset>
                </wp:positionV>
                <wp:extent cx="361950" cy="134620"/>
                <wp:effectExtent l="0" t="0" r="0" b="0"/>
                <wp:wrapNone/>
                <wp:docPr id="28155628" name="Casetă tex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34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1D7717" w14:textId="77777777" w:rsidR="00630731" w:rsidRDefault="00630731" w:rsidP="00630731"/>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959FB9" id="_x0000_t202" coordsize="21600,21600" o:spt="202" path="m,l,21600r21600,l21600,xe">
                <v:stroke joinstyle="miter"/>
                <v:path gradientshapeok="t" o:connecttype="rect"/>
              </v:shapetype>
              <v:shape id="Casetă text 4" o:spid="_x0000_s1026" type="#_x0000_t202" style="position:absolute;margin-left:272.25pt;margin-top:2.75pt;width:28.5pt;height:1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" stroked="f">
                <v:textbox>
                  <w:txbxContent>
                    <w:p w14:paraId="5A1D7717" w14:textId="77777777" w:rsidR="00630731" w:rsidRDefault="00630731" w:rsidP="00630731"/>
                  </w:txbxContent>
                </v:textbox>
              </v:shape>
            </w:pict>
          </mc:Fallback>
        </mc:AlternateContent>
      </w:r>
      <w:r w:rsidRPr="00630731">
        <w:rPr>
          <w:bCs/>
          <w:lang w:val="pt-PT"/>
        </w:rPr>
        <w:t>Comuna Zau de Câmpie</w:t>
      </w:r>
      <w:r w:rsidRPr="00630731">
        <w:rPr>
          <w:bCs/>
          <w:lang w:val="pt-PT"/>
        </w:rPr>
        <w:tab/>
      </w:r>
      <w:r w:rsidRPr="00630731">
        <w:rPr>
          <w:bCs/>
          <w:lang w:val="pt-PT"/>
        </w:rPr>
        <w:tab/>
      </w:r>
      <w:r w:rsidRPr="00630731">
        <w:rPr>
          <w:bCs/>
          <w:lang w:val="pt-PT"/>
        </w:rPr>
        <w:tab/>
      </w:r>
      <w:r w:rsidRPr="00630731">
        <w:rPr>
          <w:bCs/>
          <w:lang w:val="pt-PT"/>
        </w:rPr>
        <w:tab/>
      </w:r>
      <w:r w:rsidRPr="00630731">
        <w:rPr>
          <w:bCs/>
          <w:lang w:val="pt-PT"/>
        </w:rPr>
        <w:tab/>
      </w:r>
      <w:r w:rsidRPr="00630731">
        <w:rPr>
          <w:bCs/>
          <w:lang w:val="pt-PT"/>
        </w:rPr>
        <w:tab/>
      </w:r>
    </w:p>
    <w:p w14:paraId="52796439" w14:textId="77777777" w:rsidR="00630731" w:rsidRPr="00630731" w:rsidRDefault="00630731" w:rsidP="00630731">
      <w:pPr>
        <w:autoSpaceDE w:val="0"/>
        <w:autoSpaceDN w:val="0"/>
        <w:spacing w:after="0" w:line="292" w:lineRule="exact"/>
        <w:rPr>
          <w:bCs/>
          <w:lang w:val="pt-PT"/>
        </w:rPr>
      </w:pPr>
      <w:r w:rsidRPr="00630731">
        <w:rPr>
          <w:bCs/>
          <w:lang w:val="pt-PT"/>
        </w:rPr>
        <w:t>CIF4375917, Zau de Câmpie, strada Republicii, nr.18</w:t>
      </w:r>
    </w:p>
    <w:p w14:paraId="1606AFDB" w14:textId="77777777" w:rsidR="00630731" w:rsidRPr="00630731" w:rsidRDefault="00630731" w:rsidP="00630731">
      <w:pPr>
        <w:autoSpaceDE w:val="0"/>
        <w:autoSpaceDN w:val="0"/>
        <w:spacing w:after="0" w:line="292" w:lineRule="exact"/>
        <w:rPr>
          <w:bCs/>
          <w:lang w:val="pt-PT"/>
        </w:rPr>
      </w:pPr>
      <w:r w:rsidRPr="00630731">
        <w:rPr>
          <w:bCs/>
          <w:lang w:val="pt-PT"/>
        </w:rPr>
        <w:t>Telefon: 0265 486112</w:t>
      </w:r>
    </w:p>
    <w:p w14:paraId="19953389" w14:textId="77777777" w:rsidR="00630731" w:rsidRPr="00630731" w:rsidRDefault="00630731" w:rsidP="00630731">
      <w:pPr>
        <w:autoSpaceDE w:val="0"/>
        <w:autoSpaceDN w:val="0"/>
        <w:spacing w:after="0" w:line="292" w:lineRule="exact"/>
        <w:rPr>
          <w:bCs/>
          <w:lang w:val="pt-PT"/>
        </w:rPr>
      </w:pPr>
      <w:r w:rsidRPr="00630731">
        <w:rPr>
          <w:bCs/>
          <w:lang w:val="pt-PT"/>
        </w:rPr>
        <w:t xml:space="preserve"> E-mail: </w:t>
      </w:r>
      <w:hyperlink r:id="rId7" w:history="1">
        <w:r w:rsidRPr="00630731">
          <w:rPr>
            <w:rStyle w:val="Hyperlink"/>
            <w:bCs/>
            <w:lang w:val="pt-PT"/>
          </w:rPr>
          <w:t>zaucimpiei@cjmures.ro</w:t>
        </w:r>
      </w:hyperlink>
    </w:p>
    <w:p w14:paraId="0BE6D37B" w14:textId="77777777" w:rsidR="00630731" w:rsidRPr="00630731" w:rsidRDefault="00630731" w:rsidP="00630731">
      <w:pPr>
        <w:autoSpaceDE w:val="0"/>
        <w:autoSpaceDN w:val="0"/>
        <w:spacing w:after="0" w:line="292" w:lineRule="exact"/>
        <w:rPr>
          <w:bCs/>
          <w:lang w:val="pt-PT"/>
        </w:rPr>
      </w:pPr>
      <w:r w:rsidRPr="00630731">
        <w:rPr>
          <w:lang w:val="pt-PT"/>
        </w:rPr>
        <w:t xml:space="preserve"> Număr de înregistrare.................data...............................  </w:t>
      </w:r>
    </w:p>
    <w:p w14:paraId="314BDED1" w14:textId="77777777" w:rsidR="00630731" w:rsidRPr="00630731" w:rsidRDefault="00630731" w:rsidP="00630731">
      <w:pPr>
        <w:autoSpaceDE w:val="0"/>
        <w:autoSpaceDN w:val="0"/>
        <w:spacing w:after="0" w:line="292" w:lineRule="exact"/>
        <w:rPr>
          <w:lang w:val="pt-PT"/>
        </w:rPr>
      </w:pPr>
    </w:p>
    <w:p w14:paraId="1F5AAB47" w14:textId="77777777" w:rsidR="00786EB1" w:rsidRDefault="00786EB1">
      <w:pPr>
        <w:autoSpaceDE w:val="0"/>
        <w:autoSpaceDN w:val="0"/>
        <w:spacing w:after="0" w:line="292" w:lineRule="exact"/>
      </w:pPr>
    </w:p>
    <w:p w14:paraId="74697EF5" w14:textId="77777777" w:rsidR="00BD2397" w:rsidRDefault="00B8640C">
      <w:pPr>
        <w:autoSpaceDE w:val="0"/>
        <w:autoSpaceDN w:val="0"/>
        <w:spacing w:after="0" w:line="330" w:lineRule="exact"/>
        <w:ind w:right="4718"/>
        <w:jc w:val="right"/>
      </w:pPr>
      <w:r>
        <w:rPr>
          <w:rFonts w:ascii="TimesNewRomanPS" w:eastAsia="TimesNewRomanPS" w:hAnsi="TimesNewRomanPS"/>
          <w:b/>
          <w:color w:val="000000"/>
          <w:sz w:val="29"/>
        </w:rPr>
        <w:t>CERERE</w:t>
      </w:r>
    </w:p>
    <w:tbl>
      <w:tblPr>
        <w:tblW w:w="0" w:type="auto"/>
        <w:tblInd w:w="4" w:type="dxa"/>
        <w:tblLayout w:type="fixed"/>
        <w:tblLook w:val="04A0" w:firstRow="1" w:lastRow="0" w:firstColumn="1" w:lastColumn="0" w:noHBand="0" w:noVBand="1"/>
      </w:tblPr>
      <w:tblGrid>
        <w:gridCol w:w="9348"/>
      </w:tblGrid>
      <w:tr w:rsidR="00BD2397" w:rsidRPr="00F9681E" w14:paraId="27565585" w14:textId="77777777">
        <w:trPr>
          <w:trHeight w:hRule="exact" w:val="210"/>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0E3877BD" w14:textId="77777777" w:rsidR="00BD2397" w:rsidRPr="00F9681E" w:rsidRDefault="00B8640C">
            <w:pPr>
              <w:autoSpaceDE w:val="0"/>
              <w:autoSpaceDN w:val="0"/>
              <w:spacing w:after="0" w:line="176" w:lineRule="exact"/>
              <w:ind w:left="100"/>
              <w:rPr>
                <w:sz w:val="16"/>
                <w:szCs w:val="16"/>
              </w:rPr>
            </w:pPr>
            <w:r w:rsidRPr="00F9681E">
              <w:rPr>
                <w:rFonts w:ascii="TimesNewRomanPS" w:eastAsia="TimesNewRomanPS" w:hAnsi="TimesNewRomanPS"/>
                <w:b/>
                <w:color w:val="000000"/>
                <w:w w:val="103"/>
                <w:sz w:val="16"/>
                <w:szCs w:val="16"/>
              </w:rPr>
              <w:t xml:space="preserve"> 1. </w:t>
            </w:r>
            <w:r w:rsidRPr="00F9681E">
              <w:rPr>
                <w:rFonts w:ascii="TimesNewRomanPS" w:eastAsia="TimesNewRomanPS" w:hAnsi="TimesNewRomanPS"/>
                <w:b/>
                <w:color w:val="000000"/>
                <w:w w:val="102"/>
                <w:sz w:val="16"/>
                <w:szCs w:val="16"/>
              </w:rPr>
              <w:t>CĂTRE</w:t>
            </w:r>
          </w:p>
        </w:tc>
      </w:tr>
      <w:tr w:rsidR="00BD2397" w:rsidRPr="00630731" w14:paraId="59920A9D" w14:textId="77777777">
        <w:trPr>
          <w:trHeight w:hRule="exact" w:val="512"/>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361B8A36" w14:textId="77777777" w:rsidR="00BD2397" w:rsidRPr="00CA3FBF" w:rsidRDefault="00B8640C">
            <w:pPr>
              <w:autoSpaceDE w:val="0"/>
              <w:autoSpaceDN w:val="0"/>
              <w:spacing w:after="0" w:line="166" w:lineRule="exact"/>
              <w:ind w:left="100" w:right="4320"/>
              <w:rPr>
                <w:sz w:val="16"/>
                <w:szCs w:val="16"/>
                <w:lang w:val="pt-PT"/>
              </w:rPr>
            </w:pPr>
            <w:r w:rsidRPr="00CA3FBF">
              <w:rPr>
                <w:rFonts w:ascii="TimesNewRomanPS" w:eastAsia="TimesNewRomanPS" w:hAnsi="TimesNewRomanPS"/>
                <w:b/>
                <w:color w:val="0D5F78"/>
                <w:w w:val="97"/>
                <w:sz w:val="16"/>
                <w:szCs w:val="16"/>
                <w:lang w:val="pt-PT"/>
              </w:rPr>
              <w:t xml:space="preserve">Instituția </w:t>
            </w:r>
            <w:r w:rsidRPr="00CA3FBF">
              <w:rPr>
                <w:sz w:val="16"/>
                <w:szCs w:val="16"/>
                <w:lang w:val="pt-PT"/>
              </w:rPr>
              <w:br/>
            </w:r>
            <w:r w:rsidRPr="00CA3FBF">
              <w:rPr>
                <w:rFonts w:ascii="TimesNewRomanPS" w:eastAsia="TimesNewRomanPS" w:hAnsi="TimesNewRomanPS"/>
                <w:i/>
                <w:color w:val="7A7A7A"/>
                <w:w w:val="97"/>
                <w:sz w:val="16"/>
                <w:szCs w:val="16"/>
                <w:lang w:val="pt-PT"/>
              </w:rPr>
              <w:t>primăria municipiului / orașului / comunei · primăria de sector · consiliul județean</w:t>
            </w:r>
          </w:p>
        </w:tc>
      </w:tr>
      <w:tr w:rsidR="00BD2397" w:rsidRPr="00630731" w14:paraId="7AB965A3" w14:textId="77777777">
        <w:trPr>
          <w:trHeight w:hRule="exact" w:val="168"/>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52AE106F" w14:textId="77777777" w:rsidR="00BD2397" w:rsidRPr="00CA3FBF" w:rsidRDefault="00B8640C">
            <w:pPr>
              <w:autoSpaceDE w:val="0"/>
              <w:autoSpaceDN w:val="0"/>
              <w:spacing w:after="0" w:line="144" w:lineRule="exact"/>
              <w:jc w:val="center"/>
              <w:rPr>
                <w:sz w:val="16"/>
                <w:szCs w:val="16"/>
                <w:lang w:val="pt-PT"/>
              </w:rPr>
            </w:pPr>
            <w:r w:rsidRPr="00CA3FBF">
              <w:rPr>
                <w:rFonts w:ascii="TimesNewRomanPSMT" w:eastAsia="TimesNewRomanPSMT" w:hAnsi="TimesNewRomanPSMT"/>
                <w:color w:val="000000"/>
                <w:w w:val="97"/>
                <w:sz w:val="16"/>
                <w:szCs w:val="16"/>
                <w:lang w:val="pt-PT"/>
              </w:rPr>
              <w:t xml:space="preserve">Cererea va fi transmisă către președintele consiliului județean, primarul general, primarul de sector sau primarul municipiului / orașului / comunei, după caz. </w:t>
            </w:r>
          </w:p>
        </w:tc>
      </w:tr>
    </w:tbl>
    <w:p w14:paraId="357D0CF6" w14:textId="77777777" w:rsidR="00BD2397" w:rsidRPr="00CA3FBF" w:rsidRDefault="00BD2397">
      <w:pPr>
        <w:autoSpaceDE w:val="0"/>
        <w:autoSpaceDN w:val="0"/>
        <w:spacing w:after="0" w:line="120" w:lineRule="exact"/>
        <w:rPr>
          <w:sz w:val="16"/>
          <w:szCs w:val="16"/>
          <w:lang w:val="pt-PT"/>
        </w:rPr>
      </w:pPr>
    </w:p>
    <w:tbl>
      <w:tblPr>
        <w:tblW w:w="0" w:type="auto"/>
        <w:tblInd w:w="4" w:type="dxa"/>
        <w:tblLayout w:type="fixed"/>
        <w:tblLook w:val="04A0" w:firstRow="1" w:lastRow="0" w:firstColumn="1" w:lastColumn="0" w:noHBand="0" w:noVBand="1"/>
      </w:tblPr>
      <w:tblGrid>
        <w:gridCol w:w="1558"/>
        <w:gridCol w:w="1558"/>
        <w:gridCol w:w="778"/>
        <w:gridCol w:w="780"/>
        <w:gridCol w:w="778"/>
        <w:gridCol w:w="780"/>
        <w:gridCol w:w="1560"/>
        <w:gridCol w:w="1556"/>
      </w:tblGrid>
      <w:tr w:rsidR="00BD2397" w:rsidRPr="00F9681E" w14:paraId="1F4ACD1B" w14:textId="77777777">
        <w:trPr>
          <w:trHeight w:hRule="exact" w:val="212"/>
        </w:trPr>
        <w:tc>
          <w:tcPr>
            <w:tcW w:w="9348" w:type="dxa"/>
            <w:gridSpan w:val="8"/>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1966FED4" w14:textId="77777777" w:rsidR="00BD2397" w:rsidRPr="00F9681E" w:rsidRDefault="00B8640C">
            <w:pPr>
              <w:autoSpaceDE w:val="0"/>
              <w:autoSpaceDN w:val="0"/>
              <w:spacing w:after="0" w:line="174" w:lineRule="exact"/>
              <w:ind w:left="100"/>
              <w:rPr>
                <w:sz w:val="16"/>
                <w:szCs w:val="16"/>
              </w:rPr>
            </w:pPr>
            <w:r w:rsidRPr="00CA3FBF">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2. </w:t>
            </w:r>
            <w:r w:rsidRPr="00F9681E">
              <w:rPr>
                <w:rFonts w:ascii="TimesNewRomanPS" w:eastAsia="TimesNewRomanPS" w:hAnsi="TimesNewRomanPS"/>
                <w:b/>
                <w:color w:val="000000"/>
                <w:w w:val="102"/>
                <w:sz w:val="16"/>
                <w:szCs w:val="16"/>
              </w:rPr>
              <w:t>SOLICITANTUL</w:t>
            </w:r>
          </w:p>
        </w:tc>
      </w:tr>
      <w:tr w:rsidR="00BD2397" w:rsidRPr="00F9681E" w14:paraId="44707B9A" w14:textId="77777777">
        <w:trPr>
          <w:trHeight w:hRule="exact" w:val="502"/>
        </w:trPr>
        <w:tc>
          <w:tcPr>
            <w:tcW w:w="5452" w:type="dxa"/>
            <w:gridSpan w:val="5"/>
            <w:tcBorders>
              <w:top w:val="single" w:sz="4" w:space="0" w:color="767676"/>
              <w:left w:val="single" w:sz="3" w:space="0" w:color="767676"/>
              <w:bottom w:val="single" w:sz="4" w:space="0" w:color="767676"/>
              <w:right w:val="single" w:sz="4" w:space="0" w:color="767676"/>
            </w:tcBorders>
            <w:tcMar>
              <w:left w:w="0" w:type="dxa"/>
              <w:right w:w="0" w:type="dxa"/>
            </w:tcMar>
          </w:tcPr>
          <w:p w14:paraId="13AB403B"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Nume și prenume</w:t>
            </w:r>
          </w:p>
        </w:tc>
        <w:tc>
          <w:tcPr>
            <w:tcW w:w="3896"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2BCBCC7C"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CNP</w:t>
            </w:r>
          </w:p>
        </w:tc>
      </w:tr>
      <w:tr w:rsidR="00BD2397" w:rsidRPr="00F9681E" w14:paraId="56FBCE68" w14:textId="77777777">
        <w:trPr>
          <w:trHeight w:hRule="exact" w:val="190"/>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2A429285"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Act de identitate</w:t>
            </w:r>
          </w:p>
        </w:tc>
      </w:tr>
      <w:tr w:rsidR="00BD2397" w:rsidRPr="00F9681E" w14:paraId="2E09D2B7" w14:textId="77777777">
        <w:trPr>
          <w:trHeight w:hRule="exact" w:val="504"/>
        </w:trPr>
        <w:tc>
          <w:tcPr>
            <w:tcW w:w="1558" w:type="dxa"/>
            <w:tcBorders>
              <w:top w:val="single" w:sz="4" w:space="0" w:color="767676"/>
              <w:left w:val="single" w:sz="3" w:space="0" w:color="767676"/>
              <w:bottom w:val="single" w:sz="3" w:space="0" w:color="767676"/>
              <w:right w:val="single" w:sz="3" w:space="0" w:color="767676"/>
            </w:tcBorders>
            <w:tcMar>
              <w:left w:w="0" w:type="dxa"/>
              <w:right w:w="0" w:type="dxa"/>
            </w:tcMar>
          </w:tcPr>
          <w:p w14:paraId="152A60AC"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Seria</w:t>
            </w:r>
          </w:p>
        </w:tc>
        <w:tc>
          <w:tcPr>
            <w:tcW w:w="1558" w:type="dxa"/>
            <w:tcBorders>
              <w:top w:val="single" w:sz="4" w:space="0" w:color="767676"/>
              <w:left w:val="single" w:sz="3" w:space="0" w:color="767676"/>
              <w:bottom w:val="single" w:sz="3" w:space="0" w:color="767676"/>
              <w:right w:val="single" w:sz="4" w:space="0" w:color="767676"/>
            </w:tcBorders>
            <w:tcMar>
              <w:left w:w="0" w:type="dxa"/>
              <w:right w:w="0" w:type="dxa"/>
            </w:tcMar>
          </w:tcPr>
          <w:p w14:paraId="15CB67C0"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Numărul</w:t>
            </w:r>
          </w:p>
        </w:tc>
        <w:tc>
          <w:tcPr>
            <w:tcW w:w="4676" w:type="dxa"/>
            <w:gridSpan w:val="5"/>
            <w:tcBorders>
              <w:top w:val="single" w:sz="4" w:space="0" w:color="767676"/>
              <w:left w:val="single" w:sz="4" w:space="0" w:color="767676"/>
              <w:bottom w:val="single" w:sz="3" w:space="0" w:color="767676"/>
              <w:right w:val="single" w:sz="4" w:space="0" w:color="767676"/>
            </w:tcBorders>
            <w:tcMar>
              <w:left w:w="0" w:type="dxa"/>
              <w:right w:w="0" w:type="dxa"/>
            </w:tcMar>
          </w:tcPr>
          <w:p w14:paraId="3757EC3E"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Eliberat de</w:t>
            </w:r>
          </w:p>
        </w:tc>
        <w:tc>
          <w:tcPr>
            <w:tcW w:w="1556" w:type="dxa"/>
            <w:tcBorders>
              <w:top w:val="single" w:sz="4" w:space="0" w:color="767676"/>
              <w:left w:val="single" w:sz="4" w:space="0" w:color="767676"/>
              <w:bottom w:val="single" w:sz="3" w:space="0" w:color="767676"/>
              <w:right w:val="single" w:sz="3" w:space="0" w:color="767676"/>
            </w:tcBorders>
            <w:tcMar>
              <w:left w:w="0" w:type="dxa"/>
              <w:right w:w="0" w:type="dxa"/>
            </w:tcMar>
          </w:tcPr>
          <w:p w14:paraId="430EE8E8" w14:textId="77777777" w:rsidR="00BD2397" w:rsidRPr="00F9681E" w:rsidRDefault="00B8640C">
            <w:pPr>
              <w:autoSpaceDE w:val="0"/>
              <w:autoSpaceDN w:val="0"/>
              <w:spacing w:after="0" w:line="146" w:lineRule="exact"/>
              <w:ind w:left="98"/>
              <w:rPr>
                <w:sz w:val="16"/>
                <w:szCs w:val="16"/>
              </w:rPr>
            </w:pPr>
            <w:r w:rsidRPr="00F9681E">
              <w:rPr>
                <w:rFonts w:ascii="TimesNewRomanPS" w:eastAsia="TimesNewRomanPS" w:hAnsi="TimesNewRomanPS"/>
                <w:b/>
                <w:color w:val="0D5F78"/>
                <w:w w:val="97"/>
                <w:sz w:val="16"/>
                <w:szCs w:val="16"/>
              </w:rPr>
              <w:t>La data</w:t>
            </w:r>
          </w:p>
        </w:tc>
      </w:tr>
      <w:tr w:rsidR="00BD2397" w:rsidRPr="00F9681E" w14:paraId="0562FC89" w14:textId="77777777">
        <w:trPr>
          <w:trHeight w:hRule="exact" w:val="186"/>
        </w:trPr>
        <w:tc>
          <w:tcPr>
            <w:tcW w:w="9348" w:type="dxa"/>
            <w:gridSpan w:val="8"/>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49E5866E"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Domiciliul</w:t>
            </w:r>
          </w:p>
        </w:tc>
      </w:tr>
      <w:tr w:rsidR="00BD2397" w:rsidRPr="00F9681E" w14:paraId="71E04944" w14:textId="77777777">
        <w:trPr>
          <w:trHeight w:hRule="exact" w:val="506"/>
        </w:trPr>
        <w:tc>
          <w:tcPr>
            <w:tcW w:w="3116" w:type="dxa"/>
            <w:gridSpan w:val="2"/>
            <w:tcBorders>
              <w:top w:val="single" w:sz="4" w:space="0" w:color="767676"/>
              <w:left w:val="single" w:sz="3" w:space="0" w:color="767676"/>
              <w:bottom w:val="single" w:sz="3" w:space="0" w:color="767676"/>
              <w:right w:val="single" w:sz="4" w:space="0" w:color="767676"/>
            </w:tcBorders>
            <w:tcMar>
              <w:left w:w="0" w:type="dxa"/>
              <w:right w:w="0" w:type="dxa"/>
            </w:tcMar>
          </w:tcPr>
          <w:p w14:paraId="417ECDB0"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Județul</w:t>
            </w:r>
          </w:p>
        </w:tc>
        <w:tc>
          <w:tcPr>
            <w:tcW w:w="3116" w:type="dxa"/>
            <w:gridSpan w:val="4"/>
            <w:tcBorders>
              <w:top w:val="single" w:sz="4" w:space="0" w:color="767676"/>
              <w:left w:val="single" w:sz="4" w:space="0" w:color="767676"/>
              <w:bottom w:val="single" w:sz="3" w:space="0" w:color="767676"/>
              <w:right w:val="single" w:sz="3" w:space="0" w:color="767676"/>
            </w:tcBorders>
            <w:tcMar>
              <w:left w:w="0" w:type="dxa"/>
              <w:right w:w="0" w:type="dxa"/>
            </w:tcMar>
          </w:tcPr>
          <w:p w14:paraId="38A5C270"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Municipiul / orașul / comuna</w:t>
            </w:r>
          </w:p>
        </w:tc>
        <w:tc>
          <w:tcPr>
            <w:tcW w:w="3116"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4A2112EF"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Satul / sectorul</w:t>
            </w:r>
          </w:p>
        </w:tc>
      </w:tr>
      <w:tr w:rsidR="00BD2397" w:rsidRPr="00F9681E" w14:paraId="4474EDE5" w14:textId="77777777">
        <w:trPr>
          <w:trHeight w:hRule="exact" w:val="504"/>
        </w:trPr>
        <w:tc>
          <w:tcPr>
            <w:tcW w:w="3116"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14:paraId="4467ABDD"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Strada</w:t>
            </w:r>
          </w:p>
        </w:tc>
        <w:tc>
          <w:tcPr>
            <w:tcW w:w="778" w:type="dxa"/>
            <w:tcBorders>
              <w:top w:val="single" w:sz="3" w:space="0" w:color="767676"/>
              <w:left w:val="single" w:sz="4" w:space="0" w:color="767676"/>
              <w:bottom w:val="single" w:sz="3" w:space="0" w:color="767676"/>
              <w:right w:val="single" w:sz="4" w:space="0" w:color="767676"/>
            </w:tcBorders>
            <w:tcMar>
              <w:left w:w="0" w:type="dxa"/>
              <w:right w:w="0" w:type="dxa"/>
            </w:tcMar>
          </w:tcPr>
          <w:p w14:paraId="5839285B"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Nr.</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14:paraId="23CE1A8E" w14:textId="77777777" w:rsidR="00BD2397" w:rsidRPr="00F9681E" w:rsidRDefault="00B8640C">
            <w:pPr>
              <w:autoSpaceDE w:val="0"/>
              <w:autoSpaceDN w:val="0"/>
              <w:spacing w:after="0" w:line="144" w:lineRule="exact"/>
              <w:ind w:left="102"/>
              <w:rPr>
                <w:sz w:val="16"/>
                <w:szCs w:val="16"/>
              </w:rPr>
            </w:pPr>
            <w:r w:rsidRPr="00F9681E">
              <w:rPr>
                <w:rFonts w:ascii="TimesNewRomanPS" w:eastAsia="TimesNewRomanPS" w:hAnsi="TimesNewRomanPS"/>
                <w:b/>
                <w:color w:val="0D5F78"/>
                <w:w w:val="97"/>
                <w:sz w:val="16"/>
                <w:szCs w:val="16"/>
              </w:rPr>
              <w:t>Sc.</w:t>
            </w:r>
          </w:p>
        </w:tc>
        <w:tc>
          <w:tcPr>
            <w:tcW w:w="778" w:type="dxa"/>
            <w:tcBorders>
              <w:top w:val="single" w:sz="3" w:space="0" w:color="767676"/>
              <w:left w:val="single" w:sz="3" w:space="0" w:color="767676"/>
              <w:bottom w:val="single" w:sz="3" w:space="0" w:color="767676"/>
              <w:right w:val="single" w:sz="4" w:space="0" w:color="767676"/>
            </w:tcBorders>
            <w:tcMar>
              <w:left w:w="0" w:type="dxa"/>
              <w:right w:w="0" w:type="dxa"/>
            </w:tcMar>
          </w:tcPr>
          <w:p w14:paraId="34DD77DA" w14:textId="77777777" w:rsidR="00BD2397" w:rsidRPr="00F9681E" w:rsidRDefault="00B8640C">
            <w:pPr>
              <w:autoSpaceDE w:val="0"/>
              <w:autoSpaceDN w:val="0"/>
              <w:spacing w:after="0" w:line="144" w:lineRule="exact"/>
              <w:ind w:left="102"/>
              <w:rPr>
                <w:sz w:val="16"/>
                <w:szCs w:val="16"/>
              </w:rPr>
            </w:pPr>
            <w:r w:rsidRPr="00F9681E">
              <w:rPr>
                <w:rFonts w:ascii="TimesNewRomanPS" w:eastAsia="TimesNewRomanPS" w:hAnsi="TimesNewRomanPS"/>
                <w:b/>
                <w:color w:val="0D5F78"/>
                <w:w w:val="97"/>
                <w:sz w:val="16"/>
                <w:szCs w:val="16"/>
              </w:rPr>
              <w:t>Et.</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14:paraId="2F4BBDDD"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Ap.</w:t>
            </w:r>
          </w:p>
        </w:tc>
        <w:tc>
          <w:tcPr>
            <w:tcW w:w="1560" w:type="dxa"/>
            <w:tcBorders>
              <w:top w:val="single" w:sz="3" w:space="0" w:color="767676"/>
              <w:left w:val="single" w:sz="3" w:space="0" w:color="767676"/>
              <w:bottom w:val="single" w:sz="3" w:space="0" w:color="767676"/>
              <w:right w:val="single" w:sz="4" w:space="0" w:color="767676"/>
            </w:tcBorders>
            <w:tcMar>
              <w:left w:w="0" w:type="dxa"/>
              <w:right w:w="0" w:type="dxa"/>
            </w:tcMar>
          </w:tcPr>
          <w:p w14:paraId="07BF8EB2"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Cod poștal</w:t>
            </w:r>
          </w:p>
        </w:tc>
        <w:tc>
          <w:tcPr>
            <w:tcW w:w="1556" w:type="dxa"/>
            <w:tcBorders>
              <w:top w:val="single" w:sz="3" w:space="0" w:color="767676"/>
              <w:left w:val="single" w:sz="4" w:space="0" w:color="767676"/>
              <w:bottom w:val="single" w:sz="3" w:space="0" w:color="767676"/>
              <w:right w:val="single" w:sz="3" w:space="0" w:color="767676"/>
            </w:tcBorders>
            <w:tcMar>
              <w:left w:w="0" w:type="dxa"/>
              <w:right w:w="0" w:type="dxa"/>
            </w:tcMar>
          </w:tcPr>
          <w:p w14:paraId="5AD1FA1C" w14:textId="77777777" w:rsidR="00BD2397" w:rsidRPr="00F9681E" w:rsidRDefault="00B8640C">
            <w:pPr>
              <w:autoSpaceDE w:val="0"/>
              <w:autoSpaceDN w:val="0"/>
              <w:spacing w:after="0" w:line="144" w:lineRule="exact"/>
              <w:ind w:left="98"/>
              <w:rPr>
                <w:sz w:val="16"/>
                <w:szCs w:val="16"/>
              </w:rPr>
            </w:pPr>
            <w:r w:rsidRPr="00F9681E">
              <w:rPr>
                <w:rFonts w:ascii="TimesNewRomanPS" w:eastAsia="TimesNewRomanPS" w:hAnsi="TimesNewRomanPS"/>
                <w:b/>
                <w:color w:val="0D5F78"/>
                <w:w w:val="97"/>
                <w:sz w:val="16"/>
                <w:szCs w:val="16"/>
              </w:rPr>
              <w:t>Țara</w:t>
            </w:r>
          </w:p>
        </w:tc>
      </w:tr>
      <w:tr w:rsidR="00BD2397" w:rsidRPr="00F9681E" w14:paraId="630BC50C" w14:textId="77777777">
        <w:trPr>
          <w:trHeight w:hRule="exact" w:val="190"/>
        </w:trPr>
        <w:tc>
          <w:tcPr>
            <w:tcW w:w="9348" w:type="dxa"/>
            <w:gridSpan w:val="8"/>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54D74F58"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Date de contact</w:t>
            </w:r>
          </w:p>
        </w:tc>
      </w:tr>
      <w:tr w:rsidR="00BD2397" w:rsidRPr="00F9681E" w14:paraId="2E5119F3" w14:textId="77777777">
        <w:trPr>
          <w:trHeight w:hRule="exact" w:val="504"/>
        </w:trPr>
        <w:tc>
          <w:tcPr>
            <w:tcW w:w="3894" w:type="dxa"/>
            <w:gridSpan w:val="3"/>
            <w:tcBorders>
              <w:top w:val="single" w:sz="4" w:space="0" w:color="767676"/>
              <w:left w:val="single" w:sz="3" w:space="0" w:color="767676"/>
              <w:bottom w:val="single" w:sz="4" w:space="0" w:color="767676"/>
              <w:right w:val="single" w:sz="4" w:space="0" w:color="767676"/>
            </w:tcBorders>
            <w:tcMar>
              <w:left w:w="0" w:type="dxa"/>
              <w:right w:w="0" w:type="dxa"/>
            </w:tcMar>
          </w:tcPr>
          <w:p w14:paraId="559354A5"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Telefon / fax</w:t>
            </w:r>
          </w:p>
        </w:tc>
        <w:tc>
          <w:tcPr>
            <w:tcW w:w="5454" w:type="dxa"/>
            <w:gridSpan w:val="5"/>
            <w:tcBorders>
              <w:top w:val="single" w:sz="4" w:space="0" w:color="767676"/>
              <w:left w:val="single" w:sz="4" w:space="0" w:color="767676"/>
              <w:bottom w:val="single" w:sz="4" w:space="0" w:color="767676"/>
              <w:right w:val="single" w:sz="3" w:space="0" w:color="767676"/>
            </w:tcBorders>
            <w:tcMar>
              <w:left w:w="0" w:type="dxa"/>
              <w:right w:w="0" w:type="dxa"/>
            </w:tcMar>
          </w:tcPr>
          <w:p w14:paraId="10231E61"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E-mail</w:t>
            </w:r>
          </w:p>
        </w:tc>
      </w:tr>
      <w:tr w:rsidR="00BD2397" w:rsidRPr="00F9681E" w14:paraId="2D84845A" w14:textId="77777777">
        <w:trPr>
          <w:trHeight w:hRule="exact" w:val="186"/>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85D4748"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Reprezentare</w:t>
            </w:r>
          </w:p>
        </w:tc>
      </w:tr>
      <w:tr w:rsidR="00BD2397" w:rsidRPr="00F9681E" w14:paraId="4C9CE85E" w14:textId="77777777">
        <w:trPr>
          <w:trHeight w:hRule="exact" w:val="504"/>
        </w:trPr>
        <w:tc>
          <w:tcPr>
            <w:tcW w:w="6232" w:type="dxa"/>
            <w:gridSpan w:val="6"/>
            <w:tcBorders>
              <w:top w:val="single" w:sz="4" w:space="0" w:color="767676"/>
              <w:left w:val="single" w:sz="3" w:space="0" w:color="767676"/>
              <w:bottom w:val="single" w:sz="4" w:space="0" w:color="767676"/>
              <w:right w:val="single" w:sz="3" w:space="0" w:color="767676"/>
            </w:tcBorders>
            <w:tcMar>
              <w:left w:w="0" w:type="dxa"/>
              <w:right w:w="0" w:type="dxa"/>
            </w:tcMar>
          </w:tcPr>
          <w:p w14:paraId="4FD63973" w14:textId="77777777" w:rsidR="00BD2397" w:rsidRPr="00CA3FBF" w:rsidRDefault="00B8640C">
            <w:pPr>
              <w:autoSpaceDE w:val="0"/>
              <w:autoSpaceDN w:val="0"/>
              <w:spacing w:after="0" w:line="146" w:lineRule="exact"/>
              <w:ind w:left="100"/>
              <w:rPr>
                <w:sz w:val="16"/>
                <w:szCs w:val="16"/>
                <w:lang w:val="pt-PT"/>
              </w:rPr>
            </w:pPr>
            <w:r w:rsidRPr="00CA3FBF">
              <w:rPr>
                <w:rFonts w:ascii="TimesNewRomanPS" w:eastAsia="TimesNewRomanPS" w:hAnsi="TimesNewRomanPS"/>
                <w:b/>
                <w:color w:val="0D5F78"/>
                <w:w w:val="97"/>
                <w:sz w:val="16"/>
                <w:szCs w:val="16"/>
                <w:lang w:val="pt-PT"/>
              </w:rPr>
              <w:t>În calitate de reprezentant al</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6866D8ED"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CUI / CIF</w:t>
            </w:r>
          </w:p>
        </w:tc>
      </w:tr>
      <w:tr w:rsidR="00BD2397" w:rsidRPr="00630731" w14:paraId="0CA4776B" w14:textId="77777777">
        <w:trPr>
          <w:trHeight w:hRule="exact" w:val="218"/>
        </w:trPr>
        <w:tc>
          <w:tcPr>
            <w:tcW w:w="9348" w:type="dxa"/>
            <w:gridSpan w:val="8"/>
            <w:tcBorders>
              <w:top w:val="single" w:sz="4" w:space="0" w:color="767676"/>
              <w:left w:val="single" w:sz="3" w:space="0" w:color="767676"/>
              <w:bottom w:val="single" w:sz="3" w:space="0" w:color="767676"/>
              <w:right w:val="single" w:sz="3" w:space="0" w:color="767676"/>
            </w:tcBorders>
            <w:tcMar>
              <w:left w:w="0" w:type="dxa"/>
              <w:right w:w="0" w:type="dxa"/>
            </w:tcMar>
          </w:tcPr>
          <w:p w14:paraId="3A8B4A0C" w14:textId="77777777" w:rsidR="00BD2397" w:rsidRPr="00CA3FBF" w:rsidRDefault="00B8640C">
            <w:pPr>
              <w:autoSpaceDE w:val="0"/>
              <w:autoSpaceDN w:val="0"/>
              <w:spacing w:after="0" w:line="160" w:lineRule="exact"/>
              <w:ind w:left="140"/>
              <w:rPr>
                <w:sz w:val="16"/>
                <w:szCs w:val="16"/>
                <w:lang w:val="pt-PT"/>
              </w:rPr>
            </w:pP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titular al dreptului de proprietate     </w:t>
            </w: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împuternicit al titularului</w:t>
            </w:r>
          </w:p>
        </w:tc>
      </w:tr>
    </w:tbl>
    <w:p w14:paraId="1C85FB2C" w14:textId="77777777" w:rsidR="00BD2397" w:rsidRPr="000C1C98" w:rsidRDefault="00B8640C">
      <w:pPr>
        <w:autoSpaceDE w:val="0"/>
        <w:autoSpaceDN w:val="0"/>
        <w:spacing w:after="0" w:line="174" w:lineRule="exact"/>
        <w:ind w:left="288"/>
        <w:rPr>
          <w:sz w:val="16"/>
          <w:szCs w:val="16"/>
          <w:lang w:val="pt-PT"/>
        </w:rPr>
      </w:pPr>
      <w:r w:rsidRPr="000C1C98">
        <w:rPr>
          <w:rFonts w:ascii="TimesNewRomanPSMT" w:eastAsia="TimesNewRomanPSMT" w:hAnsi="TimesNewRomanPSMT"/>
          <w:color w:val="000000"/>
          <w:w w:val="102"/>
          <w:sz w:val="16"/>
          <w:szCs w:val="16"/>
          <w:lang w:val="pt-PT"/>
        </w:rPr>
        <w:t xml:space="preserve">în conformitate cu secțiunea a 4-a din Legea nr. 169/2026 privind Codul amenajării teritoriului, urbanismului și construcțiilor, în </w:t>
      </w:r>
    </w:p>
    <w:p w14:paraId="5B017C68" w14:textId="77777777" w:rsidR="00BD2397" w:rsidRPr="00CA3FBF" w:rsidRDefault="00B8640C">
      <w:pPr>
        <w:autoSpaceDE w:val="0"/>
        <w:autoSpaceDN w:val="0"/>
        <w:spacing w:after="0" w:line="174" w:lineRule="exact"/>
        <w:ind w:right="4276"/>
        <w:jc w:val="right"/>
        <w:rPr>
          <w:rFonts w:ascii="TimesNewRomanPSMT" w:eastAsia="TimesNewRomanPSMT" w:hAnsi="TimesNewRomanPSMT"/>
          <w:color w:val="000000"/>
          <w:w w:val="102"/>
          <w:sz w:val="16"/>
          <w:szCs w:val="16"/>
          <w:lang w:val="pt-PT"/>
        </w:rPr>
      </w:pPr>
      <w:r w:rsidRPr="00CA3FBF">
        <w:rPr>
          <w:rFonts w:ascii="TimesNewRomanPSMT" w:eastAsia="TimesNewRomanPSMT" w:hAnsi="TimesNewRomanPSMT"/>
          <w:color w:val="000000"/>
          <w:w w:val="102"/>
          <w:sz w:val="16"/>
          <w:szCs w:val="16"/>
          <w:lang w:val="pt-PT"/>
        </w:rPr>
        <w:t>temeiul art. 301, solicit emiterea</w:t>
      </w:r>
    </w:p>
    <w:p w14:paraId="630E8F2D" w14:textId="77777777" w:rsidR="003D684B" w:rsidRPr="00CA3FBF" w:rsidRDefault="003D684B">
      <w:pPr>
        <w:autoSpaceDE w:val="0"/>
        <w:autoSpaceDN w:val="0"/>
        <w:spacing w:after="0" w:line="174" w:lineRule="exact"/>
        <w:ind w:right="4276"/>
        <w:jc w:val="right"/>
        <w:rPr>
          <w:sz w:val="16"/>
          <w:szCs w:val="16"/>
          <w:lang w:val="pt-PT"/>
        </w:rPr>
      </w:pPr>
    </w:p>
    <w:p w14:paraId="409792AE" w14:textId="77777777" w:rsidR="003D684B" w:rsidRPr="00CA3FBF" w:rsidRDefault="003D684B">
      <w:pPr>
        <w:autoSpaceDE w:val="0"/>
        <w:autoSpaceDN w:val="0"/>
        <w:spacing w:after="0" w:line="174" w:lineRule="exact"/>
        <w:ind w:right="4276"/>
        <w:jc w:val="right"/>
        <w:rPr>
          <w:sz w:val="16"/>
          <w:szCs w:val="16"/>
          <w:lang w:val="pt-PT"/>
        </w:rPr>
      </w:pPr>
    </w:p>
    <w:p w14:paraId="11E2F52E" w14:textId="77777777" w:rsidR="003D684B" w:rsidRPr="00CA3FBF" w:rsidRDefault="003D684B">
      <w:pPr>
        <w:autoSpaceDE w:val="0"/>
        <w:autoSpaceDN w:val="0"/>
        <w:spacing w:after="0" w:line="174" w:lineRule="exact"/>
        <w:ind w:right="4276"/>
        <w:jc w:val="right"/>
        <w:rPr>
          <w:sz w:val="16"/>
          <w:szCs w:val="16"/>
          <w:lang w:val="pt-PT"/>
        </w:rPr>
      </w:pPr>
    </w:p>
    <w:p w14:paraId="4AE4A2A1" w14:textId="77777777" w:rsidR="003D684B" w:rsidRPr="00CA3FBF" w:rsidRDefault="003D684B">
      <w:pPr>
        <w:autoSpaceDE w:val="0"/>
        <w:autoSpaceDN w:val="0"/>
        <w:spacing w:after="0" w:line="194" w:lineRule="exact"/>
        <w:ind w:right="3700"/>
        <w:jc w:val="right"/>
        <w:rPr>
          <w:sz w:val="24"/>
          <w:szCs w:val="24"/>
          <w:lang w:val="pt-PT"/>
        </w:rPr>
      </w:pPr>
      <w:r w:rsidRPr="00CA3FBF">
        <w:rPr>
          <w:rFonts w:ascii="TimesNewRomanPS" w:eastAsia="TimesNewRomanPS" w:hAnsi="TimesNewRomanPS"/>
          <w:b/>
          <w:color w:val="000000"/>
          <w:w w:val="102"/>
          <w:sz w:val="24"/>
          <w:szCs w:val="24"/>
          <w:lang w:val="pt-PT"/>
        </w:rPr>
        <w:t xml:space="preserve">                     AUTORIZAȚIE DE RE REGULARIZARE</w:t>
      </w:r>
    </w:p>
    <w:tbl>
      <w:tblPr>
        <w:tblW w:w="0" w:type="auto"/>
        <w:tblInd w:w="4" w:type="dxa"/>
        <w:tblLayout w:type="fixed"/>
        <w:tblLook w:val="04A0" w:firstRow="1" w:lastRow="0" w:firstColumn="1" w:lastColumn="0" w:noHBand="0" w:noVBand="1"/>
      </w:tblPr>
      <w:tblGrid>
        <w:gridCol w:w="1558"/>
        <w:gridCol w:w="1558"/>
        <w:gridCol w:w="2336"/>
        <w:gridCol w:w="780"/>
        <w:gridCol w:w="780"/>
        <w:gridCol w:w="2336"/>
      </w:tblGrid>
      <w:tr w:rsidR="00BD2397" w:rsidRPr="00F9681E" w14:paraId="69E161C8" w14:textId="77777777">
        <w:trPr>
          <w:trHeight w:hRule="exact" w:val="210"/>
        </w:trPr>
        <w:tc>
          <w:tcPr>
            <w:tcW w:w="9348" w:type="dxa"/>
            <w:gridSpan w:val="6"/>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403FC7D1" w14:textId="77777777" w:rsidR="00BD2397" w:rsidRPr="00F9681E" w:rsidRDefault="00B8640C">
            <w:pPr>
              <w:autoSpaceDE w:val="0"/>
              <w:autoSpaceDN w:val="0"/>
              <w:spacing w:after="0" w:line="174" w:lineRule="exact"/>
              <w:ind w:left="100"/>
              <w:rPr>
                <w:sz w:val="16"/>
                <w:szCs w:val="16"/>
              </w:rPr>
            </w:pPr>
            <w:r w:rsidRPr="00CA3FBF">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4. </w:t>
            </w:r>
            <w:r w:rsidRPr="00F9681E">
              <w:rPr>
                <w:rFonts w:ascii="TimesNewRomanPS" w:eastAsia="TimesNewRomanPS" w:hAnsi="TimesNewRomanPS"/>
                <w:b/>
                <w:color w:val="000000"/>
                <w:w w:val="102"/>
                <w:sz w:val="16"/>
                <w:szCs w:val="16"/>
              </w:rPr>
              <w:t>IMOBILUL</w:t>
            </w:r>
          </w:p>
        </w:tc>
      </w:tr>
      <w:tr w:rsidR="00BD2397" w:rsidRPr="00F9681E" w14:paraId="3FC1AF61" w14:textId="77777777">
        <w:trPr>
          <w:trHeight w:hRule="exact" w:val="218"/>
        </w:trPr>
        <w:tc>
          <w:tcPr>
            <w:tcW w:w="9348" w:type="dxa"/>
            <w:gridSpan w:val="6"/>
            <w:tcBorders>
              <w:top w:val="single" w:sz="4" w:space="0" w:color="767676"/>
              <w:left w:val="single" w:sz="3" w:space="0" w:color="767676"/>
              <w:bottom w:val="single" w:sz="4" w:space="0" w:color="767676"/>
              <w:right w:val="single" w:sz="3" w:space="0" w:color="767676"/>
            </w:tcBorders>
            <w:tcMar>
              <w:left w:w="0" w:type="dxa"/>
              <w:right w:w="0" w:type="dxa"/>
            </w:tcMar>
          </w:tcPr>
          <w:p w14:paraId="06713317" w14:textId="77777777" w:rsidR="00BD2397" w:rsidRPr="00F9681E" w:rsidRDefault="00B8640C">
            <w:pPr>
              <w:autoSpaceDE w:val="0"/>
              <w:autoSpaceDN w:val="0"/>
              <w:spacing w:after="0" w:line="160" w:lineRule="exact"/>
              <w:ind w:left="140"/>
              <w:rPr>
                <w:sz w:val="16"/>
                <w:szCs w:val="16"/>
              </w:rPr>
            </w:pP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teren     </w:t>
            </w: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construcții</w:t>
            </w:r>
          </w:p>
        </w:tc>
      </w:tr>
      <w:tr w:rsidR="00BD2397" w:rsidRPr="00F9681E" w14:paraId="7878B623" w14:textId="77777777">
        <w:trPr>
          <w:trHeight w:hRule="exact" w:val="502"/>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0471F4A8"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Județ</w:t>
            </w:r>
          </w:p>
        </w:tc>
        <w:tc>
          <w:tcPr>
            <w:tcW w:w="3116"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22C39166"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Municipiu / oraș / comună</w:t>
            </w:r>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43ADAAA8"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Sat / sector</w:t>
            </w:r>
          </w:p>
        </w:tc>
      </w:tr>
      <w:tr w:rsidR="00BD2397" w:rsidRPr="00F9681E" w14:paraId="0B6658D9" w14:textId="77777777">
        <w:trPr>
          <w:trHeight w:hRule="exact" w:val="506"/>
        </w:trPr>
        <w:tc>
          <w:tcPr>
            <w:tcW w:w="1558" w:type="dxa"/>
            <w:tcBorders>
              <w:top w:val="single" w:sz="4" w:space="0" w:color="767676"/>
              <w:left w:val="single" w:sz="3" w:space="0" w:color="767676"/>
              <w:bottom w:val="single" w:sz="3" w:space="0" w:color="767676"/>
              <w:right w:val="single" w:sz="3" w:space="0" w:color="767676"/>
            </w:tcBorders>
            <w:tcMar>
              <w:left w:w="0" w:type="dxa"/>
              <w:right w:w="0" w:type="dxa"/>
            </w:tcMar>
          </w:tcPr>
          <w:p w14:paraId="49F04504"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Cod poștal</w:t>
            </w:r>
          </w:p>
        </w:tc>
        <w:tc>
          <w:tcPr>
            <w:tcW w:w="4674" w:type="dxa"/>
            <w:gridSpan w:val="3"/>
            <w:tcBorders>
              <w:top w:val="single" w:sz="4" w:space="0" w:color="767676"/>
              <w:left w:val="single" w:sz="3" w:space="0" w:color="767676"/>
              <w:bottom w:val="single" w:sz="3" w:space="0" w:color="767676"/>
              <w:right w:val="single" w:sz="3" w:space="0" w:color="767676"/>
            </w:tcBorders>
            <w:tcMar>
              <w:left w:w="0" w:type="dxa"/>
              <w:right w:w="0" w:type="dxa"/>
            </w:tcMar>
          </w:tcPr>
          <w:p w14:paraId="21947E4D"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80" w:type="dxa"/>
            <w:tcBorders>
              <w:top w:val="single" w:sz="4" w:space="0" w:color="767676"/>
              <w:left w:val="single" w:sz="3" w:space="0" w:color="767676"/>
              <w:bottom w:val="single" w:sz="3" w:space="0" w:color="767676"/>
              <w:right w:val="single" w:sz="3" w:space="0" w:color="767676"/>
            </w:tcBorders>
            <w:tcMar>
              <w:left w:w="0" w:type="dxa"/>
              <w:right w:w="0" w:type="dxa"/>
            </w:tcMar>
          </w:tcPr>
          <w:p w14:paraId="58BE0D43"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2336" w:type="dxa"/>
            <w:tcBorders>
              <w:top w:val="single" w:sz="4" w:space="0" w:color="767676"/>
              <w:left w:val="single" w:sz="3" w:space="0" w:color="767676"/>
              <w:bottom w:val="single" w:sz="3" w:space="0" w:color="767676"/>
              <w:right w:val="single" w:sz="3" w:space="0" w:color="767676"/>
            </w:tcBorders>
            <w:tcMar>
              <w:left w:w="0" w:type="dxa"/>
              <w:right w:w="0" w:type="dxa"/>
            </w:tcMar>
          </w:tcPr>
          <w:p w14:paraId="0E0FB383"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Bl. / sc. / et. / ap.</w:t>
            </w:r>
          </w:p>
        </w:tc>
      </w:tr>
      <w:tr w:rsidR="00BD2397" w:rsidRPr="00F9681E" w14:paraId="274BD75D" w14:textId="77777777">
        <w:trPr>
          <w:trHeight w:hRule="exact" w:val="512"/>
        </w:trPr>
        <w:tc>
          <w:tcPr>
            <w:tcW w:w="5452" w:type="dxa"/>
            <w:gridSpan w:val="3"/>
            <w:tcBorders>
              <w:top w:val="single" w:sz="3" w:space="0" w:color="767676"/>
              <w:left w:val="single" w:sz="3" w:space="0" w:color="767676"/>
              <w:bottom w:val="single" w:sz="4" w:space="0" w:color="767676"/>
              <w:right w:val="single" w:sz="4" w:space="0" w:color="767676"/>
            </w:tcBorders>
            <w:tcMar>
              <w:left w:w="0" w:type="dxa"/>
              <w:right w:w="0" w:type="dxa"/>
            </w:tcMar>
          </w:tcPr>
          <w:p w14:paraId="706B2F68" w14:textId="77777777" w:rsidR="00BD2397" w:rsidRPr="00CA3FBF" w:rsidRDefault="00B8640C">
            <w:pPr>
              <w:autoSpaceDE w:val="0"/>
              <w:autoSpaceDN w:val="0"/>
              <w:spacing w:after="0" w:line="166" w:lineRule="exact"/>
              <w:ind w:left="100" w:right="3312"/>
              <w:rPr>
                <w:sz w:val="16"/>
                <w:szCs w:val="16"/>
                <w:lang w:val="pt-PT"/>
              </w:rPr>
            </w:pPr>
            <w:r w:rsidRPr="00CA3FBF">
              <w:rPr>
                <w:rFonts w:ascii="TimesNewRomanPS" w:eastAsia="TimesNewRomanPS" w:hAnsi="TimesNewRomanPS"/>
                <w:b/>
                <w:color w:val="0D5F78"/>
                <w:w w:val="97"/>
                <w:sz w:val="16"/>
                <w:szCs w:val="16"/>
                <w:lang w:val="pt-PT"/>
              </w:rPr>
              <w:t xml:space="preserve">Număr cadastral </w:t>
            </w:r>
            <w:r w:rsidRPr="00CA3FBF">
              <w:rPr>
                <w:sz w:val="16"/>
                <w:szCs w:val="16"/>
                <w:lang w:val="pt-PT"/>
              </w:rPr>
              <w:br/>
            </w:r>
            <w:r w:rsidRPr="00CA3FBF">
              <w:rPr>
                <w:rFonts w:ascii="TimesNewRomanPS" w:eastAsia="TimesNewRomanPS" w:hAnsi="TimesNewRomanPS"/>
                <w:i/>
                <w:color w:val="7A7A7A"/>
                <w:w w:val="97"/>
                <w:sz w:val="16"/>
                <w:szCs w:val="16"/>
                <w:lang w:val="pt-PT"/>
              </w:rPr>
              <w:t>dacă imobilul e înscris în e-Terra</w:t>
            </w:r>
          </w:p>
        </w:tc>
        <w:tc>
          <w:tcPr>
            <w:tcW w:w="3896" w:type="dxa"/>
            <w:gridSpan w:val="3"/>
            <w:tcBorders>
              <w:top w:val="single" w:sz="3" w:space="0" w:color="767676"/>
              <w:left w:val="single" w:sz="4" w:space="0" w:color="767676"/>
              <w:bottom w:val="single" w:sz="4" w:space="0" w:color="767676"/>
              <w:right w:val="single" w:sz="3" w:space="0" w:color="767676"/>
            </w:tcBorders>
            <w:tcMar>
              <w:left w:w="0" w:type="dxa"/>
              <w:right w:w="0" w:type="dxa"/>
            </w:tcMar>
          </w:tcPr>
          <w:p w14:paraId="5B0699EC"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Carte funciară nr.</w:t>
            </w:r>
          </w:p>
        </w:tc>
      </w:tr>
      <w:tr w:rsidR="00BD2397" w:rsidRPr="00630731" w14:paraId="2EA9438C" w14:textId="77777777">
        <w:trPr>
          <w:trHeight w:hRule="exact" w:val="216"/>
        </w:trPr>
        <w:tc>
          <w:tcPr>
            <w:tcW w:w="9348" w:type="dxa"/>
            <w:gridSpan w:val="6"/>
            <w:tcBorders>
              <w:top w:val="single" w:sz="4" w:space="0" w:color="767676"/>
              <w:left w:val="single" w:sz="3" w:space="0" w:color="767676"/>
              <w:bottom w:val="single" w:sz="3" w:space="0" w:color="767676"/>
              <w:right w:val="single" w:sz="3" w:space="0" w:color="767676"/>
            </w:tcBorders>
            <w:tcMar>
              <w:left w:w="0" w:type="dxa"/>
              <w:right w:w="0" w:type="dxa"/>
            </w:tcMar>
          </w:tcPr>
          <w:p w14:paraId="2391E274" w14:textId="77777777" w:rsidR="00BD2397" w:rsidRPr="00CA3FBF" w:rsidRDefault="00B8640C">
            <w:pPr>
              <w:autoSpaceDE w:val="0"/>
              <w:autoSpaceDN w:val="0"/>
              <w:spacing w:after="0" w:line="160" w:lineRule="exact"/>
              <w:ind w:left="140"/>
              <w:rPr>
                <w:sz w:val="16"/>
                <w:szCs w:val="16"/>
                <w:lang w:val="pt-PT"/>
              </w:rPr>
            </w:pP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extras de carte funciară actualizat, anexat     </w:t>
            </w: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plan de încadrare în zonă în sistem Stereo 70, anexat</w:t>
            </w:r>
          </w:p>
        </w:tc>
      </w:tr>
    </w:tbl>
    <w:p w14:paraId="2E912FAC" w14:textId="77777777" w:rsidR="00BD2397" w:rsidRPr="00CA3FBF" w:rsidRDefault="00BD2397">
      <w:pPr>
        <w:autoSpaceDE w:val="0"/>
        <w:autoSpaceDN w:val="0"/>
        <w:spacing w:after="0" w:line="166" w:lineRule="exact"/>
        <w:rPr>
          <w:sz w:val="16"/>
          <w:szCs w:val="16"/>
          <w:lang w:val="pt-PT"/>
        </w:rPr>
      </w:pPr>
    </w:p>
    <w:tbl>
      <w:tblPr>
        <w:tblW w:w="0" w:type="auto"/>
        <w:tblInd w:w="4" w:type="dxa"/>
        <w:tblLayout w:type="fixed"/>
        <w:tblLook w:val="04A0" w:firstRow="1" w:lastRow="0" w:firstColumn="1" w:lastColumn="0" w:noHBand="0" w:noVBand="1"/>
      </w:tblPr>
      <w:tblGrid>
        <w:gridCol w:w="9348"/>
      </w:tblGrid>
      <w:tr w:rsidR="00BD2397" w:rsidRPr="00F9681E" w14:paraId="0133EFA0" w14:textId="77777777">
        <w:trPr>
          <w:trHeight w:hRule="exact" w:val="21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12DE9CD9" w14:textId="77777777" w:rsidR="00BD2397" w:rsidRPr="00F9681E" w:rsidRDefault="00B8640C">
            <w:pPr>
              <w:autoSpaceDE w:val="0"/>
              <w:autoSpaceDN w:val="0"/>
              <w:spacing w:after="0" w:line="176" w:lineRule="exact"/>
              <w:ind w:left="100"/>
              <w:rPr>
                <w:sz w:val="16"/>
                <w:szCs w:val="16"/>
              </w:rPr>
            </w:pPr>
            <w:r w:rsidRPr="00CA3FBF">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5. </w:t>
            </w:r>
            <w:r w:rsidRPr="00F9681E">
              <w:rPr>
                <w:rFonts w:ascii="TimesNewRomanPS" w:eastAsia="TimesNewRomanPS" w:hAnsi="TimesNewRomanPS"/>
                <w:b/>
                <w:color w:val="000000"/>
                <w:w w:val="102"/>
                <w:sz w:val="16"/>
                <w:szCs w:val="16"/>
              </w:rPr>
              <w:t>SITUAȚIA CONSTRUCȚIEI</w:t>
            </w:r>
          </w:p>
        </w:tc>
      </w:tr>
      <w:tr w:rsidR="00BD2397" w:rsidRPr="00630731" w14:paraId="049A9765" w14:textId="77777777">
        <w:trPr>
          <w:trHeight w:hRule="exact" w:val="218"/>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407C88D8" w14:textId="77777777" w:rsidR="00BD2397" w:rsidRPr="00CA3FBF" w:rsidRDefault="00B8640C">
            <w:pPr>
              <w:autoSpaceDE w:val="0"/>
              <w:autoSpaceDN w:val="0"/>
              <w:spacing w:after="0" w:line="160" w:lineRule="exact"/>
              <w:ind w:left="140"/>
              <w:rPr>
                <w:sz w:val="16"/>
                <w:szCs w:val="16"/>
                <w:lang w:val="pt-PT"/>
              </w:rPr>
            </w:pP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realizată FĂRĂ autorizație de construire     </w:t>
            </w: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realizată CU NERESPECTAREA autorizației de construire</w:t>
            </w:r>
          </w:p>
        </w:tc>
      </w:tr>
      <w:tr w:rsidR="00BD2397" w:rsidRPr="00630731" w14:paraId="00845121" w14:textId="77777777">
        <w:trPr>
          <w:trHeight w:hRule="exact" w:val="510"/>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39AEC33A" w14:textId="77777777" w:rsidR="00BD2397" w:rsidRPr="00CA3FBF" w:rsidRDefault="00B8640C">
            <w:pPr>
              <w:autoSpaceDE w:val="0"/>
              <w:autoSpaceDN w:val="0"/>
              <w:spacing w:after="0" w:line="166" w:lineRule="exact"/>
              <w:ind w:left="100" w:right="6336"/>
              <w:rPr>
                <w:sz w:val="16"/>
                <w:szCs w:val="16"/>
                <w:lang w:val="pt-PT"/>
              </w:rPr>
            </w:pPr>
            <w:r w:rsidRPr="00CA3FBF">
              <w:rPr>
                <w:rFonts w:ascii="TimesNewRomanPS" w:eastAsia="TimesNewRomanPS" w:hAnsi="TimesNewRomanPS"/>
                <w:b/>
                <w:color w:val="0D5F78"/>
                <w:w w:val="97"/>
                <w:sz w:val="16"/>
                <w:szCs w:val="16"/>
                <w:lang w:val="pt-PT"/>
              </w:rPr>
              <w:t xml:space="preserve">Autorizația nerespectată — nr. / data / emitent </w:t>
            </w:r>
            <w:r w:rsidRPr="00CA3FBF">
              <w:rPr>
                <w:sz w:val="16"/>
                <w:szCs w:val="16"/>
                <w:lang w:val="pt-PT"/>
              </w:rPr>
              <w:br/>
            </w:r>
            <w:r w:rsidRPr="00CA3FBF">
              <w:rPr>
                <w:rFonts w:ascii="TimesNewRomanPS" w:eastAsia="TimesNewRomanPS" w:hAnsi="TimesNewRomanPS"/>
                <w:i/>
                <w:color w:val="7A7A7A"/>
                <w:w w:val="97"/>
                <w:sz w:val="16"/>
                <w:szCs w:val="16"/>
                <w:lang w:val="pt-PT"/>
              </w:rPr>
              <w:t>dacă este cazul</w:t>
            </w:r>
          </w:p>
        </w:tc>
      </w:tr>
      <w:tr w:rsidR="00BD2397" w:rsidRPr="00F9681E" w14:paraId="1648CA50" w14:textId="77777777">
        <w:trPr>
          <w:trHeight w:hRule="exact" w:val="190"/>
        </w:trPr>
        <w:tc>
          <w:tcPr>
            <w:tcW w:w="9348" w:type="dxa"/>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6F291648" w14:textId="77777777" w:rsidR="00BD2397" w:rsidRPr="00F9681E" w:rsidRDefault="00B8640C">
            <w:pPr>
              <w:autoSpaceDE w:val="0"/>
              <w:autoSpaceDN w:val="0"/>
              <w:spacing w:after="0" w:line="154" w:lineRule="exact"/>
              <w:ind w:left="100"/>
              <w:rPr>
                <w:sz w:val="16"/>
                <w:szCs w:val="16"/>
              </w:rPr>
            </w:pPr>
            <w:r w:rsidRPr="00CA3FBF">
              <w:rPr>
                <w:rFonts w:ascii="TimesNewRomanPSMT" w:eastAsia="TimesNewRomanPSMT" w:hAnsi="TimesNewRomanPSMT"/>
                <w:color w:val="000000"/>
                <w:w w:val="103"/>
                <w:sz w:val="16"/>
                <w:szCs w:val="16"/>
                <w:lang w:val="pt-PT"/>
              </w:rPr>
              <w:t xml:space="preserve"> </w:t>
            </w:r>
            <w:r w:rsidRPr="00F9681E">
              <w:rPr>
                <w:rFonts w:ascii="TimesNewRomanPSMT" w:eastAsia="TimesNewRomanPSMT" w:hAnsi="TimesNewRomanPSMT"/>
                <w:color w:val="000000"/>
                <w:w w:val="103"/>
                <w:sz w:val="16"/>
                <w:szCs w:val="16"/>
              </w:rPr>
              <w:t>Încadrarea — art. 301, se bifează cazul aplicabil</w:t>
            </w:r>
          </w:p>
        </w:tc>
      </w:tr>
      <w:tr w:rsidR="00BD2397" w:rsidRPr="00630731" w14:paraId="0E6E1639" w14:textId="77777777">
        <w:trPr>
          <w:trHeight w:hRule="exact" w:val="83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01860B59" w14:textId="77777777" w:rsidR="00BD2397" w:rsidRPr="00CA3FBF" w:rsidRDefault="00B8640C">
            <w:pPr>
              <w:autoSpaceDE w:val="0"/>
              <w:autoSpaceDN w:val="0"/>
              <w:spacing w:after="0" w:line="206" w:lineRule="exact"/>
              <w:ind w:left="100" w:right="1728"/>
              <w:rPr>
                <w:sz w:val="16"/>
                <w:szCs w:val="16"/>
                <w:lang w:val="pt-PT"/>
              </w:rPr>
            </w:pP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alin. (2) — locuință unifamilială, suprafață construită desfășurată de cel mult 150 mp, care nu este monument istoric</w:t>
            </w: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alin. (2) — anexă a locuinței / gospodărească / a exploatației agricole, de cel mult 150 mp</w:t>
            </w:r>
            <w:r w:rsidRPr="00F9681E">
              <w:rPr>
                <w:sz w:val="16"/>
                <w:szCs w:val="16"/>
              </w:rPr>
              <w:br/>
            </w: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alin. </w:t>
            </w:r>
            <w:r w:rsidRPr="00CA3FBF">
              <w:rPr>
                <w:rFonts w:ascii="TimesNewRomanPSMT" w:eastAsia="TimesNewRomanPSMT" w:hAnsi="TimesNewRomanPSMT"/>
                <w:color w:val="000000"/>
                <w:w w:val="103"/>
                <w:sz w:val="16"/>
                <w:szCs w:val="16"/>
                <w:lang w:val="pt-PT"/>
              </w:rPr>
              <w:t>(2) — lucrări de închidere a balcoanelor, fără extindere pe domeniul public</w:t>
            </w:r>
            <w:r w:rsidRPr="00CA3FBF">
              <w:rPr>
                <w:sz w:val="16"/>
                <w:szCs w:val="16"/>
                <w:lang w:val="pt-PT"/>
              </w:rPr>
              <w:br/>
            </w: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alin. (7) — alte categorii, în termenul de excepție de cel mult 1 an de la intrarea în vigoare a Codului</w:t>
            </w:r>
          </w:p>
        </w:tc>
      </w:tr>
    </w:tbl>
    <w:p w14:paraId="305747B9" w14:textId="77777777" w:rsidR="00BD2397" w:rsidRPr="00F9681E" w:rsidRDefault="00B8640C">
      <w:pPr>
        <w:tabs>
          <w:tab w:val="left" w:pos="4236"/>
        </w:tabs>
        <w:autoSpaceDE w:val="0"/>
        <w:autoSpaceDN w:val="0"/>
        <w:spacing w:after="0" w:line="144" w:lineRule="exact"/>
        <w:ind w:left="108"/>
        <w:rPr>
          <w:sz w:val="16"/>
          <w:szCs w:val="16"/>
          <w:lang w:val="sv-SE"/>
        </w:rPr>
      </w:pPr>
      <w:r w:rsidRPr="00F9681E">
        <w:rPr>
          <w:rFonts w:ascii="TimesNewRomanPSMT" w:eastAsia="TimesNewRomanPSMT" w:hAnsi="TimesNewRomanPSMT"/>
          <w:color w:val="595959"/>
          <w:w w:val="97"/>
          <w:sz w:val="16"/>
          <w:szCs w:val="16"/>
          <w:lang w:val="sv-SE"/>
        </w:rPr>
        <w:t xml:space="preserve">F_AR_01 · versiunea 1.0 </w:t>
      </w:r>
      <w:r w:rsidRPr="00F9681E">
        <w:rPr>
          <w:sz w:val="16"/>
          <w:szCs w:val="16"/>
          <w:lang w:val="sv-SE"/>
        </w:rPr>
        <w:tab/>
      </w:r>
      <w:r w:rsidRPr="00F9681E">
        <w:rPr>
          <w:rFonts w:ascii="TimesNewRomanPSMT" w:eastAsia="TimesNewRomanPSMT" w:hAnsi="TimesNewRomanPSMT"/>
          <w:color w:val="595959"/>
          <w:w w:val="97"/>
          <w:sz w:val="16"/>
          <w:szCs w:val="16"/>
          <w:lang w:val="sv-SE"/>
        </w:rPr>
        <w:t>pagina 1 din 2</w:t>
      </w:r>
    </w:p>
    <w:p w14:paraId="1F676055" w14:textId="77777777" w:rsidR="00BD2397" w:rsidRPr="00F9681E" w:rsidRDefault="00BD2397">
      <w:pPr>
        <w:spacing w:after="0"/>
        <w:rPr>
          <w:sz w:val="16"/>
          <w:szCs w:val="16"/>
          <w:lang w:val="sv-SE"/>
        </w:rPr>
        <w:sectPr w:rsidR="00BD2397" w:rsidRPr="00F9681E">
          <w:pgSz w:w="11900" w:h="16840"/>
          <w:pgMar w:top="126" w:right="546" w:bottom="236" w:left="1166" w:header="720" w:footer="720" w:gutter="0"/>
          <w:cols w:space="708"/>
          <w:docGrid w:linePitch="360"/>
        </w:sectPr>
      </w:pPr>
    </w:p>
    <w:p w14:paraId="5BE77016" w14:textId="77777777" w:rsidR="00BD2397" w:rsidRPr="00F9681E" w:rsidRDefault="00BD2397">
      <w:pPr>
        <w:autoSpaceDE w:val="0"/>
        <w:autoSpaceDN w:val="0"/>
        <w:spacing w:after="0" w:line="126" w:lineRule="exact"/>
        <w:rPr>
          <w:sz w:val="16"/>
          <w:szCs w:val="16"/>
          <w:lang w:val="sv-SE"/>
        </w:rPr>
      </w:pPr>
    </w:p>
    <w:tbl>
      <w:tblPr>
        <w:tblW w:w="0" w:type="auto"/>
        <w:tblInd w:w="606" w:type="dxa"/>
        <w:tblLayout w:type="fixed"/>
        <w:tblLook w:val="04A0" w:firstRow="1" w:lastRow="0" w:firstColumn="1" w:lastColumn="0" w:noHBand="0" w:noVBand="1"/>
      </w:tblPr>
      <w:tblGrid>
        <w:gridCol w:w="2338"/>
        <w:gridCol w:w="3894"/>
        <w:gridCol w:w="3116"/>
      </w:tblGrid>
      <w:tr w:rsidR="00BD2397" w:rsidRPr="00630731" w14:paraId="61C4B0C0" w14:textId="77777777">
        <w:trPr>
          <w:trHeight w:hRule="exact" w:val="208"/>
        </w:trPr>
        <w:tc>
          <w:tcPr>
            <w:tcW w:w="9348" w:type="dxa"/>
            <w:gridSpan w:val="3"/>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0DE693E7" w14:textId="35E7276A" w:rsidR="00BD2397" w:rsidRPr="00CA3FBF" w:rsidRDefault="00B8640C">
            <w:pPr>
              <w:autoSpaceDE w:val="0"/>
              <w:autoSpaceDN w:val="0"/>
              <w:spacing w:after="0" w:line="176" w:lineRule="exact"/>
              <w:ind w:left="100"/>
              <w:rPr>
                <w:sz w:val="16"/>
                <w:szCs w:val="16"/>
                <w:lang w:val="pt-PT"/>
              </w:rPr>
            </w:pPr>
            <w:r w:rsidRPr="00CA3FBF">
              <w:rPr>
                <w:rFonts w:ascii="TimesNewRomanPS" w:eastAsia="TimesNewRomanPS" w:hAnsi="TimesNewRomanPS"/>
                <w:b/>
                <w:color w:val="000000"/>
                <w:w w:val="103"/>
                <w:sz w:val="16"/>
                <w:szCs w:val="16"/>
                <w:lang w:val="pt-PT"/>
              </w:rPr>
              <w:t xml:space="preserve">6. </w:t>
            </w:r>
            <w:r w:rsidRPr="00CA3FBF">
              <w:rPr>
                <w:rFonts w:ascii="TimesNewRomanPS" w:eastAsia="TimesNewRomanPS" w:hAnsi="TimesNewRomanPS"/>
                <w:b/>
                <w:color w:val="000000"/>
                <w:w w:val="102"/>
                <w:sz w:val="16"/>
                <w:szCs w:val="16"/>
                <w:lang w:val="pt-PT"/>
              </w:rPr>
              <w:t>DOCUMENTAȚIA ȘI EXPERTIZAREA TEHNICĂ PENTRU CERINȚELE FUNDAMNETALE</w:t>
            </w:r>
          </w:p>
        </w:tc>
      </w:tr>
      <w:tr w:rsidR="00BD2397" w:rsidRPr="00F9681E" w14:paraId="2B29ACAB" w14:textId="77777777">
        <w:trPr>
          <w:trHeight w:hRule="exact" w:val="506"/>
        </w:trPr>
        <w:tc>
          <w:tcPr>
            <w:tcW w:w="2338" w:type="dxa"/>
            <w:tcBorders>
              <w:top w:val="single" w:sz="3" w:space="0" w:color="767676"/>
              <w:left w:val="single" w:sz="3" w:space="0" w:color="767676"/>
              <w:bottom w:val="single" w:sz="4" w:space="0" w:color="767676"/>
              <w:right w:val="single" w:sz="3" w:space="0" w:color="767676"/>
            </w:tcBorders>
            <w:tcMar>
              <w:left w:w="0" w:type="dxa"/>
              <w:right w:w="0" w:type="dxa"/>
            </w:tcMar>
          </w:tcPr>
          <w:p w14:paraId="51BD998E"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P.A.C. nr. / data</w:t>
            </w:r>
          </w:p>
        </w:tc>
        <w:tc>
          <w:tcPr>
            <w:tcW w:w="3894" w:type="dxa"/>
            <w:tcBorders>
              <w:top w:val="single" w:sz="3" w:space="0" w:color="767676"/>
              <w:left w:val="single" w:sz="3" w:space="0" w:color="767676"/>
              <w:bottom w:val="single" w:sz="4" w:space="0" w:color="767676"/>
              <w:right w:val="single" w:sz="3" w:space="0" w:color="767676"/>
            </w:tcBorders>
            <w:tcMar>
              <w:left w:w="0" w:type="dxa"/>
              <w:right w:w="0" w:type="dxa"/>
            </w:tcMar>
          </w:tcPr>
          <w:p w14:paraId="71B8B453"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Elaborator</w:t>
            </w:r>
          </w:p>
        </w:tc>
        <w:tc>
          <w:tcPr>
            <w:tcW w:w="3116" w:type="dxa"/>
            <w:tcBorders>
              <w:top w:val="single" w:sz="3" w:space="0" w:color="767676"/>
              <w:left w:val="single" w:sz="3" w:space="0" w:color="767676"/>
              <w:bottom w:val="single" w:sz="4" w:space="0" w:color="767676"/>
              <w:right w:val="single" w:sz="3" w:space="0" w:color="767676"/>
            </w:tcBorders>
            <w:tcMar>
              <w:left w:w="0" w:type="dxa"/>
              <w:right w:w="0" w:type="dxa"/>
            </w:tcMar>
          </w:tcPr>
          <w:p w14:paraId="55EAC8E4"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Proiectant autor — nr. TNA</w:t>
            </w:r>
          </w:p>
        </w:tc>
      </w:tr>
      <w:tr w:rsidR="00BD2397" w:rsidRPr="00630731" w14:paraId="289C5E23" w14:textId="77777777">
        <w:trPr>
          <w:trHeight w:hRule="exact" w:val="186"/>
        </w:trPr>
        <w:tc>
          <w:tcPr>
            <w:tcW w:w="9348" w:type="dxa"/>
            <w:gridSpan w:val="3"/>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8D1EDCA" w14:textId="77777777" w:rsidR="00BD2397" w:rsidRPr="00CA3FBF" w:rsidRDefault="00B8640C">
            <w:pPr>
              <w:autoSpaceDE w:val="0"/>
              <w:autoSpaceDN w:val="0"/>
              <w:spacing w:after="0" w:line="156" w:lineRule="exact"/>
              <w:ind w:left="100"/>
              <w:rPr>
                <w:sz w:val="16"/>
                <w:szCs w:val="16"/>
                <w:lang w:val="pt-PT"/>
              </w:rPr>
            </w:pPr>
            <w:r w:rsidRPr="00CA3FBF">
              <w:rPr>
                <w:rFonts w:ascii="TimesNewRomanPSMT" w:eastAsia="TimesNewRomanPSMT" w:hAnsi="TimesNewRomanPSMT"/>
                <w:color w:val="000000"/>
                <w:w w:val="103"/>
                <w:sz w:val="16"/>
                <w:szCs w:val="16"/>
                <w:lang w:val="pt-PT"/>
              </w:rPr>
              <w:t xml:space="preserve"> Rapoartele de expertiză tehnică, pe cerințele fundamentale</w:t>
            </w:r>
          </w:p>
        </w:tc>
      </w:tr>
      <w:tr w:rsidR="00BD2397" w:rsidRPr="00630731" w14:paraId="233ECD35" w14:textId="77777777">
        <w:trPr>
          <w:trHeight w:hRule="exact" w:val="514"/>
        </w:trPr>
        <w:tc>
          <w:tcPr>
            <w:tcW w:w="6232"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11D43305" w14:textId="77777777" w:rsidR="00BD2397" w:rsidRPr="00F9681E" w:rsidRDefault="00B8640C">
            <w:pPr>
              <w:autoSpaceDE w:val="0"/>
              <w:autoSpaceDN w:val="0"/>
              <w:spacing w:after="0" w:line="168" w:lineRule="exact"/>
              <w:ind w:left="100" w:right="432"/>
              <w:rPr>
                <w:sz w:val="16"/>
                <w:szCs w:val="16"/>
              </w:rPr>
            </w:pPr>
            <w:r w:rsidRPr="00F9681E">
              <w:rPr>
                <w:rFonts w:ascii="TimesNewRomanPS" w:eastAsia="TimesNewRomanPS" w:hAnsi="TimesNewRomanPS"/>
                <w:b/>
                <w:color w:val="0D5F78"/>
                <w:w w:val="97"/>
                <w:sz w:val="16"/>
                <w:szCs w:val="16"/>
              </w:rPr>
              <w:t>rezistență mecanică și stabilitate — nume și prenume expert tehnic / nr. certificat de expert tehnic</w:t>
            </w:r>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14:paraId="14B5F32D" w14:textId="77777777" w:rsidR="00BD2397" w:rsidRPr="00CA3FBF" w:rsidRDefault="00B8640C">
            <w:pPr>
              <w:autoSpaceDE w:val="0"/>
              <w:autoSpaceDN w:val="0"/>
              <w:spacing w:after="0" w:line="146" w:lineRule="exact"/>
              <w:ind w:left="100"/>
              <w:rPr>
                <w:sz w:val="16"/>
                <w:szCs w:val="16"/>
                <w:lang w:val="pt-PT"/>
              </w:rPr>
            </w:pPr>
            <w:r w:rsidRPr="00CA3FBF">
              <w:rPr>
                <w:rFonts w:ascii="TimesNewRomanPS" w:eastAsia="TimesNewRomanPS" w:hAnsi="TimesNewRomanPS"/>
                <w:b/>
                <w:color w:val="0D5F78"/>
                <w:w w:val="97"/>
                <w:sz w:val="16"/>
                <w:szCs w:val="16"/>
                <w:lang w:val="pt-PT"/>
              </w:rPr>
              <w:t>Raport de expertiză nr. / data</w:t>
            </w:r>
          </w:p>
        </w:tc>
      </w:tr>
      <w:tr w:rsidR="00BD2397" w:rsidRPr="00630731" w14:paraId="41C9E6E0" w14:textId="77777777">
        <w:trPr>
          <w:trHeight w:hRule="exact" w:val="502"/>
        </w:trPr>
        <w:tc>
          <w:tcPr>
            <w:tcW w:w="6232"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3B532526"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securitate la incendiu — nume și prenume expert tehnic / nr. certificat de expert tehnic</w:t>
            </w:r>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14:paraId="7FC4F3CC" w14:textId="77777777" w:rsidR="00BD2397" w:rsidRPr="00CA3FBF" w:rsidRDefault="00B8640C">
            <w:pPr>
              <w:autoSpaceDE w:val="0"/>
              <w:autoSpaceDN w:val="0"/>
              <w:spacing w:after="0" w:line="146" w:lineRule="exact"/>
              <w:ind w:left="100"/>
              <w:rPr>
                <w:sz w:val="16"/>
                <w:szCs w:val="16"/>
                <w:lang w:val="pt-PT"/>
              </w:rPr>
            </w:pPr>
            <w:r w:rsidRPr="00CA3FBF">
              <w:rPr>
                <w:rFonts w:ascii="TimesNewRomanPS" w:eastAsia="TimesNewRomanPS" w:hAnsi="TimesNewRomanPS"/>
                <w:b/>
                <w:color w:val="0D5F78"/>
                <w:w w:val="97"/>
                <w:sz w:val="16"/>
                <w:szCs w:val="16"/>
                <w:lang w:val="pt-PT"/>
              </w:rPr>
              <w:t>Raport de expertiză nr. / data</w:t>
            </w:r>
          </w:p>
        </w:tc>
      </w:tr>
      <w:tr w:rsidR="00BD2397" w:rsidRPr="00630731" w14:paraId="02C9AF04" w14:textId="77777777">
        <w:trPr>
          <w:trHeight w:hRule="exact" w:val="514"/>
        </w:trPr>
        <w:tc>
          <w:tcPr>
            <w:tcW w:w="6232"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79AAEC53" w14:textId="77777777" w:rsidR="00BD2397" w:rsidRPr="00F9681E" w:rsidRDefault="00B8640C">
            <w:pPr>
              <w:autoSpaceDE w:val="0"/>
              <w:autoSpaceDN w:val="0"/>
              <w:spacing w:after="0" w:line="168" w:lineRule="exact"/>
              <w:ind w:left="100"/>
              <w:rPr>
                <w:sz w:val="16"/>
                <w:szCs w:val="16"/>
              </w:rPr>
            </w:pPr>
            <w:r w:rsidRPr="00F9681E">
              <w:rPr>
                <w:rFonts w:ascii="TimesNewRomanPS" w:eastAsia="TimesNewRomanPS" w:hAnsi="TimesNewRomanPS"/>
                <w:b/>
                <w:color w:val="0D5F78"/>
                <w:w w:val="97"/>
                <w:sz w:val="16"/>
                <w:szCs w:val="16"/>
              </w:rPr>
              <w:t>igienă, sănătate și mediu înconjurător — nume și prenume expert tehnic / nr. certificat de expert tehnic</w:t>
            </w:r>
          </w:p>
        </w:tc>
        <w:tc>
          <w:tcPr>
            <w:tcW w:w="3116" w:type="dxa"/>
            <w:tcBorders>
              <w:top w:val="single" w:sz="4" w:space="0" w:color="767676"/>
              <w:left w:val="single" w:sz="3" w:space="0" w:color="767676"/>
              <w:bottom w:val="single" w:sz="3" w:space="0" w:color="767676"/>
              <w:right w:val="single" w:sz="3" w:space="0" w:color="767676"/>
            </w:tcBorders>
            <w:tcMar>
              <w:left w:w="0" w:type="dxa"/>
              <w:right w:w="0" w:type="dxa"/>
            </w:tcMar>
          </w:tcPr>
          <w:p w14:paraId="2D391AE6" w14:textId="77777777" w:rsidR="00BD2397" w:rsidRPr="00CA3FBF" w:rsidRDefault="00B8640C">
            <w:pPr>
              <w:autoSpaceDE w:val="0"/>
              <w:autoSpaceDN w:val="0"/>
              <w:spacing w:after="0" w:line="146" w:lineRule="exact"/>
              <w:ind w:left="100"/>
              <w:rPr>
                <w:sz w:val="16"/>
                <w:szCs w:val="16"/>
                <w:lang w:val="pt-PT"/>
              </w:rPr>
            </w:pPr>
            <w:r w:rsidRPr="00CA3FBF">
              <w:rPr>
                <w:rFonts w:ascii="TimesNewRomanPS" w:eastAsia="TimesNewRomanPS" w:hAnsi="TimesNewRomanPS"/>
                <w:b/>
                <w:color w:val="0D5F78"/>
                <w:w w:val="97"/>
                <w:sz w:val="16"/>
                <w:szCs w:val="16"/>
                <w:lang w:val="pt-PT"/>
              </w:rPr>
              <w:t>Raport de expertiză nr. / data</w:t>
            </w:r>
          </w:p>
        </w:tc>
      </w:tr>
      <w:tr w:rsidR="00BD2397" w:rsidRPr="00630731" w14:paraId="4BEED46C" w14:textId="77777777">
        <w:trPr>
          <w:trHeight w:hRule="exact" w:val="512"/>
        </w:trPr>
        <w:tc>
          <w:tcPr>
            <w:tcW w:w="6232" w:type="dxa"/>
            <w:gridSpan w:val="2"/>
            <w:tcBorders>
              <w:top w:val="single" w:sz="3" w:space="0" w:color="767676"/>
              <w:left w:val="single" w:sz="3" w:space="0" w:color="767676"/>
              <w:bottom w:val="single" w:sz="4" w:space="0" w:color="767676"/>
              <w:right w:val="single" w:sz="3" w:space="0" w:color="767676"/>
            </w:tcBorders>
            <w:tcMar>
              <w:left w:w="0" w:type="dxa"/>
              <w:right w:w="0" w:type="dxa"/>
            </w:tcMar>
          </w:tcPr>
          <w:p w14:paraId="0E4BEE8B" w14:textId="77777777" w:rsidR="00BD2397" w:rsidRPr="00F9681E" w:rsidRDefault="00B8640C">
            <w:pPr>
              <w:autoSpaceDE w:val="0"/>
              <w:autoSpaceDN w:val="0"/>
              <w:spacing w:after="0" w:line="168" w:lineRule="exact"/>
              <w:ind w:left="100" w:right="432"/>
              <w:rPr>
                <w:sz w:val="16"/>
                <w:szCs w:val="16"/>
              </w:rPr>
            </w:pPr>
            <w:r w:rsidRPr="00F9681E">
              <w:rPr>
                <w:rFonts w:ascii="TimesNewRomanPS" w:eastAsia="TimesNewRomanPS" w:hAnsi="TimesNewRomanPS"/>
                <w:b/>
                <w:color w:val="0D5F78"/>
                <w:w w:val="97"/>
                <w:sz w:val="16"/>
                <w:szCs w:val="16"/>
              </w:rPr>
              <w:t>siguranță și accesibilitate în exploatare — nume și prenume expert tehnic / nr. certificat de expert tehnic</w:t>
            </w:r>
          </w:p>
        </w:tc>
        <w:tc>
          <w:tcPr>
            <w:tcW w:w="3116" w:type="dxa"/>
            <w:tcBorders>
              <w:top w:val="single" w:sz="3" w:space="0" w:color="767676"/>
              <w:left w:val="single" w:sz="3" w:space="0" w:color="767676"/>
              <w:bottom w:val="single" w:sz="4" w:space="0" w:color="767676"/>
              <w:right w:val="single" w:sz="3" w:space="0" w:color="767676"/>
            </w:tcBorders>
            <w:tcMar>
              <w:left w:w="0" w:type="dxa"/>
              <w:right w:w="0" w:type="dxa"/>
            </w:tcMar>
          </w:tcPr>
          <w:p w14:paraId="120B05EB" w14:textId="77777777" w:rsidR="00BD2397" w:rsidRPr="00CA3FBF" w:rsidRDefault="00B8640C">
            <w:pPr>
              <w:autoSpaceDE w:val="0"/>
              <w:autoSpaceDN w:val="0"/>
              <w:spacing w:after="0" w:line="146" w:lineRule="exact"/>
              <w:ind w:left="100"/>
              <w:rPr>
                <w:sz w:val="16"/>
                <w:szCs w:val="16"/>
                <w:lang w:val="pt-PT"/>
              </w:rPr>
            </w:pPr>
            <w:r w:rsidRPr="00CA3FBF">
              <w:rPr>
                <w:rFonts w:ascii="TimesNewRomanPS" w:eastAsia="TimesNewRomanPS" w:hAnsi="TimesNewRomanPS"/>
                <w:b/>
                <w:color w:val="0D5F78"/>
                <w:w w:val="97"/>
                <w:sz w:val="16"/>
                <w:szCs w:val="16"/>
                <w:lang w:val="pt-PT"/>
              </w:rPr>
              <w:t>Raport de expertiză nr. / data</w:t>
            </w:r>
          </w:p>
        </w:tc>
      </w:tr>
      <w:tr w:rsidR="00BD2397" w:rsidRPr="00630731" w14:paraId="0E3A3159" w14:textId="77777777">
        <w:trPr>
          <w:trHeight w:hRule="exact" w:val="504"/>
        </w:trPr>
        <w:tc>
          <w:tcPr>
            <w:tcW w:w="6232"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24581B16" w14:textId="77777777" w:rsidR="00BD2397" w:rsidRPr="00F9681E" w:rsidRDefault="00B8640C">
            <w:pPr>
              <w:autoSpaceDE w:val="0"/>
              <w:autoSpaceDN w:val="0"/>
              <w:spacing w:after="0" w:line="146" w:lineRule="exact"/>
              <w:jc w:val="center"/>
              <w:rPr>
                <w:sz w:val="16"/>
                <w:szCs w:val="16"/>
              </w:rPr>
            </w:pPr>
            <w:r w:rsidRPr="00F9681E">
              <w:rPr>
                <w:rFonts w:ascii="TimesNewRomanPS" w:eastAsia="TimesNewRomanPS" w:hAnsi="TimesNewRomanPS"/>
                <w:b/>
                <w:color w:val="0D5F78"/>
                <w:w w:val="97"/>
                <w:sz w:val="16"/>
                <w:szCs w:val="16"/>
              </w:rPr>
              <w:t>protecție împotriva zgomotului — nume și prenume expert tehnic / nr. certificat de expert tehnic</w:t>
            </w:r>
          </w:p>
        </w:tc>
        <w:tc>
          <w:tcPr>
            <w:tcW w:w="3116" w:type="dxa"/>
            <w:tcBorders>
              <w:top w:val="single" w:sz="4" w:space="0" w:color="767676"/>
              <w:left w:val="single" w:sz="3" w:space="0" w:color="767676"/>
              <w:bottom w:val="single" w:sz="3" w:space="0" w:color="767676"/>
              <w:right w:val="single" w:sz="3" w:space="0" w:color="767676"/>
            </w:tcBorders>
            <w:tcMar>
              <w:left w:w="0" w:type="dxa"/>
              <w:right w:w="0" w:type="dxa"/>
            </w:tcMar>
          </w:tcPr>
          <w:p w14:paraId="6313EB63" w14:textId="77777777" w:rsidR="00BD2397" w:rsidRPr="00CA3FBF" w:rsidRDefault="00B8640C">
            <w:pPr>
              <w:autoSpaceDE w:val="0"/>
              <w:autoSpaceDN w:val="0"/>
              <w:spacing w:after="0" w:line="146" w:lineRule="exact"/>
              <w:ind w:left="100"/>
              <w:rPr>
                <w:sz w:val="16"/>
                <w:szCs w:val="16"/>
                <w:lang w:val="pt-PT"/>
              </w:rPr>
            </w:pPr>
            <w:r w:rsidRPr="00CA3FBF">
              <w:rPr>
                <w:rFonts w:ascii="TimesNewRomanPS" w:eastAsia="TimesNewRomanPS" w:hAnsi="TimesNewRomanPS"/>
                <w:b/>
                <w:color w:val="0D5F78"/>
                <w:w w:val="97"/>
                <w:sz w:val="16"/>
                <w:szCs w:val="16"/>
                <w:lang w:val="pt-PT"/>
              </w:rPr>
              <w:t>Raport de expertiză nr. / data</w:t>
            </w:r>
          </w:p>
        </w:tc>
      </w:tr>
      <w:tr w:rsidR="00BD2397" w:rsidRPr="00630731" w14:paraId="4516E319" w14:textId="77777777">
        <w:trPr>
          <w:trHeight w:hRule="exact" w:val="510"/>
        </w:trPr>
        <w:tc>
          <w:tcPr>
            <w:tcW w:w="6232" w:type="dxa"/>
            <w:gridSpan w:val="2"/>
            <w:tcBorders>
              <w:top w:val="single" w:sz="3" w:space="0" w:color="767676"/>
              <w:left w:val="single" w:sz="3" w:space="0" w:color="767676"/>
              <w:bottom w:val="single" w:sz="4" w:space="0" w:color="767676"/>
              <w:right w:val="single" w:sz="3" w:space="0" w:color="767676"/>
            </w:tcBorders>
            <w:tcMar>
              <w:left w:w="0" w:type="dxa"/>
              <w:right w:w="0" w:type="dxa"/>
            </w:tcMar>
          </w:tcPr>
          <w:p w14:paraId="6983EAE3" w14:textId="77777777" w:rsidR="00BD2397" w:rsidRPr="00F9681E" w:rsidRDefault="00B8640C">
            <w:pPr>
              <w:autoSpaceDE w:val="0"/>
              <w:autoSpaceDN w:val="0"/>
              <w:spacing w:after="0" w:line="166" w:lineRule="exact"/>
              <w:ind w:left="100"/>
              <w:rPr>
                <w:sz w:val="16"/>
                <w:szCs w:val="16"/>
              </w:rPr>
            </w:pPr>
            <w:r w:rsidRPr="00F9681E">
              <w:rPr>
                <w:rFonts w:ascii="TimesNewRomanPS" w:eastAsia="TimesNewRomanPS" w:hAnsi="TimesNewRomanPS"/>
                <w:b/>
                <w:color w:val="0D5F78"/>
                <w:w w:val="97"/>
                <w:sz w:val="16"/>
                <w:szCs w:val="16"/>
              </w:rPr>
              <w:t>economie de energie și izolare termică — nume și prenume expert tehnic / nr. certificat de expert tehnic</w:t>
            </w:r>
          </w:p>
        </w:tc>
        <w:tc>
          <w:tcPr>
            <w:tcW w:w="3116" w:type="dxa"/>
            <w:tcBorders>
              <w:top w:val="single" w:sz="3" w:space="0" w:color="767676"/>
              <w:left w:val="single" w:sz="3" w:space="0" w:color="767676"/>
              <w:bottom w:val="single" w:sz="4" w:space="0" w:color="767676"/>
              <w:right w:val="single" w:sz="3" w:space="0" w:color="767676"/>
            </w:tcBorders>
            <w:tcMar>
              <w:left w:w="0" w:type="dxa"/>
              <w:right w:w="0" w:type="dxa"/>
            </w:tcMar>
          </w:tcPr>
          <w:p w14:paraId="04D6F237" w14:textId="77777777" w:rsidR="00BD2397" w:rsidRPr="00CA3FBF" w:rsidRDefault="00B8640C">
            <w:pPr>
              <w:autoSpaceDE w:val="0"/>
              <w:autoSpaceDN w:val="0"/>
              <w:spacing w:after="0" w:line="146" w:lineRule="exact"/>
              <w:ind w:left="100"/>
              <w:rPr>
                <w:sz w:val="16"/>
                <w:szCs w:val="16"/>
                <w:lang w:val="pt-PT"/>
              </w:rPr>
            </w:pPr>
            <w:r w:rsidRPr="00CA3FBF">
              <w:rPr>
                <w:rFonts w:ascii="TimesNewRomanPS" w:eastAsia="TimesNewRomanPS" w:hAnsi="TimesNewRomanPS"/>
                <w:b/>
                <w:color w:val="0D5F78"/>
                <w:w w:val="97"/>
                <w:sz w:val="16"/>
                <w:szCs w:val="16"/>
                <w:lang w:val="pt-PT"/>
              </w:rPr>
              <w:t>Raport de expertiză nr. / data</w:t>
            </w:r>
          </w:p>
        </w:tc>
      </w:tr>
    </w:tbl>
    <w:p w14:paraId="1A131BFD" w14:textId="77777777" w:rsidR="00BD2397" w:rsidRPr="00CA3FBF" w:rsidRDefault="00BD2397">
      <w:pPr>
        <w:autoSpaceDE w:val="0"/>
        <w:autoSpaceDN w:val="0"/>
        <w:spacing w:after="0" w:line="116" w:lineRule="exact"/>
        <w:rPr>
          <w:sz w:val="16"/>
          <w:szCs w:val="16"/>
          <w:lang w:val="pt-PT"/>
        </w:rPr>
      </w:pPr>
    </w:p>
    <w:tbl>
      <w:tblPr>
        <w:tblW w:w="0" w:type="auto"/>
        <w:tblInd w:w="606" w:type="dxa"/>
        <w:tblLayout w:type="fixed"/>
        <w:tblLook w:val="04A0" w:firstRow="1" w:lastRow="0" w:firstColumn="1" w:lastColumn="0" w:noHBand="0" w:noVBand="1"/>
      </w:tblPr>
      <w:tblGrid>
        <w:gridCol w:w="2338"/>
        <w:gridCol w:w="3894"/>
        <w:gridCol w:w="3116"/>
      </w:tblGrid>
      <w:tr w:rsidR="00BD2397" w:rsidRPr="00630731" w14:paraId="38E9E191" w14:textId="77777777">
        <w:trPr>
          <w:trHeight w:hRule="exact" w:val="210"/>
        </w:trPr>
        <w:tc>
          <w:tcPr>
            <w:tcW w:w="9348" w:type="dxa"/>
            <w:gridSpan w:val="3"/>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6A256D95" w14:textId="77777777" w:rsidR="00BD2397" w:rsidRPr="00CA3FBF" w:rsidRDefault="00B8640C">
            <w:pPr>
              <w:autoSpaceDE w:val="0"/>
              <w:autoSpaceDN w:val="0"/>
              <w:spacing w:after="0" w:line="174" w:lineRule="exact"/>
              <w:ind w:left="100"/>
              <w:rPr>
                <w:sz w:val="16"/>
                <w:szCs w:val="16"/>
                <w:lang w:val="pt-PT"/>
              </w:rPr>
            </w:pPr>
            <w:r w:rsidRPr="00CA3FBF">
              <w:rPr>
                <w:rFonts w:ascii="TimesNewRomanPS" w:eastAsia="TimesNewRomanPS" w:hAnsi="TimesNewRomanPS"/>
                <w:b/>
                <w:color w:val="000000"/>
                <w:w w:val="103"/>
                <w:sz w:val="16"/>
                <w:szCs w:val="16"/>
                <w:lang w:val="pt-PT"/>
              </w:rPr>
              <w:t xml:space="preserve">7. </w:t>
            </w:r>
            <w:r w:rsidRPr="00CA3FBF">
              <w:rPr>
                <w:rFonts w:ascii="TimesNewRomanPS" w:eastAsia="TimesNewRomanPS" w:hAnsi="TimesNewRomanPS"/>
                <w:b/>
                <w:color w:val="000000"/>
                <w:w w:val="102"/>
                <w:sz w:val="16"/>
                <w:szCs w:val="16"/>
                <w:lang w:val="pt-PT"/>
              </w:rPr>
              <w:t>RAPORT PRIVIND RESPECTAREA REGLEMENTARILOR URBANISTICE, DACĂ ESTE CAZUL</w:t>
            </w:r>
          </w:p>
        </w:tc>
      </w:tr>
      <w:tr w:rsidR="00BD2397" w:rsidRPr="00F9681E" w14:paraId="72482F28" w14:textId="77777777">
        <w:trPr>
          <w:trHeight w:hRule="exact" w:val="504"/>
        </w:trPr>
        <w:tc>
          <w:tcPr>
            <w:tcW w:w="2338" w:type="dxa"/>
            <w:tcBorders>
              <w:top w:val="single" w:sz="3" w:space="0" w:color="767676"/>
              <w:left w:val="single" w:sz="3" w:space="0" w:color="767676"/>
              <w:bottom w:val="single" w:sz="4" w:space="0" w:color="767676"/>
              <w:right w:val="single" w:sz="3" w:space="0" w:color="767676"/>
            </w:tcBorders>
            <w:tcMar>
              <w:left w:w="0" w:type="dxa"/>
              <w:right w:w="0" w:type="dxa"/>
            </w:tcMar>
          </w:tcPr>
          <w:p w14:paraId="7F7F5BDA"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Elaborator</w:t>
            </w:r>
          </w:p>
        </w:tc>
        <w:tc>
          <w:tcPr>
            <w:tcW w:w="3894" w:type="dxa"/>
            <w:tcBorders>
              <w:top w:val="single" w:sz="3" w:space="0" w:color="767676"/>
              <w:left w:val="single" w:sz="3" w:space="0" w:color="767676"/>
              <w:bottom w:val="single" w:sz="4" w:space="0" w:color="767676"/>
              <w:right w:val="single" w:sz="3" w:space="0" w:color="767676"/>
            </w:tcBorders>
            <w:tcMar>
              <w:left w:w="0" w:type="dxa"/>
              <w:right w:w="0" w:type="dxa"/>
            </w:tcMar>
          </w:tcPr>
          <w:p w14:paraId="53F3B4C7"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Raport nr. / data</w:t>
            </w:r>
          </w:p>
        </w:tc>
        <w:tc>
          <w:tcPr>
            <w:tcW w:w="3116" w:type="dxa"/>
            <w:tcBorders>
              <w:top w:val="single" w:sz="3" w:space="0" w:color="767676"/>
              <w:left w:val="single" w:sz="3" w:space="0" w:color="767676"/>
              <w:bottom w:val="single" w:sz="4" w:space="0" w:color="767676"/>
              <w:right w:val="single" w:sz="3" w:space="0" w:color="767676"/>
            </w:tcBorders>
            <w:tcMar>
              <w:left w:w="0" w:type="dxa"/>
              <w:right w:w="0" w:type="dxa"/>
            </w:tcMar>
          </w:tcPr>
          <w:p w14:paraId="476B166D"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Nr. certificat atestare</w:t>
            </w:r>
          </w:p>
        </w:tc>
      </w:tr>
    </w:tbl>
    <w:p w14:paraId="56461062" w14:textId="77777777" w:rsidR="00BD2397" w:rsidRPr="00F9681E" w:rsidRDefault="00BD2397">
      <w:pPr>
        <w:autoSpaceDE w:val="0"/>
        <w:autoSpaceDN w:val="0"/>
        <w:spacing w:after="0" w:line="234" w:lineRule="exact"/>
        <w:rPr>
          <w:sz w:val="16"/>
          <w:szCs w:val="16"/>
        </w:rPr>
      </w:pPr>
    </w:p>
    <w:tbl>
      <w:tblPr>
        <w:tblW w:w="0" w:type="auto"/>
        <w:tblInd w:w="606" w:type="dxa"/>
        <w:tblLayout w:type="fixed"/>
        <w:tblLook w:val="04A0" w:firstRow="1" w:lastRow="0" w:firstColumn="1" w:lastColumn="0" w:noHBand="0" w:noVBand="1"/>
      </w:tblPr>
      <w:tblGrid>
        <w:gridCol w:w="9348"/>
      </w:tblGrid>
      <w:tr w:rsidR="00BD2397" w:rsidRPr="00F9681E" w14:paraId="7443B352" w14:textId="77777777">
        <w:trPr>
          <w:trHeight w:hRule="exact" w:val="21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58EF6D5F" w14:textId="77777777" w:rsidR="00BD2397" w:rsidRPr="00F9681E" w:rsidRDefault="00B8640C">
            <w:pPr>
              <w:autoSpaceDE w:val="0"/>
              <w:autoSpaceDN w:val="0"/>
              <w:spacing w:after="0" w:line="176" w:lineRule="exact"/>
              <w:ind w:left="100"/>
              <w:rPr>
                <w:sz w:val="16"/>
                <w:szCs w:val="16"/>
              </w:rPr>
            </w:pPr>
            <w:r w:rsidRPr="00F9681E">
              <w:rPr>
                <w:rFonts w:ascii="TimesNewRomanPS" w:eastAsia="TimesNewRomanPS" w:hAnsi="TimesNewRomanPS"/>
                <w:b/>
                <w:color w:val="000000"/>
                <w:w w:val="103"/>
                <w:sz w:val="16"/>
                <w:szCs w:val="16"/>
              </w:rPr>
              <w:t xml:space="preserve"> 8. </w:t>
            </w:r>
            <w:r w:rsidRPr="00F9681E">
              <w:rPr>
                <w:rFonts w:ascii="TimesNewRomanPS" w:eastAsia="TimesNewRomanPS" w:hAnsi="TimesNewRomanPS"/>
                <w:b/>
                <w:color w:val="000000"/>
                <w:w w:val="102"/>
                <w:sz w:val="16"/>
                <w:szCs w:val="16"/>
              </w:rPr>
              <w:t>ANEXEZ LA PREZENTA CERERE</w:t>
            </w:r>
          </w:p>
        </w:tc>
      </w:tr>
      <w:tr w:rsidR="00BD2397" w:rsidRPr="00630731" w14:paraId="022898D2" w14:textId="77777777">
        <w:trPr>
          <w:trHeight w:hRule="exact" w:val="216"/>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64433A83" w14:textId="77777777" w:rsidR="00BD2397" w:rsidRPr="00CA3FBF" w:rsidRDefault="00B8640C">
            <w:pPr>
              <w:autoSpaceDE w:val="0"/>
              <w:autoSpaceDN w:val="0"/>
              <w:spacing w:after="0" w:line="160" w:lineRule="exact"/>
              <w:ind w:left="100"/>
              <w:rPr>
                <w:sz w:val="16"/>
                <w:szCs w:val="16"/>
                <w:lang w:val="pt-PT"/>
              </w:rPr>
            </w:pP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a) rapoartele de expertiză tehnică pentru cerințele fundamentale</w:t>
            </w:r>
          </w:p>
        </w:tc>
      </w:tr>
      <w:tr w:rsidR="00BD2397" w:rsidRPr="00630731" w14:paraId="1CF6ADA0" w14:textId="77777777">
        <w:trPr>
          <w:trHeight w:hRule="exact" w:val="218"/>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6A7B72F9" w14:textId="77777777" w:rsidR="00BD2397" w:rsidRPr="00CA3FBF" w:rsidRDefault="00B8640C">
            <w:pPr>
              <w:autoSpaceDE w:val="0"/>
              <w:autoSpaceDN w:val="0"/>
              <w:spacing w:after="0" w:line="160" w:lineRule="exact"/>
              <w:ind w:left="100"/>
              <w:rPr>
                <w:sz w:val="16"/>
                <w:szCs w:val="16"/>
                <w:lang w:val="pt-PT"/>
              </w:rPr>
            </w:pP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b) documente emise de către emitenții avizelor / acordurilor (câte 1 exemplar copie):</w:t>
            </w:r>
          </w:p>
        </w:tc>
      </w:tr>
      <w:tr w:rsidR="00BD2397" w:rsidRPr="00630731" w14:paraId="5C095FE3" w14:textId="77777777">
        <w:trPr>
          <w:trHeight w:hRule="exact" w:val="514"/>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3E6FA493" w14:textId="77777777" w:rsidR="00BD2397" w:rsidRPr="00CA3FBF" w:rsidRDefault="00BD2397">
            <w:pPr>
              <w:spacing w:after="0"/>
              <w:rPr>
                <w:sz w:val="16"/>
                <w:szCs w:val="16"/>
                <w:lang w:val="pt-PT"/>
              </w:rPr>
            </w:pPr>
          </w:p>
        </w:tc>
      </w:tr>
      <w:tr w:rsidR="00BD2397" w:rsidRPr="00630731" w14:paraId="7FAE7DB6" w14:textId="77777777">
        <w:trPr>
          <w:trHeight w:hRule="exact" w:val="394"/>
        </w:trPr>
        <w:tc>
          <w:tcPr>
            <w:tcW w:w="9348" w:type="dxa"/>
            <w:tcBorders>
              <w:top w:val="single" w:sz="3" w:space="0" w:color="767676"/>
              <w:left w:val="single" w:sz="3" w:space="0" w:color="767676"/>
              <w:bottom w:val="single" w:sz="3" w:space="0" w:color="767676"/>
              <w:right w:val="single" w:sz="3" w:space="0" w:color="767676"/>
            </w:tcBorders>
            <w:tcMar>
              <w:left w:w="0" w:type="dxa"/>
              <w:right w:w="0" w:type="dxa"/>
            </w:tcMar>
          </w:tcPr>
          <w:p w14:paraId="6EB0620D" w14:textId="77777777" w:rsidR="00BD2397" w:rsidRPr="00CA3FBF" w:rsidRDefault="00B8640C">
            <w:pPr>
              <w:autoSpaceDE w:val="0"/>
              <w:autoSpaceDN w:val="0"/>
              <w:spacing w:after="0" w:line="184" w:lineRule="exact"/>
              <w:ind w:left="100" w:right="288"/>
              <w:rPr>
                <w:sz w:val="16"/>
                <w:szCs w:val="16"/>
                <w:lang w:val="pt-PT"/>
              </w:rPr>
            </w:pP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raport privind respectarea reglementărilor urbanistice, elaborat de structura de specialitate / de specialist cu drept de semnătură în domeniul urbanismului, după caz</w:t>
            </w:r>
          </w:p>
        </w:tc>
      </w:tr>
      <w:tr w:rsidR="00BD2397" w:rsidRPr="00630731" w14:paraId="47E9343A" w14:textId="77777777">
        <w:trPr>
          <w:trHeight w:hRule="exact" w:val="808"/>
        </w:trPr>
        <w:tc>
          <w:tcPr>
            <w:tcW w:w="9348" w:type="dxa"/>
            <w:tcBorders>
              <w:top w:val="single" w:sz="3" w:space="0" w:color="767676"/>
              <w:left w:val="single" w:sz="3" w:space="0" w:color="767676"/>
              <w:bottom w:val="single" w:sz="3" w:space="0" w:color="767676"/>
              <w:right w:val="single" w:sz="3" w:space="0" w:color="767676"/>
            </w:tcBorders>
            <w:tcMar>
              <w:left w:w="0" w:type="dxa"/>
              <w:right w:w="0" w:type="dxa"/>
            </w:tcMar>
          </w:tcPr>
          <w:p w14:paraId="6419AC05" w14:textId="77777777" w:rsidR="00BD2397" w:rsidRPr="00CA3FBF" w:rsidRDefault="00B8640C">
            <w:pPr>
              <w:tabs>
                <w:tab w:val="left" w:pos="140"/>
              </w:tabs>
              <w:autoSpaceDE w:val="0"/>
              <w:autoSpaceDN w:val="0"/>
              <w:spacing w:after="0" w:line="196" w:lineRule="exact"/>
              <w:ind w:left="100" w:right="432"/>
              <w:rPr>
                <w:sz w:val="16"/>
                <w:szCs w:val="16"/>
                <w:lang w:val="pt-PT"/>
              </w:rPr>
            </w:pP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extras de carte funciară actualizat </w:t>
            </w:r>
            <w:r w:rsidRPr="00CA3FBF">
              <w:rPr>
                <w:sz w:val="16"/>
                <w:szCs w:val="16"/>
                <w:lang w:val="pt-PT"/>
              </w:rPr>
              <w:br/>
            </w: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documentația P.A.C. (2 exemplare sau 1 exemplar original, în format letric, acolo unde autoritatea are posibilitatea de a arhiva în format digital)) </w:t>
            </w:r>
            <w:r w:rsidRPr="00CA3FBF">
              <w:rPr>
                <w:sz w:val="16"/>
                <w:szCs w:val="16"/>
                <w:lang w:val="pt-PT"/>
              </w:rPr>
              <w:br/>
            </w: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dovada achitării taxelor     </w:t>
            </w: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împuternicirea, dacă este cazul</w:t>
            </w:r>
          </w:p>
        </w:tc>
      </w:tr>
    </w:tbl>
    <w:p w14:paraId="58856AF0" w14:textId="77777777" w:rsidR="00BD2397" w:rsidRPr="00CA3FBF" w:rsidRDefault="00BD2397">
      <w:pPr>
        <w:autoSpaceDE w:val="0"/>
        <w:autoSpaceDN w:val="0"/>
        <w:spacing w:after="0" w:line="116" w:lineRule="exact"/>
        <w:rPr>
          <w:sz w:val="16"/>
          <w:szCs w:val="16"/>
          <w:lang w:val="pt-PT"/>
        </w:rPr>
      </w:pPr>
    </w:p>
    <w:tbl>
      <w:tblPr>
        <w:tblW w:w="0" w:type="auto"/>
        <w:tblInd w:w="606" w:type="dxa"/>
        <w:tblLayout w:type="fixed"/>
        <w:tblLook w:val="04A0" w:firstRow="1" w:lastRow="0" w:firstColumn="1" w:lastColumn="0" w:noHBand="0" w:noVBand="1"/>
      </w:tblPr>
      <w:tblGrid>
        <w:gridCol w:w="9348"/>
      </w:tblGrid>
      <w:tr w:rsidR="00BD2397" w:rsidRPr="00630731" w14:paraId="51BDBA9C" w14:textId="77777777">
        <w:trPr>
          <w:trHeight w:hRule="exact" w:val="550"/>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1164592C" w14:textId="77777777" w:rsidR="00BD2397" w:rsidRPr="00CA3FBF" w:rsidRDefault="00B8640C">
            <w:pPr>
              <w:autoSpaceDE w:val="0"/>
              <w:autoSpaceDN w:val="0"/>
              <w:spacing w:after="0" w:line="180" w:lineRule="exact"/>
              <w:ind w:left="100" w:right="144"/>
              <w:rPr>
                <w:sz w:val="16"/>
                <w:szCs w:val="16"/>
                <w:lang w:val="pt-PT"/>
              </w:rPr>
            </w:pPr>
            <w:r w:rsidRPr="00CA3FBF">
              <w:rPr>
                <w:rFonts w:ascii="TimesNewRomanPS" w:eastAsia="TimesNewRomanPS" w:hAnsi="TimesNewRomanPS"/>
                <w:i/>
                <w:color w:val="000000"/>
                <w:w w:val="97"/>
                <w:sz w:val="16"/>
                <w:szCs w:val="16"/>
                <w:lang w:val="pt-PT"/>
              </w:rPr>
              <w:t>Declar pe propria răspundere, sub sancțiunea Codului penal privind infracțiunea de fals în declarații, că datele menționate în prezenta cerere sunt reale și exacte și că am formulat prezenta cerere anterior începerii lucrărilor de modificare identificate în Proiectul pentru autorizarea construirii atașat, astfel cum stabilește art. 301.</w:t>
            </w:r>
          </w:p>
        </w:tc>
      </w:tr>
    </w:tbl>
    <w:p w14:paraId="76ACD367" w14:textId="77777777" w:rsidR="00BD2397" w:rsidRPr="00CA3FBF" w:rsidRDefault="00BD2397">
      <w:pPr>
        <w:autoSpaceDE w:val="0"/>
        <w:autoSpaceDN w:val="0"/>
        <w:spacing w:after="0" w:line="120" w:lineRule="exact"/>
        <w:rPr>
          <w:sz w:val="16"/>
          <w:szCs w:val="16"/>
          <w:lang w:val="pt-PT"/>
        </w:rPr>
      </w:pPr>
    </w:p>
    <w:tbl>
      <w:tblPr>
        <w:tblW w:w="0" w:type="auto"/>
        <w:tblInd w:w="606" w:type="dxa"/>
        <w:tblLayout w:type="fixed"/>
        <w:tblLook w:val="04A0" w:firstRow="1" w:lastRow="0" w:firstColumn="1" w:lastColumn="0" w:noHBand="0" w:noVBand="1"/>
      </w:tblPr>
      <w:tblGrid>
        <w:gridCol w:w="1558"/>
        <w:gridCol w:w="4674"/>
        <w:gridCol w:w="3116"/>
      </w:tblGrid>
      <w:tr w:rsidR="00BD2397" w:rsidRPr="00F9681E" w14:paraId="5C88E4D2" w14:textId="77777777">
        <w:trPr>
          <w:trHeight w:hRule="exact" w:val="212"/>
        </w:trPr>
        <w:tc>
          <w:tcPr>
            <w:tcW w:w="9348" w:type="dxa"/>
            <w:gridSpan w:val="3"/>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5F37035D" w14:textId="77777777" w:rsidR="00BD2397" w:rsidRPr="00F9681E" w:rsidRDefault="00B8640C">
            <w:pPr>
              <w:autoSpaceDE w:val="0"/>
              <w:autoSpaceDN w:val="0"/>
              <w:spacing w:after="0" w:line="174" w:lineRule="exact"/>
              <w:ind w:left="100"/>
              <w:rPr>
                <w:sz w:val="16"/>
                <w:szCs w:val="16"/>
              </w:rPr>
            </w:pPr>
            <w:r w:rsidRPr="00CA3FBF">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9. </w:t>
            </w:r>
            <w:r w:rsidRPr="00F9681E">
              <w:rPr>
                <w:rFonts w:ascii="TimesNewRomanPS" w:eastAsia="TimesNewRomanPS" w:hAnsi="TimesNewRomanPS"/>
                <w:b/>
                <w:color w:val="000000"/>
                <w:w w:val="102"/>
                <w:sz w:val="16"/>
                <w:szCs w:val="16"/>
              </w:rPr>
              <w:t>DATA ȘI SEMNĂTURA</w:t>
            </w:r>
          </w:p>
        </w:tc>
      </w:tr>
      <w:tr w:rsidR="00BD2397" w:rsidRPr="00F9681E" w14:paraId="15A32DFD" w14:textId="77777777">
        <w:trPr>
          <w:trHeight w:hRule="exact" w:val="504"/>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0ABF248F"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Data</w:t>
            </w:r>
          </w:p>
        </w:tc>
        <w:tc>
          <w:tcPr>
            <w:tcW w:w="4674" w:type="dxa"/>
            <w:tcBorders>
              <w:top w:val="single" w:sz="4" w:space="0" w:color="767676"/>
              <w:left w:val="single" w:sz="3" w:space="0" w:color="767676"/>
              <w:bottom w:val="single" w:sz="4" w:space="0" w:color="767676"/>
              <w:right w:val="single" w:sz="3" w:space="0" w:color="767676"/>
            </w:tcBorders>
            <w:tcMar>
              <w:left w:w="0" w:type="dxa"/>
              <w:right w:w="0" w:type="dxa"/>
            </w:tcMar>
          </w:tcPr>
          <w:p w14:paraId="61EA3460"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Solicitantul</w:t>
            </w:r>
          </w:p>
        </w:tc>
        <w:tc>
          <w:tcPr>
            <w:tcW w:w="3116" w:type="dxa"/>
            <w:tcBorders>
              <w:top w:val="single" w:sz="4" w:space="0" w:color="767676"/>
              <w:left w:val="single" w:sz="3" w:space="0" w:color="767676"/>
              <w:bottom w:val="single" w:sz="4" w:space="0" w:color="767676"/>
              <w:right w:val="single" w:sz="3" w:space="0" w:color="767676"/>
            </w:tcBorders>
            <w:tcMar>
              <w:left w:w="0" w:type="dxa"/>
              <w:right w:w="0" w:type="dxa"/>
            </w:tcMar>
          </w:tcPr>
          <w:p w14:paraId="70E82A14"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Semnătura</w:t>
            </w:r>
          </w:p>
        </w:tc>
      </w:tr>
    </w:tbl>
    <w:p w14:paraId="30280BF7" w14:textId="77777777" w:rsidR="00BD2397" w:rsidRPr="00F9681E" w:rsidRDefault="00B8640C">
      <w:pPr>
        <w:tabs>
          <w:tab w:val="left" w:pos="4838"/>
        </w:tabs>
        <w:autoSpaceDE w:val="0"/>
        <w:autoSpaceDN w:val="0"/>
        <w:spacing w:after="0" w:line="144" w:lineRule="exact"/>
        <w:ind w:left="710"/>
        <w:rPr>
          <w:sz w:val="16"/>
          <w:szCs w:val="16"/>
          <w:lang w:val="sv-SE"/>
        </w:rPr>
      </w:pPr>
      <w:r w:rsidRPr="00F9681E">
        <w:rPr>
          <w:rFonts w:ascii="TimesNewRomanPSMT" w:eastAsia="TimesNewRomanPSMT" w:hAnsi="TimesNewRomanPSMT"/>
          <w:color w:val="595959"/>
          <w:w w:val="97"/>
          <w:sz w:val="16"/>
          <w:szCs w:val="16"/>
          <w:lang w:val="sv-SE"/>
        </w:rPr>
        <w:t xml:space="preserve">F_AR_01 · versiunea 1.0 </w:t>
      </w:r>
      <w:r w:rsidRPr="00F9681E">
        <w:rPr>
          <w:sz w:val="16"/>
          <w:szCs w:val="16"/>
          <w:lang w:val="sv-SE"/>
        </w:rPr>
        <w:tab/>
      </w:r>
      <w:r w:rsidRPr="00F9681E">
        <w:rPr>
          <w:rFonts w:ascii="TimesNewRomanPSMT" w:eastAsia="TimesNewRomanPSMT" w:hAnsi="TimesNewRomanPSMT"/>
          <w:color w:val="595959"/>
          <w:w w:val="97"/>
          <w:sz w:val="16"/>
          <w:szCs w:val="16"/>
          <w:lang w:val="sv-SE"/>
        </w:rPr>
        <w:t>pagina 2 din 2</w:t>
      </w:r>
    </w:p>
    <w:sectPr w:rsidR="00BD2397" w:rsidRPr="00F9681E" w:rsidSect="00034616">
      <w:pgSz w:w="11900" w:h="16840"/>
      <w:pgMar w:top="126" w:right="1358" w:bottom="236" w:left="56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UISymbol">
    <w:altName w:val="Segoe U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973172982">
    <w:abstractNumId w:val="8"/>
  </w:num>
  <w:num w:numId="2" w16cid:durableId="1360660507">
    <w:abstractNumId w:val="6"/>
  </w:num>
  <w:num w:numId="3" w16cid:durableId="1057627229">
    <w:abstractNumId w:val="5"/>
  </w:num>
  <w:num w:numId="4" w16cid:durableId="1421634418">
    <w:abstractNumId w:val="4"/>
  </w:num>
  <w:num w:numId="5" w16cid:durableId="1559976014">
    <w:abstractNumId w:val="7"/>
  </w:num>
  <w:num w:numId="6" w16cid:durableId="1544832806">
    <w:abstractNumId w:val="3"/>
  </w:num>
  <w:num w:numId="7" w16cid:durableId="2123571023">
    <w:abstractNumId w:val="2"/>
  </w:num>
  <w:num w:numId="8" w16cid:durableId="536048156">
    <w:abstractNumId w:val="1"/>
  </w:num>
  <w:num w:numId="9" w16cid:durableId="498809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864"/>
    <w:rsid w:val="00034616"/>
    <w:rsid w:val="000367DB"/>
    <w:rsid w:val="0006063C"/>
    <w:rsid w:val="000C1C98"/>
    <w:rsid w:val="000D51AB"/>
    <w:rsid w:val="0015074B"/>
    <w:rsid w:val="00184E29"/>
    <w:rsid w:val="00187A6E"/>
    <w:rsid w:val="001C63D4"/>
    <w:rsid w:val="001F5194"/>
    <w:rsid w:val="001F7E48"/>
    <w:rsid w:val="0029639D"/>
    <w:rsid w:val="002A5EAB"/>
    <w:rsid w:val="002B0E1B"/>
    <w:rsid w:val="00326F90"/>
    <w:rsid w:val="003C5479"/>
    <w:rsid w:val="003D684B"/>
    <w:rsid w:val="003E6B74"/>
    <w:rsid w:val="003F7FDF"/>
    <w:rsid w:val="004761A5"/>
    <w:rsid w:val="00616AC8"/>
    <w:rsid w:val="00630731"/>
    <w:rsid w:val="00646AD5"/>
    <w:rsid w:val="0068581A"/>
    <w:rsid w:val="00786EB1"/>
    <w:rsid w:val="00846091"/>
    <w:rsid w:val="008D0C1E"/>
    <w:rsid w:val="00912339"/>
    <w:rsid w:val="00944F95"/>
    <w:rsid w:val="00983CD8"/>
    <w:rsid w:val="009F0C11"/>
    <w:rsid w:val="00A06C56"/>
    <w:rsid w:val="00A1149B"/>
    <w:rsid w:val="00A531FA"/>
    <w:rsid w:val="00AA1D8D"/>
    <w:rsid w:val="00AB1449"/>
    <w:rsid w:val="00B40836"/>
    <w:rsid w:val="00B47730"/>
    <w:rsid w:val="00B84130"/>
    <w:rsid w:val="00B8640C"/>
    <w:rsid w:val="00BB3B32"/>
    <w:rsid w:val="00BD2397"/>
    <w:rsid w:val="00BE77F5"/>
    <w:rsid w:val="00C44B4D"/>
    <w:rsid w:val="00C53134"/>
    <w:rsid w:val="00CA3FBF"/>
    <w:rsid w:val="00CB0664"/>
    <w:rsid w:val="00CB26DE"/>
    <w:rsid w:val="00CE6227"/>
    <w:rsid w:val="00D70A05"/>
    <w:rsid w:val="00E5523C"/>
    <w:rsid w:val="00EE1EFB"/>
    <w:rsid w:val="00F9681E"/>
    <w:rsid w:val="00FC693F"/>
    <w:rsid w:val="00FE78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6E2C5"/>
  <w14:defaultImageDpi w14:val="300"/>
  <w15:docId w15:val="{DDBCC1E4-051A-44F9-A7E7-736B5DDC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B8640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8640C"/>
    <w:rPr>
      <w:rFonts w:ascii="Tahoma" w:hAnsi="Tahoma" w:cs="Tahoma"/>
      <w:sz w:val="16"/>
      <w:szCs w:val="16"/>
    </w:rPr>
  </w:style>
  <w:style w:type="character" w:styleId="Hyperlink">
    <w:name w:val="Hyperlink"/>
    <w:rsid w:val="00B8640C"/>
    <w:rPr>
      <w:color w:val="0000FF"/>
      <w:u w:val="single"/>
    </w:rPr>
  </w:style>
  <w:style w:type="character" w:styleId="MeniuneNerezolvat">
    <w:name w:val="Unresolved Mention"/>
    <w:basedOn w:val="Fontdeparagrafimplicit"/>
    <w:uiPriority w:val="99"/>
    <w:semiHidden/>
    <w:unhideWhenUsed/>
    <w:rsid w:val="006307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zaucimpiei@cjmures.r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CC230-C750-4D98-BAB0-623FAB7B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662</Words>
  <Characters>3777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Secretariat</cp:lastModifiedBy>
  <cp:revision>4</cp:revision>
  <dcterms:created xsi:type="dcterms:W3CDTF">2026-09-07T11:15:00Z</dcterms:created>
  <dcterms:modified xsi:type="dcterms:W3CDTF">2026-09-08T08:54:00Z</dcterms:modified>
</cp:coreProperties>
</file>