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51A14" w14:textId="77777777" w:rsidR="00BD2397" w:rsidRDefault="00BD2397">
      <w:pPr>
        <w:autoSpaceDE w:val="0"/>
        <w:autoSpaceDN w:val="0"/>
        <w:spacing w:after="0" w:line="126" w:lineRule="exact"/>
      </w:pPr>
    </w:p>
    <w:p w14:paraId="143A4C2C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p w14:paraId="208FA1E4" w14:textId="77777777" w:rsidR="00B97BF2" w:rsidRPr="001F7E48" w:rsidRDefault="00786EB1" w:rsidP="00B97BF2">
      <w:pPr>
        <w:autoSpaceDE w:val="0"/>
        <w:autoSpaceDN w:val="0"/>
        <w:spacing w:after="0" w:line="126" w:lineRule="exact"/>
        <w:rPr>
          <w:lang w:val="pt-PT"/>
        </w:rPr>
      </w:pPr>
      <w:r w:rsidRPr="00B97BF2">
        <w:rPr>
          <w:rFonts w:ascii="Arial Narrow" w:hAnsi="Arial Narrow"/>
          <w:sz w:val="16"/>
          <w:szCs w:val="16"/>
          <w:lang w:val="pt-BR"/>
        </w:rPr>
        <w:t xml:space="preserve">                            </w:t>
      </w:r>
    </w:p>
    <w:tbl>
      <w:tblPr>
        <w:tblW w:w="0" w:type="auto"/>
        <w:tblInd w:w="270" w:type="dxa"/>
        <w:tblLayout w:type="fixed"/>
        <w:tblLook w:val="04A0" w:firstRow="1" w:lastRow="0" w:firstColumn="1" w:lastColumn="0" w:noHBand="0" w:noVBand="1"/>
      </w:tblPr>
      <w:tblGrid>
        <w:gridCol w:w="866"/>
        <w:gridCol w:w="8180"/>
      </w:tblGrid>
      <w:tr w:rsidR="00B97BF2" w:rsidRPr="00690186" w14:paraId="1BF5728A" w14:textId="77777777" w:rsidTr="00AA0E28">
        <w:trPr>
          <w:trHeight w:hRule="exact" w:val="80"/>
        </w:trPr>
        <w:tc>
          <w:tcPr>
            <w:tcW w:w="866" w:type="dxa"/>
            <w:tcMar>
              <w:left w:w="0" w:type="dxa"/>
              <w:right w:w="0" w:type="dxa"/>
            </w:tcMar>
          </w:tcPr>
          <w:p w14:paraId="41425A54" w14:textId="77777777" w:rsidR="00B97BF2" w:rsidRDefault="00B97BF2" w:rsidP="00AA0E28">
            <w:pPr>
              <w:autoSpaceDE w:val="0"/>
              <w:autoSpaceDN w:val="0"/>
              <w:spacing w:after="0" w:line="200" w:lineRule="exact"/>
            </w:pPr>
          </w:p>
        </w:tc>
        <w:tc>
          <w:tcPr>
            <w:tcW w:w="8180" w:type="dxa"/>
            <w:tcMar>
              <w:left w:w="0" w:type="dxa"/>
              <w:right w:w="0" w:type="dxa"/>
            </w:tcMar>
          </w:tcPr>
          <w:p w14:paraId="299032B1" w14:textId="77777777" w:rsidR="00B97BF2" w:rsidRPr="001F7E48" w:rsidRDefault="00B97BF2" w:rsidP="00AA0E28">
            <w:pPr>
              <w:autoSpaceDE w:val="0"/>
              <w:autoSpaceDN w:val="0"/>
              <w:spacing w:after="0" w:line="200" w:lineRule="exact"/>
              <w:ind w:left="944"/>
              <w:rPr>
                <w:lang w:val="pt-PT"/>
              </w:rPr>
            </w:pPr>
          </w:p>
        </w:tc>
      </w:tr>
    </w:tbl>
    <w:p w14:paraId="3237E17D" w14:textId="77777777" w:rsidR="00B97BF2" w:rsidRPr="001F7E48" w:rsidRDefault="00B97BF2" w:rsidP="00B97BF2">
      <w:pPr>
        <w:autoSpaceDE w:val="0"/>
        <w:autoSpaceDN w:val="0"/>
        <w:spacing w:after="0" w:line="292" w:lineRule="exact"/>
        <w:rPr>
          <w:lang w:val="pt-PT"/>
        </w:rPr>
      </w:pPr>
      <w:r>
        <w:rPr>
          <w:rFonts w:ascii="Times New Roman" w:hAnsi="Times New Roman"/>
          <w:b/>
          <w:noProof/>
          <w:lang w:val="en-GB" w:eastAsia="en-GB"/>
        </w:rPr>
        <w:drawing>
          <wp:anchor distT="0" distB="0" distL="114300" distR="114300" simplePos="0" relativeHeight="251661312" behindDoc="0" locked="0" layoutInCell="1" allowOverlap="1" wp14:anchorId="0E1F8E81" wp14:editId="6BAA9AAA">
            <wp:simplePos x="0" y="0"/>
            <wp:positionH relativeFrom="column">
              <wp:posOffset>346710</wp:posOffset>
            </wp:positionH>
            <wp:positionV relativeFrom="paragraph">
              <wp:posOffset>149225</wp:posOffset>
            </wp:positionV>
            <wp:extent cx="719459" cy="1076321"/>
            <wp:effectExtent l="0" t="0" r="4441" b="0"/>
            <wp:wrapSquare wrapText="bothSides"/>
            <wp:docPr id="1128169557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9459" cy="10763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TimesNewRomanPS" w:eastAsia="TimesNewRomanPS" w:hAnsi="TimesNewRomanPS"/>
          <w:b/>
          <w:i/>
          <w:noProof/>
          <w:color w:val="595959"/>
          <w:sz w:val="20"/>
          <w:u w:val="single" w:color="585958"/>
        </w:rPr>
        <w:drawing>
          <wp:anchor distT="0" distB="0" distL="114300" distR="114300" simplePos="0" relativeHeight="251659264" behindDoc="0" locked="0" layoutInCell="1" allowOverlap="1" wp14:anchorId="0AFC679E" wp14:editId="101FD59E">
            <wp:simplePos x="0" y="0"/>
            <wp:positionH relativeFrom="column">
              <wp:posOffset>347345</wp:posOffset>
            </wp:positionH>
            <wp:positionV relativeFrom="paragraph">
              <wp:posOffset>180975</wp:posOffset>
            </wp:positionV>
            <wp:extent cx="516255" cy="762000"/>
            <wp:effectExtent l="0" t="0" r="0" b="0"/>
            <wp:wrapSquare wrapText="right"/>
            <wp:docPr id="62" name="Picture 62" descr="C:\Program Files\Indaco\Lege4\Cache\208h867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Program Files\Indaco\Lege4\Cache\208h867b.tmp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D24B95" w14:textId="77777777" w:rsidR="00B97BF2" w:rsidRPr="001F7E48" w:rsidRDefault="00B97BF2" w:rsidP="00B97BF2">
      <w:pPr>
        <w:tabs>
          <w:tab w:val="left" w:pos="7365"/>
          <w:tab w:val="left" w:pos="7635"/>
          <w:tab w:val="right" w:pos="7923"/>
        </w:tabs>
        <w:spacing w:after="0" w:line="240" w:lineRule="auto"/>
        <w:jc w:val="both"/>
        <w:rPr>
          <w:rFonts w:ascii="Arial Narrow" w:hAnsi="Arial Narrow"/>
          <w:b/>
          <w:sz w:val="16"/>
          <w:szCs w:val="16"/>
          <w:lang w:val="pt-PT"/>
        </w:rPr>
      </w:pPr>
      <w:r w:rsidRPr="001F7E48">
        <w:rPr>
          <w:rFonts w:ascii="Arial Narrow" w:hAnsi="Arial Narrow"/>
          <w:sz w:val="16"/>
          <w:szCs w:val="16"/>
          <w:lang w:val="pt-PT"/>
        </w:rPr>
        <w:t xml:space="preserve">Judeţul  MUREŞ                                                                                                    </w:t>
      </w:r>
      <w:r w:rsidRPr="001F7E48">
        <w:rPr>
          <w:rFonts w:ascii="Arial Narrow" w:hAnsi="Arial Narrow"/>
          <w:b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 xml:space="preserve">   </w:t>
      </w:r>
      <w:r w:rsidRPr="001F7E48">
        <w:rPr>
          <w:rFonts w:ascii="Arial Narrow" w:hAnsi="Arial Narrow"/>
          <w:b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 xml:space="preserve"> </w:t>
      </w:r>
      <w:r w:rsidRPr="001F7E48">
        <w:rPr>
          <w:rFonts w:ascii="Arial Narrow" w:hAnsi="Arial Narrow"/>
          <w:sz w:val="16"/>
          <w:szCs w:val="16"/>
          <w:lang w:val="pt-PT"/>
        </w:rPr>
        <w:tab/>
      </w:r>
    </w:p>
    <w:p w14:paraId="32AA5E6F" w14:textId="77777777" w:rsidR="00B97BF2" w:rsidRPr="001F7E48" w:rsidRDefault="00B97BF2" w:rsidP="00B97BF2">
      <w:pPr>
        <w:spacing w:after="0" w:line="240" w:lineRule="auto"/>
        <w:jc w:val="both"/>
        <w:rPr>
          <w:rFonts w:ascii="Arial Narrow" w:hAnsi="Arial Narrow"/>
          <w:b/>
          <w:bCs/>
          <w:color w:val="000000"/>
          <w:sz w:val="16"/>
          <w:szCs w:val="16"/>
          <w:lang w:val="pt-PT"/>
        </w:rPr>
      </w:pPr>
      <w:r w:rsidRPr="00B8640C">
        <w:rPr>
          <w:rFonts w:ascii="Arial Narrow" w:hAnsi="Arial Narrow"/>
          <w:noProof/>
          <w:color w:val="000000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052D13C" wp14:editId="7431C588">
                <wp:simplePos x="0" y="0"/>
                <wp:positionH relativeFrom="column">
                  <wp:posOffset>3457575</wp:posOffset>
                </wp:positionH>
                <wp:positionV relativeFrom="paragraph">
                  <wp:posOffset>34925</wp:posOffset>
                </wp:positionV>
                <wp:extent cx="361950" cy="134620"/>
                <wp:effectExtent l="0" t="0" r="0" b="1905"/>
                <wp:wrapNone/>
                <wp:docPr id="8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13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22291B" w14:textId="77777777" w:rsidR="00B97BF2" w:rsidRPr="0027027D" w:rsidRDefault="00B97BF2" w:rsidP="00B97BF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52D13C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272.25pt;margin-top:2.75pt;width:28.5pt;height:1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" stroked="f">
                <v:textbox>
                  <w:txbxContent>
                    <w:p w14:paraId="1322291B" w14:textId="77777777" w:rsidR="00B97BF2" w:rsidRPr="0027027D" w:rsidRDefault="00B97BF2" w:rsidP="00B97BF2"/>
                  </w:txbxContent>
                </v:textbox>
              </v:shape>
            </w:pict>
          </mc:Fallback>
        </mc:AlternateContent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 xml:space="preserve">Comuna </w:t>
      </w:r>
      <w:r>
        <w:rPr>
          <w:rFonts w:ascii="Arial Narrow" w:hAnsi="Arial Narrow"/>
          <w:bCs/>
          <w:color w:val="000000"/>
          <w:sz w:val="16"/>
          <w:szCs w:val="16"/>
          <w:lang w:val="pt-PT"/>
        </w:rPr>
        <w:t>Zau de Câmpie</w:t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  <w:r w:rsidRPr="001F7E48">
        <w:rPr>
          <w:rFonts w:ascii="Arial Narrow" w:hAnsi="Arial Narrow"/>
          <w:bCs/>
          <w:color w:val="000000"/>
          <w:sz w:val="16"/>
          <w:szCs w:val="16"/>
          <w:lang w:val="pt-PT"/>
        </w:rPr>
        <w:tab/>
      </w:r>
    </w:p>
    <w:p w14:paraId="4CF590DB" w14:textId="77777777" w:rsidR="00B97BF2" w:rsidRPr="001F7E48" w:rsidRDefault="00B97BF2" w:rsidP="00B97BF2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>CIF</w:t>
      </w:r>
      <w:r>
        <w:rPr>
          <w:rFonts w:ascii="Arial Narrow" w:hAnsi="Arial Narrow"/>
          <w:bCs/>
          <w:sz w:val="16"/>
          <w:szCs w:val="16"/>
          <w:lang w:val="pt-PT"/>
        </w:rPr>
        <w:t>4375917</w:t>
      </w: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, </w:t>
      </w:r>
      <w:r>
        <w:rPr>
          <w:rFonts w:ascii="Arial Narrow" w:hAnsi="Arial Narrow"/>
          <w:bCs/>
          <w:sz w:val="16"/>
          <w:szCs w:val="16"/>
          <w:lang w:val="pt-PT"/>
        </w:rPr>
        <w:t>Zau de Câmpie, strada Republicii, nr.18</w:t>
      </w:r>
    </w:p>
    <w:p w14:paraId="03C2F4CF" w14:textId="77777777" w:rsidR="00B97BF2" w:rsidRPr="001F7E48" w:rsidRDefault="00B97BF2" w:rsidP="00B97BF2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Telefon: 0265 </w:t>
      </w:r>
      <w:r>
        <w:rPr>
          <w:rFonts w:ascii="Arial Narrow" w:hAnsi="Arial Narrow"/>
          <w:bCs/>
          <w:sz w:val="16"/>
          <w:szCs w:val="16"/>
          <w:lang w:val="pt-PT"/>
        </w:rPr>
        <w:t>486112</w:t>
      </w:r>
    </w:p>
    <w:p w14:paraId="6936551B" w14:textId="77777777" w:rsidR="00B97BF2" w:rsidRPr="001F7E48" w:rsidRDefault="00B97BF2" w:rsidP="00B97BF2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bCs/>
          <w:sz w:val="16"/>
          <w:szCs w:val="16"/>
          <w:lang w:val="pt-PT"/>
        </w:rPr>
        <w:t xml:space="preserve"> E-mail: </w:t>
      </w:r>
      <w:r>
        <w:rPr>
          <w:rFonts w:ascii="Arial Narrow" w:hAnsi="Arial Narrow"/>
          <w:bCs/>
          <w:sz w:val="16"/>
          <w:szCs w:val="16"/>
          <w:lang w:val="pt-PT"/>
        </w:rPr>
        <w:fldChar w:fldCharType="begin"/>
      </w:r>
      <w:r>
        <w:rPr>
          <w:rFonts w:ascii="Arial Narrow" w:hAnsi="Arial Narrow"/>
          <w:bCs/>
          <w:sz w:val="16"/>
          <w:szCs w:val="16"/>
          <w:lang w:val="pt-PT"/>
        </w:rPr>
        <w:instrText>HYPERLINK "mailto:</w:instrText>
      </w:r>
      <w:r w:rsidRPr="00690186">
        <w:rPr>
          <w:rFonts w:ascii="Arial Narrow" w:hAnsi="Arial Narrow"/>
          <w:bCs/>
          <w:sz w:val="16"/>
          <w:szCs w:val="16"/>
          <w:lang w:val="pt-PT"/>
        </w:rPr>
        <w:instrText>zaucimpiei@cjmures.ro</w:instrText>
      </w:r>
      <w:r>
        <w:rPr>
          <w:rFonts w:ascii="Arial Narrow" w:hAnsi="Arial Narrow"/>
          <w:bCs/>
          <w:sz w:val="16"/>
          <w:szCs w:val="16"/>
          <w:lang w:val="pt-PT"/>
        </w:rPr>
        <w:instrText>"</w:instrText>
      </w:r>
      <w:r>
        <w:rPr>
          <w:rFonts w:ascii="Arial Narrow" w:hAnsi="Arial Narrow"/>
          <w:bCs/>
          <w:sz w:val="16"/>
          <w:szCs w:val="16"/>
          <w:lang w:val="pt-PT"/>
        </w:rPr>
      </w:r>
      <w:r>
        <w:rPr>
          <w:rFonts w:ascii="Arial Narrow" w:hAnsi="Arial Narrow"/>
          <w:bCs/>
          <w:sz w:val="16"/>
          <w:szCs w:val="16"/>
          <w:lang w:val="pt-PT"/>
        </w:rPr>
        <w:fldChar w:fldCharType="separate"/>
      </w:r>
      <w:r w:rsidRPr="007213B4">
        <w:rPr>
          <w:rStyle w:val="Hyperlink"/>
          <w:rFonts w:ascii="Arial Narrow" w:hAnsi="Arial Narrow"/>
          <w:bCs/>
          <w:sz w:val="16"/>
          <w:szCs w:val="16"/>
          <w:lang w:val="pt-PT"/>
        </w:rPr>
        <w:t>zaucimpiei@cjmures.ro</w:t>
      </w:r>
      <w:r>
        <w:rPr>
          <w:rFonts w:ascii="Arial Narrow" w:hAnsi="Arial Narrow"/>
          <w:bCs/>
          <w:sz w:val="16"/>
          <w:szCs w:val="16"/>
          <w:lang w:val="pt-PT"/>
        </w:rPr>
        <w:fldChar w:fldCharType="end"/>
      </w:r>
    </w:p>
    <w:p w14:paraId="646BD794" w14:textId="77777777" w:rsidR="00B97BF2" w:rsidRPr="001F7E48" w:rsidRDefault="00B97BF2" w:rsidP="00B97BF2">
      <w:pPr>
        <w:spacing w:after="0" w:line="240" w:lineRule="auto"/>
        <w:jc w:val="both"/>
        <w:rPr>
          <w:rFonts w:ascii="Arial Narrow" w:hAnsi="Arial Narrow"/>
          <w:bCs/>
          <w:sz w:val="16"/>
          <w:szCs w:val="16"/>
          <w:lang w:val="pt-PT"/>
        </w:rPr>
      </w:pPr>
      <w:r w:rsidRPr="001F7E48">
        <w:rPr>
          <w:rFonts w:ascii="Arial Narrow" w:hAnsi="Arial Narrow"/>
          <w:sz w:val="16"/>
          <w:szCs w:val="16"/>
          <w:lang w:val="pt-PT"/>
        </w:rPr>
        <w:t xml:space="preserve"> Număr de înregistrare.................data...............................  </w:t>
      </w:r>
    </w:p>
    <w:p w14:paraId="7CC98009" w14:textId="183A42C0" w:rsidR="00786EB1" w:rsidRPr="00B97BF2" w:rsidRDefault="00786EB1" w:rsidP="00786EB1">
      <w:pPr>
        <w:autoSpaceDE w:val="0"/>
        <w:autoSpaceDN w:val="0"/>
        <w:spacing w:after="0" w:line="292" w:lineRule="exact"/>
        <w:rPr>
          <w:lang w:val="pt-BR"/>
        </w:rPr>
      </w:pPr>
      <w:r w:rsidRPr="00B97BF2">
        <w:rPr>
          <w:rFonts w:ascii="Arial Narrow" w:hAnsi="Arial Narrow"/>
          <w:sz w:val="16"/>
          <w:szCs w:val="16"/>
          <w:lang w:val="pt-BR"/>
        </w:rPr>
        <w:t xml:space="preserve">                        </w:t>
      </w:r>
    </w:p>
    <w:p w14:paraId="5941CADC" w14:textId="77777777" w:rsidR="00786EB1" w:rsidRPr="00B97BF2" w:rsidRDefault="00786EB1">
      <w:pPr>
        <w:autoSpaceDE w:val="0"/>
        <w:autoSpaceDN w:val="0"/>
        <w:spacing w:after="0" w:line="292" w:lineRule="exact"/>
        <w:rPr>
          <w:lang w:val="pt-BR"/>
        </w:rPr>
      </w:pPr>
    </w:p>
    <w:p w14:paraId="4C1041D9" w14:textId="77777777" w:rsidR="00BD2397" w:rsidRPr="001F7E48" w:rsidRDefault="00B8640C">
      <w:pPr>
        <w:autoSpaceDE w:val="0"/>
        <w:autoSpaceDN w:val="0"/>
        <w:spacing w:after="0" w:line="246" w:lineRule="exact"/>
        <w:ind w:left="2592" w:right="3312"/>
        <w:jc w:val="center"/>
        <w:rPr>
          <w:sz w:val="16"/>
          <w:szCs w:val="16"/>
          <w:lang w:val="pt-PT"/>
        </w:rPr>
      </w:pPr>
      <w:r w:rsidRPr="001F7E48">
        <w:rPr>
          <w:rFonts w:ascii="TimesNewRomanPS" w:eastAsia="TimesNewRomanPS" w:hAnsi="TimesNewRomanPS"/>
          <w:b/>
          <w:color w:val="000000"/>
          <w:sz w:val="29"/>
          <w:lang w:val="pt-PT"/>
        </w:rPr>
        <w:t xml:space="preserve">ANEXĂ DE COMPLETARE </w:t>
      </w:r>
      <w:r w:rsidRPr="001F7E48">
        <w:rPr>
          <w:lang w:val="pt-PT"/>
        </w:rPr>
        <w:br/>
      </w:r>
      <w:r w:rsidRPr="001F7E48">
        <w:rPr>
          <w:rFonts w:ascii="TimesNewRomanPSMT" w:eastAsia="TimesNewRomanPSMT" w:hAnsi="TimesNewRomanPSMT"/>
          <w:color w:val="000000"/>
          <w:w w:val="102"/>
          <w:sz w:val="16"/>
          <w:szCs w:val="16"/>
          <w:lang w:val="pt-PT"/>
        </w:rPr>
        <w:t>a Certificatului de urbanism nr. …… din ……,</w:t>
      </w:r>
    </w:p>
    <w:p w14:paraId="26BAF933" w14:textId="77777777" w:rsidR="00BD2397" w:rsidRPr="004761A5" w:rsidRDefault="00B8640C">
      <w:pPr>
        <w:autoSpaceDE w:val="0"/>
        <w:autoSpaceDN w:val="0"/>
        <w:spacing w:after="0" w:line="184" w:lineRule="exact"/>
        <w:ind w:left="458"/>
        <w:rPr>
          <w:sz w:val="16"/>
          <w:szCs w:val="16"/>
        </w:rPr>
      </w:pP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în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temeiul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art. 249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alin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.(3) din Legea nr.169/2026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privind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Codul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amenajării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teritoriului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urbanismului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și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construcțiilor</w:t>
      </w:r>
      <w:proofErr w:type="spellEnd"/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5452"/>
        <w:gridCol w:w="3896"/>
      </w:tblGrid>
      <w:tr w:rsidR="00BD2397" w:rsidRPr="004761A5" w14:paraId="34B27C88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DF6EB6C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1.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TEMEIUL</w:t>
            </w:r>
          </w:p>
        </w:tc>
      </w:tr>
      <w:tr w:rsidR="00BD2397" w:rsidRPr="00B97BF2" w14:paraId="6F02A353" w14:textId="77777777">
        <w:trPr>
          <w:trHeight w:hRule="exact" w:val="506"/>
        </w:trPr>
        <w:tc>
          <w:tcPr>
            <w:tcW w:w="545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E602F45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  <w:lang w:val="sv-SE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sv-SE"/>
              </w:rPr>
              <w:t>Documentația de urbanism — nr. / faza PUZ</w:t>
            </w:r>
          </w:p>
        </w:tc>
        <w:tc>
          <w:tcPr>
            <w:tcW w:w="389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B0236F2" w14:textId="77777777" w:rsidR="00BD2397" w:rsidRPr="001F7E48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Aprobată prin hotărârea CJ / CL nr. / data</w:t>
            </w:r>
          </w:p>
        </w:tc>
      </w:tr>
    </w:tbl>
    <w:p w14:paraId="534096F2" w14:textId="77777777" w:rsidR="00BD2397" w:rsidRPr="004761A5" w:rsidRDefault="00B8640C">
      <w:pPr>
        <w:autoSpaceDE w:val="0"/>
        <w:autoSpaceDN w:val="0"/>
        <w:spacing w:after="0" w:line="244" w:lineRule="exact"/>
        <w:ind w:left="2592" w:right="3168"/>
        <w:jc w:val="center"/>
        <w:rPr>
          <w:sz w:val="16"/>
          <w:szCs w:val="16"/>
        </w:rPr>
      </w:pPr>
      <w:r w:rsidRPr="004761A5">
        <w:rPr>
          <w:rFonts w:ascii="TimesNewRomanPS" w:eastAsia="TimesNewRomanPS" w:hAnsi="TimesNewRomanPS"/>
          <w:b/>
          <w:color w:val="000000"/>
          <w:sz w:val="16"/>
          <w:szCs w:val="16"/>
        </w:rPr>
        <w:t>SE CERTIFICĂ</w:t>
      </w:r>
      <w:r w:rsidRPr="004761A5">
        <w:rPr>
          <w:sz w:val="16"/>
          <w:szCs w:val="16"/>
        </w:rPr>
        <w:br/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modificarea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regimurilor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 juridic / economic /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tehnic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 xml:space="preserve">, </w:t>
      </w:r>
      <w:proofErr w:type="spellStart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astfel</w:t>
      </w:r>
      <w:proofErr w:type="spellEnd"/>
      <w:r w:rsidRPr="004761A5">
        <w:rPr>
          <w:rFonts w:ascii="TimesNewRomanPSMT" w:eastAsia="TimesNewRomanPSMT" w:hAnsi="TimesNewRomanPSMT"/>
          <w:color w:val="000000"/>
          <w:w w:val="102"/>
          <w:sz w:val="16"/>
          <w:szCs w:val="16"/>
        </w:rPr>
        <w:t>:</w:t>
      </w: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3CCE8C45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FEB9C0D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2.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JURIDIC</w:t>
            </w:r>
          </w:p>
        </w:tc>
      </w:tr>
      <w:tr w:rsidR="00BD2397" w:rsidRPr="004761A5" w14:paraId="10C00EED" w14:textId="77777777">
        <w:trPr>
          <w:trHeight w:hRule="exact" w:val="760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AE7FC1F" w14:textId="77777777" w:rsidR="00BD2397" w:rsidRPr="004761A5" w:rsidRDefault="00BD2397">
            <w:pPr>
              <w:spacing w:after="0"/>
              <w:rPr>
                <w:sz w:val="16"/>
                <w:szCs w:val="16"/>
              </w:rPr>
            </w:pPr>
          </w:p>
        </w:tc>
      </w:tr>
    </w:tbl>
    <w:p w14:paraId="33094F86" w14:textId="77777777" w:rsidR="00BD2397" w:rsidRPr="004761A5" w:rsidRDefault="00BD2397">
      <w:pPr>
        <w:autoSpaceDE w:val="0"/>
        <w:autoSpaceDN w:val="0"/>
        <w:spacing w:after="0" w:line="116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393BBD73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73C8EB7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3.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ECONOMIC</w:t>
            </w:r>
          </w:p>
        </w:tc>
      </w:tr>
      <w:tr w:rsidR="00BD2397" w:rsidRPr="00B97BF2" w14:paraId="593D85A9" w14:textId="77777777">
        <w:trPr>
          <w:trHeight w:hRule="exact" w:val="680"/>
        </w:trPr>
        <w:tc>
          <w:tcPr>
            <w:tcW w:w="7792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43DFBCBE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  <w:proofErr w:type="spellEnd"/>
          </w:p>
        </w:tc>
        <w:tc>
          <w:tcPr>
            <w:tcW w:w="1556" w:type="dxa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958A84D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B97BF2" w14:paraId="1EE2EC9F" w14:textId="77777777">
        <w:trPr>
          <w:trHeight w:hRule="exact" w:val="284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83D8F9E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CBB7777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B97BF2" w14:paraId="6C7284D9" w14:textId="77777777">
        <w:trPr>
          <w:trHeight w:hRule="exact" w:val="282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29C41D1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F95AF4A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B97BF2" w14:paraId="18B705B1" w14:textId="77777777">
        <w:trPr>
          <w:trHeight w:hRule="exact" w:val="286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005F56F2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4973AC8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406222E7" w14:textId="77777777" w:rsidR="00BD2397" w:rsidRPr="001F7E48" w:rsidRDefault="00BD2397">
      <w:pPr>
        <w:autoSpaceDE w:val="0"/>
        <w:autoSpaceDN w:val="0"/>
        <w:spacing w:after="0" w:line="118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7792"/>
        <w:gridCol w:w="1556"/>
      </w:tblGrid>
      <w:tr w:rsidR="00BD2397" w:rsidRPr="004761A5" w14:paraId="66CE1EE9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FE1DC53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4.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REGIMUL TEHNIC</w:t>
            </w:r>
          </w:p>
        </w:tc>
      </w:tr>
      <w:tr w:rsidR="00BD2397" w:rsidRPr="00B97BF2" w14:paraId="62EC3B1B" w14:textId="77777777">
        <w:trPr>
          <w:trHeight w:hRule="exact" w:val="680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0C84CAC8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100"/>
              <w:rPr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Prevederea</w:t>
            </w:r>
            <w:proofErr w:type="spellEnd"/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D6410FA" w14:textId="77777777" w:rsidR="00BD2397" w:rsidRPr="001F7E48" w:rsidRDefault="00B8640C">
            <w:pPr>
              <w:autoSpaceDE w:val="0"/>
              <w:autoSpaceDN w:val="0"/>
              <w:spacing w:after="0" w:line="166" w:lineRule="exact"/>
              <w:ind w:left="98" w:right="288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Actul de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reglementare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RLU · HCL · lege, nr./an</w:t>
            </w:r>
          </w:p>
        </w:tc>
      </w:tr>
      <w:tr w:rsidR="00BD2397" w:rsidRPr="00B97BF2" w14:paraId="21D37E7B" w14:textId="77777777">
        <w:trPr>
          <w:trHeight w:hRule="exact" w:val="282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BA4776B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F85F9F9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B97BF2" w14:paraId="0AD57F47" w14:textId="77777777">
        <w:trPr>
          <w:trHeight w:hRule="exact" w:val="286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9A7F0ED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AD28F6F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  <w:tr w:rsidR="00BD2397" w:rsidRPr="00B97BF2" w14:paraId="27E69304" w14:textId="77777777">
        <w:trPr>
          <w:trHeight w:hRule="exact" w:val="282"/>
        </w:trPr>
        <w:tc>
          <w:tcPr>
            <w:tcW w:w="7792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3B807420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49F3C558" w14:textId="77777777" w:rsidR="00BD2397" w:rsidRPr="001F7E48" w:rsidRDefault="00BD2397">
            <w:pPr>
              <w:spacing w:after="0"/>
              <w:rPr>
                <w:sz w:val="16"/>
                <w:szCs w:val="16"/>
                <w:lang w:val="pt-PT"/>
              </w:rPr>
            </w:pPr>
          </w:p>
        </w:tc>
      </w:tr>
    </w:tbl>
    <w:p w14:paraId="53A2D652" w14:textId="77777777" w:rsidR="00BD2397" w:rsidRPr="001F7E48" w:rsidRDefault="00BD2397">
      <w:pPr>
        <w:autoSpaceDE w:val="0"/>
        <w:autoSpaceDN w:val="0"/>
        <w:spacing w:after="0" w:line="116" w:lineRule="exact"/>
        <w:rPr>
          <w:sz w:val="16"/>
          <w:szCs w:val="16"/>
          <w:lang w:val="pt-PT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2306"/>
        <w:gridCol w:w="7042"/>
      </w:tblGrid>
      <w:tr w:rsidR="00BD2397" w:rsidRPr="00B97BF2" w14:paraId="3C3C648E" w14:textId="77777777">
        <w:trPr>
          <w:trHeight w:hRule="exact" w:val="21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904E7C6" w14:textId="77777777" w:rsidR="00BD2397" w:rsidRPr="001F7E48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5. 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  <w:lang w:val="pt-PT"/>
              </w:rPr>
              <w:t>AVIZE / ACORDURI ÎN VEDEREA EMITERII AUTORIZAȚIEI DE CONSTRUIRE / DESFIINȚARE</w:t>
            </w:r>
          </w:p>
        </w:tc>
      </w:tr>
      <w:tr w:rsidR="00BD2397" w:rsidRPr="00B97BF2" w14:paraId="05B01C60" w14:textId="77777777">
        <w:trPr>
          <w:trHeight w:hRule="exact" w:val="190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73EA7C51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5.1 · exclusiv obținute direct de către solicitant</w:t>
            </w:r>
          </w:p>
        </w:tc>
      </w:tr>
      <w:tr w:rsidR="00BD2397" w:rsidRPr="00B97BF2" w14:paraId="59C84120" w14:textId="77777777" w:rsidTr="00646AD5">
        <w:trPr>
          <w:trHeight w:hRule="exact" w:val="419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03D468C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SEVESO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poliția rutieră / comisia tehnică de circulație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protecția sănătății populației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securitate la incendiu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protecție civilă</w:t>
            </w:r>
          </w:p>
        </w:tc>
      </w:tr>
      <w:tr w:rsidR="00BD2397" w:rsidRPr="00B97BF2" w14:paraId="641562B6" w14:textId="77777777">
        <w:trPr>
          <w:trHeight w:hRule="exact" w:val="216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7277416A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gospodărirea apelor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Ministerul Culturii / serviciile deconcentrate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autoritatea în domeniul transporturilor de interes național</w:t>
            </w:r>
          </w:p>
        </w:tc>
      </w:tr>
      <w:tr w:rsidR="00BD2397" w:rsidRPr="004761A5" w14:paraId="6503ABAF" w14:textId="77777777">
        <w:trPr>
          <w:trHeight w:hRule="exact" w:val="506"/>
        </w:trPr>
        <w:tc>
          <w:tcPr>
            <w:tcW w:w="2306" w:type="dxa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2378CCD7" w14:textId="77777777" w:rsidR="00BD2397" w:rsidRPr="004761A5" w:rsidRDefault="00B8640C">
            <w:pPr>
              <w:autoSpaceDE w:val="0"/>
              <w:autoSpaceDN w:val="0"/>
              <w:spacing w:after="0" w:line="158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 xml:space="preserve">☐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instituțiilor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 din SNAOPSN </w:t>
            </w:r>
          </w:p>
        </w:tc>
        <w:tc>
          <w:tcPr>
            <w:tcW w:w="704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C571D15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se </w:t>
            </w: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indică</w:t>
            </w:r>
            <w:proofErr w:type="spellEnd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instituțiile</w:t>
            </w:r>
            <w:proofErr w:type="spellEnd"/>
          </w:p>
        </w:tc>
      </w:tr>
      <w:tr w:rsidR="00BD2397" w:rsidRPr="004761A5" w14:paraId="29264F23" w14:textId="77777777">
        <w:trPr>
          <w:trHeight w:hRule="exact" w:val="504"/>
        </w:trPr>
        <w:tc>
          <w:tcPr>
            <w:tcW w:w="2306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58DE388E" w14:textId="77777777" w:rsidR="00BD2397" w:rsidRPr="004761A5" w:rsidRDefault="00B8640C">
            <w:pPr>
              <w:autoSpaceDE w:val="0"/>
              <w:autoSpaceDN w:val="0"/>
              <w:spacing w:after="0" w:line="158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 xml:space="preserve">☐ </w:t>
            </w:r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Alte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avize</w:t>
            </w:r>
            <w:proofErr w:type="spellEnd"/>
          </w:p>
        </w:tc>
        <w:tc>
          <w:tcPr>
            <w:tcW w:w="7042" w:type="dxa"/>
            <w:tcBorders>
              <w:top w:val="single" w:sz="4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02C9393" w14:textId="77777777" w:rsidR="00BD2397" w:rsidRPr="004761A5" w:rsidRDefault="00B8640C">
            <w:pPr>
              <w:autoSpaceDE w:val="0"/>
              <w:autoSpaceDN w:val="0"/>
              <w:spacing w:after="0" w:line="146" w:lineRule="exact"/>
              <w:ind w:left="98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se </w:t>
            </w: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indică</w:t>
            </w:r>
            <w:proofErr w:type="spellEnd"/>
          </w:p>
        </w:tc>
      </w:tr>
      <w:tr w:rsidR="00BD2397" w:rsidRPr="00B97BF2" w14:paraId="25C9197F" w14:textId="77777777">
        <w:trPr>
          <w:trHeight w:hRule="exact" w:val="422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3DB6B84C" w14:textId="77777777" w:rsidR="00BD2397" w:rsidRPr="001F7E48" w:rsidRDefault="00B8640C">
            <w:pPr>
              <w:autoSpaceDE w:val="0"/>
              <w:autoSpaceDN w:val="0"/>
              <w:spacing w:after="0" w:line="204" w:lineRule="exact"/>
              <w:ind w:left="100" w:right="4176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punctul de vedere / actul administrativ al autorității pentru protecția mediului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acordul vecinilor, dacă este cazul</w:t>
            </w:r>
          </w:p>
        </w:tc>
      </w:tr>
      <w:tr w:rsidR="00BD2397" w:rsidRPr="00B97BF2" w14:paraId="7833A142" w14:textId="77777777">
        <w:trPr>
          <w:trHeight w:hRule="exact" w:val="18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2EE3E778" w14:textId="77777777" w:rsidR="00BD2397" w:rsidRPr="001F7E48" w:rsidRDefault="00B8640C">
            <w:pPr>
              <w:autoSpaceDE w:val="0"/>
              <w:autoSpaceDN w:val="0"/>
              <w:spacing w:after="0" w:line="154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5.2 · prin Comisia de Acord Unic SAU obținute direct, la alegerea solicitantului</w:t>
            </w:r>
          </w:p>
        </w:tc>
      </w:tr>
      <w:tr w:rsidR="00BD2397" w:rsidRPr="004761A5" w14:paraId="1107213D" w14:textId="77777777">
        <w:trPr>
          <w:trHeight w:hRule="exact" w:val="422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FBE69CB" w14:textId="77777777" w:rsidR="00646AD5" w:rsidRPr="001F7E48" w:rsidRDefault="00B8640C">
            <w:pPr>
              <w:tabs>
                <w:tab w:val="left" w:pos="3748"/>
              </w:tabs>
              <w:autoSpaceDE w:val="0"/>
              <w:autoSpaceDN w:val="0"/>
              <w:spacing w:after="0" w:line="204" w:lineRule="exact"/>
              <w:ind w:left="140" w:right="1152"/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acord unic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al Comisiei de Acord Unic de la nivelul: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județului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municipiului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orașului     </w:t>
            </w:r>
          </w:p>
          <w:p w14:paraId="76ED84A8" w14:textId="77777777" w:rsidR="00BD2397" w:rsidRPr="004761A5" w:rsidRDefault="00B8640C">
            <w:pPr>
              <w:tabs>
                <w:tab w:val="left" w:pos="3748"/>
              </w:tabs>
              <w:autoSpaceDE w:val="0"/>
              <w:autoSpaceDN w:val="0"/>
              <w:spacing w:after="0" w:line="204" w:lineRule="exact"/>
              <w:ind w:left="140" w:right="1152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zonei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metropolitane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consorțiului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administrativ</w:t>
            </w:r>
            <w:proofErr w:type="spellEnd"/>
          </w:p>
        </w:tc>
      </w:tr>
      <w:tr w:rsidR="00BD2397" w:rsidRPr="00B97BF2" w14:paraId="6FBDD0DA" w14:textId="77777777">
        <w:trPr>
          <w:trHeight w:hRule="exact" w:val="188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992CC8B" w14:textId="77777777" w:rsidR="00BD2397" w:rsidRPr="001F7E48" w:rsidRDefault="00B8640C">
            <w:pPr>
              <w:autoSpaceDE w:val="0"/>
              <w:autoSpaceDN w:val="0"/>
              <w:spacing w:after="0" w:line="156" w:lineRule="exact"/>
              <w:ind w:left="100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sau avize obținute direct de către solicitant:</w:t>
            </w:r>
          </w:p>
        </w:tc>
      </w:tr>
      <w:tr w:rsidR="00BD2397" w:rsidRPr="004761A5" w14:paraId="36C980CB" w14:textId="77777777">
        <w:trPr>
          <w:trHeight w:hRule="exact" w:val="396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0022BA9" w14:textId="77777777" w:rsidR="00646AD5" w:rsidRPr="001F7E48" w:rsidRDefault="00B8640C">
            <w:pPr>
              <w:tabs>
                <w:tab w:val="left" w:pos="140"/>
              </w:tabs>
              <w:autoSpaceDE w:val="0"/>
              <w:autoSpaceDN w:val="0"/>
              <w:spacing w:after="0" w:line="184" w:lineRule="exact"/>
              <w:ind w:left="102" w:right="576"/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alimentare cu apă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canalizare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energie electrică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energie termică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gaze naturale     </w:t>
            </w: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telefonizare     </w:t>
            </w:r>
          </w:p>
          <w:p w14:paraId="4E51E4F6" w14:textId="77777777" w:rsidR="00BD2397" w:rsidRPr="004761A5" w:rsidRDefault="00B8640C">
            <w:pPr>
              <w:tabs>
                <w:tab w:val="left" w:pos="140"/>
              </w:tabs>
              <w:autoSpaceDE w:val="0"/>
              <w:autoSpaceDN w:val="0"/>
              <w:spacing w:after="0" w:line="184" w:lineRule="exact"/>
              <w:ind w:left="102" w:right="576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salubritate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 xml:space="preserve">     </w:t>
            </w: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>☐</w:t>
            </w:r>
            <w:r w:rsidRPr="004761A5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</w:rPr>
              <w:t>transport urban</w:t>
            </w:r>
          </w:p>
        </w:tc>
      </w:tr>
      <w:tr w:rsidR="00BD2397" w:rsidRPr="004761A5" w14:paraId="2B287BB0" w14:textId="77777777">
        <w:trPr>
          <w:trHeight w:hRule="exact" w:val="308"/>
        </w:trPr>
        <w:tc>
          <w:tcPr>
            <w:tcW w:w="9348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6B5EB3E6" w14:textId="77777777" w:rsidR="00BD2397" w:rsidRPr="004761A5" w:rsidRDefault="00B8640C">
            <w:pPr>
              <w:autoSpaceDE w:val="0"/>
              <w:autoSpaceDN w:val="0"/>
              <w:spacing w:after="0" w:line="158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</w:rPr>
              <w:t xml:space="preserve">☐ </w:t>
            </w:r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Alte </w:t>
            </w:r>
            <w:proofErr w:type="spellStart"/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>avize</w:t>
            </w:r>
            <w:proofErr w:type="spellEnd"/>
            <w:r w:rsidRPr="004761A5">
              <w:rPr>
                <w:rFonts w:ascii="TimesNewRomanPSMT" w:eastAsia="TimesNewRomanPSMT" w:hAnsi="TimesNewRomanPSMT"/>
                <w:color w:val="000000"/>
                <w:w w:val="97"/>
                <w:sz w:val="16"/>
                <w:szCs w:val="16"/>
              </w:rPr>
              <w:t xml:space="preserve">: </w:t>
            </w:r>
          </w:p>
        </w:tc>
      </w:tr>
    </w:tbl>
    <w:p w14:paraId="4B1DCF9A" w14:textId="77777777" w:rsidR="00BD2397" w:rsidRPr="004761A5" w:rsidRDefault="00BD2397">
      <w:pPr>
        <w:autoSpaceDE w:val="0"/>
        <w:autoSpaceDN w:val="0"/>
        <w:spacing w:after="0" w:line="114" w:lineRule="exact"/>
        <w:rPr>
          <w:sz w:val="16"/>
          <w:szCs w:val="16"/>
        </w:rPr>
      </w:pPr>
    </w:p>
    <w:tbl>
      <w:tblPr>
        <w:tblW w:w="0" w:type="auto"/>
        <w:tblInd w:w="4" w:type="dxa"/>
        <w:tblLayout w:type="fixed"/>
        <w:tblLook w:val="04A0" w:firstRow="1" w:lastRow="0" w:firstColumn="1" w:lastColumn="0" w:noHBand="0" w:noVBand="1"/>
      </w:tblPr>
      <w:tblGrid>
        <w:gridCol w:w="9348"/>
      </w:tblGrid>
      <w:tr w:rsidR="00BD2397" w:rsidRPr="004761A5" w14:paraId="383940DC" w14:textId="77777777">
        <w:trPr>
          <w:trHeight w:hRule="exact" w:val="212"/>
        </w:trPr>
        <w:tc>
          <w:tcPr>
            <w:tcW w:w="9348" w:type="dxa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51B2176B" w14:textId="77777777" w:rsidR="00BD2397" w:rsidRPr="004761A5" w:rsidRDefault="00B8640C">
            <w:pPr>
              <w:autoSpaceDE w:val="0"/>
              <w:autoSpaceDN w:val="0"/>
              <w:spacing w:after="0" w:line="174" w:lineRule="exact"/>
              <w:ind w:left="100"/>
              <w:rPr>
                <w:sz w:val="16"/>
                <w:szCs w:val="16"/>
              </w:rPr>
            </w:pP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 6.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ANEXE</w:t>
            </w:r>
          </w:p>
        </w:tc>
      </w:tr>
      <w:tr w:rsidR="00BD2397" w:rsidRPr="00B97BF2" w14:paraId="6DACBE2D" w14:textId="77777777">
        <w:trPr>
          <w:trHeight w:hRule="exact" w:val="216"/>
        </w:trPr>
        <w:tc>
          <w:tcPr>
            <w:tcW w:w="9348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779FB5C" w14:textId="77777777" w:rsidR="00BD2397" w:rsidRPr="001F7E48" w:rsidRDefault="00B8640C">
            <w:pPr>
              <w:autoSpaceDE w:val="0"/>
              <w:autoSpaceDN w:val="0"/>
              <w:spacing w:after="0" w:line="160" w:lineRule="exact"/>
              <w:ind w:left="140"/>
              <w:rPr>
                <w:sz w:val="16"/>
                <w:szCs w:val="16"/>
                <w:lang w:val="pt-PT"/>
              </w:rPr>
            </w:pPr>
            <w:r w:rsidRPr="001F7E48">
              <w:rPr>
                <w:rFonts w:ascii="SegoeUISymbol" w:eastAsia="SegoeUISymbol" w:hAnsi="SegoeUISymbol"/>
                <w:color w:val="000000"/>
                <w:w w:val="103"/>
                <w:sz w:val="16"/>
                <w:szCs w:val="16"/>
                <w:lang w:val="pt-PT"/>
              </w:rPr>
              <w:t>☐</w:t>
            </w:r>
            <w:r w:rsidRPr="001F7E48">
              <w:rPr>
                <w:rFonts w:ascii="TimesNewRomanPSMT" w:eastAsia="TimesNewRomanPSMT" w:hAnsi="TimesNewRomanPSMT"/>
                <w:color w:val="000000"/>
                <w:w w:val="103"/>
                <w:sz w:val="16"/>
                <w:szCs w:val="16"/>
                <w:lang w:val="pt-PT"/>
              </w:rPr>
              <w:t xml:space="preserve"> hotărârea de aprobare a documentației de urbanism, faza PUZ</w:t>
            </w:r>
          </w:p>
        </w:tc>
      </w:tr>
    </w:tbl>
    <w:p w14:paraId="1708C8AD" w14:textId="7F01697A" w:rsidR="00BD2397" w:rsidRPr="004761A5" w:rsidRDefault="00B8640C">
      <w:pPr>
        <w:tabs>
          <w:tab w:val="left" w:pos="4236"/>
        </w:tabs>
        <w:autoSpaceDE w:val="0"/>
        <w:autoSpaceDN w:val="0"/>
        <w:spacing w:after="0" w:line="144" w:lineRule="exact"/>
        <w:ind w:left="108"/>
        <w:rPr>
          <w:sz w:val="16"/>
          <w:szCs w:val="16"/>
          <w:lang w:val="sv-SE"/>
        </w:rPr>
      </w:pP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1 din 2</w:t>
      </w:r>
    </w:p>
    <w:p w14:paraId="47073FEE" w14:textId="77777777" w:rsidR="00BD2397" w:rsidRPr="004761A5" w:rsidRDefault="00BD2397">
      <w:pPr>
        <w:spacing w:after="0"/>
        <w:rPr>
          <w:sz w:val="16"/>
          <w:szCs w:val="16"/>
          <w:lang w:val="sv-SE"/>
        </w:rPr>
        <w:sectPr w:rsidR="00BD2397" w:rsidRPr="004761A5">
          <w:pgSz w:w="11900" w:h="16840"/>
          <w:pgMar w:top="126" w:right="546" w:bottom="236" w:left="1166" w:header="720" w:footer="720" w:gutter="0"/>
          <w:cols w:space="708"/>
          <w:docGrid w:linePitch="360"/>
        </w:sectPr>
      </w:pPr>
    </w:p>
    <w:p w14:paraId="7C2C784E" w14:textId="77777777" w:rsidR="00BD2397" w:rsidRPr="004761A5" w:rsidRDefault="00BD2397">
      <w:pPr>
        <w:autoSpaceDE w:val="0"/>
        <w:autoSpaceDN w:val="0"/>
        <w:spacing w:after="0" w:line="126" w:lineRule="exact"/>
        <w:rPr>
          <w:sz w:val="16"/>
          <w:szCs w:val="16"/>
          <w:lang w:val="sv-S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36"/>
        <w:gridCol w:w="8180"/>
      </w:tblGrid>
      <w:tr w:rsidR="00BD2397" w:rsidRPr="00B97BF2" w14:paraId="20E46601" w14:textId="77777777">
        <w:trPr>
          <w:trHeight w:hRule="exact" w:val="260"/>
        </w:trPr>
        <w:tc>
          <w:tcPr>
            <w:tcW w:w="1136" w:type="dxa"/>
            <w:tcMar>
              <w:left w:w="0" w:type="dxa"/>
              <w:right w:w="0" w:type="dxa"/>
            </w:tcMar>
          </w:tcPr>
          <w:p w14:paraId="51104949" w14:textId="5CC7FB52" w:rsidR="00BD2397" w:rsidRPr="004761A5" w:rsidRDefault="00BD2397">
            <w:pPr>
              <w:autoSpaceDE w:val="0"/>
              <w:autoSpaceDN w:val="0"/>
              <w:spacing w:after="0" w:line="200" w:lineRule="exact"/>
              <w:rPr>
                <w:sz w:val="16"/>
                <w:szCs w:val="16"/>
              </w:rPr>
            </w:pPr>
          </w:p>
        </w:tc>
        <w:tc>
          <w:tcPr>
            <w:tcW w:w="8180" w:type="dxa"/>
            <w:tcMar>
              <w:left w:w="0" w:type="dxa"/>
              <w:right w:w="0" w:type="dxa"/>
            </w:tcMar>
          </w:tcPr>
          <w:p w14:paraId="78D86695" w14:textId="1FECDC31" w:rsidR="00BD2397" w:rsidRPr="001F7E48" w:rsidRDefault="00BD2397">
            <w:pPr>
              <w:autoSpaceDE w:val="0"/>
              <w:autoSpaceDN w:val="0"/>
              <w:spacing w:after="0" w:line="200" w:lineRule="exact"/>
              <w:ind w:left="944"/>
              <w:rPr>
                <w:sz w:val="16"/>
                <w:szCs w:val="16"/>
                <w:lang w:val="pt-PT"/>
              </w:rPr>
            </w:pPr>
          </w:p>
        </w:tc>
      </w:tr>
    </w:tbl>
    <w:p w14:paraId="752A0236" w14:textId="77777777" w:rsidR="00BD2397" w:rsidRPr="001F7E48" w:rsidRDefault="00BD2397">
      <w:pPr>
        <w:autoSpaceDE w:val="0"/>
        <w:autoSpaceDN w:val="0"/>
        <w:spacing w:after="0" w:line="292" w:lineRule="exact"/>
        <w:rPr>
          <w:sz w:val="16"/>
          <w:szCs w:val="16"/>
          <w:lang w:val="pt-PT"/>
        </w:rPr>
      </w:pPr>
    </w:p>
    <w:tbl>
      <w:tblPr>
        <w:tblW w:w="0" w:type="auto"/>
        <w:tblInd w:w="606" w:type="dxa"/>
        <w:tblLayout w:type="fixed"/>
        <w:tblLook w:val="04A0" w:firstRow="1" w:lastRow="0" w:firstColumn="1" w:lastColumn="0" w:noHBand="0" w:noVBand="1"/>
      </w:tblPr>
      <w:tblGrid>
        <w:gridCol w:w="2338"/>
        <w:gridCol w:w="778"/>
        <w:gridCol w:w="2336"/>
        <w:gridCol w:w="780"/>
        <w:gridCol w:w="3116"/>
      </w:tblGrid>
      <w:tr w:rsidR="00BD2397" w:rsidRPr="004761A5" w14:paraId="111FE959" w14:textId="77777777">
        <w:trPr>
          <w:trHeight w:hRule="exact" w:val="208"/>
        </w:trPr>
        <w:tc>
          <w:tcPr>
            <w:tcW w:w="9348" w:type="dxa"/>
            <w:gridSpan w:val="5"/>
            <w:tcBorders>
              <w:top w:val="single" w:sz="4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shd w:val="clear" w:color="auto" w:fill="F4F4F4"/>
            <w:tcMar>
              <w:left w:w="0" w:type="dxa"/>
              <w:right w:w="0" w:type="dxa"/>
            </w:tcMar>
          </w:tcPr>
          <w:p w14:paraId="67A3C741" w14:textId="77777777" w:rsidR="00BD2397" w:rsidRPr="004761A5" w:rsidRDefault="00B8640C">
            <w:pPr>
              <w:autoSpaceDE w:val="0"/>
              <w:autoSpaceDN w:val="0"/>
              <w:spacing w:after="0" w:line="176" w:lineRule="exact"/>
              <w:ind w:left="100"/>
              <w:rPr>
                <w:sz w:val="16"/>
                <w:szCs w:val="16"/>
              </w:rPr>
            </w:pPr>
            <w:r w:rsidRPr="001F7E48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  <w:lang w:val="pt-PT"/>
              </w:rPr>
              <w:t xml:space="preserve">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3"/>
                <w:sz w:val="16"/>
                <w:szCs w:val="16"/>
              </w:rPr>
              <w:t xml:space="preserve">7. </w:t>
            </w:r>
            <w:r w:rsidRPr="004761A5">
              <w:rPr>
                <w:rFonts w:ascii="TimesNewRomanPS" w:eastAsia="TimesNewRomanPS" w:hAnsi="TimesNewRomanPS"/>
                <w:b/>
                <w:color w:val="000000"/>
                <w:w w:val="102"/>
                <w:sz w:val="16"/>
                <w:szCs w:val="16"/>
              </w:rPr>
              <w:t>SEMNĂTURILE</w:t>
            </w:r>
          </w:p>
        </w:tc>
      </w:tr>
      <w:tr w:rsidR="00BD2397" w:rsidRPr="004761A5" w14:paraId="6011B1D8" w14:textId="77777777" w:rsidTr="003C5479">
        <w:trPr>
          <w:trHeight w:hRule="exact" w:val="1239"/>
        </w:trPr>
        <w:tc>
          <w:tcPr>
            <w:tcW w:w="3116" w:type="dxa"/>
            <w:gridSpan w:val="2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1047C1EB" w14:textId="77777777" w:rsidR="00BD2397" w:rsidRPr="001F7E48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Conducătorul autorității emitente</w:t>
            </w:r>
          </w:p>
          <w:p w14:paraId="2BE70BE5" w14:textId="77777777" w:rsidR="00BD2397" w:rsidRPr="001F7E48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funcția, numele și semnătura</w:t>
            </w:r>
          </w:p>
        </w:tc>
        <w:tc>
          <w:tcPr>
            <w:tcW w:w="3116" w:type="dxa"/>
            <w:gridSpan w:val="2"/>
            <w:tcBorders>
              <w:top w:val="single" w:sz="3" w:space="0" w:color="767676"/>
              <w:left w:val="single" w:sz="4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59C01A85" w14:textId="77777777" w:rsidR="00BD2397" w:rsidRPr="001F7E48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>Secretar general</w:t>
            </w:r>
          </w:p>
          <w:p w14:paraId="39C64159" w14:textId="77777777" w:rsidR="00BD2397" w:rsidRPr="001F7E48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numele și semnătura</w:t>
            </w:r>
          </w:p>
        </w:tc>
        <w:tc>
          <w:tcPr>
            <w:tcW w:w="3116" w:type="dxa"/>
            <w:tcBorders>
              <w:top w:val="single" w:sz="3" w:space="0" w:color="767676"/>
              <w:left w:val="single" w:sz="3" w:space="0" w:color="767676"/>
              <w:bottom w:val="single" w:sz="3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05C5D5CB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Arhitect-șef</w:t>
            </w:r>
            <w:proofErr w:type="spellEnd"/>
          </w:p>
          <w:p w14:paraId="11A773C9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jc w:val="center"/>
              <w:rPr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numele</w:t>
            </w:r>
            <w:proofErr w:type="spellEnd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și</w:t>
            </w:r>
            <w:proofErr w:type="spellEnd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 xml:space="preserve"> </w:t>
            </w:r>
            <w:proofErr w:type="spellStart"/>
            <w:r w:rsidRPr="004761A5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</w:rPr>
              <w:t>semnătura</w:t>
            </w:r>
            <w:proofErr w:type="spellEnd"/>
          </w:p>
        </w:tc>
      </w:tr>
      <w:tr w:rsidR="00BD2397" w:rsidRPr="00B97BF2" w14:paraId="6506234E" w14:textId="77777777" w:rsidTr="003C5479">
        <w:trPr>
          <w:trHeight w:hRule="exact" w:val="1270"/>
        </w:trPr>
        <w:tc>
          <w:tcPr>
            <w:tcW w:w="2338" w:type="dxa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21E0A4C8" w14:textId="77777777" w:rsidR="00BD2397" w:rsidRPr="001F7E48" w:rsidRDefault="00B8640C">
            <w:pPr>
              <w:autoSpaceDE w:val="0"/>
              <w:autoSpaceDN w:val="0"/>
              <w:spacing w:after="0" w:line="168" w:lineRule="exact"/>
              <w:ind w:left="100" w:right="864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Achitat taxa de (lei) </w:t>
            </w:r>
            <w:r w:rsidRPr="001F7E48">
              <w:rPr>
                <w:rFonts w:ascii="TimesNewRomanPS" w:eastAsia="TimesNewRomanPS" w:hAnsi="TimesNewRomanPS"/>
                <w:i/>
                <w:color w:val="595959"/>
                <w:w w:val="97"/>
                <w:sz w:val="16"/>
                <w:szCs w:val="16"/>
                <w:lang w:val="pt-PT"/>
              </w:rPr>
              <w:t>(dacă este cazul)</w:t>
            </w:r>
          </w:p>
        </w:tc>
        <w:tc>
          <w:tcPr>
            <w:tcW w:w="3114" w:type="dxa"/>
            <w:gridSpan w:val="2"/>
            <w:tcBorders>
              <w:top w:val="single" w:sz="3" w:space="0" w:color="767676"/>
              <w:left w:val="single" w:sz="3" w:space="0" w:color="767676"/>
              <w:bottom w:val="single" w:sz="4" w:space="0" w:color="767676"/>
              <w:right w:val="single" w:sz="4" w:space="0" w:color="767676"/>
            </w:tcBorders>
            <w:tcMar>
              <w:left w:w="0" w:type="dxa"/>
              <w:right w:w="0" w:type="dxa"/>
            </w:tcMar>
          </w:tcPr>
          <w:p w14:paraId="421E430E" w14:textId="77777777" w:rsidR="00BD2397" w:rsidRPr="004761A5" w:rsidRDefault="00B8640C">
            <w:pPr>
              <w:autoSpaceDE w:val="0"/>
              <w:autoSpaceDN w:val="0"/>
              <w:spacing w:after="0" w:line="144" w:lineRule="exact"/>
              <w:ind w:left="100"/>
              <w:rPr>
                <w:sz w:val="16"/>
                <w:szCs w:val="16"/>
              </w:rPr>
            </w:pPr>
            <w:proofErr w:type="spellStart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>Chitanța</w:t>
            </w:r>
            <w:proofErr w:type="spellEnd"/>
            <w:r w:rsidRPr="004761A5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</w:rPr>
              <w:t xml:space="preserve"> nr. / data</w:t>
            </w:r>
          </w:p>
        </w:tc>
        <w:tc>
          <w:tcPr>
            <w:tcW w:w="3896" w:type="dxa"/>
            <w:gridSpan w:val="2"/>
            <w:tcBorders>
              <w:top w:val="single" w:sz="3" w:space="0" w:color="767676"/>
              <w:left w:val="single" w:sz="4" w:space="0" w:color="767676"/>
              <w:bottom w:val="single" w:sz="4" w:space="0" w:color="767676"/>
              <w:right w:val="single" w:sz="3" w:space="0" w:color="767676"/>
            </w:tcBorders>
            <w:tcMar>
              <w:left w:w="0" w:type="dxa"/>
              <w:right w:w="0" w:type="dxa"/>
            </w:tcMar>
          </w:tcPr>
          <w:p w14:paraId="1DFF44FB" w14:textId="77777777" w:rsidR="00BD2397" w:rsidRPr="001F7E48" w:rsidRDefault="00B8640C">
            <w:pPr>
              <w:autoSpaceDE w:val="0"/>
              <w:autoSpaceDN w:val="0"/>
              <w:spacing w:after="0" w:line="168" w:lineRule="exact"/>
              <w:ind w:left="100" w:right="1872"/>
              <w:rPr>
                <w:sz w:val="16"/>
                <w:szCs w:val="16"/>
                <w:lang w:val="pt-PT"/>
              </w:rPr>
            </w:pPr>
            <w:r w:rsidRPr="001F7E48">
              <w:rPr>
                <w:rFonts w:ascii="TimesNewRomanPS" w:eastAsia="TimesNewRomanPS" w:hAnsi="TimesNewRomanPS"/>
                <w:b/>
                <w:color w:val="0D5F78"/>
                <w:w w:val="97"/>
                <w:sz w:val="16"/>
                <w:szCs w:val="16"/>
                <w:lang w:val="pt-PT"/>
              </w:rPr>
              <w:t xml:space="preserve">Transmis solicitantului la data </w:t>
            </w:r>
            <w:r w:rsidRPr="001F7E48">
              <w:rPr>
                <w:sz w:val="16"/>
                <w:szCs w:val="16"/>
                <w:lang w:val="pt-PT"/>
              </w:rPr>
              <w:br/>
            </w:r>
            <w:r w:rsidRPr="001F7E48">
              <w:rPr>
                <w:rFonts w:ascii="TimesNewRomanPS" w:eastAsia="TimesNewRomanPS" w:hAnsi="TimesNewRomanPS"/>
                <w:i/>
                <w:color w:val="7A7A7A"/>
                <w:w w:val="97"/>
                <w:sz w:val="16"/>
                <w:szCs w:val="16"/>
                <w:lang w:val="pt-PT"/>
              </w:rPr>
              <w:t>direct / prin poștă / digital</w:t>
            </w:r>
          </w:p>
        </w:tc>
      </w:tr>
    </w:tbl>
    <w:p w14:paraId="3785442C" w14:textId="743874B6" w:rsidR="00BD2397" w:rsidRPr="004761A5" w:rsidRDefault="00B8640C">
      <w:pPr>
        <w:tabs>
          <w:tab w:val="left" w:pos="4838"/>
        </w:tabs>
        <w:autoSpaceDE w:val="0"/>
        <w:autoSpaceDN w:val="0"/>
        <w:spacing w:after="0" w:line="144" w:lineRule="exact"/>
        <w:ind w:left="710"/>
        <w:rPr>
          <w:sz w:val="16"/>
          <w:szCs w:val="16"/>
          <w:lang w:val="sv-SE"/>
        </w:rPr>
      </w:pPr>
      <w:r w:rsidRPr="004761A5">
        <w:rPr>
          <w:sz w:val="16"/>
          <w:szCs w:val="16"/>
          <w:lang w:val="sv-SE"/>
        </w:rPr>
        <w:tab/>
      </w:r>
      <w:r w:rsidRPr="004761A5">
        <w:rPr>
          <w:rFonts w:ascii="TimesNewRomanPSMT" w:eastAsia="TimesNewRomanPSMT" w:hAnsi="TimesNewRomanPSMT"/>
          <w:color w:val="595959"/>
          <w:w w:val="97"/>
          <w:sz w:val="16"/>
          <w:szCs w:val="16"/>
          <w:lang w:val="sv-SE"/>
        </w:rPr>
        <w:t>pagina 2 din 2</w:t>
      </w:r>
    </w:p>
    <w:p w14:paraId="0B267DD6" w14:textId="77777777" w:rsidR="00BD2397" w:rsidRPr="00912339" w:rsidRDefault="00BD2397">
      <w:pPr>
        <w:autoSpaceDE w:val="0"/>
        <w:autoSpaceDN w:val="0"/>
        <w:spacing w:after="0" w:line="126" w:lineRule="exact"/>
        <w:rPr>
          <w:lang w:val="sv-SE"/>
        </w:rPr>
      </w:pPr>
    </w:p>
    <w:sectPr w:rsidR="00BD2397" w:rsidRPr="00912339" w:rsidSect="00F12FD0">
      <w:pgSz w:w="11900" w:h="16840"/>
      <w:pgMar w:top="126" w:right="546" w:bottom="482" w:left="116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UISymbol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73172982">
    <w:abstractNumId w:val="8"/>
  </w:num>
  <w:num w:numId="2" w16cid:durableId="1360660507">
    <w:abstractNumId w:val="6"/>
  </w:num>
  <w:num w:numId="3" w16cid:durableId="1057627229">
    <w:abstractNumId w:val="5"/>
  </w:num>
  <w:num w:numId="4" w16cid:durableId="1421634418">
    <w:abstractNumId w:val="4"/>
  </w:num>
  <w:num w:numId="5" w16cid:durableId="1559976014">
    <w:abstractNumId w:val="7"/>
  </w:num>
  <w:num w:numId="6" w16cid:durableId="1544832806">
    <w:abstractNumId w:val="3"/>
  </w:num>
  <w:num w:numId="7" w16cid:durableId="2123571023">
    <w:abstractNumId w:val="2"/>
  </w:num>
  <w:num w:numId="8" w16cid:durableId="536048156">
    <w:abstractNumId w:val="1"/>
  </w:num>
  <w:num w:numId="9" w16cid:durableId="498809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864"/>
    <w:rsid w:val="00034616"/>
    <w:rsid w:val="0006063C"/>
    <w:rsid w:val="000C1C98"/>
    <w:rsid w:val="0015074B"/>
    <w:rsid w:val="00184E29"/>
    <w:rsid w:val="00187A6E"/>
    <w:rsid w:val="001C63D4"/>
    <w:rsid w:val="001F7E48"/>
    <w:rsid w:val="0029639D"/>
    <w:rsid w:val="002A5EAB"/>
    <w:rsid w:val="00326F90"/>
    <w:rsid w:val="00350A7A"/>
    <w:rsid w:val="003C5479"/>
    <w:rsid w:val="003D684B"/>
    <w:rsid w:val="003F7FDF"/>
    <w:rsid w:val="00462282"/>
    <w:rsid w:val="00475C30"/>
    <w:rsid w:val="004761A5"/>
    <w:rsid w:val="00602DCB"/>
    <w:rsid w:val="00616AC8"/>
    <w:rsid w:val="00646AD5"/>
    <w:rsid w:val="0068581A"/>
    <w:rsid w:val="00786EB1"/>
    <w:rsid w:val="007B1466"/>
    <w:rsid w:val="00912339"/>
    <w:rsid w:val="00944F95"/>
    <w:rsid w:val="00A1149B"/>
    <w:rsid w:val="00AA1D8D"/>
    <w:rsid w:val="00AB1449"/>
    <w:rsid w:val="00B47730"/>
    <w:rsid w:val="00B84130"/>
    <w:rsid w:val="00B8640C"/>
    <w:rsid w:val="00B97BF2"/>
    <w:rsid w:val="00BD2397"/>
    <w:rsid w:val="00BE77F5"/>
    <w:rsid w:val="00C44B4D"/>
    <w:rsid w:val="00C50E3D"/>
    <w:rsid w:val="00C53134"/>
    <w:rsid w:val="00CB0664"/>
    <w:rsid w:val="00CE6227"/>
    <w:rsid w:val="00E5523C"/>
    <w:rsid w:val="00F12FD0"/>
    <w:rsid w:val="00F9681E"/>
    <w:rsid w:val="00FC693F"/>
    <w:rsid w:val="00FE7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6E2C5"/>
  <w14:defaultImageDpi w14:val="300"/>
  <w15:docId w15:val="{DDBCC1E4-051A-44F9-A7E7-736B5DDC7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nBalon">
    <w:name w:val="Balloon Text"/>
    <w:basedOn w:val="Normal"/>
    <w:link w:val="TextnBalonCaracter"/>
    <w:uiPriority w:val="99"/>
    <w:semiHidden/>
    <w:unhideWhenUsed/>
    <w:rsid w:val="00B86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B8640C"/>
    <w:rPr>
      <w:rFonts w:ascii="Tahoma" w:hAnsi="Tahoma" w:cs="Tahoma"/>
      <w:sz w:val="16"/>
      <w:szCs w:val="16"/>
    </w:rPr>
  </w:style>
  <w:style w:type="character" w:styleId="Hyperlink">
    <w:name w:val="Hyperlink"/>
    <w:rsid w:val="00B8640C"/>
    <w:rPr>
      <w:color w:val="0000FF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B97B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Program%20Files\Indaco\Lege4\Cache\208h867b.tmp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E3CC230-C750-4D98-BAB0-623FAB7B4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Secretariat</cp:lastModifiedBy>
  <cp:revision>8</cp:revision>
  <dcterms:created xsi:type="dcterms:W3CDTF">2026-09-07T10:31:00Z</dcterms:created>
  <dcterms:modified xsi:type="dcterms:W3CDTF">2026-09-08T08:56:00Z</dcterms:modified>
</cp:coreProperties>
</file>